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23C66" w14:textId="77777777" w:rsidR="006577FF" w:rsidRPr="00B11767" w:rsidRDefault="00000000">
      <w:pPr>
        <w:pStyle w:val="Title"/>
        <w:rPr>
          <w:color w:val="000000" w:themeColor="text1"/>
        </w:rPr>
      </w:pPr>
      <w:r w:rsidRPr="00B11767">
        <w:rPr>
          <w:color w:val="000000" w:themeColor="text1"/>
        </w:rPr>
        <w:t>SURAT JALAN</w:t>
      </w:r>
    </w:p>
    <w:p w14:paraId="00041BA1" w14:textId="36A615B7" w:rsidR="006577FF" w:rsidRDefault="00B11767">
      <w:r>
        <w:t>(Nama Perusahaan)</w:t>
      </w:r>
      <w:r w:rsidR="00000000">
        <w:br/>
      </w:r>
      <w:r>
        <w:t>(Alamat)</w:t>
      </w:r>
      <w:r w:rsidR="00000000">
        <w:br/>
        <w:t>Telp:</w:t>
      </w:r>
      <w:r>
        <w:t xml:space="preserve"> _____________</w:t>
      </w:r>
    </w:p>
    <w:p w14:paraId="38A4ABA8" w14:textId="467BEA15" w:rsidR="006577FF" w:rsidRDefault="00000000">
      <w:r>
        <w:br/>
      </w:r>
      <w:proofErr w:type="spellStart"/>
      <w:r>
        <w:t>Kepada</w:t>
      </w:r>
      <w:proofErr w:type="spellEnd"/>
      <w:r>
        <w:t>:</w:t>
      </w:r>
      <w:r>
        <w:br/>
      </w:r>
      <w:r w:rsidR="00B11767">
        <w:t>(Nama Perusahaan)</w:t>
      </w:r>
      <w:r w:rsidR="00B11767">
        <w:br/>
        <w:t>(Alamat)</w:t>
      </w:r>
      <w:r>
        <w:br/>
        <w:t>Telp:</w:t>
      </w:r>
      <w:r w:rsidR="00B11767">
        <w:t xml:space="preserve"> </w:t>
      </w:r>
      <w:r w:rsidR="00B11767">
        <w:t>_____________</w:t>
      </w:r>
      <w:r>
        <w:br/>
      </w:r>
    </w:p>
    <w:p w14:paraId="205A2067" w14:textId="310C189A" w:rsidR="006577FF" w:rsidRDefault="00000000">
      <w:r>
        <w:t xml:space="preserve">Nomor Surat Jalan: </w:t>
      </w:r>
      <w:r>
        <w:br/>
      </w:r>
      <w:proofErr w:type="spellStart"/>
      <w:r>
        <w:t>Tanggal</w:t>
      </w:r>
      <w:proofErr w:type="spellEnd"/>
      <w:r>
        <w:t xml:space="preserve">: </w:t>
      </w:r>
      <w:r>
        <w:br/>
        <w:t xml:space="preserve">Nomor PO: </w:t>
      </w:r>
      <w:r>
        <w:br/>
        <w:t xml:space="preserve">Dikirim Dengan  </w:t>
      </w:r>
      <w:r>
        <w:br/>
        <w:t xml:space="preserve">No. Polisi: </w:t>
      </w:r>
      <w:r>
        <w:br/>
        <w:t xml:space="preserve">Nama </w:t>
      </w:r>
      <w:proofErr w:type="spellStart"/>
      <w:r>
        <w:t>Pengemudi</w:t>
      </w:r>
      <w:proofErr w:type="spellEnd"/>
      <w:r w:rsidR="00B11767">
        <w:t>:</w:t>
      </w:r>
    </w:p>
    <w:p w14:paraId="55C5C973" w14:textId="77777777" w:rsidR="00B11767" w:rsidRDefault="00B11767"/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1134"/>
        <w:gridCol w:w="2268"/>
        <w:gridCol w:w="859"/>
        <w:gridCol w:w="984"/>
        <w:gridCol w:w="992"/>
        <w:gridCol w:w="1796"/>
      </w:tblGrid>
      <w:tr w:rsidR="006577FF" w14:paraId="4E0E2D34" w14:textId="77777777" w:rsidTr="00B117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E4FD" w14:textId="77777777" w:rsidR="006577FF" w:rsidRDefault="00000000">
            <w: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8204" w14:textId="77777777" w:rsidR="006577FF" w:rsidRDefault="00000000">
            <w:r>
              <w:t>Kode Barang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D7ED" w14:textId="77777777" w:rsidR="006577FF" w:rsidRDefault="00000000">
            <w:r>
              <w:t>Nama Barang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7E54" w14:textId="77777777" w:rsidR="006577FF" w:rsidRDefault="00000000">
            <w:r>
              <w:t>Satuan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578D" w14:textId="77777777" w:rsidR="006577FF" w:rsidRDefault="00000000">
            <w:r>
              <w:t>Jumlah Packing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7971" w14:textId="77777777" w:rsidR="006577FF" w:rsidRDefault="00000000">
            <w:r>
              <w:t>Jumlah Barang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A6E4" w14:textId="77777777" w:rsidR="006577FF" w:rsidRDefault="00000000">
            <w:r>
              <w:t>Keterangan</w:t>
            </w:r>
          </w:p>
        </w:tc>
      </w:tr>
      <w:tr w:rsidR="006577FF" w14:paraId="77CF370D" w14:textId="77777777" w:rsidTr="00B117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FC76" w14:textId="77777777" w:rsidR="006577FF" w:rsidRDefault="006577F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E2CE" w14:textId="77777777" w:rsidR="006577FF" w:rsidRDefault="006577F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CB8F" w14:textId="77777777" w:rsidR="006577FF" w:rsidRDefault="006577FF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F4CE" w14:textId="77777777" w:rsidR="006577FF" w:rsidRDefault="006577FF"/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6417" w14:textId="77777777" w:rsidR="006577FF" w:rsidRDefault="006577F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BDB7" w14:textId="77777777" w:rsidR="006577FF" w:rsidRDefault="006577FF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FCE2" w14:textId="77777777" w:rsidR="006577FF" w:rsidRDefault="006577FF"/>
        </w:tc>
      </w:tr>
      <w:tr w:rsidR="006577FF" w14:paraId="181671C4" w14:textId="77777777" w:rsidTr="00B117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DC77" w14:textId="77777777" w:rsidR="006577FF" w:rsidRDefault="006577F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ACE7" w14:textId="77777777" w:rsidR="006577FF" w:rsidRDefault="006577F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F46F" w14:textId="77777777" w:rsidR="006577FF" w:rsidRDefault="006577FF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09FB" w14:textId="77777777" w:rsidR="006577FF" w:rsidRDefault="006577FF"/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E336" w14:textId="77777777" w:rsidR="006577FF" w:rsidRDefault="006577F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6036" w14:textId="77777777" w:rsidR="006577FF" w:rsidRDefault="006577FF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F067" w14:textId="77777777" w:rsidR="006577FF" w:rsidRDefault="006577FF"/>
        </w:tc>
      </w:tr>
      <w:tr w:rsidR="006577FF" w14:paraId="2C24F327" w14:textId="77777777" w:rsidTr="00B117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3795" w14:textId="77777777" w:rsidR="006577FF" w:rsidRDefault="006577F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1EA2" w14:textId="77777777" w:rsidR="006577FF" w:rsidRDefault="006577F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D59D" w14:textId="77777777" w:rsidR="006577FF" w:rsidRDefault="006577FF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BAAF" w14:textId="77777777" w:rsidR="006577FF" w:rsidRDefault="006577FF"/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C77" w14:textId="77777777" w:rsidR="006577FF" w:rsidRDefault="006577F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703F" w14:textId="77777777" w:rsidR="006577FF" w:rsidRDefault="006577FF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F183" w14:textId="77777777" w:rsidR="006577FF" w:rsidRDefault="006577FF"/>
        </w:tc>
      </w:tr>
      <w:tr w:rsidR="006577FF" w14:paraId="29A0F306" w14:textId="77777777" w:rsidTr="00B117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DA5D" w14:textId="77777777" w:rsidR="006577FF" w:rsidRDefault="006577F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E84A" w14:textId="77777777" w:rsidR="006577FF" w:rsidRDefault="006577F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5C2A" w14:textId="77777777" w:rsidR="006577FF" w:rsidRDefault="006577FF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85B5" w14:textId="77777777" w:rsidR="006577FF" w:rsidRDefault="006577FF"/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5169" w14:textId="77777777" w:rsidR="006577FF" w:rsidRDefault="006577F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0F20" w14:textId="77777777" w:rsidR="006577FF" w:rsidRDefault="006577FF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FA44" w14:textId="77777777" w:rsidR="006577FF" w:rsidRDefault="006577FF"/>
        </w:tc>
      </w:tr>
      <w:tr w:rsidR="006577FF" w14:paraId="1DD12202" w14:textId="77777777" w:rsidTr="00B11767">
        <w:tc>
          <w:tcPr>
            <w:tcW w:w="675" w:type="dxa"/>
            <w:tcBorders>
              <w:top w:val="single" w:sz="4" w:space="0" w:color="auto"/>
            </w:tcBorders>
          </w:tcPr>
          <w:p w14:paraId="1E97EB73" w14:textId="77777777" w:rsidR="006577FF" w:rsidRDefault="006577FF"/>
        </w:tc>
        <w:tc>
          <w:tcPr>
            <w:tcW w:w="1134" w:type="dxa"/>
            <w:tcBorders>
              <w:top w:val="single" w:sz="4" w:space="0" w:color="auto"/>
            </w:tcBorders>
          </w:tcPr>
          <w:p w14:paraId="45304C15" w14:textId="77777777" w:rsidR="006577FF" w:rsidRDefault="006577FF"/>
        </w:tc>
        <w:tc>
          <w:tcPr>
            <w:tcW w:w="2268" w:type="dxa"/>
            <w:tcBorders>
              <w:top w:val="single" w:sz="4" w:space="0" w:color="auto"/>
            </w:tcBorders>
          </w:tcPr>
          <w:p w14:paraId="68E38909" w14:textId="77777777" w:rsidR="006577FF" w:rsidRDefault="006577FF"/>
        </w:tc>
        <w:tc>
          <w:tcPr>
            <w:tcW w:w="859" w:type="dxa"/>
            <w:tcBorders>
              <w:top w:val="single" w:sz="4" w:space="0" w:color="auto"/>
            </w:tcBorders>
          </w:tcPr>
          <w:p w14:paraId="7C0CFC14" w14:textId="77777777" w:rsidR="006577FF" w:rsidRDefault="006577FF"/>
        </w:tc>
        <w:tc>
          <w:tcPr>
            <w:tcW w:w="984" w:type="dxa"/>
            <w:tcBorders>
              <w:top w:val="single" w:sz="4" w:space="0" w:color="auto"/>
            </w:tcBorders>
          </w:tcPr>
          <w:p w14:paraId="192F74FE" w14:textId="77777777" w:rsidR="006577FF" w:rsidRDefault="006577FF"/>
        </w:tc>
        <w:tc>
          <w:tcPr>
            <w:tcW w:w="992" w:type="dxa"/>
            <w:tcBorders>
              <w:top w:val="single" w:sz="4" w:space="0" w:color="auto"/>
            </w:tcBorders>
          </w:tcPr>
          <w:p w14:paraId="4CA7F323" w14:textId="77777777" w:rsidR="006577FF" w:rsidRDefault="006577FF"/>
        </w:tc>
        <w:tc>
          <w:tcPr>
            <w:tcW w:w="1796" w:type="dxa"/>
            <w:tcBorders>
              <w:top w:val="single" w:sz="4" w:space="0" w:color="auto"/>
            </w:tcBorders>
          </w:tcPr>
          <w:p w14:paraId="62276EC3" w14:textId="77777777" w:rsidR="006577FF" w:rsidRDefault="006577FF"/>
        </w:tc>
      </w:tr>
    </w:tbl>
    <w:p w14:paraId="208F3061" w14:textId="77777777" w:rsidR="00B11767" w:rsidRDefault="00000000">
      <w:r>
        <w:br/>
        <w:t xml:space="preserve">Tanda </w:t>
      </w:r>
      <w:proofErr w:type="spellStart"/>
      <w:r>
        <w:t>Terima</w:t>
      </w:r>
      <w:proofErr w:type="spellEnd"/>
    </w:p>
    <w:p w14:paraId="39F286CE" w14:textId="77777777" w:rsidR="00B11767" w:rsidRDefault="00B11767"/>
    <w:p w14:paraId="1EAB2EBC" w14:textId="77777777" w:rsidR="00B11767" w:rsidRDefault="00B11767"/>
    <w:p w14:paraId="7B12612B" w14:textId="70C9DD00" w:rsidR="006577FF" w:rsidRDefault="00000000">
      <w:r>
        <w:br/>
      </w:r>
      <w:proofErr w:type="spellStart"/>
      <w:r>
        <w:t>Sopir</w:t>
      </w:r>
      <w:proofErr w:type="spellEnd"/>
      <w:r>
        <w:t>: (___________</w:t>
      </w:r>
      <w:r w:rsidR="00B11767">
        <w:t>______</w:t>
      </w:r>
      <w:proofErr w:type="gramStart"/>
      <w:r w:rsidR="00B11767">
        <w:t>_</w:t>
      </w:r>
      <w:r>
        <w:t xml:space="preserve">)   </w:t>
      </w:r>
      <w:proofErr w:type="gramEnd"/>
      <w:r>
        <w:t xml:space="preserve"> </w:t>
      </w:r>
      <w:r w:rsidR="00B11767">
        <w:t xml:space="preserve">     </w:t>
      </w:r>
      <w:r>
        <w:t>Manager: (_________</w:t>
      </w:r>
      <w:r w:rsidR="00B11767">
        <w:t>_______</w:t>
      </w:r>
      <w:r>
        <w:t xml:space="preserve">__)    </w:t>
      </w:r>
      <w:r w:rsidR="00B11767">
        <w:t xml:space="preserve">     </w:t>
      </w:r>
      <w:r>
        <w:t>Bag. Packing: (________</w:t>
      </w:r>
      <w:r w:rsidR="00B11767">
        <w:t>__</w:t>
      </w:r>
      <w:r>
        <w:t>_</w:t>
      </w:r>
      <w:r w:rsidR="00B11767">
        <w:t>_____</w:t>
      </w:r>
      <w:r>
        <w:t>__)</w:t>
      </w:r>
    </w:p>
    <w:sectPr w:rsidR="006577F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9591851">
    <w:abstractNumId w:val="8"/>
  </w:num>
  <w:num w:numId="2" w16cid:durableId="371345520">
    <w:abstractNumId w:val="6"/>
  </w:num>
  <w:num w:numId="3" w16cid:durableId="1722245943">
    <w:abstractNumId w:val="5"/>
  </w:num>
  <w:num w:numId="4" w16cid:durableId="1181430960">
    <w:abstractNumId w:val="4"/>
  </w:num>
  <w:num w:numId="5" w16cid:durableId="370766996">
    <w:abstractNumId w:val="7"/>
  </w:num>
  <w:num w:numId="6" w16cid:durableId="608583958">
    <w:abstractNumId w:val="3"/>
  </w:num>
  <w:num w:numId="7" w16cid:durableId="561326962">
    <w:abstractNumId w:val="2"/>
  </w:num>
  <w:num w:numId="8" w16cid:durableId="974723642">
    <w:abstractNumId w:val="1"/>
  </w:num>
  <w:num w:numId="9" w16cid:durableId="1200431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577FF"/>
    <w:rsid w:val="00AA1D8D"/>
    <w:rsid w:val="00B11767"/>
    <w:rsid w:val="00B47730"/>
    <w:rsid w:val="00CB0664"/>
    <w:rsid w:val="00E42B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99A159"/>
  <w14:defaultImageDpi w14:val="300"/>
  <w15:docId w15:val="{097B5843-9382-624B-9BAD-898907E7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Elizabeth Carmen Tjendra</cp:lastModifiedBy>
  <cp:revision>2</cp:revision>
  <dcterms:created xsi:type="dcterms:W3CDTF">2013-12-23T23:15:00Z</dcterms:created>
  <dcterms:modified xsi:type="dcterms:W3CDTF">2024-11-14T03:13:00Z</dcterms:modified>
  <cp:category/>
</cp:coreProperties>
</file>