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343" w:rsidRDefault="00EE0796">
      <w:pPr>
        <w:spacing w:after="20"/>
        <w:jc w:val="center"/>
      </w:pPr>
      <w:r>
        <w:rPr>
          <w:b/>
          <w:color w:val="1F4E79"/>
          <w:sz w:val="26"/>
        </w:rPr>
        <w:t>KẾ HOẠCH BÀI DẠY</w:t>
      </w:r>
    </w:p>
    <w:p w:rsidR="00FA5343" w:rsidRDefault="00EE0796">
      <w:pPr>
        <w:spacing w:after="100"/>
        <w:jc w:val="center"/>
      </w:pPr>
      <w:r>
        <w:rPr>
          <w:b/>
          <w:sz w:val="26"/>
        </w:rPr>
        <w:t>MÔN TIẾNG VIỆT 1 - KẾT NỐI TRI THỨC VỚI CUỘC SỐNG - TUẦN 9</w:t>
      </w:r>
    </w:p>
    <w:p w:rsidR="00FA5343" w:rsidRDefault="00EE0796">
      <w:pPr>
        <w:spacing w:before="40" w:after="60"/>
        <w:jc w:val="center"/>
      </w:pPr>
      <w:r>
        <w:rPr>
          <w:b/>
          <w:color w:val="1F4E79"/>
          <w:sz w:val="26"/>
        </w:rPr>
        <w:t xml:space="preserve">BÀI 36: Om, ôm, </w:t>
      </w:r>
      <w:proofErr w:type="gramStart"/>
      <w:r>
        <w:rPr>
          <w:b/>
          <w:color w:val="1F4E79"/>
          <w:sz w:val="26"/>
        </w:rPr>
        <w:t>ơm</w:t>
      </w:r>
      <w:proofErr w:type="gramEnd"/>
    </w:p>
    <w:p w:rsidR="00FA5343" w:rsidRDefault="00EE0796">
      <w:pPr>
        <w:keepNext/>
        <w:spacing w:before="80" w:after="40"/>
      </w:pPr>
      <w:r>
        <w:rPr>
          <w:b/>
          <w:sz w:val="26"/>
        </w:rPr>
        <w:t>I. YÊU CẦU CẦN ĐẠT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1. Năng lực đặc thù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Nhận biết và đọc đúng các vần </w:t>
      </w:r>
      <w:proofErr w:type="gramStart"/>
      <w:r>
        <w:rPr>
          <w:sz w:val="26"/>
        </w:rPr>
        <w:t>om</w:t>
      </w:r>
      <w:proofErr w:type="gramEnd"/>
      <w:r>
        <w:rPr>
          <w:sz w:val="26"/>
        </w:rPr>
        <w:t>, ôm, ơm; đọc đúng tiếng, từ, câu/đoạn có vần vừa học.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Viết đúng các vần </w:t>
      </w:r>
      <w:proofErr w:type="gramStart"/>
      <w:r>
        <w:rPr>
          <w:sz w:val="26"/>
        </w:rPr>
        <w:t>om</w:t>
      </w:r>
      <w:proofErr w:type="gramEnd"/>
      <w:r>
        <w:rPr>
          <w:sz w:val="26"/>
        </w:rPr>
        <w:t>, ôm, ơm và tiếng/từ ứng dụng theo mẫu.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Quan sát tranh, hiểu nội dung cơ bản và nói được câu phù hợp với tình huống trong bài.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 xml:space="preserve">2. Năng lực </w:t>
      </w:r>
      <w:proofErr w:type="gramStart"/>
      <w:r>
        <w:rPr>
          <w:b/>
          <w:sz w:val="26"/>
        </w:rPr>
        <w:t>chung</w:t>
      </w:r>
      <w:proofErr w:type="gramEnd"/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Tự chủ và tự học: Chủ động quan sát tranh, luyện đọc, luyện viết; biết kiểm tra và sửa lỗi khi được hướng dẫn.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Giao tiếp và hợp tác: Biết lắng nghe, trao đổi nhóm đôi/nhóm nhỏ; mạnh dạn trình bày và nhận xét bằng lời lịch sự.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Giải quyết vấn đề và sáng tạo: Vận dụng vần đã học để ghép tiếng, đọc câu và xử lí tình huống giao tiếp gần </w:t>
      </w:r>
      <w:proofErr w:type="gramStart"/>
      <w:r>
        <w:rPr>
          <w:sz w:val="26"/>
        </w:rPr>
        <w:t>gũi</w:t>
      </w:r>
      <w:proofErr w:type="gramEnd"/>
      <w:r>
        <w:rPr>
          <w:sz w:val="26"/>
        </w:rPr>
        <w:t>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3. Phẩm chất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Chăm chỉ: Tích cực luyện đọc, luyện viết; kiên trì hoàn thành nhiệm vụ học tập.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Trách nhiệm: Chuẩn bị đồ dùng; thực hiện nền nếp khi học cá nhân và hợp tác cùng bạn.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Nhân ái: Biết yêu quý người thân, bạn bè, quê hương và các sự vật gần </w:t>
      </w:r>
      <w:proofErr w:type="gramStart"/>
      <w:r>
        <w:rPr>
          <w:sz w:val="26"/>
        </w:rPr>
        <w:t>gũi</w:t>
      </w:r>
      <w:proofErr w:type="gramEnd"/>
      <w:r>
        <w:rPr>
          <w:sz w:val="26"/>
        </w:rPr>
        <w:t xml:space="preserve"> trong bài học.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II. ĐỒ DÙNG DẠY HỌC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Giáo viên: SGK Tiếng Việt 1 - Tập một; hình SGK đã cắt đúng nội dung hoạt động tại trang 84 - 85; thẻ vần/chữ mẫu om, ôm, ơm; bảng phụ, máy chiếu (nếu có).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Học sinh: SGK, vở Tập viết, bảng con, bộ chữ học vần và đồ dùng học tập cá nhân.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III.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FA5343" w:rsidTr="00411ED7">
        <w:trPr>
          <w:cantSplit/>
          <w:tblHeader/>
          <w:jc w:val="center"/>
        </w:trPr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  <w:jc w:val="center"/>
            </w:pPr>
            <w:r>
              <w:rPr>
                <w:b/>
                <w:color w:val="000000"/>
                <w:sz w:val="26"/>
              </w:rPr>
              <w:t>HOẠT ĐỘNG CỦA GIÁO VIÊN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  <w:jc w:val="center"/>
            </w:pPr>
            <w:r>
              <w:rPr>
                <w:b/>
                <w:color w:val="000000"/>
                <w:sz w:val="26"/>
              </w:rPr>
              <w:t>HOẠT ĐỘNG CỦA HỌC SINH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TIẾT 1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1. HOẠT ĐỘNG MỞ ĐẦU (KHỞI ĐỘNG</w:t>
            </w:r>
            <w:proofErr w:type="gramStart"/>
            <w:r>
              <w:rPr>
                <w:b/>
                <w:color w:val="1F4E79"/>
                <w:sz w:val="25"/>
              </w:rPr>
              <w:t>)</w:t>
            </w:r>
            <w:proofErr w:type="gramEnd"/>
            <w:r>
              <w:rPr>
                <w:b/>
                <w:color w:val="1F4E79"/>
                <w:sz w:val="25"/>
              </w:rPr>
              <w:br/>
              <w:t>Mục tiêu: Tạo tâm thế vui vẻ; ôn kiến thức đã học và kết nối vào bài mới.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hát hoặc tham gia trò chơi ngắn có sử dụng tiếng/vần đã học ở bài trước.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Tham gia hát hoặc trò chơi; phát hiện, đọc lại tiếng/vần đã học.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đọc lại một số vần, tiếng hoặc từ ngữ của bài trước; quan sát, nhận xét và sửa phát âm khi cần.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cá nhân, nhóm hoặc đồng thanh; lắng nghe nhận xét và sửa lỗi phát âm.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lastRenderedPageBreak/>
              <w:t>- Kết luận - Giới thiệu bài: “Hôm nay, cô và các em cùng luyện đọc, luyện viết các vần om, ôm, ơm để đọc đúng hơn và viết đẹp hơn.”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lắng nghe, nhắc lại tên/nội dung bài học và sẵn sàng thực hiện nhiệm vụ.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2. HOẠT ĐỘNG HÌNH THÀNH KIẾN THỨC MỚI (KHÁM PHÁ</w:t>
            </w:r>
            <w:proofErr w:type="gramStart"/>
            <w:r>
              <w:rPr>
                <w:b/>
                <w:color w:val="1F4E79"/>
                <w:sz w:val="25"/>
              </w:rPr>
              <w:t>)</w:t>
            </w:r>
            <w:proofErr w:type="gramEnd"/>
            <w:r>
              <w:rPr>
                <w:b/>
                <w:color w:val="1F4E79"/>
                <w:sz w:val="25"/>
              </w:rPr>
              <w:br/>
              <w:t>Mục tiêu: Nhận biết và đọc đúng các vần om, ôm, ơm; đọc được tiếng, từ ngữ có vần mới theo đúng quy trình SGV.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a. Nhận biết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line="252" w:lineRule="auto"/>
            </w:pPr>
            <w:r>
              <w:rPr>
                <w:sz w:val="25"/>
              </w:rPr>
              <w:t>- Các em quan sát tranh Nhận biết. Tranh vẽ gì?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Tranh minh hoạ nội dung: “Hương cốm thơm thôn xóm.</w:t>
            </w:r>
            <w:proofErr w:type="gramStart"/>
            <w:r>
              <w:rPr>
                <w:sz w:val="25"/>
              </w:rPr>
              <w:t>”.</w:t>
            </w:r>
            <w:proofErr w:type="gramEnd"/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Câu nhận biết nói về điều gì?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Câu nhận biết nói: “Hương cốm thơm thôn xóm.</w:t>
            </w:r>
            <w:proofErr w:type="gramStart"/>
            <w:r>
              <w:rPr>
                <w:sz w:val="25"/>
              </w:rPr>
              <w:t>”.</w:t>
            </w:r>
            <w:proofErr w:type="gramEnd"/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 xml:space="preserve">- Đọc mẫu câu nhận biết “Hương cốm thơm thôn </w:t>
            </w:r>
            <w:proofErr w:type="gramStart"/>
            <w:r>
              <w:rPr>
                <w:sz w:val="25"/>
              </w:rPr>
              <w:t>xóm.;</w:t>
            </w:r>
            <w:proofErr w:type="gramEnd"/>
            <w:r>
              <w:rPr>
                <w:sz w:val="25"/>
              </w:rPr>
              <w:t xml:space="preserve"> đọc chậm từng cụm từ và yêu cầu HS nói theo.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nghe, nói theo từng cụm từ; đọc lại cả câu nhận biết theo hướng dẫn.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tìm, chỉ và đọc các tiếng có chứa vần om, ôm, ơm trong câu nhận biết.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Tìm và chỉ đúng tiếng có vần om, ôm, ơm; đọc lại tiếng đã tìm được.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Giới thiệu các vần mới om, ôm, ơm; phát âm mẫu và chuyển sang luyện đọc.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chữ ghi vần; nghe và phát âm theo mẫu các vần om, ôm, ơm.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b. Đọc vần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Đưa các vần om, ôm, ơm; đọc mẫu từng vần, hướng dẫn HS quan sát khẩu hình và âm cuối.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khẩu hình, lắng nghe và đọc nhẩm các vần om, ôm, ơm.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đánh vần nối tiếp các vần om, ôm, ơm; tổ chức cho cả lớp đánh vần đồng thanh.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Đánh vần cá nhân, nối tiếp; đánh vần đồng thanh các vần om, ôm, ơm.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đọc trơn các vần om, ôm, ơm theo cá nhân, nhóm và cả lớp; sửa lỗi phát âm.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trơn cá nhân, nhóm, đồng thanh; điều chỉnh phát âm theo nhận xét.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Các vần om, ôm, ơm giống nhau và khác nhau ở điểm nào?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Các vần đều có phần cuối m; khác nhau ở phần đầu: o, ô, ơ.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sử dụng bộ chữ ghép lần lượt các vần om, ôm, ơm; kiểm tra kết quả ghép.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Chọn chữ, ghép đúng các vần om, ôm, ơm; đọc lại kết quả ghép.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c. Đọc tiếng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lastRenderedPageBreak/>
              <w:t>- Giới thiệu mô hình tiếng mẫu trong SGK; hướng dẫn HS nhận biết âm đầu, vần và dấu thanh.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mô hình; nêu âm đầu, vần và dấu thanh trong tiếng mẫu.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Hướng dẫn HS đánh vần và đọc trơn tiếng mẫu có vần om, ôm, ơm; tổ chức đọc cá nhân và đồng thanh.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Đánh vần tiếng mẫu; đọc trơn cá nhân và đồng thanh.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Chỉ các tiếng trong SGK; yêu cầu HS phát hiện tiếng cùng chứa vần om, ôm, ơm, đánh vần và đọc trơn.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Tìm điểm chung của các tiếng; đánh vần và đọc trơn từng tiếng.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Đổi thứ tự các tiếng và tổ chức đọc nối tiếp để kiểm tra phản xạ nhận diện, đọc đúng.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nối tiếp các tiếng theo thứ tự mới; tự sửa khi đọc chưa đúng.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ghép thêm tiếng có vần om, ôm, ơm; mời HS phân tích và đọc tiếng vừa ghép.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Ghép tiếng bằng bộ chữ; phân tích cấu tạo và đọc trơn tiếng đã ghép.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d. Đọc từ ngữ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quan sát tranh từ ngữ và gọi tên sự vật/hoạt động ứng với các từ: đom đóm, chó đốm, mâm cơm.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tranh; gọi tên sự vật/hoạt động và dự đoán từ ngữ tương ứng.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Đưa từng từ ngữ đom đóm, chó đốm, mâm cơm; yêu cầu HS tìm tiếng có vần om, ôm, ơm.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Chỉ và đọc tiếng có chứa vần om, ôm, ơm trong từng từ ngữ.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Hướng dẫn phân tích tiếng khó, đánh vần rồi đọc trơn từng từ ngữ; sửa lỗi cho HS.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Phân tích, đánh vần tiếng khó; đọc trơn từng từ ngữ theo hướng dẫn.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đọc nối tiếp, đọc theo nhóm đôi và đọc đồng thanh toàn bộ từ ngữ.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nối tiếp; luyện đọc nhóm đôi và đọc đồng thanh.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e. Đọc lại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đọc lại toàn bộ vần, tiếng, từ ngữ; theo dõi, nhận xét và sửa phát âm.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lại bài theo cá nhân, nhóm và cả lớp; sửa lỗi phát âm khi được góp ý.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Kết luận: Các em đã nhận biết và luyện đọc đúng các vần om, ôm, ơm; biết đọc/ghép tiếng, từ ngữ theo quy trình đã học.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HS nhắc lại nội dung vừa học và đọc lại một số tiếng, từ ngữ tiêu biểu.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3. HOẠT ĐỘNG LUYỆN TẬP - THỰC HÀNH</w:t>
            </w:r>
            <w:r>
              <w:rPr>
                <w:b/>
                <w:color w:val="1F4E79"/>
                <w:sz w:val="25"/>
              </w:rPr>
              <w:br/>
              <w:t>Mục tiêu: Luyện viết đúng vần om, ôm, ơm, đọc đúng câu/đoạn ứng dụng và hiểu nội dung bài đọc.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a. Viết bảng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lastRenderedPageBreak/>
              <w:t>- Yêu cầu HS quan sát mẫu viết vần om, ôm, ơm và tiếng/từ ứng dụng; nhận xét độ cao, nét nối và vị trí dấu thanh.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mẫu chữ; nêu nhận xét về độ cao, nét nối, khoảng cách và dấu thanh.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Viết mẫu lần lượt các vần om, ôm, ơm; vừa viết vừa hướng dẫn điểm đặt bút, dừng bút và nối nét.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GV viết mẫu; luyện viết trên không theo quy trình.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 xml:space="preserve">- Yêu cầu HS viết bảng con các vần om, ôm, </w:t>
            </w:r>
            <w:proofErr w:type="gramStart"/>
            <w:r>
              <w:rPr>
                <w:color w:val="000000"/>
                <w:sz w:val="25"/>
              </w:rPr>
              <w:t>ơm</w:t>
            </w:r>
            <w:proofErr w:type="gramEnd"/>
            <w:r>
              <w:rPr>
                <w:color w:val="000000"/>
                <w:sz w:val="25"/>
              </w:rPr>
              <w:t xml:space="preserve"> và một số tiếng/từ ứng dụng.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Viết bảng con đúng mẫu, đúng khoảng cách; giơ bảng theo hiệu lệnh.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Nhận xét một số bảng; chỉ rõ lỗi về nét nối, dấu thanh, khoảng cách và yêu cầu HS sửa.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 nhận xét; tự sửa chữ viết chưa đúng trên bảng con.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TIẾT 2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b. Viết vở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Hướng dẫn HS tô và viết các vần om, ôm, ơm, từ ngữ ứng dụng trong vở Tập viết; nhắc tư thế ngồi và cách cầm bút.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Ngồi đúng tư thế, cầm bút đúng cách; tô và viết đúng số dòng quy định.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từng bàn; hỗ trợ HS viết chậm hoặc sai điểm đặt bút, nét nối, dấu thanh.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Tiếp tục viết; sửa chữ ngay khi được GV hướng dẫn.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Nhận xét một số bài; nêu điểm đúng và hướng dẫn cụ thể cách sửa lỗi chữ viết.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 nhận xét; tự kiểm tra và sửa bài viết của mình.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c. Đọc câu/đoạn ứng dụng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 xml:space="preserve">- Yêu cầu HS quan sát phần Đọc ở SGK trang 85, đọc thầm và tìm tiếng có vần om, ôm, </w:t>
            </w:r>
            <w:proofErr w:type="gramStart"/>
            <w:r>
              <w:rPr>
                <w:color w:val="000000"/>
                <w:sz w:val="25"/>
              </w:rPr>
              <w:t>ơm</w:t>
            </w:r>
            <w:proofErr w:type="gramEnd"/>
            <w:r>
              <w:rPr>
                <w:color w:val="000000"/>
                <w:sz w:val="25"/>
              </w:rPr>
              <w:t>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tranh/đoạn đọc; đọc thầm và chỉ các tiếng có vần vừa học.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đọc trơn các tiếng mới có vần om, ôm, ơm; hướng dẫn đánh vần lại với HS còn lúng túng.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trơn các tiếng mới; đánh vần lại tiếng khó khi cần.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mẫu câu/đoạn; hướng dẫn ngắt nghỉ theo dấu câu và nội dung.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Nghe đọc mẫu; xác định chỗ ngắt nghỉ và luyện đọc theo.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đọc nối tiếp từng câu, đọc theo nhóm và đọc đồng thanh cả đoạn.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nối tiếp, đọc trong nhóm và đọc đồng thanh đoạn ứng dụng.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Cô Mơ cho Hà món quà gì và vì sao mẹ khen Hà?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Cô Mơ cho Hà quà; mẹ khen Hà vì Hà biết yêu thương, quan tâm bố mẹ.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Kết luận: Các em đã luyện tập đọc, viết các vần om, ôm, ơm và hoàn thành nhiệm vụ thực hành theo hướng dẫn.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HS tự nhận xét phần luyện đọc, luyện viết và sửa lỗi nếu còn sai.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lastRenderedPageBreak/>
              <w:t>4. HOẠT ĐỘNG VẬN DỤNG</w:t>
            </w:r>
            <w:r>
              <w:rPr>
                <w:b/>
                <w:color w:val="1F4E79"/>
                <w:sz w:val="25"/>
              </w:rPr>
              <w:br/>
              <w:t>Mục tiêu: Vận dụng nội dung đã học để nói lời xin lỗi; liên hệ cách ứng xử phù hợp trong đời sống.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a. Nói theo tranh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quan sát tranh Nói, xác định nhân vật, sự việc và tình huống giao tiếp trong tranh.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tranh; xác định nhân vật, sự việc và trao đổi ban đầu với bạn.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Tranh vẽ cảnh ở đâu?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Tranh vẽ cảnh trong nhà Hà, gần chiếc bàn có lọ hoa.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Điều gì xảy ra khi quả bóng rơi vào bàn?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Quả bóng rơi vào bàn làm lọ hoa bị đổ và vỡ.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Nam sẽ nói gì với mẹ?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 xml:space="preserve">- HS trả lời: Nam nói: “Con xin lỗi mẹ ạ! Con </w:t>
            </w:r>
            <w:proofErr w:type="gramStart"/>
            <w:r>
              <w:rPr>
                <w:sz w:val="24"/>
              </w:rPr>
              <w:t>sơ</w:t>
            </w:r>
            <w:proofErr w:type="gramEnd"/>
            <w:r>
              <w:rPr>
                <w:sz w:val="24"/>
              </w:rPr>
              <w:t xml:space="preserve"> ý làm vỡ lọ hoa.”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Sau khi xin lỗi mẹ, Nam nên làm gì?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Sau khi xin lỗi, Nam cần thu dọn cùng mẹ, cẩn thận hơn và không đá bóng trong nhà.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luyện nói hoặc đóng vai theo nhóm đôi; mời một số nhóm trình bày trước lớp.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Luyện nói/đóng vai theo cặp; đại diện nhóm thể hiện và nhận xét bạn lịch sự.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c. Củng cố - dặn dò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tìm nhanh tiếng có vần om, ôm, ơm và đặt câu ngắn với một tiếng tìm được.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Tìm tiếng, đọc tiếng và nói câu ngắn theo khả năng.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Nhận xét tiết học; tuyên dương HS đọc, viết, nói tốt; động viên HS cần tiếp tục rèn luyện.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 nhận xét; tự nêu điều em đã làm được trong tiết học.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Dặn HS luyện đọc, luyện viết lại các vần om, ôm, ơm và chuẩn bị bài tiếp theo.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Ghi nhớ nhiệm vụ; thực hành đọc, viết ở nhà.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shd w:val="clear" w:color="auto" w:fill="auto"/>
          </w:tcPr>
          <w:p w:rsidR="00FA5343" w:rsidRDefault="00EE0796">
            <w:r>
              <w:rPr>
                <w:sz w:val="25"/>
              </w:rPr>
              <w:t>- Kết luận: Các em biết vận dụng nội dung bài học vào lời nói và việc làm phù hợp; tiếp tục luyện tập ở nhà.</w:t>
            </w:r>
          </w:p>
        </w:tc>
        <w:tc>
          <w:tcPr>
            <w:tcW w:w="4986" w:type="dxa"/>
            <w:shd w:val="clear" w:color="auto" w:fill="auto"/>
          </w:tcPr>
          <w:p w:rsidR="00FA5343" w:rsidRDefault="00EE0796">
            <w:r>
              <w:rPr>
                <w:sz w:val="25"/>
              </w:rPr>
              <w:t>- HS nhắc lại điều ghi nhớ và thực hiện nhiệm vụ luyện tập ở nhà.</w:t>
            </w:r>
          </w:p>
        </w:tc>
      </w:tr>
    </w:tbl>
    <w:p w:rsidR="00FA5343" w:rsidRDefault="00EE0796">
      <w:pPr>
        <w:keepNext/>
        <w:spacing w:before="80" w:after="40"/>
      </w:pPr>
      <w:r>
        <w:rPr>
          <w:b/>
          <w:sz w:val="26"/>
        </w:rPr>
        <w:t>IV. ĐIỀU CHỈNH SAU BÀI DẠY</w:t>
      </w:r>
    </w:p>
    <w:p w:rsidR="00FA5343" w:rsidRDefault="00EE0796">
      <w:pPr>
        <w:spacing w:after="40" w:line="250" w:lineRule="auto"/>
      </w:pPr>
      <w:r>
        <w:rPr>
          <w:sz w:val="26"/>
        </w:rPr>
        <w:t>..........................................................................................................................................................................................</w:t>
      </w:r>
    </w:p>
    <w:p w:rsidR="00FA5343" w:rsidRDefault="00EE0796">
      <w:pPr>
        <w:spacing w:after="40" w:line="250" w:lineRule="auto"/>
      </w:pPr>
      <w:r>
        <w:rPr>
          <w:sz w:val="26"/>
        </w:rPr>
        <w:t>..........................................................................................................................................................................................</w:t>
      </w:r>
    </w:p>
    <w:p w:rsidR="00FA5343" w:rsidRDefault="00FA5343">
      <w:pPr>
        <w:spacing w:after="20" w:line="250" w:lineRule="auto"/>
      </w:pPr>
    </w:p>
    <w:p w:rsidR="00FA5343" w:rsidRDefault="00EE0796">
      <w:pPr>
        <w:spacing w:before="40" w:after="60"/>
        <w:jc w:val="center"/>
      </w:pPr>
      <w:r>
        <w:rPr>
          <w:b/>
          <w:color w:val="1F4E79"/>
          <w:sz w:val="26"/>
        </w:rPr>
        <w:t>BÀI 37: Em, êm, im, um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I. YÊU CẦU CẦN ĐẠT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1. Năng lực đặc thù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Nhận biết và đọc đúng các vần em, êm, im, um; đọc đúng tiếng, từ, câu/đoạn có vần vừa học.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Viết đúng các vần em, êm, im, um và tiếng/từ ứng dụng </w:t>
      </w:r>
      <w:proofErr w:type="gramStart"/>
      <w:r>
        <w:rPr>
          <w:sz w:val="26"/>
        </w:rPr>
        <w:t>theo</w:t>
      </w:r>
      <w:proofErr w:type="gramEnd"/>
      <w:r>
        <w:rPr>
          <w:sz w:val="26"/>
        </w:rPr>
        <w:t xml:space="preserve"> mẫu.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Quan sát tranh, hiểu nội dung cơ bản và nói được câu phù hợp với tình huống trong bài.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 xml:space="preserve">2. Năng lực </w:t>
      </w:r>
      <w:proofErr w:type="gramStart"/>
      <w:r>
        <w:rPr>
          <w:b/>
          <w:sz w:val="26"/>
        </w:rPr>
        <w:t>chung</w:t>
      </w:r>
      <w:proofErr w:type="gramEnd"/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Tự chủ và tự học: Chủ động quan sát tranh, luyện đọc, luyện viết; biết kiểm tra và sửa lỗi khi được hướng dẫn.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Giao tiếp và hợp tác: Biết lắng nghe, trao đổi nhóm đôi/nhóm nhỏ; mạnh dạn trình bày và nhận xét bằng lời lịch sự.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Giải quyết vấn đề và sáng tạo: Vận dụng vần đã học để ghép tiếng, đọc câu và xử lí tình huống giao tiếp gần </w:t>
      </w:r>
      <w:proofErr w:type="gramStart"/>
      <w:r>
        <w:rPr>
          <w:sz w:val="26"/>
        </w:rPr>
        <w:t>gũi</w:t>
      </w:r>
      <w:proofErr w:type="gramEnd"/>
      <w:r>
        <w:rPr>
          <w:sz w:val="26"/>
        </w:rPr>
        <w:t>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3. Phẩm chất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Chăm chỉ: Tích cực luyện đọc, luyện viết; kiên trì hoàn thành nhiệm vụ học tập.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Trách nhiệm: Chuẩn bị đồ dùng; thực hiện nền nếp khi học cá nhân và hợp tác cùng bạn.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Nhân ái: Biết yêu quý người thân, bạn bè, quê hương và các sự vật gần </w:t>
      </w:r>
      <w:proofErr w:type="gramStart"/>
      <w:r>
        <w:rPr>
          <w:sz w:val="26"/>
        </w:rPr>
        <w:t>gũi</w:t>
      </w:r>
      <w:proofErr w:type="gramEnd"/>
      <w:r>
        <w:rPr>
          <w:sz w:val="26"/>
        </w:rPr>
        <w:t xml:space="preserve"> trong bài học.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II. ĐỒ DÙNG DẠY HỌC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Giáo viên: SGK Tiếng Việt 1 - Tập một; hình SGK đã cắt đúng nội dung hoạt động tại trang 86 - 87; thẻ vần/chữ mẫu em, êm, im, um; bảng phụ, máy chiếu (nếu có).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Học sinh: SGK, vở Tập viết, bảng con, bộ chữ học vần và đồ dùng học tập cá nhân.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III.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FA5343" w:rsidTr="00411ED7">
        <w:trPr>
          <w:cantSplit/>
          <w:tblHeader/>
          <w:jc w:val="center"/>
        </w:trPr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  <w:jc w:val="center"/>
            </w:pPr>
            <w:r>
              <w:rPr>
                <w:b/>
                <w:color w:val="000000"/>
                <w:sz w:val="26"/>
              </w:rPr>
              <w:t>HOẠT ĐỘNG CỦA GIÁO VIÊN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  <w:jc w:val="center"/>
            </w:pPr>
            <w:r>
              <w:rPr>
                <w:b/>
                <w:color w:val="000000"/>
                <w:sz w:val="26"/>
              </w:rPr>
              <w:t>HOẠT ĐỘNG CỦA HỌC SINH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TIẾT 1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1. HOẠT ĐỘNG MỞ ĐẦU (KHỞI ĐỘNG</w:t>
            </w:r>
            <w:proofErr w:type="gramStart"/>
            <w:r>
              <w:rPr>
                <w:b/>
                <w:color w:val="1F4E79"/>
                <w:sz w:val="25"/>
              </w:rPr>
              <w:t>)</w:t>
            </w:r>
            <w:proofErr w:type="gramEnd"/>
            <w:r>
              <w:rPr>
                <w:b/>
                <w:color w:val="1F4E79"/>
                <w:sz w:val="25"/>
              </w:rPr>
              <w:br/>
              <w:t>Mục tiêu: Tạo tâm thế vui vẻ; ôn kiến thức đã học và kết nối vào bài mới.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hát hoặc tham gia trò chơi ngắn có sử dụng tiếng/vần đã học ở bài trước.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Tham gia hát hoặc trò chơi; phát hiện, đọc lại tiếng/vần đã học.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đọc lại một số vần, tiếng hoặc từ ngữ của bài trước; quan sát, nhận xét và sửa phát âm khi cần.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cá nhân, nhóm hoặc đồng thanh; lắng nghe nhận xét và sửa lỗi phát âm.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Kết luận - Giới thiệu bài: “Hôm nay, cô và các em cùng luyện đọc, luyện viết các vần em, êm, im, um để đọc đúng hơn và viết đẹp hơn.”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lắng nghe, nhắc lại tên/nội dung bài học và sẵn sàng thực hiện nhiệm vụ.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lastRenderedPageBreak/>
              <w:t>2. HOẠT ĐỘNG HÌNH THÀNH KIẾN THỨC MỚI (KHÁM PHÁ</w:t>
            </w:r>
            <w:proofErr w:type="gramStart"/>
            <w:r>
              <w:rPr>
                <w:b/>
                <w:color w:val="1F4E79"/>
                <w:sz w:val="25"/>
              </w:rPr>
              <w:t>)</w:t>
            </w:r>
            <w:proofErr w:type="gramEnd"/>
            <w:r>
              <w:rPr>
                <w:b/>
                <w:color w:val="1F4E79"/>
                <w:sz w:val="25"/>
              </w:rPr>
              <w:br/>
              <w:t>Mục tiêu: Nhận biết và đọc đúng các vần em, êm, im, um; đọc được tiếng, từ ngữ có vần mới theo đúng quy trình SGV.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a. Nhận biết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line="252" w:lineRule="auto"/>
            </w:pPr>
            <w:r>
              <w:rPr>
                <w:sz w:val="25"/>
              </w:rPr>
              <w:t>- Các em quan sát tranh Nhận biết. Tranh vẽ gì?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Tranh minh hoạ nội dung: “Chị em Hà chơi trốn tìm. Hà tủm tỉm đếm: một, hai, ba.</w:t>
            </w:r>
            <w:proofErr w:type="gramStart"/>
            <w:r>
              <w:rPr>
                <w:sz w:val="25"/>
              </w:rPr>
              <w:t>”.</w:t>
            </w:r>
            <w:proofErr w:type="gramEnd"/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Câu nhận biết nói về điều gì?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Câu nhận biết nói: “Chị em Hà chơi trốn tìm. Hà tủm tỉm đếm: một, hai, ba.</w:t>
            </w:r>
            <w:proofErr w:type="gramStart"/>
            <w:r>
              <w:rPr>
                <w:sz w:val="25"/>
              </w:rPr>
              <w:t>”.</w:t>
            </w:r>
            <w:proofErr w:type="gramEnd"/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 xml:space="preserve">- Đọc mẫu câu nhận biết “Chị em Hà chơi trốn tìm. Hà tủm tỉm đếm: một, hai, </w:t>
            </w:r>
            <w:proofErr w:type="gramStart"/>
            <w:r>
              <w:rPr>
                <w:sz w:val="25"/>
              </w:rPr>
              <w:t>ba.;</w:t>
            </w:r>
            <w:proofErr w:type="gramEnd"/>
            <w:r>
              <w:rPr>
                <w:sz w:val="25"/>
              </w:rPr>
              <w:t xml:space="preserve"> đọc chậm từng cụm từ và yêu cầu HS nói theo.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nghe, nói theo từng cụm từ; đọc lại cả câu nhận biết theo hướng dẫn.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tìm, chỉ và đọc các tiếng có chứa vần em, êm, im, um trong câu nhận biết.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Tìm và chỉ đúng tiếng có vần em, êm, im, um; đọc lại tiếng đã tìm được.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Giới thiệu các vần mới em, êm, im, um; phát âm mẫu và chuyển sang luyện đọc.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chữ ghi vần; nghe và phát âm theo mẫu các vần em, êm, im, um.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b. Đọc vần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Đưa các vần em, êm, im, um; đọc mẫu từng vần, hướng dẫn HS quan sát khẩu hình và âm cuối.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khẩu hình, lắng nghe và đọc nhẩm các vần em, êm, im, um.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đánh vần nối tiếp các vần em, êm, im, um; tổ chức cho cả lớp đánh vần đồng thanh.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Đánh vần cá nhân, nối tiếp; đánh vần đồng thanh các vần em, êm, im, um.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đọc trơn các vần em, êm, im, um theo cá nhân, nhóm và cả lớp; sửa lỗi phát âm.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trơn cá nhân, nhóm, đồng thanh; điều chỉnh phát âm theo nhận xét.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Các vần em, êm, im, um giống nhau và khác nhau ở điểm nào?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Các vần đều có phần cuối m; khác nhau ở phần đầu: e, ê, i, u.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sử dụng bộ chữ ghép lần lượt các vần em, êm, im, um; kiểm tra kết quả ghép.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Chọn chữ, ghép đúng các vần em, êm, im, um; đọc lại kết quả ghép.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c. Đọc tiếng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lastRenderedPageBreak/>
              <w:t>- Giới thiệu mô hình tiếng mẫu trong SGK; hướng dẫn HS nhận biết âm đầu, vần và dấu thanh.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mô hình; nêu âm đầu, vần và dấu thanh trong tiếng mẫu.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Hướng dẫn HS đánh vần và đọc trơn tiếng mẫu có vần em, êm, im, um; tổ chức đọc cá nhân và đồng thanh.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Đánh vần tiếng mẫu; đọc trơn cá nhân và đồng thanh.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Chỉ các tiếng trong SGK; yêu cầu HS phát hiện tiếng cùng chứa vần em, êm, im, um, đánh vần và đọc trơn.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Tìm điểm chung của các tiếng; đánh vần và đọc trơn từng tiếng.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Đổi thứ tự các tiếng và tổ chức đọc nối tiếp để kiểm tra phản xạ nhận diện, đọc đúng.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nối tiếp các tiếng theo thứ tự mới; tự sửa khi đọc chưa đúng.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ghép thêm tiếng có vần em, êm, im, um; mời HS phân tích và đọc tiếng vừa ghép.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Ghép tiếng bằng bộ chữ; phân tích cấu tạo và đọc trơn tiếng đã ghép.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d. Đọc từ ngữ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quan sát tranh từ ngữ và gọi tên sự vật/hoạt động ứng với các từ: tem thư, thềm nhà, tủm tỉm.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tranh; gọi tên sự vật/hoạt động và dự đoán từ ngữ tương ứng.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Đưa từng từ ngữ tem thư, thềm nhà, tủm tỉm; yêu cầu HS tìm tiếng có vần em, êm, im, um.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Chỉ và đọc tiếng có chứa vần em, êm, im, um trong từng từ ngữ.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Hướng dẫn phân tích tiếng khó, đánh vần rồi đọc trơn từng từ ngữ; sửa lỗi cho HS.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Phân tích, đánh vần tiếng khó; đọc trơn từng từ ngữ theo hướng dẫn.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đọc nối tiếp, đọc theo nhóm đôi và đọc đồng thanh toàn bộ từ ngữ.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nối tiếp; luyện đọc nhóm đôi và đọc đồng thanh.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e. Đọc lại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đọc lại toàn bộ vần, tiếng, từ ngữ; theo dõi, nhận xét và sửa phát âm.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lại bài theo cá nhân, nhóm và cả lớp; sửa lỗi phát âm khi được góp ý.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Kết luận: Các em đã nhận biết và luyện đọc đúng các vần em, êm, im, um; biết đọc/ghép tiếng, từ ngữ theo quy trình đã học.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HS nhắc lại nội dung vừa học và đọc lại một số tiếng, từ ngữ tiêu biểu.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3. HOẠT ĐỘNG LUYỆN TẬP - THỰC HÀNH</w:t>
            </w:r>
            <w:r>
              <w:rPr>
                <w:b/>
                <w:color w:val="1F4E79"/>
                <w:sz w:val="25"/>
              </w:rPr>
              <w:br/>
              <w:t>Mục tiêu: Luyện viết đúng vần em, êm, im, um, đọc đúng câu/đoạn ứng dụng và hiểu nội dung bài đọc.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lastRenderedPageBreak/>
              <w:t>a. Viết bảng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quan sát mẫu viết vần em, êm, im, um và tiếng/từ ứng dụng; nhận xét độ cao, nét nối và vị trí dấu thanh.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mẫu chữ; nêu nhận xét về độ cao, nét nối, khoảng cách và dấu thanh.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Viết mẫu lần lượt các vần em, êm, im, um; vừa viết vừa hướng dẫn điểm đặt bút, dừng bút và nối nét.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GV viết mẫu; luyện viết trên không theo quy trình.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viết bảng con các vần em, êm, im, um và một số tiếng/từ ứng dụng.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Viết bảng con đúng mẫu, đúng khoảng cách; giơ bảng theo hiệu lệnh.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Nhận xét một số bảng; chỉ rõ lỗi về nét nối, dấu thanh, khoảng cách và yêu cầu HS sửa.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 nhận xét; tự sửa chữ viết chưa đúng trên bảng con.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TIẾT 2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b. Viết vở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Hướng dẫn HS tô và viết các vần em, êm, im, um, từ ngữ ứng dụng trong vở Tập viết; nhắc tư thế ngồi và cách cầm bút.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Ngồi đúng tư thế, cầm bút đúng cách; tô và viết đúng số dòng quy định.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từng bàn; hỗ trợ HS viết chậm hoặc sai điểm đặt bút, nét nối, dấu thanh.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Tiếp tục viết; sửa chữ ngay khi được GV hướng dẫn.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Nhận xét một số bài; nêu điểm đúng và hướng dẫn cụ thể cách sửa lỗi chữ viết.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 nhận xét; tự kiểm tra và sửa bài viết của mình.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c. Đọc câu/đoạn ứng dụng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quan sát phần Đọc ở SGK trang 87, đọc thầm và tìm tiếng có vần em, êm, im, um.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tranh/đoạn đọc; đọc thầm và chỉ các tiếng có vần vừa học.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đọc trơn các tiếng mới có vần em, êm, im, um; hướng dẫn đánh vần lại với HS còn lúng túng.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trơn các tiếng mới; đánh vần lại tiếng khó khi cần.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mẫu câu/đoạn; hướng dẫn ngắt nghỉ theo dấu câu và nội dung.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Nghe đọc mẫu; xác định chỗ ngắt nghỉ và luyện đọc theo.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đọc nối tiếp từng câu, đọc theo nhóm và đọc đồng thanh cả đoạn.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nối tiếp, đọc trong nhóm và đọc đồng thanh đoạn ứng dụng.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Chim ri đã làm gì để thể hiện tình cảm với hai bạn?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Chim ri nói lời cảm ơn khi được chim sẻ và sơn ca giúp đỡ.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lastRenderedPageBreak/>
              <w:t>- Kết luận: Các em đã luyện tập đọc, viết các vần em, êm, im, um và hoàn thành nhiệm vụ thực hành theo hướng dẫn.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HS tự nhận xét phần luyện đọc, luyện viết và sửa lỗi nếu còn sai.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4. HOẠT ĐỘNG VẬN DỤNG</w:t>
            </w:r>
            <w:r>
              <w:rPr>
                <w:b/>
                <w:color w:val="1F4E79"/>
                <w:sz w:val="25"/>
              </w:rPr>
              <w:br/>
              <w:t>Mục tiêu: Vận dụng nội dung đã học để nói lời cảm ơn; liên hệ cách ứng xử phù hợp trong đời sống.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a. Nói theo tranh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quan sát tranh Nói, xác định nhân vật, sự việc và tình huống giao tiếp trong tranh.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tranh; xác định nhân vật, sự việc và trao đổi ban đầu với bạn.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Hai bạn trong tranh giúp nhau việc gì?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Một bạn giúp bạn kia cài chiếc bờm có nơ; một bạn che ô cho bạn khi trời mưa.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Bạn được đeo bờm có nơ sẽ nói gì với bạn?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Bạn nói: “Mình cảm ơn bạn nhé! Chiếc bờm đẹp quá.”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Khi bạn cho em đi chung ô, em nói gì?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Em nói: “Mình cảm ơn bạn đã cho mình đi chung ô.”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luyện nói hoặc đóng vai theo nhóm đôi; mời một số nhóm trình bày trước lớp.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Luyện nói/đóng vai theo cặp; đại diện nhóm thể hiện và nhận xét bạn lịch sự.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c. Củng cố - dặn dò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tìm nhanh tiếng có vần em, êm, im, um và đặt câu ngắn với một tiếng tìm được.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Tìm tiếng, đọc tiếng và nói câu ngắn theo khả năng.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Nhận xét tiết học; tuyên dương HS đọc, viết, nói tốt; động viên HS cần tiếp tục rèn luyện.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 nhận xét; tự nêu điều em đã làm được trong tiết học.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Dặn HS luyện đọc, luyện viết lại các vần em, êm, im, um và chuẩn bị bài tiếp theo.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Ghi nhớ nhiệm vụ; thực hành đọc, viết ở nhà.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shd w:val="clear" w:color="auto" w:fill="auto"/>
          </w:tcPr>
          <w:p w:rsidR="00FA5343" w:rsidRDefault="00EE0796">
            <w:r>
              <w:rPr>
                <w:sz w:val="25"/>
              </w:rPr>
              <w:t>- Kết luận: Các em biết vận dụng nội dung bài học vào lời nói và việc làm phù hợp; tiếp tục luyện tập ở nhà.</w:t>
            </w:r>
          </w:p>
        </w:tc>
        <w:tc>
          <w:tcPr>
            <w:tcW w:w="4986" w:type="dxa"/>
            <w:shd w:val="clear" w:color="auto" w:fill="auto"/>
          </w:tcPr>
          <w:p w:rsidR="00FA5343" w:rsidRDefault="00EE0796">
            <w:r>
              <w:rPr>
                <w:sz w:val="25"/>
              </w:rPr>
              <w:t>- HS nhắc lại điều ghi nhớ và thực hiện nhiệm vụ luyện tập ở nhà.</w:t>
            </w:r>
          </w:p>
        </w:tc>
      </w:tr>
    </w:tbl>
    <w:p w:rsidR="00FA5343" w:rsidRDefault="00EE0796">
      <w:pPr>
        <w:keepNext/>
        <w:spacing w:before="80" w:after="40"/>
      </w:pPr>
      <w:r>
        <w:rPr>
          <w:b/>
          <w:sz w:val="26"/>
        </w:rPr>
        <w:t>IV. ĐIỀU CHỈNH SAU BÀI DẠY</w:t>
      </w:r>
    </w:p>
    <w:p w:rsidR="00FA5343" w:rsidRDefault="00EE0796">
      <w:pPr>
        <w:spacing w:after="40" w:line="250" w:lineRule="auto"/>
      </w:pPr>
      <w:r>
        <w:rPr>
          <w:sz w:val="26"/>
        </w:rPr>
        <w:t>..........................................................................................................................................................................................</w:t>
      </w:r>
    </w:p>
    <w:p w:rsidR="00FA5343" w:rsidRDefault="00EE0796">
      <w:pPr>
        <w:spacing w:after="40" w:line="250" w:lineRule="auto"/>
      </w:pPr>
      <w:r>
        <w:rPr>
          <w:sz w:val="26"/>
        </w:rPr>
        <w:t>..........................................................................................................................................................................................</w:t>
      </w:r>
    </w:p>
    <w:p w:rsidR="00FA5343" w:rsidRDefault="00FA5343">
      <w:pPr>
        <w:spacing w:after="20" w:line="250" w:lineRule="auto"/>
      </w:pPr>
    </w:p>
    <w:p w:rsidR="00FA5343" w:rsidRDefault="00EE0796">
      <w:pPr>
        <w:spacing w:before="40" w:after="60"/>
        <w:jc w:val="center"/>
      </w:pPr>
      <w:r>
        <w:rPr>
          <w:b/>
          <w:color w:val="1F4E79"/>
          <w:sz w:val="26"/>
        </w:rPr>
        <w:lastRenderedPageBreak/>
        <w:t>BÀI 38: Ai, ay, ây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I. YÊU CẦU CẦN ĐẠT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1. Năng lực đặc thù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Nhận biết và đọc đúng các vần ai, ay, ây; đọc đúng tiếng, từ, câu/đoạn có vần vừa học.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Viết đúng các vần ai, ay, ây và tiếng/từ ứng dụng </w:t>
      </w:r>
      <w:proofErr w:type="gramStart"/>
      <w:r>
        <w:rPr>
          <w:sz w:val="26"/>
        </w:rPr>
        <w:t>theo</w:t>
      </w:r>
      <w:proofErr w:type="gramEnd"/>
      <w:r>
        <w:rPr>
          <w:sz w:val="26"/>
        </w:rPr>
        <w:t xml:space="preserve"> mẫu.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Quan sát tranh, hiểu nội dung cơ bản và nói được câu phù hợp với tình huống trong bài.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 xml:space="preserve">2. Năng lực </w:t>
      </w:r>
      <w:proofErr w:type="gramStart"/>
      <w:r>
        <w:rPr>
          <w:b/>
          <w:sz w:val="26"/>
        </w:rPr>
        <w:t>chung</w:t>
      </w:r>
      <w:proofErr w:type="gramEnd"/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Tự chủ và tự học: Chủ động quan sát tranh, luyện đọc, luyện viết; biết kiểm tra và sửa lỗi khi được hướng dẫn.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Giao tiếp và hợp tác: Biết lắng nghe, trao đổi nhóm đôi/nhóm nhỏ; mạnh dạn trình bày và nhận xét bằng lời lịch sự.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Giải quyết vấn đề và sáng tạo: Vận dụng vần đã học để ghép tiếng, đọc câu và xử lí tình huống giao tiếp gần </w:t>
      </w:r>
      <w:proofErr w:type="gramStart"/>
      <w:r>
        <w:rPr>
          <w:sz w:val="26"/>
        </w:rPr>
        <w:t>gũi</w:t>
      </w:r>
      <w:proofErr w:type="gramEnd"/>
      <w:r>
        <w:rPr>
          <w:sz w:val="26"/>
        </w:rPr>
        <w:t>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3. Phẩm chất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Chăm chỉ: Tích cực luyện đọc, luyện viết; kiên trì hoàn thành nhiệm vụ học tập.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Trách nhiệm: Chuẩn bị đồ dùng; thực hiện nền nếp khi học cá nhân và hợp tác cùng bạn.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Nhân ái: Biết yêu quý người thân, bạn bè, quê hương và các sự vật gần </w:t>
      </w:r>
      <w:proofErr w:type="gramStart"/>
      <w:r>
        <w:rPr>
          <w:sz w:val="26"/>
        </w:rPr>
        <w:t>gũi</w:t>
      </w:r>
      <w:proofErr w:type="gramEnd"/>
      <w:r>
        <w:rPr>
          <w:sz w:val="26"/>
        </w:rPr>
        <w:t xml:space="preserve"> trong bài học.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II. ĐỒ DÙNG DẠY HỌC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Giáo viên: SGK Tiếng Việt 1 - Tập một; hình SGK đã cắt đúng nội dung hoạt động tại trang 88 - 89; thẻ vần/chữ mẫu ai, ay, ây; bảng phụ, máy chiếu (nếu có).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Học sinh: SGK, vở Tập viết, bảng con, bộ chữ học vần và đồ dùng học tập cá nhân.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III.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FA5343" w:rsidTr="00411ED7">
        <w:trPr>
          <w:cantSplit/>
          <w:tblHeader/>
          <w:jc w:val="center"/>
        </w:trPr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  <w:jc w:val="center"/>
            </w:pPr>
            <w:r>
              <w:rPr>
                <w:b/>
                <w:color w:val="000000"/>
                <w:sz w:val="26"/>
              </w:rPr>
              <w:t>HOẠT ĐỘNG CỦA GIÁO VIÊN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  <w:jc w:val="center"/>
            </w:pPr>
            <w:r>
              <w:rPr>
                <w:b/>
                <w:color w:val="000000"/>
                <w:sz w:val="26"/>
              </w:rPr>
              <w:t>HOẠT ĐỘNG CỦA HỌC SINH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TIẾT 1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1. HOẠT ĐỘNG MỞ ĐẦU (KHỞI ĐỘNG</w:t>
            </w:r>
            <w:proofErr w:type="gramStart"/>
            <w:r>
              <w:rPr>
                <w:b/>
                <w:color w:val="1F4E79"/>
                <w:sz w:val="25"/>
              </w:rPr>
              <w:t>)</w:t>
            </w:r>
            <w:proofErr w:type="gramEnd"/>
            <w:r>
              <w:rPr>
                <w:b/>
                <w:color w:val="1F4E79"/>
                <w:sz w:val="25"/>
              </w:rPr>
              <w:br/>
              <w:t>Mục tiêu: Tạo tâm thế vui vẻ; ôn kiến thức đã học và kết nối vào bài mới.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hát hoặc tham gia trò chơi ngắn có sử dụng tiếng/vần đã học ở bài trước.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Tham gia hát hoặc trò chơi; phát hiện, đọc lại tiếng/vần đã học.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đọc lại một số vần, tiếng hoặc từ ngữ của bài trước; quan sát, nhận xét và sửa phát âm khi cần.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cá nhân, nhóm hoặc đồng thanh; lắng nghe nhận xét và sửa lỗi phát âm.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Kết luận - Giới thiệu bài: “Hôm nay, cô và các em cùng luyện đọc, luyện viết các vần ai, ay, ây để đọc đúng hơn và viết đẹp hơn.”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lắng nghe, nhắc lại tên/nội dung bài học và sẵn sàng thực hiện nhiệm vụ.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lastRenderedPageBreak/>
              <w:t>2. HOẠT ĐỘNG HÌNH THÀNH KIẾN THỨC MỚI (KHÁM PHÁ</w:t>
            </w:r>
            <w:proofErr w:type="gramStart"/>
            <w:r>
              <w:rPr>
                <w:b/>
                <w:color w:val="1F4E79"/>
                <w:sz w:val="25"/>
              </w:rPr>
              <w:t>)</w:t>
            </w:r>
            <w:proofErr w:type="gramEnd"/>
            <w:r>
              <w:rPr>
                <w:b/>
                <w:color w:val="1F4E79"/>
                <w:sz w:val="25"/>
              </w:rPr>
              <w:br/>
              <w:t>Mục tiêu: Nhận biết và đọc đúng các vần ai, ay, ây; đọc được tiếng, từ ngữ có vần mới theo đúng quy trình SGV.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a. Nhận biết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line="252" w:lineRule="auto"/>
            </w:pPr>
            <w:r>
              <w:rPr>
                <w:sz w:val="25"/>
              </w:rPr>
              <w:t>- Các em quan sát tranh Nhận biết. Tranh vẽ gì?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Tranh minh hoạ nội dung: “Hai bạn thi nhảy dây.</w:t>
            </w:r>
            <w:proofErr w:type="gramStart"/>
            <w:r>
              <w:rPr>
                <w:sz w:val="25"/>
              </w:rPr>
              <w:t>”.</w:t>
            </w:r>
            <w:proofErr w:type="gramEnd"/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Câu nhận biết nói về điều gì?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Câu nhận biết nói: “Hai bạn thi nhảy dây.</w:t>
            </w:r>
            <w:proofErr w:type="gramStart"/>
            <w:r>
              <w:rPr>
                <w:sz w:val="25"/>
              </w:rPr>
              <w:t>”.</w:t>
            </w:r>
            <w:proofErr w:type="gramEnd"/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 xml:space="preserve">- Đọc mẫu câu nhận biết “Hai bạn thi nhảy </w:t>
            </w:r>
            <w:proofErr w:type="gramStart"/>
            <w:r>
              <w:rPr>
                <w:sz w:val="25"/>
              </w:rPr>
              <w:t>dây.;</w:t>
            </w:r>
            <w:proofErr w:type="gramEnd"/>
            <w:r>
              <w:rPr>
                <w:sz w:val="25"/>
              </w:rPr>
              <w:t xml:space="preserve"> đọc chậm từng cụm từ và yêu cầu HS nói theo.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nghe, nói theo từng cụm từ; đọc lại cả câu nhận biết theo hướng dẫn.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tìm, chỉ và đọc các tiếng có chứa vần ai, ay, ây trong câu nhận biết.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Tìm và chỉ đúng tiếng có vần ai, ay, ây; đọc lại tiếng đã tìm được.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Giới thiệu các vần mới ai, ay, ây; phát âm mẫu và chuyển sang luyện đọc.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chữ ghi vần; nghe và phát âm theo mẫu các vần ai, ay, ây.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b. Đọc vần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Đưa các vần ai, ay, ây; đọc mẫu từng vần, hướng dẫn HS quan sát khẩu hình và âm cuối.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khẩu hình, lắng nghe và đọc nhẩm các vần ai, ay, ây.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đánh vần nối tiếp các vần ai, ay, ây; tổ chức cho cả lớp đánh vần đồng thanh.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Đánh vần cá nhân, nối tiếp; đánh vần đồng thanh các vần ai, ay, ây.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đọc trơn các vần ai, ay, ây theo cá nhân, nhóm và cả lớp; sửa lỗi phát âm.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trơn cá nhân, nhóm, đồng thanh; điều chỉnh phát âm theo nhận xét.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Các vần ai, ay, ây giống nhau và khác nhau ở điểm nào?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Em nhận biết và đọc đúng các vần ai, ay, ây theo mẫu của cô.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sử dụng bộ chữ ghép lần lượt các vần ai, ay, ây; kiểm tra kết quả ghép.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Chọn chữ, ghép đúng các vần ai, ay, ây; đọc lại kết quả ghép.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c. Đọc tiếng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Giới thiệu mô hình tiếng mẫu trong SGK; hướng dẫn HS nhận biết âm đầu, vần và dấu thanh.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mô hình; nêu âm đầu, vần và dấu thanh trong tiếng mẫu.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lastRenderedPageBreak/>
              <w:t>- Hướng dẫn HS đánh vần và đọc trơn tiếng mẫu có vần ai, ay, ây; tổ chức đọc cá nhân và đồng thanh.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Đánh vần tiếng mẫu; đọc trơn cá nhân và đồng thanh.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Chỉ các tiếng trong SGK; yêu cầu HS phát hiện tiếng cùng chứa vần ai, ay, ây, đánh vần và đọc trơn.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Tìm điểm chung của các tiếng; đánh vần và đọc trơn từng tiếng.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Đổi thứ tự các tiếng và tổ chức đọc nối tiếp để kiểm tra phản xạ nhận diện, đọc đúng.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nối tiếp các tiếng theo thứ tự mới; tự sửa khi đọc chưa đúng.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ghép thêm tiếng có vần ai, ay, ây; mời HS phân tích và đọc tiếng vừa ghép.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Ghép tiếng bằng bộ chữ; phân tích cấu tạo và đọc trơn tiếng đã ghép.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d. Đọc từ ngữ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quan sát tranh từ ngữ và gọi tên sự vật/hoạt động ứng với các từ: chùm vải, máy cày, đám mây.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tranh; gọi tên sự vật/hoạt động và dự đoán từ ngữ tương ứng.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Đưa từng từ ngữ chùm vải, máy cày, đám mây; yêu cầu HS tìm tiếng có vần ai, ay, ây.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Chỉ và đọc tiếng có chứa vần ai, ay, ây trong từng từ ngữ.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Hướng dẫn phân tích tiếng khó, đánh vần rồi đọc trơn từng từ ngữ; sửa lỗi cho HS.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Phân tích, đánh vần tiếng khó; đọc trơn từng từ ngữ theo hướng dẫn.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đọc nối tiếp, đọc theo nhóm đôi và đọc đồng thanh toàn bộ từ ngữ.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nối tiếp; luyện đọc nhóm đôi và đọc đồng thanh.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e. Đọc lại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đọc lại toàn bộ vần, tiếng, từ ngữ; theo dõi, nhận xét và sửa phát âm.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lại bài theo cá nhân, nhóm và cả lớp; sửa lỗi phát âm khi được góp ý.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Kết luận: Các em đã nhận biết và luyện đọc đúng các vần ai, ay, ây; biết đọc/ghép tiếng, từ ngữ theo quy trình đã học.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HS nhắc lại nội dung vừa học và đọc lại một số tiếng, từ ngữ tiêu biểu.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3. HOẠT ĐỘNG LUYỆN TẬP - THỰC HÀNH</w:t>
            </w:r>
            <w:r>
              <w:rPr>
                <w:b/>
                <w:color w:val="1F4E79"/>
                <w:sz w:val="25"/>
              </w:rPr>
              <w:br/>
              <w:t>Mục tiêu: Luyện viết đúng vần ai, ay, ây, đọc đúng câu/đoạn ứng dụng và hiểu nội dung bài đọc.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a. Viết bảng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quan sát mẫu viết vần ai, ay, ây và tiếng/từ ứng dụng; nhận xét độ cao, nét nối và vị trí dấu thanh.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mẫu chữ; nêu nhận xét về độ cao, nét nối, khoảng cách và dấu thanh.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lastRenderedPageBreak/>
              <w:t>- Viết mẫu lần lượt các vần ai, ay, ây; vừa viết vừa hướng dẫn điểm đặt bút, dừng bút và nối nét.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GV viết mẫu; luyện viết trên không theo quy trình.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 xml:space="preserve">- Yêu cầu HS viết bảng con các vần ai, ay, </w:t>
            </w:r>
            <w:proofErr w:type="gramStart"/>
            <w:r>
              <w:rPr>
                <w:color w:val="000000"/>
                <w:sz w:val="25"/>
              </w:rPr>
              <w:t>ây</w:t>
            </w:r>
            <w:proofErr w:type="gramEnd"/>
            <w:r>
              <w:rPr>
                <w:color w:val="000000"/>
                <w:sz w:val="25"/>
              </w:rPr>
              <w:t xml:space="preserve"> và một số tiếng/từ ứng dụng.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Viết bảng con đúng mẫu, đúng khoảng cách; giơ bảng theo hiệu lệnh.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Nhận xét một số bảng; chỉ rõ lỗi về nét nối, dấu thanh, khoảng cách và yêu cầu HS sửa.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 nhận xét; tự sửa chữ viết chưa đúng trên bảng con.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TIẾT 2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b. Viết vở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Hướng dẫn HS tô và viết các vần ai, ay, ây, từ ngữ ứng dụng trong vở Tập viết; nhắc tư thế ngồi và cách cầm bút.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Ngồi đúng tư thế, cầm bút đúng cách; tô và viết đúng số dòng quy định.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từng bàn; hỗ trợ HS viết chậm hoặc sai điểm đặt bút, nét nối, dấu thanh.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Tiếp tục viết; sửa chữ ngay khi được GV hướng dẫn.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Nhận xét một số bài; nêu điểm đúng và hướng dẫn cụ thể cách sửa lỗi chữ viết.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 nhận xét; tự kiểm tra và sửa bài viết của mình.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c. Đọc câu/đoạn ứng dụng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quan sát phần Đọc ở SGK trang 89, đọc thầm và tìm tiếng có vần ai, ay, ây.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tranh/đoạn đọc; đọc thầm và chỉ các tiếng có vần vừa học.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đọc trơn các tiếng mới có vần ai, ay, ây; hướng dẫn đánh vần lại với HS còn lúng túng.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trơn các tiếng mới; đánh vần lại tiếng khó khi cần.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mẫu câu/đoạn; hướng dẫn ngắt nghỉ theo dấu câu và nội dung.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Nghe đọc mẫu; xác định chỗ ngắt nghỉ và luyện đọc theo.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đọc nối tiếp từng câu, đọc theo nhóm và đọc đồng thanh cả đoạn.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nối tiếp, đọc trong nhóm và đọc đồng thanh đoạn ứng dụng.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Trong đoạn đọc, nai mẹ đã nói gì với nai con?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Nai mẹ nhắc nhở, chăm sóc nai con bằng lời nói yêu thương.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Kết luận: Các em đã luyện tập đọc, viết các vần ai, ay, ây và hoàn thành nhiệm vụ thực hành theo hướng dẫn.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HS tự nhận xét phần luyện đọc, luyện viết và sửa lỗi nếu còn sai.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4. HOẠT ĐỘNG VẬN DỤNG</w:t>
            </w:r>
            <w:r>
              <w:rPr>
                <w:b/>
                <w:color w:val="1F4E79"/>
                <w:sz w:val="25"/>
              </w:rPr>
              <w:br/>
              <w:t>Mục tiêu: Vận dụng nội dung đã học để nói lời xin lỗi khi sơ ý; liên hệ cách ứng xử phù hợp trong đời sống.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lastRenderedPageBreak/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a. Nói theo tranh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quan sát tranh Nói, xác định nhân vật, sự việc và tình huống giao tiếp trong tranh.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tranh; xác định nhân vật, sự việc và trao đổi ban đầu với bạn.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Tranh vẽ cảnh ở đâu?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Tranh vẽ cảnh ở nơi công cộng, có nhiều người qua lại.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Hà đã gặp chuyện gì?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Hà sơ ý va phải một người khác.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Nếu sơ ý va phải người khác, Hà cần nói gì?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Hà cần nói: “Cháu xin lỗi ạ!” hoặc “Mình xin lỗi bạn nhé!”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luyện nói hoặc đóng vai theo nhóm đôi; mời một số nhóm trình bày trước lớp.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Luyện nói/đóng vai theo cặp; đại diện nhóm thể hiện và nhận xét bạn lịch sự.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c. Củng cố - dặn dò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tìm nhanh tiếng có vần ai, ay, ây và đặt câu ngắn với một tiếng tìm được.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Tìm tiếng, đọc tiếng và nói câu ngắn theo khả năng.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Nhận xét tiết học; tuyên dương HS đọc, viết, nói tốt; động viên HS cần tiếp tục rèn luyện.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 nhận xét; tự nêu điều em đã làm được trong tiết học.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Dặn HS luyện đọc, luyện viết lại các vần ai, ay, ây và chuẩn bị bài tiếp theo.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Ghi nhớ nhiệm vụ; thực hành đọc, viết ở nhà.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shd w:val="clear" w:color="auto" w:fill="auto"/>
          </w:tcPr>
          <w:p w:rsidR="00FA5343" w:rsidRDefault="00EE0796">
            <w:r>
              <w:rPr>
                <w:sz w:val="25"/>
              </w:rPr>
              <w:t>- Kết luận: Các em biết vận dụng nội dung bài học vào lời nói và việc làm phù hợp; tiếp tục luyện tập ở nhà.</w:t>
            </w:r>
          </w:p>
        </w:tc>
        <w:tc>
          <w:tcPr>
            <w:tcW w:w="4986" w:type="dxa"/>
            <w:shd w:val="clear" w:color="auto" w:fill="auto"/>
          </w:tcPr>
          <w:p w:rsidR="00FA5343" w:rsidRDefault="00EE0796">
            <w:r>
              <w:rPr>
                <w:sz w:val="25"/>
              </w:rPr>
              <w:t>- HS nhắc lại điều ghi nhớ và thực hiện nhiệm vụ luyện tập ở nhà.</w:t>
            </w:r>
          </w:p>
        </w:tc>
      </w:tr>
    </w:tbl>
    <w:p w:rsidR="00FA5343" w:rsidRDefault="00EE0796">
      <w:pPr>
        <w:keepNext/>
        <w:spacing w:before="80" w:after="40"/>
      </w:pPr>
      <w:r>
        <w:rPr>
          <w:b/>
          <w:sz w:val="26"/>
        </w:rPr>
        <w:t>IV. ĐIỀU CHỈNH SAU BÀI DẠY</w:t>
      </w:r>
    </w:p>
    <w:p w:rsidR="00FA5343" w:rsidRDefault="00EE0796">
      <w:pPr>
        <w:spacing w:after="40" w:line="250" w:lineRule="auto"/>
      </w:pPr>
      <w:r>
        <w:rPr>
          <w:sz w:val="26"/>
        </w:rPr>
        <w:t>..........................................................................................................................................................................................</w:t>
      </w:r>
    </w:p>
    <w:p w:rsidR="00FA5343" w:rsidRDefault="00EE0796">
      <w:pPr>
        <w:spacing w:after="40" w:line="250" w:lineRule="auto"/>
      </w:pPr>
      <w:r>
        <w:rPr>
          <w:sz w:val="26"/>
        </w:rPr>
        <w:t>..........................................................................................................................................................................................</w:t>
      </w:r>
    </w:p>
    <w:p w:rsidR="00FA5343" w:rsidRDefault="00FA5343">
      <w:pPr>
        <w:spacing w:after="20" w:line="250" w:lineRule="auto"/>
      </w:pPr>
    </w:p>
    <w:p w:rsidR="00FA5343" w:rsidRDefault="00EE0796">
      <w:pPr>
        <w:spacing w:before="40" w:after="60"/>
        <w:jc w:val="center"/>
      </w:pPr>
      <w:r>
        <w:rPr>
          <w:b/>
          <w:color w:val="1F4E79"/>
          <w:sz w:val="26"/>
        </w:rPr>
        <w:t>BÀI 39: Oi, ôi, ơi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I. YÊU CẦU CẦN ĐẠT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1. Năng lực đặc thù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Nhận biết và đọc đúng các vần oi, ôi, ơi; đọc đúng tiếng, từ, câu/đoạn có vần vừa học.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Viết đúng các vần oi, ôi, ơi và tiếng/từ ứng dụng </w:t>
      </w:r>
      <w:proofErr w:type="gramStart"/>
      <w:r>
        <w:rPr>
          <w:sz w:val="26"/>
        </w:rPr>
        <w:t>theo</w:t>
      </w:r>
      <w:proofErr w:type="gramEnd"/>
      <w:r>
        <w:rPr>
          <w:sz w:val="26"/>
        </w:rPr>
        <w:t xml:space="preserve"> mẫu.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Quan sát tranh, hiểu nội dung cơ bản và nói được câu phù hợp với tình huống trong bài.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lastRenderedPageBreak/>
        <w:t xml:space="preserve">2. Năng lực </w:t>
      </w:r>
      <w:proofErr w:type="gramStart"/>
      <w:r>
        <w:rPr>
          <w:b/>
          <w:sz w:val="26"/>
        </w:rPr>
        <w:t>chung</w:t>
      </w:r>
      <w:proofErr w:type="gramEnd"/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Tự chủ và tự học: Chủ động quan sát tranh, luyện đọc, luyện viết; biết kiểm tra và sửa lỗi khi được hướng dẫn.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Giao tiếp và hợp tác: Biết lắng nghe, trao đổi nhóm đôi/nhóm nhỏ; mạnh dạn trình bày và nhận xét bằng lời lịch sự.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Giải quyết vấn đề và sáng tạo: Vận dụng vần đã học để ghép tiếng, đọc câu và xử lí tình huống giao tiếp gần </w:t>
      </w:r>
      <w:proofErr w:type="gramStart"/>
      <w:r>
        <w:rPr>
          <w:sz w:val="26"/>
        </w:rPr>
        <w:t>gũi</w:t>
      </w:r>
      <w:proofErr w:type="gramEnd"/>
      <w:r>
        <w:rPr>
          <w:sz w:val="26"/>
        </w:rPr>
        <w:t>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3. Phẩm chất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Chăm chỉ: Tích cực luyện đọc, luyện viết; kiên trì hoàn thành nhiệm vụ học tập.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Trách nhiệm: Chuẩn bị đồ dùng; thực hiện nền nếp khi học cá nhân và hợp tác cùng bạn.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Nhân ái: Biết yêu quý người thân, bạn bè, quê hương và các sự vật gần </w:t>
      </w:r>
      <w:proofErr w:type="gramStart"/>
      <w:r>
        <w:rPr>
          <w:sz w:val="26"/>
        </w:rPr>
        <w:t>gũi</w:t>
      </w:r>
      <w:proofErr w:type="gramEnd"/>
      <w:r>
        <w:rPr>
          <w:sz w:val="26"/>
        </w:rPr>
        <w:t xml:space="preserve"> trong bài học.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II. ĐỒ DÙNG DẠY HỌC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Giáo viên: SGK Tiếng Việt 1 - Tập một; hình SGK đã cắt đúng nội dung hoạt động tại trang 90 - 91; thẻ vần/chữ mẫu oi, ôi, ơi; bảng phụ, máy chiếu (nếu có).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Học sinh: SGK, vở Tập viết, bảng con, bộ chữ học vần và đồ dùng học tập cá nhân.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III.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FA5343" w:rsidTr="00411ED7">
        <w:trPr>
          <w:cantSplit/>
          <w:tblHeader/>
          <w:jc w:val="center"/>
        </w:trPr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  <w:jc w:val="center"/>
            </w:pPr>
            <w:r>
              <w:rPr>
                <w:b/>
                <w:color w:val="000000"/>
                <w:sz w:val="26"/>
              </w:rPr>
              <w:t>HOẠT ĐỘNG CỦA GIÁO VIÊN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  <w:jc w:val="center"/>
            </w:pPr>
            <w:r>
              <w:rPr>
                <w:b/>
                <w:color w:val="000000"/>
                <w:sz w:val="26"/>
              </w:rPr>
              <w:t>HOẠT ĐỘNG CỦA HỌC SINH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TIẾT 1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1. HOẠT ĐỘNG MỞ ĐẦU (KHỞI ĐỘNG</w:t>
            </w:r>
            <w:proofErr w:type="gramStart"/>
            <w:r>
              <w:rPr>
                <w:b/>
                <w:color w:val="1F4E79"/>
                <w:sz w:val="25"/>
              </w:rPr>
              <w:t>)</w:t>
            </w:r>
            <w:proofErr w:type="gramEnd"/>
            <w:r>
              <w:rPr>
                <w:b/>
                <w:color w:val="1F4E79"/>
                <w:sz w:val="25"/>
              </w:rPr>
              <w:br/>
              <w:t>Mục tiêu: Tạo tâm thế vui vẻ; ôn kiến thức đã học và kết nối vào bài mới.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hát hoặc tham gia trò chơi ngắn có sử dụng tiếng/vần đã học ở bài trước.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Tham gia hát hoặc trò chơi; phát hiện, đọc lại tiếng/vần đã học.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đọc lại một số vần, tiếng hoặc từ ngữ của bài trước; quan sát, nhận xét và sửa phát âm khi cần.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cá nhân, nhóm hoặc đồng thanh; lắng nghe nhận xét và sửa lỗi phát âm.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Kết luận - Giới thiệu bài: “Hôm nay, cô và các em cùng luyện đọc, luyện viết các vần oi, ôi, ơi để đọc đúng hơn và viết đẹp hơn.”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lắng nghe, nhắc lại tên/nội dung bài học và sẵn sàng thực hiện nhiệm vụ.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2. HOẠT ĐỘNG HÌNH THÀNH KIẾN THỨC MỚI (KHÁM PHÁ</w:t>
            </w:r>
            <w:proofErr w:type="gramStart"/>
            <w:r>
              <w:rPr>
                <w:b/>
                <w:color w:val="1F4E79"/>
                <w:sz w:val="25"/>
              </w:rPr>
              <w:t>)</w:t>
            </w:r>
            <w:proofErr w:type="gramEnd"/>
            <w:r>
              <w:rPr>
                <w:b/>
                <w:color w:val="1F4E79"/>
                <w:sz w:val="25"/>
              </w:rPr>
              <w:br/>
              <w:t>Mục tiêu: Nhận biết và đọc đúng các vần oi, ôi, ơi; đọc được tiếng, từ ngữ có vần mới theo đúng quy trình SGV.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a. Nhận biết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line="252" w:lineRule="auto"/>
            </w:pPr>
            <w:r>
              <w:rPr>
                <w:sz w:val="25"/>
              </w:rPr>
              <w:lastRenderedPageBreak/>
              <w:t>- Các em quan sát tranh Nhận biết. Tranh vẽ gì?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Tranh minh hoạ nội dung: “Voi con mời bạn đi xem hội.</w:t>
            </w:r>
            <w:proofErr w:type="gramStart"/>
            <w:r>
              <w:rPr>
                <w:sz w:val="25"/>
              </w:rPr>
              <w:t>”.</w:t>
            </w:r>
            <w:proofErr w:type="gramEnd"/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Câu nhận biết nói về điều gì?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Câu nhận biết nói: “Voi con mời bạn đi xem hội.</w:t>
            </w:r>
            <w:proofErr w:type="gramStart"/>
            <w:r>
              <w:rPr>
                <w:sz w:val="25"/>
              </w:rPr>
              <w:t>”.</w:t>
            </w:r>
            <w:proofErr w:type="gramEnd"/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 xml:space="preserve">- Đọc mẫu câu nhận biết “Voi con mời bạn đi xem </w:t>
            </w:r>
            <w:proofErr w:type="gramStart"/>
            <w:r>
              <w:rPr>
                <w:sz w:val="25"/>
              </w:rPr>
              <w:t>hội.;</w:t>
            </w:r>
            <w:proofErr w:type="gramEnd"/>
            <w:r>
              <w:rPr>
                <w:sz w:val="25"/>
              </w:rPr>
              <w:t xml:space="preserve"> đọc chậm từng cụm từ và yêu cầu HS nói theo.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nghe, nói theo từng cụm từ; đọc lại cả câu nhận biết theo hướng dẫn.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tìm, chỉ và đọc các tiếng có chứa vần oi, ôi, ơi trong câu nhận biết.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Tìm và chỉ đúng tiếng có vần oi, ôi, ơi; đọc lại tiếng đã tìm được.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Giới thiệu các vần mới oi, ôi, ơi; phát âm mẫu và chuyển sang luyện đọc.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chữ ghi vần; nghe và phát âm theo mẫu các vần oi, ôi, ơi.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b. Đọc vần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Đưa các vần oi, ôi, ơi; đọc mẫu từng vần, hướng dẫn HS quan sát khẩu hình và âm cuối.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khẩu hình, lắng nghe và đọc nhẩm các vần oi, ôi, ơi.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đánh vần nối tiếp các vần oi, ôi, ơi; tổ chức cho cả lớp đánh vần đồng thanh.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Đánh vần cá nhân, nối tiếp; đánh vần đồng thanh các vần oi, ôi, ơi.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đọc trơn các vần oi, ôi, ơi theo cá nhân, nhóm và cả lớp; sửa lỗi phát âm.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trơn cá nhân, nhóm, đồng thanh; điều chỉnh phát âm theo nhận xét.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Các vần oi, ôi, ơi giống nhau và khác nhau ở điểm nào?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Các vần đều có phần cuối i; khác nhau ở phần đầu: o, ô, ơ.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sử dụng bộ chữ ghép lần lượt các vần oi, ôi, ơi; kiểm tra kết quả ghép.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Chọn chữ, ghép đúng các vần oi, ôi, ơi; đọc lại kết quả ghép.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c. Đọc tiếng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Giới thiệu mô hình tiếng mẫu trong SGK; hướng dẫn HS nhận biết âm đầu, vần và dấu thanh.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mô hình; nêu âm đầu, vần và dấu thanh trong tiếng mẫu.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Hướng dẫn HS đánh vần và đọc trơn tiếng mẫu có vần oi, ôi, ơi; tổ chức đọc cá nhân và đồng thanh.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Đánh vần tiếng mẫu; đọc trơn cá nhân và đồng thanh.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Chỉ các tiếng trong SGK; yêu cầu HS phát hiện tiếng cùng chứa vần oi, ôi, ơi, đánh vần và đọc trơn.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Tìm điểm chung của các tiếng; đánh vần và đọc trơn từng tiếng.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Đổi thứ tự các tiếng và tổ chức đọc nối tiếp để kiểm tra phản xạ nhận diện, đọc đúng.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nối tiếp các tiếng theo thứ tự mới; tự sửa khi đọc chưa đúng.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lastRenderedPageBreak/>
              <w:t>- Yêu cầu HS ghép thêm tiếng có vần oi, ôi, ơi; mời HS phân tích và đọc tiếng vừa ghép.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Ghép tiếng bằng bộ chữ; phân tích cấu tạo và đọc trơn tiếng đã ghép.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d. Đọc từ ngữ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quan sát tranh từ ngữ và gọi tên sự vật/hoạt động ứng với các từ: chim bói cá, thổi còi, đồ chơi.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tranh; gọi tên sự vật/hoạt động và dự đoán từ ngữ tương ứng.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Đưa từng từ ngữ chim bói cá, thổi còi, đồ chơi; yêu cầu HS tìm tiếng có vần oi, ôi, ơi.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Chỉ và đọc tiếng có chứa vần oi, ôi, ơi trong từng từ ngữ.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Hướng dẫn phân tích tiếng khó, đánh vần rồi đọc trơn từng từ ngữ; sửa lỗi cho HS.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Phân tích, đánh vần tiếng khó; đọc trơn từng từ ngữ theo hướng dẫn.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đọc nối tiếp, đọc theo nhóm đôi và đọc đồng thanh toàn bộ từ ngữ.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nối tiếp; luyện đọc nhóm đôi và đọc đồng thanh.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e. Đọc lại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đọc lại toàn bộ vần, tiếng, từ ngữ; theo dõi, nhận xét và sửa phát âm.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lại bài theo cá nhân, nhóm và cả lớp; sửa lỗi phát âm khi được góp ý.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Kết luận: Các em đã nhận biết và luyện đọc đúng các vần oi, ôi, ơi; biết đọc/ghép tiếng, từ ngữ theo quy trình đã học.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HS nhắc lại nội dung vừa học và đọc lại một số tiếng, từ ngữ tiêu biểu.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3. HOẠT ĐỘNG LUYỆN TẬP - THỰC HÀNH</w:t>
            </w:r>
            <w:r>
              <w:rPr>
                <w:b/>
                <w:color w:val="1F4E79"/>
                <w:sz w:val="25"/>
              </w:rPr>
              <w:br/>
              <w:t>Mục tiêu: Luyện viết đúng vần oi, ôi, ơi, đọc đúng câu/đoạn ứng dụng và hiểu nội dung bài đọc.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a. Viết bảng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quan sát mẫu viết vần oi, ôi, ơi và tiếng/từ ứng dụng; nhận xét độ cao, nét nối và vị trí dấu thanh.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mẫu chữ; nêu nhận xét về độ cao, nét nối, khoảng cách và dấu thanh.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Viết mẫu lần lượt các vần oi, ôi, ơi; vừa viết vừa hướng dẫn điểm đặt bút, dừng bút và nối nét.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GV viết mẫu; luyện viết trên không theo quy trình.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 xml:space="preserve">- Yêu cầu HS viết bảng con các vần oi, ôi, </w:t>
            </w:r>
            <w:proofErr w:type="gramStart"/>
            <w:r>
              <w:rPr>
                <w:color w:val="000000"/>
                <w:sz w:val="25"/>
              </w:rPr>
              <w:t>ơi</w:t>
            </w:r>
            <w:proofErr w:type="gramEnd"/>
            <w:r>
              <w:rPr>
                <w:color w:val="000000"/>
                <w:sz w:val="25"/>
              </w:rPr>
              <w:t xml:space="preserve"> và một số tiếng/từ ứng dụng.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Viết bảng con đúng mẫu, đúng khoảng cách; giơ bảng theo hiệu lệnh.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Nhận xét một số bảng; chỉ rõ lỗi về nét nối, dấu thanh, khoảng cách và yêu cầu HS sửa.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 nhận xét; tự sửa chữ viết chưa đúng trên bảng con.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lastRenderedPageBreak/>
              <w:t>TIẾT 2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b. Viết vở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Hướng dẫn HS tô và viết các vần oi, ôi, ơi, từ ngữ ứng dụng trong vở Tập viết; nhắc tư thế ngồi và cách cầm bút.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Ngồi đúng tư thế, cầm bút đúng cách; tô và viết đúng số dòng quy định.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từng bàn; hỗ trợ HS viết chậm hoặc sai điểm đặt bút, nét nối, dấu thanh.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Tiếp tục viết; sửa chữ ngay khi được GV hướng dẫn.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Nhận xét một số bài; nêu điểm đúng và hướng dẫn cụ thể cách sửa lỗi chữ viết.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 nhận xét; tự kiểm tra và sửa bài viết của mình.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c. Đọc câu/đoạn ứng dụng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 xml:space="preserve">- Yêu cầu HS quan sát phần Đọc ở SGK trang 91, đọc thầm và tìm tiếng có vần oi, ôi, </w:t>
            </w:r>
            <w:proofErr w:type="gramStart"/>
            <w:r>
              <w:rPr>
                <w:color w:val="000000"/>
                <w:sz w:val="25"/>
              </w:rPr>
              <w:t>ơi</w:t>
            </w:r>
            <w:proofErr w:type="gramEnd"/>
            <w:r>
              <w:rPr>
                <w:color w:val="000000"/>
                <w:sz w:val="25"/>
              </w:rPr>
              <w:t>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tranh/đoạn đọc; đọc thầm và chỉ các tiếng có vần vừa học.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đọc trơn các tiếng mới có vần oi, ôi, ơi; hướng dẫn đánh vần lại với HS còn lúng túng.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trơn các tiếng mới; đánh vần lại tiếng khó khi cần.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mẫu câu/đoạn; hướng dẫn ngắt nghỉ theo dấu câu và nội dung.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Nghe đọc mẫu; xác định chỗ ngắt nghỉ và luyện đọc theo.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đọc nối tiếp từng câu, đọc theo nhóm và đọc đồng thanh cả đoạn.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nối tiếp, đọc trong nhóm và đọc đồng thanh đoạn ứng dụng.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Mẹ có yêu Hà không? Vì sao em biết?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Mẹ rất yêu Hà vì dù Hà lớn lên, mẹ vẫn luôn yêu thương và chăm sóc Hà.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Kết luận: Các em đã luyện tập đọc, viết các vần oi, ôi, ơi và hoàn thành nhiệm vụ thực hành theo hướng dẫn.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HS tự nhận xét phần luyện đọc, luyện viết và sửa lỗi nếu còn sai.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4. HOẠT ĐỘNG VẬN DỤNG</w:t>
            </w:r>
            <w:r>
              <w:rPr>
                <w:b/>
                <w:color w:val="1F4E79"/>
                <w:sz w:val="25"/>
              </w:rPr>
              <w:br/>
              <w:t>Mục tiêu: Vận dụng nội dung đã học để so sánh phương tiện giao thông; liên hệ cách ứng xử phù hợp trong đời sống.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a. Nói theo tranh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quan sát tranh Nói, xác định nhân vật, sự việc và tình huống giao tiếp trong tranh.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tranh; xác định nhân vật, sự việc và trao đổi ban đầu với bạn.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Tranh có những phương tiện nào?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Trong tranh có xe đạp và xe máy.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lastRenderedPageBreak/>
              <w:t>- Xe máy và xe đạp giống nhau ở điểm nào?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Xe máy và xe đạp đều là phương tiện đi lại trên đường và đều có hai bánh.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Xe máy và xe đạp khác nhau ở điểm nào?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Xe máy chạy bằng động cơ, đi nhanh hơn; xe đạp chuyển động nhờ người đạp.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luyện nói hoặc đóng vai theo nhóm đôi; mời một số nhóm trình bày trước lớp.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Luyện nói/đóng vai theo cặp; đại diện nhóm thể hiện và nhận xét bạn lịch sự.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c. Củng cố - dặn dò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tìm nhanh tiếng có vần oi, ôi, ơi và đặt câu ngắn với một tiếng tìm được.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Tìm tiếng, đọc tiếng và nói câu ngắn theo khả năng.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Nhận xét tiết học; tuyên dương HS đọc, viết, nói tốt; động viên HS cần tiếp tục rèn luyện.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 nhận xét; tự nêu điều em đã làm được trong tiết học.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Dặn HS luyện đọc, luyện viết lại các vần oi, ôi, ơi và chuẩn bị bài tiếp theo.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Ghi nhớ nhiệm vụ; thực hành đọc, viết ở nhà.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shd w:val="clear" w:color="auto" w:fill="auto"/>
          </w:tcPr>
          <w:p w:rsidR="00FA5343" w:rsidRDefault="00EE0796">
            <w:r>
              <w:rPr>
                <w:sz w:val="25"/>
              </w:rPr>
              <w:t>- Kết luận: Các em biết vận dụng nội dung bài học vào lời nói và việc làm phù hợp; tiếp tục luyện tập ở nhà.</w:t>
            </w:r>
          </w:p>
        </w:tc>
        <w:tc>
          <w:tcPr>
            <w:tcW w:w="4986" w:type="dxa"/>
            <w:shd w:val="clear" w:color="auto" w:fill="auto"/>
          </w:tcPr>
          <w:p w:rsidR="00FA5343" w:rsidRDefault="00EE0796">
            <w:r>
              <w:rPr>
                <w:sz w:val="25"/>
              </w:rPr>
              <w:t>- HS nhắc lại điều ghi nhớ và thực hiện nhiệm vụ luyện tập ở nhà.</w:t>
            </w:r>
          </w:p>
        </w:tc>
      </w:tr>
    </w:tbl>
    <w:p w:rsidR="00FA5343" w:rsidRDefault="00EE0796">
      <w:pPr>
        <w:keepNext/>
        <w:spacing w:before="80" w:after="40"/>
      </w:pPr>
      <w:r>
        <w:rPr>
          <w:b/>
          <w:sz w:val="26"/>
        </w:rPr>
        <w:t>IV. ĐIỀU CHỈNH SAU BÀI DẠY</w:t>
      </w:r>
    </w:p>
    <w:p w:rsidR="00FA5343" w:rsidRDefault="00EE0796">
      <w:pPr>
        <w:spacing w:after="40" w:line="250" w:lineRule="auto"/>
      </w:pPr>
      <w:r>
        <w:rPr>
          <w:sz w:val="26"/>
        </w:rPr>
        <w:t>..........................................................................................................................................................................................</w:t>
      </w:r>
    </w:p>
    <w:p w:rsidR="00FA5343" w:rsidRDefault="00EE0796">
      <w:pPr>
        <w:spacing w:after="40" w:line="250" w:lineRule="auto"/>
      </w:pPr>
      <w:r>
        <w:rPr>
          <w:sz w:val="26"/>
        </w:rPr>
        <w:t>..........................................................................................................................................................................................</w:t>
      </w:r>
    </w:p>
    <w:p w:rsidR="00FA5343" w:rsidRDefault="00FA5343">
      <w:pPr>
        <w:spacing w:after="20" w:line="250" w:lineRule="auto"/>
      </w:pPr>
    </w:p>
    <w:p w:rsidR="00FA5343" w:rsidRDefault="00EE0796">
      <w:pPr>
        <w:spacing w:before="40" w:after="60"/>
        <w:jc w:val="center"/>
      </w:pPr>
      <w:r>
        <w:rPr>
          <w:b/>
          <w:color w:val="1F4E79"/>
          <w:sz w:val="26"/>
        </w:rPr>
        <w:t>BÀI 40: ÔN TẬP VÀ KỂ CHUYỆN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I. YÊU CẦU CẦN ĐẠT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1. Năng lực đặc thù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Củng cố đọc đúng các vần, tiếng, từ và câu/đoạn ứng dụng đã học trong tuần.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Viết đúng nội dung ứng dụng </w:t>
      </w:r>
      <w:proofErr w:type="gramStart"/>
      <w:r>
        <w:rPr>
          <w:sz w:val="26"/>
        </w:rPr>
        <w:t>theo</w:t>
      </w:r>
      <w:proofErr w:type="gramEnd"/>
      <w:r>
        <w:rPr>
          <w:sz w:val="26"/>
        </w:rPr>
        <w:t xml:space="preserve"> mẫu của bài ôn tập.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Nghe hiểu, kể lại được một đoạn truyện “Hai người bạn và con gấu” </w:t>
      </w:r>
      <w:proofErr w:type="gramStart"/>
      <w:r>
        <w:rPr>
          <w:sz w:val="26"/>
        </w:rPr>
        <w:t>theo</w:t>
      </w:r>
      <w:proofErr w:type="gramEnd"/>
      <w:r>
        <w:rPr>
          <w:sz w:val="26"/>
        </w:rPr>
        <w:t xml:space="preserve"> tranh; nêu được bài học phù hợp.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 xml:space="preserve">2. Năng lực </w:t>
      </w:r>
      <w:proofErr w:type="gramStart"/>
      <w:r>
        <w:rPr>
          <w:b/>
          <w:sz w:val="26"/>
        </w:rPr>
        <w:t>chung</w:t>
      </w:r>
      <w:proofErr w:type="gramEnd"/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Tự chủ và tự học: Chủ động quan sát tranh, luyện đọc, luyện viết; biết kiểm tra và sửa lỗi khi được hướng dẫn.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Giao tiếp và hợp tác: Biết lắng nghe, trao đổi nhóm đôi/nhóm nhỏ; mạnh dạn trình bày và nhận xét bằng lời lịch sự.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lastRenderedPageBreak/>
        <w:t xml:space="preserve">- Giải quyết vấn đề và sáng tạo: Vận dụng vần đã học để ghép tiếng, đọc câu và xử lí tình huống giao tiếp gần </w:t>
      </w:r>
      <w:proofErr w:type="gramStart"/>
      <w:r>
        <w:rPr>
          <w:sz w:val="26"/>
        </w:rPr>
        <w:t>gũi</w:t>
      </w:r>
      <w:proofErr w:type="gramEnd"/>
      <w:r>
        <w:rPr>
          <w:sz w:val="26"/>
        </w:rPr>
        <w:t>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3. Phẩm chất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Chăm chỉ: Tích cực luyện đọc, luyện viết; kiên trì hoàn thành nhiệm vụ học tập.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Trách nhiệm: Chuẩn bị đồ dùng; thực hiện nền nếp khi học cá nhân và hợp tác cùng bạn.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Nhân ái: Biết yêu quý người thân, bạn bè, quê hương và các sự vật gần </w:t>
      </w:r>
      <w:proofErr w:type="gramStart"/>
      <w:r>
        <w:rPr>
          <w:sz w:val="26"/>
        </w:rPr>
        <w:t>gũi</w:t>
      </w:r>
      <w:proofErr w:type="gramEnd"/>
      <w:r>
        <w:rPr>
          <w:sz w:val="26"/>
        </w:rPr>
        <w:t xml:space="preserve"> trong bài học.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4. Tích hợp</w:t>
      </w:r>
    </w:p>
    <w:p w:rsidR="00FA5343" w:rsidRDefault="00EE0796">
      <w:pPr>
        <w:spacing w:after="40" w:line="250" w:lineRule="auto"/>
        <w:ind w:left="340" w:hanging="255"/>
      </w:pPr>
      <w:r>
        <w:rPr>
          <w:color w:val="C00000"/>
          <w:sz w:val="26"/>
        </w:rPr>
        <w:t>- Lý tưởng cách mạng, đạo đức, lối sống: Qua truyện “Hai người bạn và con gấu”, giáo dục HS sống đoàn kết, chân thành, không bỏ mặc bạn khi gặp khó khăn; biết giúp đỡ nhau trong khả năng.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II. ĐỒ DÙNG DẠY HỌC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Giáo viên: SGK Tiếng Việt 1 - Tập một; hình SGK đã cắt đúng nội dung hoạt động tại trang 92 - 93; thẻ vần/chữ mẫu om, ôm, ơm, em, êm, im, um, ai, ay, ây, oi, ôi, ơi; bảng phụ, máy chiếu (nếu có).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Học sinh: SGK, vở Tập viết, bảng con, bộ chữ học vần và đồ dùng học tập cá nhân.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III.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FA5343" w:rsidTr="00411ED7">
        <w:trPr>
          <w:cantSplit/>
          <w:tblHeader/>
          <w:jc w:val="center"/>
        </w:trPr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  <w:jc w:val="center"/>
            </w:pPr>
            <w:r>
              <w:rPr>
                <w:b/>
                <w:color w:val="000000"/>
                <w:sz w:val="26"/>
              </w:rPr>
              <w:t>HOẠT ĐỘNG CỦA GIÁO VIÊN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  <w:jc w:val="center"/>
            </w:pPr>
            <w:r>
              <w:rPr>
                <w:b/>
                <w:color w:val="000000"/>
                <w:sz w:val="26"/>
              </w:rPr>
              <w:t>HOẠT ĐỘNG CỦA HỌC SINH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TIẾT 1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1. HOẠT ĐỘNG MỞ ĐẦU (KHỞI ĐỘNG</w:t>
            </w:r>
            <w:proofErr w:type="gramStart"/>
            <w:r>
              <w:rPr>
                <w:b/>
                <w:color w:val="1F4E79"/>
                <w:sz w:val="25"/>
              </w:rPr>
              <w:t>)</w:t>
            </w:r>
            <w:proofErr w:type="gramEnd"/>
            <w:r>
              <w:rPr>
                <w:b/>
                <w:color w:val="1F4E79"/>
                <w:sz w:val="25"/>
              </w:rPr>
              <w:br/>
              <w:t>Mục tiêu: Tạo tâm thế vui vẻ; gợi nhớ các vần đã học trong tuần và kết nối vào bài ôn tập.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trò chơi hoặc hát vận động ngắn để ổn định lớp và tạo hứng thú học tập.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Tham gia trò chơi/hát vận động; ổn định vị trí học tập.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Giới thiệu nội dung ôn tập; nêu các nhóm vần cần củng cố: om, ôm, ơm; em, êm, im, um; ai, ay, ây; oi, ôi, ơi.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nghe; mở SGK và đọc nhẩm các nhóm vần được ôn tập.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Kết luận - Giới thiệu bài: “Hôm nay, cô và các em cùng ôn lại kiến thức đã học, nghe kể chuyện và rút ra bài học phù hợp trong cuộc sống.”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HS lắng nghe, nhắc lại tên/nội dung bài học và sẵn sàng thực hiện nhiệm vụ.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2. HOẠT ĐỘNG LUYỆN TẬP - THỰC HÀNH</w:t>
            </w:r>
            <w:r>
              <w:rPr>
                <w:b/>
                <w:color w:val="1F4E79"/>
                <w:sz w:val="25"/>
              </w:rPr>
              <w:br/>
              <w:t>Mục tiêu: Củng cố kĩ năng đọc tiếng, từ ngữ, câu/đoạn và viết nội dung đã học trong tuần.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a. Ôn đọc tiếng, từ ngữ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quan sát phần ôn đọc trong SGK, lần lượt đọc tiếng và từ ngữ.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phần ôn đọc; chuẩn bị đọc tiếng, từ ngữ.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lastRenderedPageBreak/>
              <w:t>- Chỉ từng tiếng, từ; yêu cầu HS đọc trơn cá nhân, nhóm và đồng thanh; sửa lỗi phát âm.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trơn cá nhân, nhóm, đồng thanh; sửa lỗi theo hướng dẫn.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tìm tiếng chứa từng vần đã học trong tuần và phân tích một số tiếng.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Chỉ tiếng, nêu vần có trong tiếng và phân tích tiếng được yêu cầu.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b. Ôn đọc câu/đoạn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đọc thầm đoạn ôn tập, tìm tiếng có vần đã học và chuẩn bị đọc thành tiếng.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thầm đoạn; chỉ các tiếng có vần vừa ôn.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mẫu toàn đoạn; hướng dẫn ngắt nghỉ, giọng đọc phù hợp và tổ chức HS luyện đọc.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Nghe mẫu; luyện đọc cá nhân, nhóm và đồng thanh.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Qua nội dung vừa đọc, em rút ra điều gì?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sz w:val="25"/>
              </w:rPr>
              <w:t>- HS trả lời: Em đọc đúng nội dung và nêu được ý chính của bài.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c. Ôn viết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Đưa mẫu viết trong SGK; nhắc độ cao chữ, khoảng cách, vị trí dấu thanh và tư thế ngồi viết.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mẫu; nhắc lại tư thế ngồi và cách cầm bút.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viết nội dung ôn tập vào vở; quan sát, hỗ trợ và nhận xét một số bài.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Viết vào vở đúng mẫu, đúng dòng; sửa lỗi theo hướng dẫn.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TIẾT 2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Kết luận: Các em đã nhận biết và luyện đọc đúng câu chuyện HAI NGƯỜI BẠN VÀ CON GẤU; biết đọc/ghép tiếng, từ ngữ theo quy trình đã học.</w:t>
            </w:r>
          </w:p>
        </w:tc>
        <w:tc>
          <w:tcPr>
            <w:tcW w:w="4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HS nhắc lại nội dung vừa học và đọc lại một số tiếng, từ ngữ tiêu biểu.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3. HOẠT ĐỘNG HÌNH THÀNH KIẾN THỨC MỚI - KỂ CHUYỆN: HAI NGƯỜI BẠN VÀ CON GẤU</w:t>
            </w:r>
            <w:r>
              <w:rPr>
                <w:b/>
                <w:color w:val="1F4E79"/>
                <w:sz w:val="25"/>
              </w:rPr>
              <w:br/>
              <w:t>Mục tiêu: Nghe hiểu nội dung câu chuyện; nhận biết nhân vật, sự việc theo tranh minh hoạ.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Giới thiệu tên câu chuyện Hai người bạn và con gấu; yêu cầu HS quan sát các tranh minh hoạ và dự đoán nội dung.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tranh kể chuyện; nêu dự đoán ban đầu về nhân vật, sự việc.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Kể toàn bộ câu chuyện lần 1 bằng giọng rõ ràng, diễn cảm; kết hợp chỉ tranh theo diễn biến.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 toàn bộ câu chuyện; theo dõi tranh và ghi nhớ nhân vật, sự việc.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Kể lại câu chuyện lần 2 theo từng đoạn; sau mỗi đoạn dừng lại đặt câu hỏi gợi nhớ.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 từng đoạn; chuẩn bị trả lời câu hỏi theo chi tiết vừa nghe.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lastRenderedPageBreak/>
              <w:t>- Nêu câu hỏi gợi nhớ 1: Hai người bạn đi đâu?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Hai người bạn cùng đi qua một khu rừng.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Nêu câu hỏi gợi nhớ 2: Trên đường đi, chuyện gì xảy ra với họ?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Trên đường đi, họ bất ngờ gặp một con gấu.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Nêu câu hỏi gợi nhớ 3: Anh gầy làm gì khi nhìn thấy con gấu?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Nhìn thấy gấu, anh gầy nhanh chóng trèo lên cây, bỏ mặc bạn ở dưới.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Nêu câu hỏi gợi nhớ 4: Anh béo làm gì để đánh lừa con gấu?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Anh béo nằm im trên mặt đất và giả vờ chết để đánh lừa con gấu.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Nêu câu hỏi gợi nhớ 5: Con gấu làm gì với anh béo?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Con gấu tiến lại gần, ngửi tai và mặt anh béo.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Nêu câu hỏi gợi nhớ 6: Vì sao con gấu bỏ đi?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Con gấu bỏ đi vì tưởng anh béo đã chết.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Nêu câu hỏi gợi nhớ 7: Anh gầy hỏi anh béo điều gì?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Anh gầy hỏi: “Con gấu nói gì vào tai anh vậy?”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Nêu câu hỏi gợi nhớ 8: Anh béo trả lời thế nào?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Anh béo trả lời rằng gấu khuyên không nên kết bạn với người bỏ rơi bạn khi gặp nguy hiểm.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Nêu câu hỏi gợi nhớ 9: Theo em, anh gầy có phải là người bạn tốt không? Vì sao?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r>
              <w:rPr>
                <w:sz w:val="24"/>
              </w:rPr>
              <w:t>- HS trả lời: Anh gầy không phải là người bạn tốt vì khi nguy hiểm đã chỉ lo cho mình và bỏ mặc bạn.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Kết luận: Các em đã nghe, hiểu và kể lại được những sự việc chính trong câu chuyện theo tranh.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HS nêu tên nhân vật, sự việc chính và kể lại phần truyện đã nhớ.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line="252" w:lineRule="auto"/>
            </w:pPr>
            <w:r>
              <w:rPr>
                <w:b/>
                <w:sz w:val="25"/>
              </w:rPr>
              <w:t>4. HOẠT ĐỘNG LUYỆN TẬP - THỰC HÀNH</w:t>
            </w:r>
            <w:r>
              <w:rPr>
                <w:b/>
                <w:sz w:val="25"/>
              </w:rPr>
              <w:br/>
              <w:t>Mục tiêu: Kể lại từng đoạn hoặc toàn bộ câu chuyện theo tranh và câu hỏi gợi ý; Tích hợp: biết sống đoàn kết, không bỏ mặc bạn khi gặp khó khăn.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cho HS kể từng đoạn theo tranh trong nhóm; theo dõi và hỗ trợ cách diễn đạt.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Kể từng đoạn trong nhóm dựa vào tranh và câu hỏi gợi ý.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Mời HS kể nối tiếp từng đoạn hoặc kể toàn bộ câu chuyện trước lớp; nhận xét, tuyên dương.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Kể chuyện trước lớp; lắng nghe và nhận xét bạn bằng lời lịch sự.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5. HOẠT ĐỘNG VẬN DỤNG</w:t>
            </w:r>
            <w:r>
              <w:rPr>
                <w:b/>
                <w:color w:val="1F4E79"/>
                <w:sz w:val="25"/>
              </w:rPr>
              <w:br/>
              <w:t>Mục tiêu: Rút ra bài học từ câu chuyện; biết liên hệ hành vi phù hợp với bản thân.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shd w:val="clear" w:color="auto" w:fill="auto"/>
          </w:tcPr>
          <w:p w:rsidR="00FA5343" w:rsidRDefault="00EE0796">
            <w:r>
              <w:rPr>
                <w:b/>
                <w:color w:val="FF0000"/>
                <w:sz w:val="25"/>
              </w:rPr>
              <w:t xml:space="preserve">Tích hợp - Lý tưởng cách mạng, đạo đức, lối </w:t>
            </w:r>
            <w:r>
              <w:rPr>
                <w:b/>
                <w:color w:val="FF0000"/>
                <w:sz w:val="25"/>
              </w:rPr>
              <w:lastRenderedPageBreak/>
              <w:t>sống</w:t>
            </w:r>
          </w:p>
        </w:tc>
        <w:tc>
          <w:tcPr>
            <w:tcW w:w="4986" w:type="dxa"/>
            <w:shd w:val="clear" w:color="auto" w:fill="auto"/>
          </w:tcPr>
          <w:p w:rsidR="00FA5343" w:rsidRDefault="00EE0796">
            <w:r>
              <w:rPr>
                <w:b/>
                <w:color w:val="FF0000"/>
                <w:sz w:val="25"/>
              </w:rPr>
              <w:lastRenderedPageBreak/>
              <w:t xml:space="preserve">Tích hợp - Lý tưởng cách mạng, đạo đức, lối </w:t>
            </w:r>
            <w:r>
              <w:rPr>
                <w:b/>
                <w:color w:val="FF0000"/>
                <w:sz w:val="25"/>
              </w:rPr>
              <w:lastRenderedPageBreak/>
              <w:t>sống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shd w:val="clear" w:color="auto" w:fill="auto"/>
          </w:tcPr>
          <w:p w:rsidR="00FA5343" w:rsidRDefault="00EE0796">
            <w:r>
              <w:rPr>
                <w:color w:val="FF0000"/>
                <w:sz w:val="25"/>
              </w:rPr>
              <w:lastRenderedPageBreak/>
              <w:t>- Câu hỏi dẫn: “Trong truyện Hai người bạn và con gấu, việc làm nào cho thấy một người bạn chưa tốt?”</w:t>
            </w:r>
          </w:p>
        </w:tc>
        <w:tc>
          <w:tcPr>
            <w:tcW w:w="4986" w:type="dxa"/>
            <w:shd w:val="clear" w:color="auto" w:fill="auto"/>
          </w:tcPr>
          <w:p w:rsidR="00FA5343" w:rsidRDefault="00EE0796">
            <w:r>
              <w:rPr>
                <w:color w:val="FF0000"/>
                <w:sz w:val="25"/>
              </w:rPr>
              <w:t>- HS trả lời: Bạn gầy chỉ lo trèo lên cây, bỏ mặc bạn béo khi gặp gấu.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color w:val="FF0000"/>
                <w:sz w:val="25"/>
              </w:rPr>
              <w:t>- Diễn giải tích hợp: GV giáo dục HS: tình bạn chân thành thể hiện ở việc quan tâm, không bỏ mặc bạn lúc khó khăn; trong tình huống nguy hiểm, các em cần cùng tìm người lớn giúp đỡ, không tự đặt mình hoặc bạn vào nguy hiểm.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color w:val="FF0000"/>
                <w:sz w:val="25"/>
              </w:rPr>
              <w:t>- HS thực hiện: Nêu việc em sẽ làm khi bạn cần giúp đỡ.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b. Củng cố - dặn dò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nêu tên câu chuyện Hai người bạn và con gấu và một bài học em nhớ nhất.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Nêu tên câu chuyện và chia sẻ bài học rút ra.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Nhận xét tiết học; khuyến khích HS kể lại câu chuyện cho người thân nghe.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nghe; ghi nhớ và thực hành kể chuyện ở nhà.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shd w:val="clear" w:color="auto" w:fill="auto"/>
          </w:tcPr>
          <w:p w:rsidR="00FA5343" w:rsidRDefault="00EE0796">
            <w:r>
              <w:rPr>
                <w:sz w:val="25"/>
              </w:rPr>
              <w:t>- Kết luận: Qua câu chuyện, các em rút ra bài học ứng xử phù hợp và biết vận dụng vào cuộc sống hằng ngày.</w:t>
            </w:r>
          </w:p>
        </w:tc>
        <w:tc>
          <w:tcPr>
            <w:tcW w:w="4986" w:type="dxa"/>
            <w:shd w:val="clear" w:color="auto" w:fill="auto"/>
          </w:tcPr>
          <w:p w:rsidR="00FA5343" w:rsidRDefault="00EE0796">
            <w:r>
              <w:rPr>
                <w:sz w:val="25"/>
              </w:rPr>
              <w:t>- HS nêu bài học và một việc em sẽ thực hiện.</w:t>
            </w:r>
          </w:p>
        </w:tc>
      </w:tr>
    </w:tbl>
    <w:p w:rsidR="00FA5343" w:rsidRDefault="00EE0796">
      <w:pPr>
        <w:keepNext/>
        <w:spacing w:before="80" w:after="40"/>
      </w:pPr>
      <w:r>
        <w:rPr>
          <w:b/>
          <w:sz w:val="26"/>
        </w:rPr>
        <w:t>IV. ĐIỀU CHỈNH SAU BÀI DẠY</w:t>
      </w:r>
    </w:p>
    <w:p w:rsidR="00FA5343" w:rsidRDefault="00EE0796">
      <w:pPr>
        <w:spacing w:after="40" w:line="250" w:lineRule="auto"/>
      </w:pPr>
      <w:r>
        <w:rPr>
          <w:sz w:val="26"/>
        </w:rPr>
        <w:t>..........................................................................................................................................................................................</w:t>
      </w:r>
    </w:p>
    <w:p w:rsidR="00FA5343" w:rsidRDefault="00EE0796">
      <w:pPr>
        <w:spacing w:after="40" w:line="250" w:lineRule="auto"/>
      </w:pPr>
      <w:r>
        <w:rPr>
          <w:sz w:val="26"/>
        </w:rPr>
        <w:t>..........................................................................................................................................................................................</w:t>
      </w:r>
    </w:p>
    <w:p w:rsidR="00FA5343" w:rsidRDefault="00FA5343">
      <w:pPr>
        <w:spacing w:after="20" w:line="250" w:lineRule="auto"/>
      </w:pPr>
    </w:p>
    <w:p w:rsidR="00FA5343" w:rsidRDefault="00EE0796">
      <w:pPr>
        <w:spacing w:before="40" w:after="60"/>
        <w:jc w:val="center"/>
      </w:pPr>
      <w:r>
        <w:rPr>
          <w:b/>
          <w:color w:val="1F4E79"/>
          <w:sz w:val="26"/>
        </w:rPr>
        <w:t>ÔN LUYỆN TUẦN 8 - TIẾT 1, 2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I. YÊU CẦU CẦN ĐẠT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1. Năng lực đặc thù</w:t>
      </w:r>
    </w:p>
    <w:p w:rsidR="00FA5343" w:rsidRDefault="00EE0796">
      <w:pPr>
        <w:spacing w:after="40" w:line="250" w:lineRule="auto"/>
        <w:ind w:left="340" w:hanging="255"/>
      </w:pPr>
      <w:proofErr w:type="gramStart"/>
      <w:r>
        <w:rPr>
          <w:sz w:val="26"/>
        </w:rPr>
        <w:t>- Đọc đúng các vần, tiếng, từ và câu/đoạn tiêu biểu đã học trong tuần.</w:t>
      </w:r>
      <w:proofErr w:type="gramEnd"/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Viết đúng vần và nội dung ứng dụng; rèn thói quen trình bày sạch đẹp.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Vận dụng vần đã học để tìm tiếng mới và nói câu ngắn phù hợp.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 xml:space="preserve">2. Năng lực </w:t>
      </w:r>
      <w:proofErr w:type="gramStart"/>
      <w:r>
        <w:rPr>
          <w:b/>
          <w:sz w:val="26"/>
        </w:rPr>
        <w:t>chung</w:t>
      </w:r>
      <w:proofErr w:type="gramEnd"/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Tự chủ và tự học: Chủ động quan sát tranh, luyện đọc, luyện viết; biết kiểm tra và sửa lỗi khi được hướng dẫn.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Giao tiếp và hợp tác: Biết lắng nghe, trao đổi nhóm đôi/nhóm nhỏ; mạnh dạn trình bày và nhận xét bằng lời lịch sự.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Giải quyết vấn đề và sáng tạo: Vận dụng vần đã học để ghép tiếng, đọc câu và xử lí tình huống giao tiếp gần </w:t>
      </w:r>
      <w:proofErr w:type="gramStart"/>
      <w:r>
        <w:rPr>
          <w:sz w:val="26"/>
        </w:rPr>
        <w:t>gũi</w:t>
      </w:r>
      <w:proofErr w:type="gramEnd"/>
      <w:r>
        <w:rPr>
          <w:sz w:val="26"/>
        </w:rPr>
        <w:t>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3. Phẩm chất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Chăm chỉ: Tích cực luyện đọc, luyện viết; kiên trì hoàn thành nhiệm vụ học tập.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lastRenderedPageBreak/>
        <w:t>- Trách nhiệm: Chuẩn bị đồ dùng; thực hiện nền nếp khi học cá nhân và hợp tác cùng bạn.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 xml:space="preserve">- Nhân ái: Biết yêu quý người thân, bạn bè, quê hương và các sự vật gần </w:t>
      </w:r>
      <w:proofErr w:type="gramStart"/>
      <w:r>
        <w:rPr>
          <w:sz w:val="26"/>
        </w:rPr>
        <w:t>gũi</w:t>
      </w:r>
      <w:proofErr w:type="gramEnd"/>
      <w:r>
        <w:rPr>
          <w:sz w:val="26"/>
        </w:rPr>
        <w:t xml:space="preserve"> trong bài học.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II. ĐỒ DÙNG DẠY HỌC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Giáo viên: SGK Tiếng Việt 1 - Tập một; hình SGK đã cắt đúng nội dung hoạt động tại trang 92 - 93; thẻ vần/chữ mẫu om, ôm, ơm, em, êm, im, um, ai, ay, ây, oi, ôi, ơi; bảng phụ, máy chiếu (nếu có).</w:t>
      </w:r>
    </w:p>
    <w:p w:rsidR="00FA5343" w:rsidRDefault="00EE0796">
      <w:pPr>
        <w:spacing w:after="40" w:line="250" w:lineRule="auto"/>
        <w:ind w:left="340" w:hanging="255"/>
      </w:pPr>
      <w:r>
        <w:rPr>
          <w:sz w:val="26"/>
        </w:rPr>
        <w:t>- Học sinh: SGK, vở Tập viết, bảng con, bộ chữ học vần và đồ dùng học tập cá nhân.</w:t>
      </w:r>
    </w:p>
    <w:p w:rsidR="00FA5343" w:rsidRDefault="00EE0796">
      <w:pPr>
        <w:keepNext/>
        <w:spacing w:before="80" w:after="40"/>
      </w:pPr>
      <w:r>
        <w:rPr>
          <w:b/>
          <w:sz w:val="26"/>
        </w:rPr>
        <w:t>III.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FA5343" w:rsidTr="00411ED7">
        <w:trPr>
          <w:cantSplit/>
          <w:tblHeader/>
          <w:jc w:val="center"/>
        </w:trPr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  <w:jc w:val="center"/>
            </w:pPr>
            <w:r>
              <w:rPr>
                <w:b/>
                <w:color w:val="000000"/>
                <w:sz w:val="26"/>
              </w:rPr>
              <w:t>HOẠT ĐỘNG CỦA GIÁO VIÊN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  <w:jc w:val="center"/>
            </w:pPr>
            <w:r>
              <w:rPr>
                <w:b/>
                <w:color w:val="000000"/>
                <w:sz w:val="26"/>
              </w:rPr>
              <w:t>HOẠT ĐỘNG CỦA HỌC SINH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1. HOẠT ĐỘNG MỞ ĐẦU (KHỞI ĐỘNG</w:t>
            </w:r>
            <w:proofErr w:type="gramStart"/>
            <w:r>
              <w:rPr>
                <w:b/>
                <w:color w:val="1F4E79"/>
                <w:sz w:val="25"/>
              </w:rPr>
              <w:t>)</w:t>
            </w:r>
            <w:proofErr w:type="gramEnd"/>
            <w:r>
              <w:rPr>
                <w:b/>
                <w:color w:val="1F4E79"/>
                <w:sz w:val="25"/>
              </w:rPr>
              <w:br/>
              <w:t>Mục tiêu: Tạo tâm thế vui vẻ và gợi nhớ kiến thức đã học trong tuần.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hát/vận động hoặc trò chơi ngắn có tiếng chứa các vần đã học.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Tham gia hoạt động khởi động; phát hiện tiếng có vần đã học.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Kết luận - Giới thiệu bài: “Hôm nay, cô và các em cùng luyện đọc, luyện viết nội dung bài học để đọc đúng hơn và viết đẹp hơn.”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HS lắng nghe, nhắc lại tên/nội dung bài học và sẵn sàng thực hiện nhiệm vụ.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2. HOẠT ĐỘNG LUYỆN TẬP - THỰC HÀNH</w:t>
            </w:r>
            <w:r>
              <w:rPr>
                <w:b/>
                <w:color w:val="1F4E79"/>
                <w:sz w:val="25"/>
              </w:rPr>
              <w:br/>
              <w:t>Mục tiêu: Củng cố cách đọc vần, tiếng, từ, câu/đoạn và kĩ năng viết.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a. Ôn đọc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Ghi hoặc trình chiếu các vần đã học trong tuần; yêu cầu HS đọc cá nhân, nhóm, lớp.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các vần theo cá nhân, nhóm và đồng thanh.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Đưa tiếng, từ ngữ và câu/đoạn luyện đọc; sửa lỗi phát âm, ngắt nghỉ cho HS.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tiếng, từ và câu/đoạn; sửa lỗi theo hướng dẫn.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Tổ chức nhóm đôi kiểm tra đọc cho nhau và báo cáo kết quả luyện đọc.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Đọc cho bạn nghe; nhận xét lịch sự và báo cáo kết quả.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t>b. Ôn viết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Đưa mẫu viết; nhắc cách nối nét, đặt dấu và khoảng cách giữa các tiếng.</w:t>
            </w:r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mẫu; nhắc lại điểm cần lưu ý khi viết.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Yêu cầu HS viết vào vở ô li; quan sát, hỗ trợ và sửa lỗi trực tiếp.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Viết bài vào vở ô li; tự soát và sửa chữ viết.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Kết luận: Các em đã nhận biết và luyện đọc đúng nội dung bài học; biết đọc/ghép tiếng, từ ngữ theo quy trình đã học.</w:t>
            </w:r>
          </w:p>
        </w:tc>
        <w:tc>
          <w:tcPr>
            <w:tcW w:w="4986" w:type="dxa"/>
            <w:tcBorders>
              <w:bottom w:val="single" w:sz="4" w:space="0" w:color="auto"/>
            </w:tcBorders>
            <w:shd w:val="clear" w:color="auto" w:fill="auto"/>
          </w:tcPr>
          <w:p w:rsidR="00FA5343" w:rsidRDefault="00EE0796">
            <w:r>
              <w:rPr>
                <w:sz w:val="25"/>
              </w:rPr>
              <w:t>- HS nhắc lại nội dung vừa học và đọc lại một số tiếng, từ ngữ tiêu biểu.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1F4E79"/>
                <w:sz w:val="25"/>
              </w:rPr>
              <w:lastRenderedPageBreak/>
              <w:t>3. HOẠT ĐỘNG VẬN DỤNG</w:t>
            </w:r>
            <w:r>
              <w:rPr>
                <w:b/>
                <w:color w:val="1F4E79"/>
                <w:sz w:val="25"/>
              </w:rPr>
              <w:br/>
              <w:t>Mục tiêu: Vận dụng tiếng, từ đã học trong giao tiếp gần gũi và tự đánh giá kết quả học tập.</w:t>
            </w:r>
          </w:p>
        </w:tc>
      </w:tr>
      <w:tr w:rsidR="00FA5343" w:rsidTr="00411ED7">
        <w:trPr>
          <w:cantSplit/>
          <w:jc w:val="center"/>
        </w:trPr>
        <w:tc>
          <w:tcPr>
            <w:tcW w:w="9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b/>
                <w:color w:val="000000"/>
                <w:sz w:val="25"/>
              </w:rPr>
              <w:t>Cách tiến hành: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 w:rsidP="00411ED7">
            <w:pPr>
              <w:spacing w:after="20" w:line="252" w:lineRule="auto"/>
            </w:pPr>
            <w:r>
              <w:rPr>
                <w:color w:val="000000"/>
                <w:sz w:val="25"/>
              </w:rPr>
              <w:t>- Nêu tình huống giao tiếp hoặc tranh gợi ý; yêu cầu HS nói câu có từ chứa vần đã học.</w:t>
            </w:r>
            <w:bookmarkStart w:id="0" w:name="_GoBack"/>
            <w:bookmarkEnd w:id="0"/>
          </w:p>
        </w:tc>
        <w:tc>
          <w:tcPr>
            <w:tcW w:w="498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Quan sát tình huống; nói câu phù hợp và lắng nghe bạn.</w:t>
            </w:r>
          </w:p>
        </w:tc>
      </w:tr>
      <w:tr w:rsidR="00FA5343" w:rsidTr="00411ED7">
        <w:trPr>
          <w:cantSplit/>
          <w:jc w:val="center"/>
        </w:trPr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Nhận xét việc đọc, viết, nói của HS; giao nhiệm vụ luyện tập ở nhà.</w:t>
            </w:r>
          </w:p>
        </w:tc>
        <w:tc>
          <w:tcPr>
            <w:tcW w:w="4986" w:type="dxa"/>
            <w:shd w:val="clear" w:color="auto" w:fill="auto"/>
            <w:tcMar>
              <w:top w:w="85" w:type="dxa"/>
              <w:left w:w="100" w:type="dxa"/>
              <w:bottom w:w="85" w:type="dxa"/>
              <w:right w:w="100" w:type="dxa"/>
            </w:tcMar>
          </w:tcPr>
          <w:p w:rsidR="00FA5343" w:rsidRDefault="00EE0796">
            <w:pPr>
              <w:spacing w:after="20" w:line="252" w:lineRule="auto"/>
            </w:pPr>
            <w:r>
              <w:rPr>
                <w:color w:val="000000"/>
                <w:sz w:val="25"/>
              </w:rPr>
              <w:t>- Lắng nghe nhận xét; thực hiện nhiệm vụ luyện tập ở nhà.</w:t>
            </w:r>
          </w:p>
        </w:tc>
      </w:tr>
      <w:tr w:rsidR="00FA5343" w:rsidTr="00411ED7">
        <w:trPr>
          <w:jc w:val="center"/>
        </w:trPr>
        <w:tc>
          <w:tcPr>
            <w:tcW w:w="4986" w:type="dxa"/>
            <w:shd w:val="clear" w:color="auto" w:fill="auto"/>
          </w:tcPr>
          <w:p w:rsidR="00FA5343" w:rsidRDefault="00EE0796">
            <w:r>
              <w:rPr>
                <w:sz w:val="25"/>
              </w:rPr>
              <w:t>- Kết luận: Các em đã luyện tập đọc, viết nội dung bài học và hoàn thành nhiệm vụ thực hành theo hướng dẫn.</w:t>
            </w:r>
          </w:p>
        </w:tc>
        <w:tc>
          <w:tcPr>
            <w:tcW w:w="4986" w:type="dxa"/>
            <w:shd w:val="clear" w:color="auto" w:fill="auto"/>
          </w:tcPr>
          <w:p w:rsidR="00FA5343" w:rsidRDefault="00EE0796">
            <w:r>
              <w:rPr>
                <w:sz w:val="25"/>
              </w:rPr>
              <w:t>- HS tự nhận xét phần luyện đọc, luyện viết và sửa lỗi nếu còn sai.</w:t>
            </w:r>
          </w:p>
        </w:tc>
      </w:tr>
    </w:tbl>
    <w:p w:rsidR="00FA5343" w:rsidRDefault="00EE0796">
      <w:pPr>
        <w:keepNext/>
        <w:spacing w:before="80" w:after="40"/>
      </w:pPr>
      <w:r>
        <w:rPr>
          <w:b/>
          <w:sz w:val="26"/>
        </w:rPr>
        <w:t>IV. ĐIỀU CHỈNH SAU BÀI DẠY</w:t>
      </w:r>
    </w:p>
    <w:p w:rsidR="00FA5343" w:rsidRDefault="00EE0796">
      <w:pPr>
        <w:spacing w:after="40" w:line="250" w:lineRule="auto"/>
      </w:pPr>
      <w:r>
        <w:rPr>
          <w:sz w:val="26"/>
        </w:rPr>
        <w:t>..........................................................................................................................................................................................</w:t>
      </w:r>
    </w:p>
    <w:p w:rsidR="00FA5343" w:rsidRDefault="00EE0796">
      <w:pPr>
        <w:spacing w:after="40" w:line="250" w:lineRule="auto"/>
      </w:pPr>
      <w:r>
        <w:rPr>
          <w:sz w:val="26"/>
        </w:rPr>
        <w:t>..........................................................................................................................................................................................</w:t>
      </w:r>
    </w:p>
    <w:sectPr w:rsidR="00FA5343" w:rsidSect="00034616">
      <w:footerReference w:type="default" r:id="rId9"/>
      <w:pgSz w:w="12240" w:h="15840"/>
      <w:pgMar w:top="1020" w:right="1134" w:bottom="1020" w:left="1134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5BD" w:rsidRDefault="006075BD">
      <w:pPr>
        <w:spacing w:after="0" w:line="240" w:lineRule="auto"/>
      </w:pPr>
      <w:r>
        <w:separator/>
      </w:r>
    </w:p>
  </w:endnote>
  <w:endnote w:type="continuationSeparator" w:id="0">
    <w:p w:rsidR="006075BD" w:rsidRDefault="0060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43" w:rsidRDefault="00EE0796">
    <w:pPr>
      <w:pStyle w:val="Footer"/>
      <w:jc w:val="center"/>
    </w:pPr>
    <w:r>
      <w:rPr>
        <w:i/>
        <w:sz w:val="19"/>
      </w:rPr>
      <w:t xml:space="preserve">Kế hoạch bài dạy Tiếng Việt 1 - Kết nối tri thức | Trang </w:t>
    </w:r>
    <w:r>
      <w:rPr>
        <w:i/>
        <w:sz w:val="19"/>
      </w:rPr>
      <w:fldChar w:fldCharType="begin"/>
    </w:r>
    <w:r>
      <w:rPr>
        <w:i/>
        <w:sz w:val="19"/>
      </w:rPr>
      <w:instrText>PAGE</w:instrText>
    </w:r>
    <w:r>
      <w:rPr>
        <w:i/>
        <w:sz w:val="19"/>
      </w:rPr>
      <w:fldChar w:fldCharType="separate"/>
    </w:r>
    <w:r w:rsidR="00411ED7">
      <w:rPr>
        <w:i/>
        <w:noProof/>
        <w:sz w:val="19"/>
      </w:rPr>
      <w:t>21</w:t>
    </w:r>
    <w:r>
      <w:rPr>
        <w:i/>
        <w:sz w:val="1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5BD" w:rsidRDefault="006075BD">
      <w:pPr>
        <w:spacing w:after="0" w:line="240" w:lineRule="auto"/>
      </w:pPr>
      <w:r>
        <w:separator/>
      </w:r>
    </w:p>
  </w:footnote>
  <w:footnote w:type="continuationSeparator" w:id="0">
    <w:p w:rsidR="006075BD" w:rsidRDefault="0060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1ED7"/>
    <w:rsid w:val="006075BD"/>
    <w:rsid w:val="00AA1D8D"/>
    <w:rsid w:val="00B47730"/>
    <w:rsid w:val="00CB0664"/>
    <w:rsid w:val="00DA5835"/>
    <w:rsid w:val="00EE0796"/>
    <w:rsid w:val="00FA53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1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ED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1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ED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3CBEA9-1CF6-4FD6-963C-B1EB6DF33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7444</Words>
  <Characters>42435</Characters>
  <Application>Microsoft Office Word</Application>
  <DocSecurity>0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KHBD Tiếng Việt 1 KNTT Tuần 9 - CV2345 kết hợp quy trình SGV</vt:lpstr>
    </vt:vector>
  </TitlesOfParts>
  <Manager/>
  <Company/>
  <LinksUpToDate>false</LinksUpToDate>
  <CharactersWithSpaces>49780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KHBD Tiếng Việt 1 KNTT Tuần 9 - CV2345 kết hợp quy trình SGV</dc:title>
  <dc:subject>Giữ nguyên các mục; phần III trình bày theo CV2345, hai cột GV-HS chi tiết</dc:subject>
  <dc:creator>baotran</dc:creator>
  <cp:keywords/>
  <dc:description>generated by python-docx</dc:description>
  <cp:lastModifiedBy>Iamp Iamp</cp:lastModifiedBy>
  <cp:revision>3</cp:revision>
  <dcterms:created xsi:type="dcterms:W3CDTF">2026-06-03T07:36:00Z</dcterms:created>
  <dcterms:modified xsi:type="dcterms:W3CDTF">2026-08-18T10:23:00Z</dcterms:modified>
  <cp:category/>
</cp:coreProperties>
</file>