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075D" w:rsidRDefault="000706F4">
      <w:pPr>
        <w:spacing w:after="40"/>
        <w:jc w:val="center"/>
      </w:pPr>
      <w:r>
        <w:rPr>
          <w:b/>
          <w:sz w:val="32"/>
        </w:rPr>
        <w:t>KẾ HOẠCH BÀI DẠY MÔN TOÁN LỚP 1</w:t>
      </w:r>
    </w:p>
    <w:p w:rsidR="00E5075D" w:rsidRDefault="000706F4">
      <w:pPr>
        <w:spacing w:after="40"/>
        <w:jc w:val="center"/>
      </w:pPr>
      <w:r>
        <w:rPr>
          <w:b/>
          <w:sz w:val="28"/>
        </w:rPr>
        <w:t>BỘ SÁCH KẾT NỐI TRI THỨC VỚI CUỘC SỐNG</w:t>
      </w:r>
    </w:p>
    <w:p w:rsidR="00E5075D" w:rsidRDefault="000706F4">
      <w:pPr>
        <w:spacing w:after="160"/>
        <w:jc w:val="center"/>
      </w:pPr>
      <w:r>
        <w:rPr>
          <w:b/>
          <w:sz w:val="28"/>
        </w:rPr>
        <w:t>TUẦN 18</w:t>
      </w:r>
    </w:p>
    <w:p w:rsidR="00E5075D" w:rsidRDefault="000706F4">
      <w:pPr>
        <w:keepNext/>
        <w:spacing w:before="80" w:after="40"/>
        <w:jc w:val="center"/>
      </w:pPr>
      <w:r>
        <w:rPr>
          <w:b/>
          <w:sz w:val="30"/>
        </w:rPr>
        <w:t>BÀI 18: ÔN TẬP PHÉP CỘNG, PHÉP TRỪ TRONG PHẠM VI 10 - TIẾT 2</w:t>
      </w:r>
    </w:p>
    <w:p w:rsidR="00E5075D" w:rsidRDefault="000706F4">
      <w:pPr>
        <w:keepNext/>
        <w:spacing w:after="100"/>
        <w:jc w:val="center"/>
      </w:pPr>
      <w:r>
        <w:rPr>
          <w:i/>
        </w:rPr>
        <w:t>Số tiết thực hiện: 01 tiết    -    Thời gian thực hiện: .........................</w:t>
      </w:r>
    </w:p>
    <w:p w:rsidR="00E5075D" w:rsidRDefault="000706F4">
      <w:pPr>
        <w:keepNext/>
        <w:spacing w:before="80" w:after="40"/>
      </w:pPr>
      <w:r>
        <w:rPr>
          <w:b/>
        </w:rPr>
        <w:t>I. YÊU CẦU CẦN ĐẠT</w:t>
      </w:r>
    </w:p>
    <w:p w:rsidR="00E5075D" w:rsidRDefault="000706F4">
      <w:r>
        <w:rPr>
          <w:b/>
        </w:rPr>
        <w:t>1. Năng lực đặc thù</w:t>
      </w:r>
    </w:p>
    <w:p w:rsidR="00E5075D" w:rsidRDefault="000706F4">
      <w:r>
        <w:t>- Ôn tập và thực hiện được phép cộng, phép trừ trong phạm vi 10.</w:t>
      </w:r>
    </w:p>
    <w:p w:rsidR="00E5075D" w:rsidRDefault="000706F4">
      <w:r>
        <w:t>- Tính nhẩm, so sánh kết quả và viết được phép tính thích hợp với tranh.</w:t>
      </w:r>
    </w:p>
    <w:p w:rsidR="00E5075D" w:rsidRDefault="000706F4">
      <w:r>
        <w:t>- Vận dụng bảng cộng, bảng trừ trong bài tập và trò chơi.</w:t>
      </w:r>
    </w:p>
    <w:p w:rsidR="00E5075D" w:rsidRDefault="000706F4">
      <w:r>
        <w:rPr>
          <w:b/>
        </w:rPr>
        <w:t>2. Năng lực chung</w:t>
      </w:r>
    </w:p>
    <w:p w:rsidR="00E5075D" w:rsidRDefault="000706F4">
      <w:r>
        <w:t>- Tự chủ và tự học: Chủ động thực hiện nhiệm vụ; biết tự kiểm tra và điều chỉnh kết quả.</w:t>
      </w:r>
    </w:p>
    <w:p w:rsidR="00E5075D" w:rsidRDefault="000706F4">
      <w:r>
        <w:t>- Giao tiếp và hợp tác: Trao đổi cách làm; biết lắng nghe, hỗ trợ bạn khi học theo cặp hoặc theo nhóm.</w:t>
      </w:r>
    </w:p>
    <w:p w:rsidR="00E5075D" w:rsidRDefault="000706F4">
      <w:r>
        <w:t>- Giải quyết vấn đề và sáng tạo: Vận dụng kiến thức toán học để xử lí nhiệm vụ gắn với tranh, đồ vật hoặc tình huống thực tế.</w:t>
      </w:r>
    </w:p>
    <w:p w:rsidR="00E5075D" w:rsidRDefault="000706F4">
      <w:r>
        <w:rPr>
          <w:b/>
        </w:rPr>
        <w:t>3. Phẩm chất</w:t>
      </w:r>
    </w:p>
    <w:p w:rsidR="00E5075D" w:rsidRDefault="000706F4">
      <w:r>
        <w:t>- Chăm chỉ: Tích cực tham gia hoạt động học tập và hoàn thành bài tập.</w:t>
      </w:r>
    </w:p>
    <w:p w:rsidR="00E5075D" w:rsidRDefault="000706F4">
      <w:r>
        <w:t>- Trung thực: Nêu, viết và báo cáo đúng kết quả quan sát hoặc tính toán.</w:t>
      </w:r>
    </w:p>
    <w:p w:rsidR="00E5075D" w:rsidRDefault="000706F4">
      <w:r>
        <w:t>- Trách nhiệm: Giữ gìn đồ dùng; thực hiện nghiêm túc nhiệm vụ cá nhân và nhiệm vụ nhóm.</w:t>
      </w:r>
    </w:p>
    <w:p w:rsidR="00E5075D" w:rsidRDefault="000706F4">
      <w:pPr>
        <w:keepNext/>
        <w:spacing w:before="80" w:after="40"/>
      </w:pPr>
      <w:r>
        <w:rPr>
          <w:b/>
        </w:rPr>
        <w:t>II. ĐỒ DÙNG DẠY HỌC</w:t>
      </w:r>
    </w:p>
    <w:p w:rsidR="00E5075D" w:rsidRDefault="000706F4">
      <w:r>
        <w:rPr>
          <w:b/>
        </w:rPr>
        <w:t>1. Giáo viên</w:t>
      </w:r>
    </w:p>
    <w:p w:rsidR="00E5075D" w:rsidRDefault="000706F4">
      <w:r>
        <w:t>- SGK Toán 1, Tập một; SGV Toán 1, Tập một.</w:t>
      </w:r>
    </w:p>
    <w:p w:rsidR="00E5075D" w:rsidRDefault="000706F4">
      <w:r>
        <w:t>- Tranh cắt đúng nội dung sử dụng từ SGK; bảng phụ; thẻ số; bộ đồ dùng học Toán.</w:t>
      </w:r>
    </w:p>
    <w:p w:rsidR="00E5075D" w:rsidRDefault="000706F4">
      <w:r>
        <w:rPr>
          <w:b/>
        </w:rPr>
        <w:t>2. Học sinh</w:t>
      </w:r>
    </w:p>
    <w:p w:rsidR="00E5075D" w:rsidRDefault="000706F4">
      <w:r>
        <w:t>- SGK Toán 1; bộ đồ dùng học Toán; bảng con; vở/bút chì.</w:t>
      </w:r>
    </w:p>
    <w:p w:rsidR="00E5075D" w:rsidRDefault="000706F4">
      <w:pPr>
        <w:keepNext/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649"/>
      </w:tblGrid>
      <w:tr w:rsidR="00E5075D" w:rsidTr="00547A9A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E5075D" w:rsidRDefault="000706F4">
            <w:r>
              <w:rPr>
                <w:b/>
              </w:rPr>
              <w:t>1. KHỞI ĐỘNG - Ghép phép tính với kết quả</w:t>
            </w:r>
          </w:p>
          <w:p w:rsidR="00E5075D" w:rsidRDefault="000706F4">
            <w:r>
              <w:rPr>
                <w:b/>
              </w:rPr>
              <w:t>Mục tiêu:</w:t>
            </w:r>
          </w:p>
          <w:p w:rsidR="00E5075D" w:rsidRDefault="000706F4">
            <w:r>
              <w:t>- Ôn nhanh bảng cộng, bảng trừ.</w:t>
            </w:r>
          </w:p>
          <w:p w:rsidR="00E5075D" w:rsidRDefault="000706F4">
            <w:r>
              <w:rPr>
                <w:b/>
              </w:rPr>
              <w:t>Cách tiến hành: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nêu các phép tính hoặc phát thẻ để HS tìm kết quả tương ứng.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tính nhẩm và ghép thẻ đúng.</w:t>
            </w:r>
          </w:p>
        </w:tc>
      </w:tr>
      <w:tr w:rsidR="00E5075D" w:rsidTr="00547A9A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E5075D" w:rsidRDefault="000706F4">
            <w:r>
              <w:rPr>
                <w:b/>
              </w:rPr>
              <w:t>2. LUYỆN TẬP - Tính và quan sát tranh</w:t>
            </w:r>
          </w:p>
          <w:p w:rsidR="00E5075D" w:rsidRDefault="000706F4">
            <w:r>
              <w:rPr>
                <w:b/>
              </w:rPr>
              <w:t>Mục tiêu:</w:t>
            </w:r>
          </w:p>
          <w:p w:rsidR="00E5075D" w:rsidRDefault="000706F4">
            <w:r>
              <w:t>- Thực hiện đúng phép tính; nêu được bài toán theo tranh.</w:t>
            </w:r>
          </w:p>
          <w:p w:rsidR="00E5075D" w:rsidRDefault="000706F4">
            <w:r>
              <w:rPr>
                <w:b/>
              </w:rPr>
              <w:t>Cách tiến hành:</w:t>
            </w:r>
          </w:p>
        </w:tc>
      </w:tr>
      <w:tr w:rsidR="00E5075D" w:rsidTr="00547A9A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 xml:space="preserve">- </w:t>
            </w:r>
            <w:r>
              <w:rPr>
                <w:b/>
              </w:rPr>
              <w:t>Bài 1:</w:t>
            </w:r>
            <w:r>
              <w:t xml:space="preserve"> GV yêu cầu HS tính nhẩm các phép tính trong SGK.</w:t>
            </w:r>
          </w:p>
          <w:p w:rsidR="00E5075D" w:rsidRDefault="00E5075D">
            <w:pPr>
              <w:spacing w:before="40" w:after="40"/>
              <w:jc w:val="center"/>
            </w:pPr>
          </w:p>
          <w:p w:rsidR="00E5075D" w:rsidRDefault="00E5075D">
            <w:pPr>
              <w:spacing w:before="40" w:after="20"/>
              <w:jc w:val="center"/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làm cá nhân, nêu kết quả.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yêu cầu HS đổi bài kiểm tra và nói cách tìm một kết quả.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kiểm tra, giải thích bằng bảng cộng hoặc bảng trừ.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 xml:space="preserve">- GV chốt Bài 1: “Cần đọc đúng dấu phép tính </w:t>
            </w:r>
            <w:r>
              <w:lastRenderedPageBreak/>
              <w:t>và kiểm tra kết quả.”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lastRenderedPageBreak/>
              <w:t>- HS sửa bài.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lastRenderedPageBreak/>
              <w:t xml:space="preserve">- </w:t>
            </w:r>
            <w:r>
              <w:rPr>
                <w:b/>
              </w:rPr>
              <w:t>Bài 2:</w:t>
            </w:r>
            <w:r>
              <w:t xml:space="preserve"> GV cho HS quan sát tranh, hỏi: “Tranh thể hiện thêm vào hay bớt đi?”</w:t>
            </w:r>
          </w:p>
          <w:p w:rsidR="00E5075D" w:rsidRDefault="00E5075D">
            <w:pPr>
              <w:spacing w:before="40" w:after="40"/>
              <w:jc w:val="center"/>
            </w:pP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nhận biết tình huống và viết phép tính phù hợp.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mời HS nêu câu trả lời trọn câu.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nêu đáp án của bài toán tranh.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chốt Bài 2: “Thêm vào dùng phép cộng; bớt đi dùng phép trừ.”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ghi nhớ.</w:t>
            </w:r>
          </w:p>
        </w:tc>
      </w:tr>
      <w:tr w:rsidR="00E5075D" w:rsidTr="00547A9A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E5075D" w:rsidRDefault="000706F4">
            <w:r>
              <w:rPr>
                <w:b/>
              </w:rPr>
              <w:t>3. VẬN DỤNG - Trò chơi phép tính</w:t>
            </w:r>
          </w:p>
          <w:p w:rsidR="00E5075D" w:rsidRDefault="000706F4">
            <w:r>
              <w:rPr>
                <w:b/>
              </w:rPr>
              <w:t>Mục tiêu:</w:t>
            </w:r>
          </w:p>
          <w:p w:rsidR="00E5075D" w:rsidRDefault="000706F4">
            <w:r>
              <w:t>- Vận dụng tính nhẩm trong hoạt động nhóm.</w:t>
            </w:r>
          </w:p>
          <w:p w:rsidR="00E5075D" w:rsidRDefault="000706F4">
            <w:r>
              <w:rPr>
                <w:b/>
              </w:rPr>
              <w:t>Cách tiến hành: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tổ chức trò chơi chọn kết quả đúng hoặc lập phép tính từ các số cho trước.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chơi theo nhóm, thống nhất và trình bày kết quả.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nhận xét tiết học và dặn HS ôn lại bảng cộng, bảng trừ.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lắng nghe.</w:t>
            </w:r>
          </w:p>
        </w:tc>
      </w:tr>
    </w:tbl>
    <w:p w:rsidR="00E5075D" w:rsidRDefault="000706F4">
      <w:pPr>
        <w:keepNext/>
        <w:spacing w:before="80" w:after="40"/>
      </w:pPr>
      <w:r>
        <w:rPr>
          <w:b/>
        </w:rPr>
        <w:t>IV. ĐIỀU CHỈNH SAU BÀI DẠY (NẾU CÓ)</w:t>
      </w:r>
    </w:p>
    <w:p w:rsidR="00E5075D" w:rsidRDefault="000706F4">
      <w:r>
        <w:t>........................................................................................................................................................</w:t>
      </w:r>
    </w:p>
    <w:p w:rsidR="00E5075D" w:rsidRDefault="000706F4">
      <w:r>
        <w:t>........................................................................................................................................................</w:t>
      </w:r>
    </w:p>
    <w:p w:rsidR="00E5075D" w:rsidRDefault="00E5075D"/>
    <w:p w:rsidR="00E5075D" w:rsidRDefault="000706F4">
      <w:pPr>
        <w:keepNext/>
        <w:spacing w:before="80" w:after="40"/>
        <w:jc w:val="center"/>
      </w:pPr>
      <w:r>
        <w:rPr>
          <w:b/>
          <w:sz w:val="30"/>
        </w:rPr>
        <w:t>BÀI 19: ÔN TẬP HÌNH HỌC</w:t>
      </w:r>
    </w:p>
    <w:p w:rsidR="00E5075D" w:rsidRDefault="000706F4">
      <w:pPr>
        <w:keepNext/>
        <w:spacing w:after="100"/>
        <w:jc w:val="center"/>
      </w:pPr>
      <w:r>
        <w:rPr>
          <w:i/>
        </w:rPr>
        <w:t>Số tiết thực hiện: 01 tiết    -    Thời gian thực hiện: .........................</w:t>
      </w:r>
    </w:p>
    <w:p w:rsidR="00E5075D" w:rsidRDefault="000706F4">
      <w:pPr>
        <w:keepNext/>
        <w:spacing w:before="80" w:after="40"/>
      </w:pPr>
      <w:r>
        <w:rPr>
          <w:b/>
        </w:rPr>
        <w:t>I. YÊU CẦU CẦN ĐẠT</w:t>
      </w:r>
    </w:p>
    <w:p w:rsidR="00E5075D" w:rsidRDefault="000706F4">
      <w:r>
        <w:rPr>
          <w:b/>
        </w:rPr>
        <w:t>1. Năng lực đặc thù</w:t>
      </w:r>
    </w:p>
    <w:p w:rsidR="00E5075D" w:rsidRDefault="000706F4">
      <w:r>
        <w:t>- Nhận dạng được hình vuông, hình tròn, hình tam giác, hình chữ nhật; khối lập phương và khối hộp chữ nhật.</w:t>
      </w:r>
    </w:p>
    <w:p w:rsidR="00E5075D" w:rsidRDefault="000706F4">
      <w:r>
        <w:t>- Nhận biết quy luật sắp xếp hình; xếp ghép được hình theo mẫu.</w:t>
      </w:r>
    </w:p>
    <w:p w:rsidR="00E5075D" w:rsidRDefault="000706F4">
      <w:r>
        <w:t>- Liên hệ hình học với đồ vật quen thuộc.</w:t>
      </w:r>
    </w:p>
    <w:p w:rsidR="00E5075D" w:rsidRDefault="000706F4">
      <w:r>
        <w:rPr>
          <w:b/>
        </w:rPr>
        <w:t>2. Năng lực chung</w:t>
      </w:r>
    </w:p>
    <w:p w:rsidR="00E5075D" w:rsidRDefault="000706F4">
      <w:r>
        <w:t>- Tự chủ và tự học: Chủ động thực hiện nhiệm vụ; biết tự kiểm tra và điều chỉnh kết quả.</w:t>
      </w:r>
    </w:p>
    <w:p w:rsidR="00E5075D" w:rsidRDefault="000706F4">
      <w:r>
        <w:t>- Giao tiếp và hợp tác: Trao đổi cách làm; biết lắng nghe, hỗ trợ bạn khi học theo cặp hoặc theo nhóm.</w:t>
      </w:r>
    </w:p>
    <w:p w:rsidR="00E5075D" w:rsidRDefault="000706F4">
      <w:r>
        <w:t>- Giải quyết vấn đề và sáng tạo: Vận dụng kiến thức toán học để xử lí nhiệm vụ gắn với tranh, đồ vật hoặc tình huống thực tế.</w:t>
      </w:r>
    </w:p>
    <w:p w:rsidR="00E5075D" w:rsidRDefault="000706F4">
      <w:r>
        <w:rPr>
          <w:b/>
        </w:rPr>
        <w:t>3. Phẩm chất</w:t>
      </w:r>
    </w:p>
    <w:p w:rsidR="00E5075D" w:rsidRDefault="000706F4">
      <w:r>
        <w:t>- Chăm chỉ: Tích cực tham gia hoạt động học tập và hoàn thành bài tập.</w:t>
      </w:r>
    </w:p>
    <w:p w:rsidR="00E5075D" w:rsidRDefault="000706F4">
      <w:r>
        <w:t>- Trung thực: Nêu, viết và báo cáo đúng kết quả quan sát hoặc tính toán.</w:t>
      </w:r>
    </w:p>
    <w:p w:rsidR="00E5075D" w:rsidRDefault="000706F4">
      <w:r>
        <w:t>- Trách nhiệm: Giữ gìn đồ dùng; thực hiện nghiêm túc nhiệm vụ cá nhân và nhiệm vụ nhóm.</w:t>
      </w:r>
    </w:p>
    <w:p w:rsidR="00E5075D" w:rsidRDefault="000706F4">
      <w:pPr>
        <w:keepNext/>
        <w:spacing w:before="80" w:after="40"/>
      </w:pPr>
      <w:r>
        <w:rPr>
          <w:b/>
        </w:rPr>
        <w:t>II. ĐỒ DÙNG DẠY HỌC</w:t>
      </w:r>
    </w:p>
    <w:p w:rsidR="00E5075D" w:rsidRDefault="000706F4">
      <w:r>
        <w:rPr>
          <w:b/>
        </w:rPr>
        <w:t>1. Giáo viên</w:t>
      </w:r>
    </w:p>
    <w:p w:rsidR="00E5075D" w:rsidRDefault="000706F4">
      <w:r>
        <w:t>- SGK Toán 1, Tập một; SGV Toán 1, Tập một.</w:t>
      </w:r>
    </w:p>
    <w:p w:rsidR="00E5075D" w:rsidRDefault="000706F4">
      <w:r>
        <w:t>- Tranh cắt đúng nội dung sử dụng từ SGK; bảng phụ; thẻ số; bộ đồ dùng học Toán.</w:t>
      </w:r>
    </w:p>
    <w:p w:rsidR="00E5075D" w:rsidRDefault="000706F4">
      <w:r>
        <w:rPr>
          <w:b/>
        </w:rPr>
        <w:t>2. Học sinh</w:t>
      </w:r>
    </w:p>
    <w:p w:rsidR="00E5075D" w:rsidRDefault="000706F4">
      <w:r>
        <w:t>- SGK Toán 1; bộ đồ dùng học Toán; bảng con; vở/bút chì.</w:t>
      </w:r>
    </w:p>
    <w:p w:rsidR="00E5075D" w:rsidRDefault="000706F4">
      <w:pPr>
        <w:keepNext/>
        <w:spacing w:before="80" w:after="40"/>
      </w:pPr>
      <w:r>
        <w:rPr>
          <w:b/>
        </w:rPr>
        <w:lastRenderedPageBreak/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649"/>
      </w:tblGrid>
      <w:tr w:rsidR="00E5075D" w:rsidTr="00547A9A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E5075D" w:rsidRDefault="000706F4">
            <w:r>
              <w:rPr>
                <w:b/>
              </w:rPr>
              <w:t>1. KHỞI ĐỘNG - Tìm hình quanh lớp</w:t>
            </w:r>
          </w:p>
          <w:p w:rsidR="00E5075D" w:rsidRDefault="000706F4">
            <w:r>
              <w:rPr>
                <w:b/>
              </w:rPr>
              <w:t>Mục tiêu:</w:t>
            </w:r>
          </w:p>
          <w:p w:rsidR="00E5075D" w:rsidRDefault="000706F4">
            <w:r>
              <w:t>- Ôn tên hình phẳng, hình khối.</w:t>
            </w:r>
          </w:p>
          <w:p w:rsidR="00E5075D" w:rsidRDefault="000706F4">
            <w:r>
              <w:rPr>
                <w:b/>
              </w:rPr>
              <w:t>Cách tiến hành: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nêu tên hình, yêu cầu HS chỉ đồ vật có dạng tương ứng trong lớp.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quan sát và nêu đồ vật phù hợp.</w:t>
            </w:r>
          </w:p>
        </w:tc>
      </w:tr>
      <w:tr w:rsidR="00E5075D" w:rsidTr="00547A9A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E5075D" w:rsidRDefault="000706F4">
            <w:r>
              <w:rPr>
                <w:b/>
              </w:rPr>
              <w:t>2. LUYỆN TẬP - Nhận biết và xếp ghép hình</w:t>
            </w:r>
          </w:p>
          <w:p w:rsidR="00E5075D" w:rsidRDefault="000706F4">
            <w:r>
              <w:rPr>
                <w:b/>
              </w:rPr>
              <w:t>Mục tiêu:</w:t>
            </w:r>
          </w:p>
          <w:p w:rsidR="00E5075D" w:rsidRDefault="000706F4">
            <w:r>
              <w:t>- Phân loại, nhận dạng và xếp ghép hình.</w:t>
            </w:r>
          </w:p>
          <w:p w:rsidR="00E5075D" w:rsidRDefault="000706F4">
            <w:r>
              <w:rPr>
                <w:b/>
              </w:rPr>
              <w:t>Cách tiến hành:</w:t>
            </w:r>
          </w:p>
        </w:tc>
      </w:tr>
      <w:tr w:rsidR="00E5075D" w:rsidTr="00547A9A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 xml:space="preserve">- </w:t>
            </w:r>
            <w:r>
              <w:rPr>
                <w:b/>
              </w:rPr>
              <w:t>Bài 1:</w:t>
            </w:r>
            <w:r>
              <w:t xml:space="preserve"> GV yêu cầu HS chỉ ra hình vuông, hình tam giác, hình tròn và hình chữ nhật.</w:t>
            </w:r>
          </w:p>
          <w:p w:rsidR="00E5075D" w:rsidRDefault="00E5075D">
            <w:pPr>
              <w:spacing w:before="40" w:after="40"/>
              <w:jc w:val="center"/>
            </w:pPr>
          </w:p>
          <w:p w:rsidR="00E5075D" w:rsidRDefault="00E5075D">
            <w:pPr>
              <w:spacing w:before="40" w:after="20"/>
              <w:jc w:val="center"/>
            </w:pP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quan sát, gọi tên từng hình.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 xml:space="preserve">- </w:t>
            </w:r>
            <w:r>
              <w:rPr>
                <w:b/>
              </w:rPr>
              <w:t>Bài 2:</w:t>
            </w:r>
            <w:r>
              <w:t xml:space="preserve"> GV yêu cầu HS nhận ra các đồ vật dạng khối lập phương, khối hộp chữ nhật.</w:t>
            </w:r>
          </w:p>
          <w:p w:rsidR="00E5075D" w:rsidRDefault="00E5075D">
            <w:pPr>
              <w:spacing w:before="40" w:after="40"/>
              <w:jc w:val="center"/>
            </w:pP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chỉ hình và nêu tên khối.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 xml:space="preserve">- </w:t>
            </w:r>
            <w:r>
              <w:rPr>
                <w:b/>
              </w:rPr>
              <w:t>Bài 3:</w:t>
            </w:r>
            <w:r>
              <w:t xml:space="preserve"> GV hỏi: “Các hình được xếp theo quy luật nào? Hình nào cần đặt vào dấu hỏi?”</w:t>
            </w:r>
          </w:p>
          <w:p w:rsidR="00E5075D" w:rsidRDefault="00E5075D">
            <w:pPr>
              <w:spacing w:before="40" w:after="40"/>
              <w:jc w:val="center"/>
            </w:pP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tìm quy luật, chọn hình thích hợp và giải thích.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 xml:space="preserve">- </w:t>
            </w:r>
            <w:r>
              <w:rPr>
                <w:b/>
              </w:rPr>
              <w:t>Bài 4:</w:t>
            </w:r>
            <w:r>
              <w:t xml:space="preserve"> GV phát bốn miếng bìa hình tam giác, yêu cầu HS xếp theo mẫu.</w:t>
            </w:r>
          </w:p>
          <w:p w:rsidR="00E5075D" w:rsidRDefault="00E5075D">
            <w:pPr>
              <w:spacing w:before="40" w:after="40"/>
              <w:jc w:val="center"/>
            </w:pP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xếp ghép theo nhóm và trưng bày kết quả.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chốt: “Nhận dạng đúng hình giúp các em xếp ghép và quan sát đồ vật tốt hơn.”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ghi nhớ.</w:t>
            </w:r>
          </w:p>
        </w:tc>
      </w:tr>
      <w:tr w:rsidR="00E5075D" w:rsidTr="00547A9A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E5075D" w:rsidRDefault="000706F4">
            <w:r>
              <w:rPr>
                <w:b/>
              </w:rPr>
              <w:t>3. VẬN DỤNG - CỦNG CỐ</w:t>
            </w:r>
          </w:p>
          <w:p w:rsidR="00E5075D" w:rsidRDefault="000706F4">
            <w:r>
              <w:rPr>
                <w:b/>
              </w:rPr>
              <w:t>Mục tiêu:</w:t>
            </w:r>
          </w:p>
          <w:p w:rsidR="00E5075D" w:rsidRDefault="000706F4">
            <w:r>
              <w:t>- Vận dụng kiến thức hình học vào thực tế.</w:t>
            </w:r>
          </w:p>
          <w:p w:rsidR="00E5075D" w:rsidRDefault="000706F4">
            <w:r>
              <w:rPr>
                <w:b/>
              </w:rPr>
              <w:t>Cách tiến hành: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yêu cầu HS nêu hai đồ vật ở nhà có dạng hình/khối đã học.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nêu ví dụ.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nhận xét tiết học.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lắng nghe.</w:t>
            </w:r>
          </w:p>
        </w:tc>
      </w:tr>
    </w:tbl>
    <w:p w:rsidR="00E5075D" w:rsidRDefault="000706F4">
      <w:pPr>
        <w:keepNext/>
        <w:spacing w:before="80" w:after="40"/>
      </w:pPr>
      <w:r>
        <w:rPr>
          <w:b/>
        </w:rPr>
        <w:t>IV. ĐIỀU CHỈNH SAU BÀI DẠY (NẾU CÓ)</w:t>
      </w:r>
    </w:p>
    <w:p w:rsidR="00E5075D" w:rsidRDefault="000706F4">
      <w:r>
        <w:t>........................................................................................................................................................</w:t>
      </w:r>
    </w:p>
    <w:p w:rsidR="00E5075D" w:rsidRDefault="000706F4">
      <w:r>
        <w:t>........................................................................................................................................................</w:t>
      </w:r>
    </w:p>
    <w:p w:rsidR="00E5075D" w:rsidRDefault="000706F4">
      <w:r>
        <w:br w:type="page"/>
      </w:r>
    </w:p>
    <w:p w:rsidR="00E5075D" w:rsidRDefault="000706F4">
      <w:pPr>
        <w:keepNext/>
        <w:spacing w:before="80" w:after="40"/>
        <w:jc w:val="center"/>
      </w:pPr>
      <w:r>
        <w:rPr>
          <w:b/>
          <w:sz w:val="30"/>
        </w:rPr>
        <w:lastRenderedPageBreak/>
        <w:t>BÀI 20: ÔN TẬP CHUNG</w:t>
      </w:r>
    </w:p>
    <w:p w:rsidR="00E5075D" w:rsidRDefault="000706F4">
      <w:pPr>
        <w:keepNext/>
        <w:spacing w:after="100"/>
        <w:jc w:val="center"/>
      </w:pPr>
      <w:r>
        <w:rPr>
          <w:i/>
        </w:rPr>
        <w:t>Số tiết thực hiện: 01 tiết    -    Thời gian thực hiện: .........................</w:t>
      </w:r>
    </w:p>
    <w:p w:rsidR="00E5075D" w:rsidRDefault="000706F4">
      <w:pPr>
        <w:keepNext/>
        <w:spacing w:before="80" w:after="40"/>
      </w:pPr>
      <w:r>
        <w:rPr>
          <w:b/>
        </w:rPr>
        <w:t>I. YÊU CẦU CẦN ĐẠT</w:t>
      </w:r>
    </w:p>
    <w:p w:rsidR="00E5075D" w:rsidRDefault="000706F4">
      <w:r>
        <w:rPr>
          <w:b/>
        </w:rPr>
        <w:t>1. Năng lực đặc thù</w:t>
      </w:r>
    </w:p>
    <w:p w:rsidR="00E5075D" w:rsidRDefault="000706F4">
      <w:r>
        <w:t>- Củng cố số, phép cộng, phép trừ trong phạm vi 10 và một số nội dung hình học đã học.</w:t>
      </w:r>
    </w:p>
    <w:p w:rsidR="00E5075D" w:rsidRDefault="000706F4">
      <w:r>
        <w:t>- Viết được phép tính phù hợp với tranh và tính đúng kết quả.</w:t>
      </w:r>
    </w:p>
    <w:p w:rsidR="00E5075D" w:rsidRDefault="000706F4">
      <w:r>
        <w:t>- Vận dụng tổng hợp kiến thức vào bài tập cuối học kì.</w:t>
      </w:r>
    </w:p>
    <w:p w:rsidR="00E5075D" w:rsidRDefault="000706F4">
      <w:r>
        <w:rPr>
          <w:b/>
        </w:rPr>
        <w:t>2. Năng lực chung</w:t>
      </w:r>
    </w:p>
    <w:p w:rsidR="00E5075D" w:rsidRDefault="000706F4">
      <w:r>
        <w:t>- Tự chủ và tự học: Chủ động thực hiện nhiệm vụ; biết tự kiểm tra và điều chỉnh kết quả.</w:t>
      </w:r>
    </w:p>
    <w:p w:rsidR="00E5075D" w:rsidRDefault="000706F4">
      <w:r>
        <w:t>- Giao tiếp và hợp tác: Trao đổi cách làm; biết lắng nghe, hỗ trợ bạn khi học theo cặp hoặc theo nhóm.</w:t>
      </w:r>
    </w:p>
    <w:p w:rsidR="00E5075D" w:rsidRDefault="000706F4">
      <w:r>
        <w:t>- Giải quyết vấn đề và sáng tạo: Vận dụng kiến thức toán học để xử lí nhiệm vụ gắn với tranh, đồ vật hoặc tình huống thực tế.</w:t>
      </w:r>
    </w:p>
    <w:p w:rsidR="00E5075D" w:rsidRDefault="000706F4">
      <w:r>
        <w:rPr>
          <w:b/>
        </w:rPr>
        <w:t>3. Phẩm chất</w:t>
      </w:r>
    </w:p>
    <w:p w:rsidR="00E5075D" w:rsidRDefault="000706F4">
      <w:r>
        <w:t>- Chăm chỉ: Tích cực tham gia hoạt động học tập và hoàn thành bài tập.</w:t>
      </w:r>
    </w:p>
    <w:p w:rsidR="00E5075D" w:rsidRDefault="000706F4">
      <w:r>
        <w:t>- Trung thực: Nêu, viết và báo cáo đúng kết quả quan sát hoặc tính toán.</w:t>
      </w:r>
    </w:p>
    <w:p w:rsidR="00E5075D" w:rsidRDefault="000706F4">
      <w:r>
        <w:t>- Trách nhiệm: Giữ gìn đồ dùng; thực hiện nghiêm túc nhiệm vụ cá nhân và nhiệm vụ nhóm.</w:t>
      </w:r>
    </w:p>
    <w:p w:rsidR="00E5075D" w:rsidRDefault="000706F4">
      <w:pPr>
        <w:keepNext/>
        <w:spacing w:before="80" w:after="40"/>
      </w:pPr>
      <w:r>
        <w:rPr>
          <w:b/>
        </w:rPr>
        <w:t>II. ĐỒ DÙNG DẠY HỌC</w:t>
      </w:r>
    </w:p>
    <w:p w:rsidR="00E5075D" w:rsidRDefault="000706F4">
      <w:r>
        <w:rPr>
          <w:b/>
        </w:rPr>
        <w:t>1. Giáo viên</w:t>
      </w:r>
    </w:p>
    <w:p w:rsidR="00E5075D" w:rsidRDefault="000706F4">
      <w:r>
        <w:t>- SGK Toán 1, Tập một; SGV Toán 1, Tập một.</w:t>
      </w:r>
    </w:p>
    <w:p w:rsidR="00E5075D" w:rsidRDefault="000706F4">
      <w:r>
        <w:t>- Tranh cắt đúng nội dung sử dụng từ SGK; bảng phụ; thẻ số; bộ đồ dùng học Toán.</w:t>
      </w:r>
    </w:p>
    <w:p w:rsidR="00E5075D" w:rsidRDefault="000706F4">
      <w:r>
        <w:rPr>
          <w:b/>
        </w:rPr>
        <w:t>2. Học sinh</w:t>
      </w:r>
    </w:p>
    <w:p w:rsidR="00E5075D" w:rsidRDefault="000706F4">
      <w:r>
        <w:t>- SGK Toán 1; bộ đồ dùng học Toán; bảng con; vở/bút chì.</w:t>
      </w:r>
    </w:p>
    <w:p w:rsidR="00E5075D" w:rsidRDefault="000706F4">
      <w:pPr>
        <w:keepNext/>
        <w:spacing w:before="80" w:after="40"/>
      </w:pPr>
      <w:r>
        <w:rPr>
          <w:b/>
        </w:rPr>
        <w:t>III. CÁC HOẠT ĐỘNG DẠY HỌC</w:t>
      </w:r>
    </w:p>
    <w:tbl>
      <w:tblPr>
        <w:tblStyle w:val="TableGrid"/>
        <w:tblW w:w="0" w:type="auto"/>
        <w:jc w:val="center"/>
        <w:tblBorders>
          <w:insideH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102"/>
        <w:gridCol w:w="4649"/>
      </w:tblGrid>
      <w:tr w:rsidR="00E5075D" w:rsidTr="00547A9A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E5075D" w:rsidRDefault="000706F4">
            <w:r>
              <w:rPr>
                <w:b/>
              </w:rPr>
              <w:t>1. KHỞI ĐỘNG - Hộp quà câu hỏi</w:t>
            </w:r>
          </w:p>
          <w:p w:rsidR="00E5075D" w:rsidRDefault="000706F4">
            <w:r>
              <w:rPr>
                <w:b/>
              </w:rPr>
              <w:t>Mục tiêu:</w:t>
            </w:r>
          </w:p>
          <w:p w:rsidR="00E5075D" w:rsidRDefault="000706F4">
            <w:r>
              <w:t>- Tạo tâm thế ôn tập tổng hợp.</w:t>
            </w:r>
          </w:p>
          <w:p w:rsidR="00E5075D" w:rsidRDefault="000706F4">
            <w:r>
              <w:rPr>
                <w:b/>
              </w:rPr>
              <w:t>Cách tiến hành: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cho HS chọn thẻ số hoặc phép tính trong hộp quà và trả lời nhanh.</w:t>
            </w:r>
          </w:p>
        </w:tc>
        <w:tc>
          <w:tcPr>
            <w:tcW w:w="464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tham gia, nêu số hoặc tính kết quả.</w:t>
            </w:r>
          </w:p>
        </w:tc>
      </w:tr>
      <w:tr w:rsidR="00E5075D" w:rsidTr="00547A9A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E5075D" w:rsidRDefault="000706F4">
            <w:r>
              <w:rPr>
                <w:b/>
              </w:rPr>
              <w:t>2. LUYỆN TẬP TỔNG HỢP</w:t>
            </w:r>
          </w:p>
          <w:p w:rsidR="00E5075D" w:rsidRDefault="000706F4">
            <w:r>
              <w:rPr>
                <w:b/>
              </w:rPr>
              <w:t>Mục tiêu:</w:t>
            </w:r>
          </w:p>
          <w:p w:rsidR="00E5075D" w:rsidRDefault="000706F4">
            <w:r>
              <w:t>- Thực hiện các bài toán số và phép tính.</w:t>
            </w:r>
          </w:p>
          <w:p w:rsidR="00E5075D" w:rsidRDefault="000706F4">
            <w:r>
              <w:rPr>
                <w:b/>
              </w:rPr>
              <w:t>Cách tiến hành:</w:t>
            </w:r>
          </w:p>
        </w:tc>
      </w:tr>
      <w:tr w:rsidR="00E5075D" w:rsidTr="00547A9A">
        <w:trPr>
          <w:cantSplit/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 w:rsidP="00547A9A">
            <w:r>
              <w:t xml:space="preserve">- </w:t>
            </w:r>
            <w:r>
              <w:rPr>
                <w:b/>
              </w:rPr>
              <w:t>Bài 1:</w:t>
            </w:r>
            <w:r>
              <w:t xml:space="preserve"> GV yêu cầu HS quan sát tranh, đếm và điền số thích hợp.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làm cá nhân vào SGK/vở bài tập.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mời HS trình bày kết quả từng tranh và giải thích cách đếm.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nêu kết quả; nhận xét bạn.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 w:rsidP="00547A9A">
            <w:r>
              <w:t xml:space="preserve">- </w:t>
            </w:r>
            <w:r>
              <w:rPr>
                <w:b/>
              </w:rPr>
              <w:t>Bài 2:</w:t>
            </w:r>
            <w:r>
              <w:t xml:space="preserve"> GV yêu cầu HS sắp xếp các số hoặc chọn số theo yêu cầu.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thực hiện và đối chiếu theo cặp.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 w:rsidP="00547A9A">
            <w:r>
              <w:t xml:space="preserve">- </w:t>
            </w:r>
            <w:r>
              <w:rPr>
                <w:b/>
              </w:rPr>
              <w:t>Bài 3:</w:t>
            </w:r>
            <w:r>
              <w:t xml:space="preserve"> GV yêu cầu HS tính cộng, trừ và điền số thích hợp.</w:t>
            </w:r>
            <w:bookmarkStart w:id="0" w:name="_GoBack"/>
            <w:bookmarkEnd w:id="0"/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làm bài vào vở; đổi bài kiểm tra.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chốt các đáp án và nhắc HS đọc đúng dấu phép tính.</w:t>
            </w:r>
          </w:p>
        </w:tc>
        <w:tc>
          <w:tcPr>
            <w:tcW w:w="4649" w:type="dxa"/>
            <w:tcBorders>
              <w:bottom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sửa bài nếu cần.</w:t>
            </w:r>
          </w:p>
        </w:tc>
      </w:tr>
      <w:tr w:rsidR="00E5075D" w:rsidTr="00547A9A">
        <w:trPr>
          <w:cantSplit/>
          <w:jc w:val="center"/>
        </w:trPr>
        <w:tc>
          <w:tcPr>
            <w:tcW w:w="9751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65" w:type="dxa"/>
              <w:left w:w="90" w:type="dxa"/>
              <w:bottom w:w="65" w:type="dxa"/>
              <w:right w:w="90" w:type="dxa"/>
            </w:tcMar>
          </w:tcPr>
          <w:p w:rsidR="00E5075D" w:rsidRDefault="000706F4">
            <w:r>
              <w:rPr>
                <w:b/>
              </w:rPr>
              <w:lastRenderedPageBreak/>
              <w:t>3. VẬN DỤNG - TỰ ĐÁNH GIÁ</w:t>
            </w:r>
          </w:p>
          <w:p w:rsidR="00E5075D" w:rsidRDefault="000706F4">
            <w:r>
              <w:rPr>
                <w:b/>
              </w:rPr>
              <w:t>Mục tiêu:</w:t>
            </w:r>
          </w:p>
          <w:p w:rsidR="00E5075D" w:rsidRDefault="000706F4">
            <w:r>
              <w:t>- Tự nhìn lại kết quả học tập học kì I.</w:t>
            </w:r>
          </w:p>
          <w:p w:rsidR="00E5075D" w:rsidRDefault="000706F4">
            <w:r>
              <w:rPr>
                <w:b/>
              </w:rPr>
              <w:t>Cách tiến hành: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hỏi: “Em làm tốt nội dung nào: số, phép tính hay hình học? Em cần luyện thêm nội dung nào?”</w:t>
            </w:r>
          </w:p>
        </w:tc>
        <w:tc>
          <w:tcPr>
            <w:tcW w:w="4649" w:type="dxa"/>
            <w:tcBorders>
              <w:top w:val="single" w:sz="4" w:space="0" w:color="auto"/>
            </w:tcBorders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tự nhận xét và chia sẻ mục tiêu luyện tập.</w:t>
            </w:r>
          </w:p>
        </w:tc>
      </w:tr>
      <w:tr w:rsidR="00E5075D" w:rsidTr="00547A9A">
        <w:trPr>
          <w:jc w:val="center"/>
        </w:trPr>
        <w:tc>
          <w:tcPr>
            <w:tcW w:w="5102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GV nhận xét, tuyên dương và dặn HS ôn tập nhẹ nhàng trong thời gian nghỉ.</w:t>
            </w:r>
          </w:p>
        </w:tc>
        <w:tc>
          <w:tcPr>
            <w:tcW w:w="4649" w:type="dxa"/>
            <w:shd w:val="clear" w:color="auto" w:fill="auto"/>
            <w:tcMar>
              <w:top w:w="55" w:type="dxa"/>
              <w:left w:w="90" w:type="dxa"/>
              <w:bottom w:w="55" w:type="dxa"/>
              <w:right w:w="90" w:type="dxa"/>
            </w:tcMar>
          </w:tcPr>
          <w:p w:rsidR="00E5075D" w:rsidRDefault="000706F4">
            <w:r>
              <w:t>- HS lắng nghe và thực hiện.</w:t>
            </w:r>
          </w:p>
        </w:tc>
      </w:tr>
    </w:tbl>
    <w:p w:rsidR="00E5075D" w:rsidRDefault="000706F4">
      <w:pPr>
        <w:keepNext/>
        <w:spacing w:before="80" w:after="40"/>
      </w:pPr>
      <w:r>
        <w:rPr>
          <w:b/>
        </w:rPr>
        <w:t>IV. ĐIỀU CHỈNH SAU BÀI DẠY (NẾU CÓ)</w:t>
      </w:r>
    </w:p>
    <w:p w:rsidR="00E5075D" w:rsidRDefault="000706F4">
      <w:r>
        <w:t>........................................................................................................................................................</w:t>
      </w:r>
    </w:p>
    <w:p w:rsidR="00E5075D" w:rsidRDefault="000706F4">
      <w:r>
        <w:t>........................................................................................................................................................</w:t>
      </w:r>
    </w:p>
    <w:p w:rsidR="00E5075D" w:rsidRDefault="000706F4">
      <w:pPr>
        <w:spacing w:before="80"/>
      </w:pPr>
      <w:r>
        <w:rPr>
          <w:i/>
          <w:color w:val="646464"/>
          <w:sz w:val="20"/>
        </w:rPr>
        <w:t>Nguồn xây dựng: SGK Toán 1, SGV Toán 1 - Bộ Kết nối tri thức với cuộc sống; Kế hoạch dạy học môn Toán lớp 1 đã cung cấp.</w:t>
      </w:r>
    </w:p>
    <w:sectPr w:rsidR="00E5075D" w:rsidSect="00034616">
      <w:footerReference w:type="default" r:id="rId9"/>
      <w:pgSz w:w="11906" w:h="16838"/>
      <w:pgMar w:top="850" w:right="850" w:bottom="850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72A61" w:rsidRDefault="00872A61">
      <w:r>
        <w:separator/>
      </w:r>
    </w:p>
  </w:endnote>
  <w:endnote w:type="continuationSeparator" w:id="0">
    <w:p w:rsidR="00872A61" w:rsidRDefault="00872A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5075D" w:rsidRDefault="000706F4">
    <w:pPr>
      <w:pStyle w:val="Footer"/>
      <w:jc w:val="center"/>
    </w:pPr>
    <w:r>
      <w:rPr>
        <w:i/>
        <w:color w:val="646464"/>
        <w:sz w:val="20"/>
      </w:rPr>
      <w:t>Kế hoạch bài dạy môn Toán lớp 1 - Kết nối tri thức với cuộc sống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72A61" w:rsidRDefault="00872A61">
      <w:r>
        <w:separator/>
      </w:r>
    </w:p>
  </w:footnote>
  <w:footnote w:type="continuationSeparator" w:id="0">
    <w:p w:rsidR="00872A61" w:rsidRDefault="00872A6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0706F4"/>
    <w:rsid w:val="0015074B"/>
    <w:rsid w:val="0029639D"/>
    <w:rsid w:val="00326F90"/>
    <w:rsid w:val="00547A9A"/>
    <w:rsid w:val="00756B31"/>
    <w:rsid w:val="00872A61"/>
    <w:rsid w:val="00AA1D8D"/>
    <w:rsid w:val="00B47730"/>
    <w:rsid w:val="00CB0664"/>
    <w:rsid w:val="00E5075D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47A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A9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hAnsi="Times New Roman" w:cs="Times New Roman"/>
      <w:sz w:val="26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547A9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47A9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702B3D75-AD41-430E-A31C-3FC486AA94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1235</Words>
  <Characters>7046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8265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BAOTRAN</dc:creator>
  <cp:keywords/>
  <dc:description>generated by python-docx</dc:description>
  <cp:lastModifiedBy>Iamp Iamp</cp:lastModifiedBy>
  <cp:revision>3</cp:revision>
  <dcterms:created xsi:type="dcterms:W3CDTF">2026-06-03T16:59:00Z</dcterms:created>
  <dcterms:modified xsi:type="dcterms:W3CDTF">2026-08-18T02:55:00Z</dcterms:modified>
  <cp:category/>
</cp:coreProperties>
</file>