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17CF" w:rsidRDefault="0079402B">
      <w:pPr>
        <w:spacing w:after="0" w:line="240" w:lineRule="auto"/>
        <w:jc w:val="center"/>
      </w:pPr>
      <w:r>
        <w:rPr>
          <w:b/>
        </w:rPr>
        <w:t>KẾ HOẠCH BÀI DẠY MÔN TỰ NHIÊN VÀ XÃ HỘI LỚP 2 - TUẦN 5</w:t>
      </w:r>
    </w:p>
    <w:p w:rsidR="009217CF" w:rsidRDefault="0079402B">
      <w:pPr>
        <w:spacing w:after="0" w:line="240" w:lineRule="auto"/>
        <w:jc w:val="center"/>
      </w:pPr>
      <w:r>
        <w:rPr>
          <w:b/>
        </w:rPr>
        <w:t>CHỦ ĐỀ: GIA ĐÌNH</w:t>
      </w:r>
    </w:p>
    <w:p w:rsidR="009217CF" w:rsidRDefault="0079402B">
      <w:pPr>
        <w:spacing w:after="0" w:line="240" w:lineRule="auto"/>
        <w:jc w:val="center"/>
      </w:pPr>
      <w:r>
        <w:rPr>
          <w:b/>
        </w:rPr>
        <w:t>BÀI 5: ÔN TẬP CHỦ ĐỀ GIA ĐÌNH - TIẾT 1</w:t>
      </w:r>
    </w:p>
    <w:p w:rsidR="009217CF" w:rsidRDefault="0079402B">
      <w:pPr>
        <w:spacing w:after="0" w:line="240" w:lineRule="auto"/>
        <w:jc w:val="center"/>
      </w:pPr>
      <w:r>
        <w:rPr>
          <w:b/>
        </w:rPr>
        <w:t>Thời gian thực hiện: 35 phút</w:t>
      </w:r>
    </w:p>
    <w:p w:rsidR="009217CF" w:rsidRDefault="0079402B">
      <w:pPr>
        <w:spacing w:after="0" w:line="240" w:lineRule="auto"/>
      </w:pPr>
      <w:r>
        <w:rPr>
          <w:b/>
        </w:rPr>
        <w:t>I. YÊU CẦU CẦN ĐẠT</w:t>
      </w:r>
    </w:p>
    <w:p w:rsidR="009217CF" w:rsidRDefault="0079402B">
      <w:pPr>
        <w:spacing w:after="0" w:line="240" w:lineRule="auto"/>
      </w:pPr>
      <w:r>
        <w:rPr>
          <w:b/>
        </w:rPr>
        <w:t>1. Năng lực đặc thù</w:t>
      </w:r>
    </w:p>
    <w:p w:rsidR="009217CF" w:rsidRDefault="0079402B">
      <w:pPr>
        <w:spacing w:after="0" w:line="240" w:lineRule="auto"/>
      </w:pPr>
      <w:r>
        <w:t>- Hệ thống được một số nội dung đã học trong chủ đề Gia đình: các thế hệ trong gia đình, nghề nghiệp của người lớn, phòng tránh ngộ độc khi ở nhà và giữ sạch nhà ở.</w:t>
      </w:r>
    </w:p>
    <w:p w:rsidR="009217CF" w:rsidRDefault="0079402B">
      <w:pPr>
        <w:spacing w:after="0" w:line="240" w:lineRule="auto"/>
      </w:pPr>
      <w:r>
        <w:t>- Kể được những việc làm thể hiện sự quan tâm, chăm sóc, yêu thương giữa các thành viên trong gia đình.</w:t>
      </w:r>
    </w:p>
    <w:p w:rsidR="009217CF" w:rsidRDefault="0079402B">
      <w:pPr>
        <w:spacing w:after="0" w:line="240" w:lineRule="auto"/>
      </w:pPr>
      <w:r>
        <w:t>- Biết liên hệ bản thân để nêu việc đã làm hoặc sẽ làm nhằm thể hiện tình yêu thương, sự kính trọng đối với ông bà, cha mẹ và người thân.</w:t>
      </w:r>
    </w:p>
    <w:p w:rsidR="009217CF" w:rsidRDefault="0079402B">
      <w:pPr>
        <w:spacing w:after="0" w:line="240" w:lineRule="auto"/>
      </w:pPr>
      <w:r>
        <w:rPr>
          <w:b/>
        </w:rPr>
        <w:t>2. Năng lực chung</w:t>
      </w:r>
    </w:p>
    <w:p w:rsidR="009217CF" w:rsidRDefault="0079402B">
      <w:pPr>
        <w:spacing w:after="0" w:line="240" w:lineRule="auto"/>
      </w:pPr>
      <w:r>
        <w:t>- Tự chủ và tự học: Chủ động nhớ lại kiến thức đã học, tự hoàn thành nhiệm vụ trên sơ đồ ôn tập và mạnh dạn chia sẻ việc làm của bản thân trong gia đình.</w:t>
      </w:r>
    </w:p>
    <w:p w:rsidR="009217CF" w:rsidRDefault="0079402B">
      <w:pPr>
        <w:spacing w:after="0" w:line="240" w:lineRule="auto"/>
      </w:pPr>
      <w:r>
        <w:t>- Giao tiếp và hợp tác: Biết thảo luận nhóm bốn để hoàn thành sơ đồ chủ đề Gia đình; biết lắng nghe, bổ sung ý kiến cho bạn khi trình bày.</w:t>
      </w:r>
    </w:p>
    <w:p w:rsidR="009217CF" w:rsidRDefault="0079402B">
      <w:pPr>
        <w:spacing w:after="0" w:line="240" w:lineRule="auto"/>
      </w:pPr>
      <w:r>
        <w:t>- Giải quyết vấn đề và sáng tạo: Biết lựa chọn cách trình bày sơ đồ, nêu việc làm phù hợp để quan tâm, chăm sóc người thân trong tình huống thực tế.</w:t>
      </w:r>
    </w:p>
    <w:p w:rsidR="009217CF" w:rsidRDefault="0079402B">
      <w:pPr>
        <w:spacing w:after="0" w:line="240" w:lineRule="auto"/>
      </w:pPr>
      <w:r>
        <w:rPr>
          <w:b/>
        </w:rPr>
        <w:t>3. Phẩm chất</w:t>
      </w:r>
    </w:p>
    <w:p w:rsidR="009217CF" w:rsidRDefault="0079402B">
      <w:pPr>
        <w:spacing w:after="0" w:line="240" w:lineRule="auto"/>
      </w:pPr>
      <w:r>
        <w:t>- Nhân ái: Biết yêu thương, quan tâm, chia sẻ với ông bà, cha mẹ, anh chị em và các thành viên trong gia đình.</w:t>
      </w:r>
    </w:p>
    <w:p w:rsidR="009217CF" w:rsidRDefault="0079402B">
      <w:pPr>
        <w:spacing w:after="0" w:line="240" w:lineRule="auto"/>
      </w:pPr>
      <w:r>
        <w:t>- Chăm chỉ: Tích cực tham gia các hoạt động ôn tập, hoàn thành nhiệm vụ nhóm và nhiệm vụ cá nhân.</w:t>
      </w:r>
    </w:p>
    <w:p w:rsidR="009217CF" w:rsidRDefault="0079402B">
      <w:pPr>
        <w:spacing w:after="0" w:line="240" w:lineRule="auto"/>
      </w:pPr>
      <w:r>
        <w:t>- Trách nhiệm: Có ý thức thực hiện việc làm vừa sức để giữ gìn hạnh phúc gia đình, biết kính trọng ông bà, cha mẹ.</w:t>
      </w:r>
    </w:p>
    <w:p w:rsidR="009217CF" w:rsidRDefault="0079402B">
      <w:pPr>
        <w:spacing w:after="0" w:line="240" w:lineRule="auto"/>
      </w:pPr>
      <w:r>
        <w:rPr>
          <w:b/>
        </w:rPr>
        <w:t>4. Tích hợp</w:t>
      </w:r>
    </w:p>
    <w:p w:rsidR="009217CF" w:rsidRDefault="0079402B">
      <w:pPr>
        <w:spacing w:after="0" w:line="240" w:lineRule="auto"/>
      </w:pPr>
      <w:r>
        <w:rPr>
          <w:color w:val="C00000"/>
        </w:rPr>
        <w:t>- Quyền con người: HS nhận biết trẻ em có quyền được yêu thương, chăm sóc, được sống trong gia đình an toàn; đồng thời hiểu bổn phận kính trọng ông bà, cha mẹ, biết quan tâm, chia sẻ và giúp đỡ người thân bằng những việc làm phù hợp với lứa tuổi.</w:t>
      </w:r>
    </w:p>
    <w:p w:rsidR="009217CF" w:rsidRDefault="0079402B">
      <w:pPr>
        <w:spacing w:after="0" w:line="240" w:lineRule="auto"/>
      </w:pPr>
      <w:r>
        <w:rPr>
          <w:b/>
        </w:rPr>
        <w:t>II. ĐỒ DÙNG DẠY HỌC</w:t>
      </w:r>
    </w:p>
    <w:p w:rsidR="009217CF" w:rsidRDefault="0079402B">
      <w:pPr>
        <w:spacing w:after="0" w:line="240" w:lineRule="auto"/>
      </w:pPr>
      <w:r>
        <w:t>- GV: Tranh SGK trang 22; sơ đồ ôn tập chủ đề Gia đình khổ lớn; phiếu học tập; máy tính, máy chiếu.</w:t>
      </w:r>
    </w:p>
    <w:p w:rsidR="009217CF" w:rsidRDefault="0079402B">
      <w:pPr>
        <w:spacing w:after="0" w:line="240" w:lineRule="auto"/>
      </w:pPr>
      <w:r>
        <w:t>- HS: SGK, VBT, tranh/ảnh gia đình hoặc sản phẩm đã chuẩn bị về gia đình.</w:t>
      </w:r>
    </w:p>
    <w:p w:rsidR="009217CF" w:rsidRDefault="0079402B">
      <w:pPr>
        <w:spacing w:after="0" w:line="240" w:lineRule="auto"/>
      </w:pPr>
      <w:r>
        <w:rPr>
          <w:b/>
        </w:rPr>
        <w:t>III. CÁC HOẠT ĐỘNG DẠY HỌC CHỦ YẾU</w:t>
      </w:r>
    </w:p>
    <w:tbl>
      <w:tblPr>
        <w:tblW w:w="0" w:type="auto"/>
        <w:jc w:val="center"/>
        <w:tblBorders>
          <w:top w:val="single" w:sz="8" w:space="0" w:color="000000"/>
          <w:left w:val="single" w:sz="8" w:space="0" w:color="000000"/>
          <w:bottom w:val="single" w:sz="8" w:space="0" w:color="000000"/>
          <w:right w:val="single" w:sz="8" w:space="0" w:color="000000"/>
          <w:insideV w:val="single" w:sz="8" w:space="0" w:color="000000"/>
        </w:tblBorders>
        <w:tblLayout w:type="fixed"/>
        <w:tblLook w:val="04A0" w:firstRow="1" w:lastRow="0" w:firstColumn="1" w:lastColumn="0" w:noHBand="0" w:noVBand="1"/>
      </w:tblPr>
      <w:tblGrid>
        <w:gridCol w:w="5381"/>
        <w:gridCol w:w="4804"/>
      </w:tblGrid>
      <w:tr w:rsidR="009217CF" w:rsidTr="00B85253">
        <w:trPr>
          <w:tblHeader/>
          <w:jc w:val="center"/>
        </w:trPr>
        <w:tc>
          <w:tcPr>
            <w:tcW w:w="5381" w:type="dxa"/>
            <w:tcBorders>
              <w:bottom w:val="single" w:sz="8" w:space="0" w:color="000000"/>
            </w:tcBorders>
            <w:shd w:val="clear" w:color="auto" w:fill="auto"/>
            <w:tcMar>
              <w:top w:w="35" w:type="dxa"/>
              <w:left w:w="55" w:type="dxa"/>
              <w:bottom w:w="35" w:type="dxa"/>
              <w:right w:w="55" w:type="dxa"/>
            </w:tcMar>
          </w:tcPr>
          <w:p w:rsidR="009217CF" w:rsidRDefault="0079402B">
            <w:pPr>
              <w:spacing w:after="0" w:line="240" w:lineRule="auto"/>
              <w:jc w:val="center"/>
            </w:pPr>
            <w:r>
              <w:rPr>
                <w:b/>
              </w:rPr>
              <w:t>HOẠT ĐỘNG CỦA GIÁO VIÊN</w:t>
            </w:r>
          </w:p>
        </w:tc>
        <w:tc>
          <w:tcPr>
            <w:tcW w:w="4804" w:type="dxa"/>
            <w:tcBorders>
              <w:bottom w:val="single" w:sz="8" w:space="0" w:color="000000"/>
            </w:tcBorders>
            <w:shd w:val="clear" w:color="auto" w:fill="auto"/>
            <w:tcMar>
              <w:top w:w="35" w:type="dxa"/>
              <w:left w:w="55" w:type="dxa"/>
              <w:bottom w:w="35" w:type="dxa"/>
              <w:right w:w="55" w:type="dxa"/>
            </w:tcMar>
          </w:tcPr>
          <w:p w:rsidR="009217CF" w:rsidRDefault="0079402B">
            <w:pPr>
              <w:spacing w:after="0" w:line="240" w:lineRule="auto"/>
              <w:jc w:val="center"/>
            </w:pPr>
            <w:r>
              <w:rPr>
                <w:b/>
              </w:rPr>
              <w:t>HOẠT ĐỘNG CỦA HỌC SINH</w:t>
            </w:r>
          </w:p>
        </w:tc>
      </w:tr>
      <w:tr w:rsidR="009217CF" w:rsidTr="00B85253">
        <w:trPr>
          <w:jc w:val="center"/>
        </w:trPr>
        <w:tc>
          <w:tcPr>
            <w:tcW w:w="10185" w:type="dxa"/>
            <w:gridSpan w:val="2"/>
            <w:tcBorders>
              <w:top w:val="single" w:sz="8" w:space="0" w:color="000000"/>
              <w:bottom w:val="single" w:sz="8" w:space="0" w:color="000000"/>
            </w:tcBorders>
            <w:shd w:val="clear" w:color="auto" w:fill="auto"/>
            <w:tcMar>
              <w:top w:w="35" w:type="dxa"/>
              <w:left w:w="55" w:type="dxa"/>
              <w:bottom w:w="35" w:type="dxa"/>
              <w:right w:w="55" w:type="dxa"/>
            </w:tcMar>
          </w:tcPr>
          <w:p w:rsidR="009217CF" w:rsidRDefault="0079402B">
            <w:pPr>
              <w:spacing w:after="0" w:line="240" w:lineRule="auto"/>
            </w:pPr>
            <w:r>
              <w:rPr>
                <w:b/>
              </w:rPr>
              <w:t>1. KHỞI ĐỘNG (3-5 phút)</w:t>
            </w:r>
          </w:p>
          <w:p w:rsidR="009217CF" w:rsidRDefault="0079402B">
            <w:pPr>
              <w:spacing w:after="0" w:line="240" w:lineRule="auto"/>
            </w:pPr>
            <w:r>
              <w:rPr>
                <w:b/>
              </w:rPr>
              <w:t>Mục tiêu: Tạo tâm thế tích cực, giúp HS nhớ lại các bài đã học trong chủ đề Gia đình.</w:t>
            </w:r>
          </w:p>
        </w:tc>
      </w:tr>
      <w:tr w:rsidR="009217CF" w:rsidTr="00B85253">
        <w:trPr>
          <w:jc w:val="center"/>
        </w:trPr>
        <w:tc>
          <w:tcPr>
            <w:tcW w:w="5381" w:type="dxa"/>
            <w:tcBorders>
              <w:top w:val="single" w:sz="8" w:space="0" w:color="000000"/>
            </w:tcBorders>
            <w:shd w:val="clear" w:color="auto" w:fill="auto"/>
            <w:tcMar>
              <w:top w:w="35" w:type="dxa"/>
              <w:left w:w="55" w:type="dxa"/>
              <w:bottom w:w="35" w:type="dxa"/>
              <w:right w:w="55" w:type="dxa"/>
            </w:tcMar>
          </w:tcPr>
          <w:p w:rsidR="009217CF" w:rsidRDefault="0079402B">
            <w:pPr>
              <w:spacing w:after="0" w:line="240" w:lineRule="auto"/>
            </w:pPr>
            <w:r>
              <w:t>- GV tổ chức trò chơi “Bánh xe chủ đề Gia đình”. GV lần lượt nêu các từ khóa: thế hệ, nghề nghiệp, ngộ độc, nhà ở sạch; yêu cầu HS nói tên bài học hoặc nội dung đã học liên quan đến từ khóa.</w:t>
            </w:r>
          </w:p>
        </w:tc>
        <w:tc>
          <w:tcPr>
            <w:tcW w:w="4804" w:type="dxa"/>
            <w:tcBorders>
              <w:top w:val="single" w:sz="8" w:space="0" w:color="000000"/>
            </w:tcBorders>
            <w:shd w:val="clear" w:color="auto" w:fill="auto"/>
            <w:tcMar>
              <w:top w:w="35" w:type="dxa"/>
              <w:left w:w="55" w:type="dxa"/>
              <w:bottom w:w="35" w:type="dxa"/>
              <w:right w:w="55" w:type="dxa"/>
            </w:tcMar>
          </w:tcPr>
          <w:p w:rsidR="009217CF" w:rsidRDefault="0079402B">
            <w:pPr>
              <w:spacing w:after="0" w:line="240" w:lineRule="auto"/>
            </w:pPr>
            <w:r>
              <w:t>- HS tham gia trò chơi, nói nhanh tên bài hoặc nội dung đã học: Các thế hệ trong gia đình; Nghề nghiệp của người lớn trong gia đình; Phòng tránh ngộ độc khi ở nhà; Giữ sạch nhà ở.</w:t>
            </w:r>
          </w:p>
        </w:tc>
      </w:tr>
      <w:tr w:rsidR="009217CF" w:rsidTr="00B85253">
        <w:trPr>
          <w:jc w:val="center"/>
        </w:trPr>
        <w:tc>
          <w:tcPr>
            <w:tcW w:w="5381" w:type="dxa"/>
            <w:shd w:val="clear" w:color="auto" w:fill="auto"/>
            <w:tcMar>
              <w:top w:w="35" w:type="dxa"/>
              <w:left w:w="55" w:type="dxa"/>
              <w:bottom w:w="35" w:type="dxa"/>
              <w:right w:w="55" w:type="dxa"/>
            </w:tcMar>
          </w:tcPr>
          <w:p w:rsidR="009217CF" w:rsidRDefault="0079402B">
            <w:pPr>
              <w:spacing w:after="0" w:line="240" w:lineRule="auto"/>
            </w:pPr>
            <w:r>
              <w:t>- GV hỏi: Qua các bài đã học, em thấy chủ đề Gia đình giúp chúng ta biết thêm điều gì?</w:t>
            </w:r>
          </w:p>
        </w:tc>
        <w:tc>
          <w:tcPr>
            <w:tcW w:w="4804" w:type="dxa"/>
            <w:shd w:val="clear" w:color="auto" w:fill="auto"/>
            <w:tcMar>
              <w:top w:w="35" w:type="dxa"/>
              <w:left w:w="55" w:type="dxa"/>
              <w:bottom w:w="35" w:type="dxa"/>
              <w:right w:w="55" w:type="dxa"/>
            </w:tcMar>
          </w:tcPr>
          <w:p w:rsidR="009217CF" w:rsidRDefault="0079402B">
            <w:pPr>
              <w:spacing w:after="0" w:line="240" w:lineRule="auto"/>
            </w:pPr>
            <w:r>
              <w:t xml:space="preserve">- HS trả lời: Biết yêu thương người thân, biết việc làm của người lớn, biết phòng tránh </w:t>
            </w:r>
            <w:r>
              <w:lastRenderedPageBreak/>
              <w:t>ngộ độc và biết giữ nhà ở sạch sẽ.</w:t>
            </w:r>
          </w:p>
        </w:tc>
      </w:tr>
      <w:tr w:rsidR="009217CF" w:rsidTr="00B85253">
        <w:trPr>
          <w:jc w:val="center"/>
        </w:trPr>
        <w:tc>
          <w:tcPr>
            <w:tcW w:w="5381" w:type="dxa"/>
            <w:tcBorders>
              <w:bottom w:val="single" w:sz="8" w:space="0" w:color="000000"/>
            </w:tcBorders>
            <w:shd w:val="clear" w:color="auto" w:fill="auto"/>
            <w:tcMar>
              <w:top w:w="35" w:type="dxa"/>
              <w:left w:w="55" w:type="dxa"/>
              <w:bottom w:w="35" w:type="dxa"/>
              <w:right w:w="55" w:type="dxa"/>
            </w:tcMar>
          </w:tcPr>
          <w:p w:rsidR="009217CF" w:rsidRDefault="0079402B">
            <w:pPr>
              <w:spacing w:after="0" w:line="240" w:lineRule="auto"/>
            </w:pPr>
            <w:r>
              <w:lastRenderedPageBreak/>
              <w:t>- GV nhận xét, tuyên dương và dẫn dắt vào bài: Hôm nay chúng ta cùng ôn tập chủ đề Gia đình để ghi nhớ và vận dụng tốt hơn trong cuộc sống hằng ngày.</w:t>
            </w:r>
          </w:p>
        </w:tc>
        <w:tc>
          <w:tcPr>
            <w:tcW w:w="4804" w:type="dxa"/>
            <w:tcBorders>
              <w:bottom w:val="single" w:sz="8" w:space="0" w:color="000000"/>
            </w:tcBorders>
            <w:shd w:val="clear" w:color="auto" w:fill="auto"/>
            <w:tcMar>
              <w:top w:w="35" w:type="dxa"/>
              <w:left w:w="55" w:type="dxa"/>
              <w:bottom w:w="35" w:type="dxa"/>
              <w:right w:w="55" w:type="dxa"/>
            </w:tcMar>
          </w:tcPr>
          <w:p w:rsidR="009217CF" w:rsidRDefault="0079402B">
            <w:pPr>
              <w:spacing w:after="0" w:line="240" w:lineRule="auto"/>
            </w:pPr>
            <w:r>
              <w:t>- HS lắng nghe, nhắc lại tên bài và ghi vở.</w:t>
            </w:r>
          </w:p>
        </w:tc>
      </w:tr>
      <w:tr w:rsidR="009217CF" w:rsidTr="00B85253">
        <w:trPr>
          <w:jc w:val="center"/>
        </w:trPr>
        <w:tc>
          <w:tcPr>
            <w:tcW w:w="10185" w:type="dxa"/>
            <w:gridSpan w:val="2"/>
            <w:tcBorders>
              <w:top w:val="single" w:sz="8" w:space="0" w:color="000000"/>
              <w:bottom w:val="single" w:sz="8" w:space="0" w:color="000000"/>
            </w:tcBorders>
            <w:shd w:val="clear" w:color="auto" w:fill="auto"/>
            <w:tcMar>
              <w:top w:w="35" w:type="dxa"/>
              <w:left w:w="55" w:type="dxa"/>
              <w:bottom w:w="35" w:type="dxa"/>
              <w:right w:w="55" w:type="dxa"/>
            </w:tcMar>
          </w:tcPr>
          <w:p w:rsidR="009217CF" w:rsidRDefault="0079402B">
            <w:pPr>
              <w:spacing w:after="0" w:line="240" w:lineRule="auto"/>
            </w:pPr>
            <w:r>
              <w:rPr>
                <w:b/>
              </w:rPr>
              <w:t>2. THỰC HÀNH, LUYỆN TẬP (24-26 phút)</w:t>
            </w:r>
          </w:p>
          <w:p w:rsidR="009217CF" w:rsidRDefault="0079402B">
            <w:pPr>
              <w:spacing w:after="0" w:line="240" w:lineRule="auto"/>
            </w:pPr>
            <w:r>
              <w:rPr>
                <w:b/>
              </w:rPr>
              <w:t>Mục tiêu: HS hệ thống kiến thức đã học; nhận biết quyền được yêu thương, chăm sóc và bổn phận kính trọng, quan tâm người thân trong gia đình.</w:t>
            </w:r>
          </w:p>
        </w:tc>
      </w:tr>
      <w:tr w:rsidR="009217CF" w:rsidTr="00B85253">
        <w:trPr>
          <w:jc w:val="center"/>
        </w:trPr>
        <w:tc>
          <w:tcPr>
            <w:tcW w:w="5381" w:type="dxa"/>
            <w:tcBorders>
              <w:top w:val="single" w:sz="8" w:space="0" w:color="000000"/>
            </w:tcBorders>
            <w:shd w:val="clear" w:color="auto" w:fill="auto"/>
            <w:tcMar>
              <w:top w:w="35" w:type="dxa"/>
              <w:left w:w="55" w:type="dxa"/>
              <w:bottom w:w="35" w:type="dxa"/>
              <w:right w:w="55" w:type="dxa"/>
            </w:tcMar>
          </w:tcPr>
          <w:p w:rsidR="009217CF" w:rsidRDefault="0079402B">
            <w:pPr>
              <w:spacing w:after="0" w:line="240" w:lineRule="auto"/>
            </w:pPr>
            <w:r>
              <w:rPr>
                <w:b/>
              </w:rPr>
              <w:t>Hoạt động 1: Sơ đồ về chủ đề Gia đình</w:t>
            </w:r>
          </w:p>
        </w:tc>
        <w:tc>
          <w:tcPr>
            <w:tcW w:w="4804" w:type="dxa"/>
            <w:tcBorders>
              <w:top w:val="single" w:sz="8" w:space="0" w:color="000000"/>
            </w:tcBorders>
            <w:shd w:val="clear" w:color="auto" w:fill="auto"/>
            <w:tcMar>
              <w:top w:w="35" w:type="dxa"/>
              <w:left w:w="55" w:type="dxa"/>
              <w:bottom w:w="35" w:type="dxa"/>
              <w:right w:w="55" w:type="dxa"/>
            </w:tcMar>
          </w:tcPr>
          <w:p w:rsidR="009217CF" w:rsidRDefault="0079402B">
            <w:pPr>
              <w:spacing w:after="0" w:line="240" w:lineRule="auto"/>
            </w:pPr>
            <w:r>
              <w:t>- HS lắng nghe tên hoạt động, chuẩn bị làm việc nhóm.</w:t>
            </w:r>
          </w:p>
        </w:tc>
      </w:tr>
      <w:tr w:rsidR="009217CF" w:rsidTr="00B85253">
        <w:trPr>
          <w:jc w:val="center"/>
        </w:trPr>
        <w:tc>
          <w:tcPr>
            <w:tcW w:w="5381" w:type="dxa"/>
            <w:shd w:val="clear" w:color="auto" w:fill="auto"/>
            <w:tcMar>
              <w:top w:w="35" w:type="dxa"/>
              <w:left w:w="55" w:type="dxa"/>
              <w:bottom w:w="35" w:type="dxa"/>
              <w:right w:w="55" w:type="dxa"/>
            </w:tcMar>
          </w:tcPr>
          <w:p w:rsidR="009217CF" w:rsidRDefault="0079402B" w:rsidP="00B85253">
            <w:pPr>
              <w:spacing w:after="0" w:line="240" w:lineRule="auto"/>
            </w:pPr>
            <w:r>
              <w:t>- GV yêu cầu HS quan sát sơ đồ trong SGK trang 22 và nêu: Sơ</w:t>
            </w:r>
            <w:r w:rsidR="00B85253">
              <w:t xml:space="preserve"> đồ có những nhánh nội dung nào</w:t>
            </w:r>
          </w:p>
        </w:tc>
        <w:tc>
          <w:tcPr>
            <w:tcW w:w="4804" w:type="dxa"/>
            <w:shd w:val="clear" w:color="auto" w:fill="auto"/>
            <w:tcMar>
              <w:top w:w="35" w:type="dxa"/>
              <w:left w:w="55" w:type="dxa"/>
              <w:bottom w:w="35" w:type="dxa"/>
              <w:right w:w="55" w:type="dxa"/>
            </w:tcMar>
          </w:tcPr>
          <w:p w:rsidR="009217CF" w:rsidRDefault="0079402B">
            <w:pPr>
              <w:spacing w:after="0" w:line="240" w:lineRule="auto"/>
            </w:pPr>
            <w:r>
              <w:t>- HS quan sát sơ đồ và nêu: Chủ đề Gia đình gồm các nhánh như các thế hệ, nghề nghiệp, phòng tránh ngộ độc, giữ sạch nhà ở.</w:t>
            </w:r>
          </w:p>
        </w:tc>
      </w:tr>
      <w:tr w:rsidR="009217CF" w:rsidTr="00B85253">
        <w:trPr>
          <w:jc w:val="center"/>
        </w:trPr>
        <w:tc>
          <w:tcPr>
            <w:tcW w:w="5381" w:type="dxa"/>
            <w:shd w:val="clear" w:color="auto" w:fill="auto"/>
            <w:tcMar>
              <w:top w:w="35" w:type="dxa"/>
              <w:left w:w="55" w:type="dxa"/>
              <w:bottom w:w="35" w:type="dxa"/>
              <w:right w:w="55" w:type="dxa"/>
            </w:tcMar>
          </w:tcPr>
          <w:p w:rsidR="009217CF" w:rsidRDefault="0079402B">
            <w:pPr>
              <w:spacing w:after="0" w:line="240" w:lineRule="auto"/>
            </w:pPr>
            <w:r>
              <w:t>- GV chia lớp thành các nhóm 4, phát sơ đồ khổ A3, yêu cầu các nhóm hoàn thành các ô còn thiếu bằng từ ngữ hoặc hình vẽ ngắn gọn.</w:t>
            </w:r>
          </w:p>
        </w:tc>
        <w:tc>
          <w:tcPr>
            <w:tcW w:w="4804" w:type="dxa"/>
            <w:shd w:val="clear" w:color="auto" w:fill="auto"/>
            <w:tcMar>
              <w:top w:w="35" w:type="dxa"/>
              <w:left w:w="55" w:type="dxa"/>
              <w:bottom w:w="35" w:type="dxa"/>
              <w:right w:w="55" w:type="dxa"/>
            </w:tcMar>
          </w:tcPr>
          <w:p w:rsidR="009217CF" w:rsidRDefault="0079402B">
            <w:pPr>
              <w:spacing w:after="0" w:line="240" w:lineRule="auto"/>
            </w:pPr>
            <w:r>
              <w:t>- HS làm việc nhóm 4; nhóm trưởng phân công bạn viết, bạn nhắc nội dung, bạn kiểm tra và bạn chuẩn bị trình bày.</w:t>
            </w:r>
          </w:p>
        </w:tc>
      </w:tr>
      <w:tr w:rsidR="009217CF" w:rsidTr="00B85253">
        <w:trPr>
          <w:jc w:val="center"/>
        </w:trPr>
        <w:tc>
          <w:tcPr>
            <w:tcW w:w="5381" w:type="dxa"/>
            <w:shd w:val="clear" w:color="auto" w:fill="auto"/>
            <w:tcMar>
              <w:top w:w="35" w:type="dxa"/>
              <w:left w:w="55" w:type="dxa"/>
              <w:bottom w:w="35" w:type="dxa"/>
              <w:right w:w="55" w:type="dxa"/>
            </w:tcMar>
          </w:tcPr>
          <w:p w:rsidR="009217CF" w:rsidRDefault="0079402B">
            <w:pPr>
              <w:spacing w:after="0" w:line="240" w:lineRule="auto"/>
            </w:pPr>
            <w:r>
              <w:t>- GV gợi ý: Ở nhánh “Các thế hệ”, các em có thể điền ông bà, bố mẹ, con cháu; ở nhánh “Nghề nghiệp”, có thể điền bác sĩ, nông dân, công nhân, bộ đội, người bán hàng; ở nhánh “Phòng tránh ngộ độc”, có thể điền bảo quản thức ăn, đồ uống, thuốc; ở nhánh “Giữ sạch nhà ở”, có thể điền quét nhà, lau bàn, bỏ rác đúng nơi.</w:t>
            </w:r>
          </w:p>
        </w:tc>
        <w:tc>
          <w:tcPr>
            <w:tcW w:w="4804" w:type="dxa"/>
            <w:shd w:val="clear" w:color="auto" w:fill="auto"/>
            <w:tcMar>
              <w:top w:w="35" w:type="dxa"/>
              <w:left w:w="55" w:type="dxa"/>
              <w:bottom w:w="35" w:type="dxa"/>
              <w:right w:w="55" w:type="dxa"/>
            </w:tcMar>
          </w:tcPr>
          <w:p w:rsidR="009217CF" w:rsidRDefault="0079402B">
            <w:pPr>
              <w:spacing w:after="0" w:line="240" w:lineRule="auto"/>
            </w:pPr>
            <w:r>
              <w:t>- HS trao đổi, thống nhất nội dung và hoàn thành sơ đồ theo gợi ý; HS có thể bổ sung ví dụ gần gũi với gia đình mình.</w:t>
            </w:r>
          </w:p>
        </w:tc>
      </w:tr>
      <w:tr w:rsidR="009217CF" w:rsidTr="00B85253">
        <w:trPr>
          <w:jc w:val="center"/>
        </w:trPr>
        <w:tc>
          <w:tcPr>
            <w:tcW w:w="5381" w:type="dxa"/>
            <w:shd w:val="clear" w:color="auto" w:fill="auto"/>
            <w:tcMar>
              <w:top w:w="35" w:type="dxa"/>
              <w:left w:w="55" w:type="dxa"/>
              <w:bottom w:w="35" w:type="dxa"/>
              <w:right w:w="55" w:type="dxa"/>
            </w:tcMar>
          </w:tcPr>
          <w:p w:rsidR="009217CF" w:rsidRDefault="0079402B">
            <w:pPr>
              <w:spacing w:after="0" w:line="240" w:lineRule="auto"/>
            </w:pPr>
            <w:r>
              <w:t>- GV mời đại diện một số nhóm lên thuyết minh sản phẩm; yêu cầu nhóm khác lắng nghe, bổ sung ý kiến nếu còn thiếu.</w:t>
            </w:r>
          </w:p>
        </w:tc>
        <w:tc>
          <w:tcPr>
            <w:tcW w:w="4804" w:type="dxa"/>
            <w:shd w:val="clear" w:color="auto" w:fill="auto"/>
            <w:tcMar>
              <w:top w:w="35" w:type="dxa"/>
              <w:left w:w="55" w:type="dxa"/>
              <w:bottom w:w="35" w:type="dxa"/>
              <w:right w:w="55" w:type="dxa"/>
            </w:tcMar>
          </w:tcPr>
          <w:p w:rsidR="009217CF" w:rsidRDefault="0079402B">
            <w:pPr>
              <w:spacing w:after="0" w:line="240" w:lineRule="auto"/>
            </w:pPr>
            <w:r>
              <w:t>- Đại diện nhóm trình bày sơ đồ; nhóm khác theo dõi, nhận xét và bổ sung nội dung còn thiếu.</w:t>
            </w:r>
          </w:p>
        </w:tc>
      </w:tr>
      <w:tr w:rsidR="009217CF" w:rsidTr="00B85253">
        <w:trPr>
          <w:jc w:val="center"/>
        </w:trPr>
        <w:tc>
          <w:tcPr>
            <w:tcW w:w="5381" w:type="dxa"/>
            <w:shd w:val="clear" w:color="auto" w:fill="auto"/>
            <w:tcMar>
              <w:top w:w="35" w:type="dxa"/>
              <w:left w:w="55" w:type="dxa"/>
              <w:bottom w:w="35" w:type="dxa"/>
              <w:right w:w="55" w:type="dxa"/>
            </w:tcMar>
          </w:tcPr>
          <w:p w:rsidR="009217CF" w:rsidRDefault="0079402B">
            <w:pPr>
              <w:spacing w:after="0" w:line="240" w:lineRule="auto"/>
            </w:pPr>
            <w:r>
              <w:t>- GV nhận xét, hoàn thiện sơ đồ chung trên bảng và chốt: Gia đình là tổ ấm yêu thương; mỗi thành viên cần quan tâm, chăm sóc, chia sẻ công việc và bảo vệ sức khỏe cho nhau.</w:t>
            </w:r>
          </w:p>
        </w:tc>
        <w:tc>
          <w:tcPr>
            <w:tcW w:w="4804" w:type="dxa"/>
            <w:shd w:val="clear" w:color="auto" w:fill="auto"/>
            <w:tcMar>
              <w:top w:w="35" w:type="dxa"/>
              <w:left w:w="55" w:type="dxa"/>
              <w:bottom w:w="35" w:type="dxa"/>
              <w:right w:w="55" w:type="dxa"/>
            </w:tcMar>
          </w:tcPr>
          <w:p w:rsidR="009217CF" w:rsidRDefault="0079402B">
            <w:pPr>
              <w:spacing w:after="0" w:line="240" w:lineRule="auto"/>
            </w:pPr>
            <w:r>
              <w:t>- HS lắng nghe, đối chiếu với sơ đồ của nhóm và sửa, bổ sung nếu cần.</w:t>
            </w:r>
          </w:p>
        </w:tc>
      </w:tr>
      <w:tr w:rsidR="009217CF" w:rsidTr="00B85253">
        <w:trPr>
          <w:jc w:val="center"/>
        </w:trPr>
        <w:tc>
          <w:tcPr>
            <w:tcW w:w="5381" w:type="dxa"/>
            <w:shd w:val="clear" w:color="auto" w:fill="auto"/>
            <w:tcMar>
              <w:top w:w="35" w:type="dxa"/>
              <w:left w:w="55" w:type="dxa"/>
              <w:bottom w:w="35" w:type="dxa"/>
              <w:right w:w="55" w:type="dxa"/>
            </w:tcMar>
          </w:tcPr>
          <w:p w:rsidR="009217CF" w:rsidRDefault="0079402B">
            <w:pPr>
              <w:spacing w:after="0" w:line="240" w:lineRule="auto"/>
            </w:pPr>
            <w:r>
              <w:rPr>
                <w:b/>
                <w:color w:val="C00000"/>
              </w:rPr>
              <w:t xml:space="preserve">Tích hợp Quyền con người: </w:t>
            </w:r>
            <w:r>
              <w:rPr>
                <w:color w:val="C00000"/>
              </w:rPr>
              <w:t xml:space="preserve">GV đặt câu hỏi: Trong gia đình, trẻ em có quyền được hưởng điều gì từ ông bà, cha mẹ? Ngược lại, các em cần có bổn phận gì với gia đình? GV diễn giải: Mỗi trẻ em đều có quyền được sống trong gia đình yêu thương, được chăm sóc, nuôi dưỡng, được lắng nghe và bảo vệ. Quyền đó đi cùng bổn phận: các em cần kính trọng ông bà, cha mẹ, nói lời lễ phép, biết giúp việc vừa sức, quan tâm khi người thân mệt, không làm điều khiến người thân lo lắng. Khi các em biết thể hiện tình yêu thương bằng việc nhỏ hằng ngày như rót nước cho ông bà, phụ mẹ dọn bàn ăn, nhắc em cất đồ chơi, gia đình sẽ trở </w:t>
            </w:r>
            <w:r>
              <w:rPr>
                <w:color w:val="C00000"/>
              </w:rPr>
              <w:lastRenderedPageBreak/>
              <w:t>nên ấm áp và an toàn hơn.</w:t>
            </w:r>
          </w:p>
        </w:tc>
        <w:tc>
          <w:tcPr>
            <w:tcW w:w="4804" w:type="dxa"/>
            <w:shd w:val="clear" w:color="auto" w:fill="auto"/>
            <w:tcMar>
              <w:top w:w="35" w:type="dxa"/>
              <w:left w:w="55" w:type="dxa"/>
              <w:bottom w:w="35" w:type="dxa"/>
              <w:right w:w="55" w:type="dxa"/>
            </w:tcMar>
          </w:tcPr>
          <w:p w:rsidR="009217CF" w:rsidRDefault="0079402B">
            <w:pPr>
              <w:spacing w:after="0" w:line="240" w:lineRule="auto"/>
            </w:pPr>
            <w:r>
              <w:rPr>
                <w:color w:val="C00000"/>
              </w:rPr>
              <w:lastRenderedPageBreak/>
              <w:t>- HS thảo luận và trả lời: Trẻ em có quyền được yêu thương, chăm sóc, học tập, vui chơi, được lắng nghe. HS có bổn phận kính trọng, vâng lời, quan tâm, giúp đỡ ông bà, cha mẹ và người thân.</w:t>
            </w:r>
          </w:p>
        </w:tc>
      </w:tr>
      <w:tr w:rsidR="009217CF" w:rsidTr="00B85253">
        <w:trPr>
          <w:jc w:val="center"/>
        </w:trPr>
        <w:tc>
          <w:tcPr>
            <w:tcW w:w="5381" w:type="dxa"/>
            <w:shd w:val="clear" w:color="auto" w:fill="auto"/>
            <w:tcMar>
              <w:top w:w="35" w:type="dxa"/>
              <w:left w:w="55" w:type="dxa"/>
              <w:bottom w:w="35" w:type="dxa"/>
              <w:right w:w="55" w:type="dxa"/>
            </w:tcMar>
          </w:tcPr>
          <w:p w:rsidR="009217CF" w:rsidRDefault="0079402B">
            <w:pPr>
              <w:spacing w:after="0" w:line="240" w:lineRule="auto"/>
            </w:pPr>
            <w:r>
              <w:rPr>
                <w:b/>
              </w:rPr>
              <w:lastRenderedPageBreak/>
              <w:t>Hoạt động 2: Những việc làm thể hiện sự quan tâm đến người thân</w:t>
            </w:r>
          </w:p>
        </w:tc>
        <w:tc>
          <w:tcPr>
            <w:tcW w:w="4804" w:type="dxa"/>
            <w:shd w:val="clear" w:color="auto" w:fill="auto"/>
            <w:tcMar>
              <w:top w:w="35" w:type="dxa"/>
              <w:left w:w="55" w:type="dxa"/>
              <w:bottom w:w="35" w:type="dxa"/>
              <w:right w:w="55" w:type="dxa"/>
            </w:tcMar>
          </w:tcPr>
          <w:p w:rsidR="009217CF" w:rsidRDefault="0079402B">
            <w:pPr>
              <w:spacing w:after="0" w:line="240" w:lineRule="auto"/>
            </w:pPr>
            <w:r>
              <w:t>- HS chuyển sang hoạt động 2, quan sát tranh SGK.</w:t>
            </w:r>
          </w:p>
        </w:tc>
      </w:tr>
      <w:tr w:rsidR="009217CF" w:rsidTr="00B85253">
        <w:trPr>
          <w:jc w:val="center"/>
        </w:trPr>
        <w:tc>
          <w:tcPr>
            <w:tcW w:w="5381" w:type="dxa"/>
            <w:shd w:val="clear" w:color="auto" w:fill="auto"/>
            <w:tcMar>
              <w:top w:w="35" w:type="dxa"/>
              <w:left w:w="55" w:type="dxa"/>
              <w:bottom w:w="35" w:type="dxa"/>
              <w:right w:w="55" w:type="dxa"/>
            </w:tcMar>
          </w:tcPr>
          <w:p w:rsidR="009217CF" w:rsidRDefault="0079402B" w:rsidP="00B85253">
            <w:pPr>
              <w:spacing w:after="0" w:line="240" w:lineRule="auto"/>
            </w:pPr>
            <w:r>
              <w:t>- GV yêu cầu HS quan sát các hình 1, 2, 3 trong SGK tra</w:t>
            </w:r>
            <w:r w:rsidR="00B85253">
              <w:t>ng 22 và nêu nội dung từng hình</w:t>
            </w:r>
          </w:p>
        </w:tc>
        <w:tc>
          <w:tcPr>
            <w:tcW w:w="4804" w:type="dxa"/>
            <w:shd w:val="clear" w:color="auto" w:fill="auto"/>
            <w:tcMar>
              <w:top w:w="35" w:type="dxa"/>
              <w:left w:w="55" w:type="dxa"/>
              <w:bottom w:w="35" w:type="dxa"/>
              <w:right w:w="55" w:type="dxa"/>
            </w:tcMar>
          </w:tcPr>
          <w:p w:rsidR="009217CF" w:rsidRDefault="0079402B">
            <w:pPr>
              <w:spacing w:after="0" w:line="240" w:lineRule="auto"/>
            </w:pPr>
            <w:r>
              <w:t>- HS quan sát tranh và nêu nội dung: Hình 1 bạn nhỏ đưa khăn cho mẹ; hình 2 bố mẹ tặng quà cho bà; hình 3 cả nhà chúc sức khỏe bà.</w:t>
            </w:r>
          </w:p>
        </w:tc>
      </w:tr>
      <w:tr w:rsidR="009217CF" w:rsidTr="00B85253">
        <w:trPr>
          <w:jc w:val="center"/>
        </w:trPr>
        <w:tc>
          <w:tcPr>
            <w:tcW w:w="5381" w:type="dxa"/>
            <w:shd w:val="clear" w:color="auto" w:fill="auto"/>
            <w:tcMar>
              <w:top w:w="35" w:type="dxa"/>
              <w:left w:w="55" w:type="dxa"/>
              <w:bottom w:w="35" w:type="dxa"/>
              <w:right w:w="55" w:type="dxa"/>
            </w:tcMar>
          </w:tcPr>
          <w:p w:rsidR="009217CF" w:rsidRDefault="0079402B">
            <w:pPr>
              <w:spacing w:after="0" w:line="240" w:lineRule="auto"/>
            </w:pPr>
            <w:r>
              <w:t>- GV hỏi: Hành động nào của Hoa và em trai Hoa thể hiện sự quan tâm, yêu thương dành cho bà?</w:t>
            </w:r>
          </w:p>
        </w:tc>
        <w:tc>
          <w:tcPr>
            <w:tcW w:w="4804" w:type="dxa"/>
            <w:shd w:val="clear" w:color="auto" w:fill="auto"/>
            <w:tcMar>
              <w:top w:w="35" w:type="dxa"/>
              <w:left w:w="55" w:type="dxa"/>
              <w:bottom w:w="35" w:type="dxa"/>
              <w:right w:w="55" w:type="dxa"/>
            </w:tcMar>
          </w:tcPr>
          <w:p w:rsidR="009217CF" w:rsidRDefault="0079402B">
            <w:pPr>
              <w:spacing w:after="0" w:line="240" w:lineRule="auto"/>
            </w:pPr>
            <w:r>
              <w:t>- HS trả lời: Hoa làm thiệp chúc mừng bà; em trai âu yếm, gần gũi với bà; cả hai thể hiện tình yêu thương với bà.</w:t>
            </w:r>
          </w:p>
        </w:tc>
      </w:tr>
      <w:tr w:rsidR="009217CF" w:rsidTr="00B85253">
        <w:trPr>
          <w:jc w:val="center"/>
        </w:trPr>
        <w:tc>
          <w:tcPr>
            <w:tcW w:w="5381" w:type="dxa"/>
            <w:shd w:val="clear" w:color="auto" w:fill="auto"/>
            <w:tcMar>
              <w:top w:w="35" w:type="dxa"/>
              <w:left w:w="55" w:type="dxa"/>
              <w:bottom w:w="35" w:type="dxa"/>
              <w:right w:w="55" w:type="dxa"/>
            </w:tcMar>
          </w:tcPr>
          <w:p w:rsidR="009217CF" w:rsidRDefault="0079402B">
            <w:pPr>
              <w:spacing w:after="0" w:line="240" w:lineRule="auto"/>
            </w:pPr>
            <w:r>
              <w:t>- GV hỏi: Bố mẹ Hoa đã làm gì nhân ngày sinh nhật bà?</w:t>
            </w:r>
          </w:p>
        </w:tc>
        <w:tc>
          <w:tcPr>
            <w:tcW w:w="4804" w:type="dxa"/>
            <w:shd w:val="clear" w:color="auto" w:fill="auto"/>
            <w:tcMar>
              <w:top w:w="35" w:type="dxa"/>
              <w:left w:w="55" w:type="dxa"/>
              <w:bottom w:w="35" w:type="dxa"/>
              <w:right w:w="55" w:type="dxa"/>
            </w:tcMar>
          </w:tcPr>
          <w:p w:rsidR="009217CF" w:rsidRDefault="0079402B">
            <w:pPr>
              <w:spacing w:after="0" w:line="240" w:lineRule="auto"/>
            </w:pPr>
            <w:r>
              <w:t>- HS trả lời: Bố mẹ Hoa chuẩn bị quà, tổ chức sinh nhật và cùng các con chúc bà mạnh khỏe.</w:t>
            </w:r>
          </w:p>
        </w:tc>
      </w:tr>
      <w:tr w:rsidR="009217CF" w:rsidTr="00B85253">
        <w:trPr>
          <w:jc w:val="center"/>
        </w:trPr>
        <w:tc>
          <w:tcPr>
            <w:tcW w:w="5381" w:type="dxa"/>
            <w:shd w:val="clear" w:color="auto" w:fill="auto"/>
            <w:tcMar>
              <w:top w:w="35" w:type="dxa"/>
              <w:left w:w="55" w:type="dxa"/>
              <w:bottom w:w="35" w:type="dxa"/>
              <w:right w:w="55" w:type="dxa"/>
            </w:tcMar>
          </w:tcPr>
          <w:p w:rsidR="009217CF" w:rsidRDefault="0079402B">
            <w:pPr>
              <w:spacing w:after="0" w:line="240" w:lineRule="auto"/>
            </w:pPr>
            <w:r>
              <w:t>- GV hỏi: Những việc làm của mọi người trong tranh thể hiện điều gì?</w:t>
            </w:r>
          </w:p>
        </w:tc>
        <w:tc>
          <w:tcPr>
            <w:tcW w:w="4804" w:type="dxa"/>
            <w:shd w:val="clear" w:color="auto" w:fill="auto"/>
            <w:tcMar>
              <w:top w:w="35" w:type="dxa"/>
              <w:left w:w="55" w:type="dxa"/>
              <w:bottom w:w="35" w:type="dxa"/>
              <w:right w:w="55" w:type="dxa"/>
            </w:tcMar>
          </w:tcPr>
          <w:p w:rsidR="009217CF" w:rsidRDefault="0079402B">
            <w:pPr>
              <w:spacing w:after="0" w:line="240" w:lineRule="auto"/>
            </w:pPr>
            <w:r>
              <w:t>- HS trả lời: Thể hiện sự quan tâm, chăm sóc, biết ơn và yêu thương bà, làm cho bà vui và gia đình thêm gắn bó.</w:t>
            </w:r>
          </w:p>
        </w:tc>
      </w:tr>
      <w:tr w:rsidR="009217CF" w:rsidTr="00B85253">
        <w:trPr>
          <w:jc w:val="center"/>
        </w:trPr>
        <w:tc>
          <w:tcPr>
            <w:tcW w:w="5381" w:type="dxa"/>
            <w:shd w:val="clear" w:color="auto" w:fill="auto"/>
            <w:tcMar>
              <w:top w:w="35" w:type="dxa"/>
              <w:left w:w="55" w:type="dxa"/>
              <w:bottom w:w="35" w:type="dxa"/>
              <w:right w:w="55" w:type="dxa"/>
            </w:tcMar>
          </w:tcPr>
          <w:p w:rsidR="009217CF" w:rsidRDefault="0079402B">
            <w:pPr>
              <w:spacing w:after="0" w:line="240" w:lineRule="auto"/>
            </w:pPr>
            <w:r>
              <w:t>- GV yêu cầu HS thảo luận cặp đôi: Kể một việc em đã làm hoặc sẽ làm để thể hiện sự quan tâm đối với ông bà, cha mẹ, anh chị em.</w:t>
            </w:r>
          </w:p>
        </w:tc>
        <w:tc>
          <w:tcPr>
            <w:tcW w:w="4804" w:type="dxa"/>
            <w:shd w:val="clear" w:color="auto" w:fill="auto"/>
            <w:tcMar>
              <w:top w:w="35" w:type="dxa"/>
              <w:left w:w="55" w:type="dxa"/>
              <w:bottom w:w="35" w:type="dxa"/>
              <w:right w:w="55" w:type="dxa"/>
            </w:tcMar>
          </w:tcPr>
          <w:p w:rsidR="009217CF" w:rsidRDefault="0079402B">
            <w:pPr>
              <w:spacing w:after="0" w:line="240" w:lineRule="auto"/>
            </w:pPr>
            <w:r>
              <w:t>- HS thảo luận cặp đôi và chia sẻ: nhổ tóc bạc cho ông, đọc truyện cho bà nghe, lấy nước cho mẹ, cùng bố mẹ dọn nhà, chơi với em, hỏi thăm khi người thân mệt.</w:t>
            </w:r>
          </w:p>
        </w:tc>
      </w:tr>
      <w:tr w:rsidR="009217CF" w:rsidTr="00B85253">
        <w:trPr>
          <w:jc w:val="center"/>
        </w:trPr>
        <w:tc>
          <w:tcPr>
            <w:tcW w:w="5381" w:type="dxa"/>
            <w:tcBorders>
              <w:bottom w:val="single" w:sz="8" w:space="0" w:color="000000"/>
            </w:tcBorders>
            <w:shd w:val="clear" w:color="auto" w:fill="auto"/>
            <w:tcMar>
              <w:top w:w="35" w:type="dxa"/>
              <w:left w:w="55" w:type="dxa"/>
              <w:bottom w:w="35" w:type="dxa"/>
              <w:right w:w="55" w:type="dxa"/>
            </w:tcMar>
          </w:tcPr>
          <w:p w:rsidR="009217CF" w:rsidRDefault="0079402B">
            <w:pPr>
              <w:spacing w:after="0" w:line="240" w:lineRule="auto"/>
            </w:pPr>
            <w:r>
              <w:t>- GV nhận xét, tuyên dương những việc làm phù hợp; nhắc HS cần thể hiện tình yêu thương bằng hành động nhỏ, lời nói lễ phép và thái độ chân thành.</w:t>
            </w:r>
          </w:p>
        </w:tc>
        <w:tc>
          <w:tcPr>
            <w:tcW w:w="4804" w:type="dxa"/>
            <w:tcBorders>
              <w:bottom w:val="single" w:sz="8" w:space="0" w:color="000000"/>
            </w:tcBorders>
            <w:shd w:val="clear" w:color="auto" w:fill="auto"/>
            <w:tcMar>
              <w:top w:w="35" w:type="dxa"/>
              <w:left w:w="55" w:type="dxa"/>
              <w:bottom w:w="35" w:type="dxa"/>
              <w:right w:w="55" w:type="dxa"/>
            </w:tcMar>
          </w:tcPr>
          <w:p w:rsidR="009217CF" w:rsidRDefault="0079402B">
            <w:pPr>
              <w:spacing w:after="0" w:line="240" w:lineRule="auto"/>
            </w:pPr>
            <w:r>
              <w:t>- HS lắng nghe, ghi nhớ và tự chọn một việc làm cụ thể sẽ thực hiện ở nhà.</w:t>
            </w:r>
          </w:p>
        </w:tc>
      </w:tr>
      <w:tr w:rsidR="009217CF" w:rsidTr="00B85253">
        <w:trPr>
          <w:jc w:val="center"/>
        </w:trPr>
        <w:tc>
          <w:tcPr>
            <w:tcW w:w="10185" w:type="dxa"/>
            <w:gridSpan w:val="2"/>
            <w:tcBorders>
              <w:top w:val="single" w:sz="8" w:space="0" w:color="000000"/>
              <w:bottom w:val="single" w:sz="8" w:space="0" w:color="000000"/>
            </w:tcBorders>
            <w:shd w:val="clear" w:color="auto" w:fill="auto"/>
            <w:tcMar>
              <w:top w:w="35" w:type="dxa"/>
              <w:left w:w="55" w:type="dxa"/>
              <w:bottom w:w="35" w:type="dxa"/>
              <w:right w:w="55" w:type="dxa"/>
            </w:tcMar>
          </w:tcPr>
          <w:p w:rsidR="009217CF" w:rsidRDefault="0079402B">
            <w:pPr>
              <w:spacing w:after="0" w:line="240" w:lineRule="auto"/>
            </w:pPr>
            <w:r>
              <w:rPr>
                <w:b/>
              </w:rPr>
              <w:t>3. VẬN DỤNG (4-5 phút)</w:t>
            </w:r>
          </w:p>
          <w:p w:rsidR="009217CF" w:rsidRDefault="0079402B">
            <w:pPr>
              <w:spacing w:after="0" w:line="240" w:lineRule="auto"/>
            </w:pPr>
            <w:r>
              <w:rPr>
                <w:b/>
              </w:rPr>
              <w:t>Mục tiêu: HS củng cố nội dung đã học và cam kết thực hiện việc làm thể hiện tình yêu thương trong gia đình.</w:t>
            </w:r>
          </w:p>
        </w:tc>
      </w:tr>
      <w:tr w:rsidR="009217CF" w:rsidTr="00B85253">
        <w:trPr>
          <w:jc w:val="center"/>
        </w:trPr>
        <w:tc>
          <w:tcPr>
            <w:tcW w:w="5381" w:type="dxa"/>
            <w:tcBorders>
              <w:top w:val="single" w:sz="8" w:space="0" w:color="000000"/>
            </w:tcBorders>
            <w:shd w:val="clear" w:color="auto" w:fill="auto"/>
            <w:tcMar>
              <w:top w:w="35" w:type="dxa"/>
              <w:left w:w="55" w:type="dxa"/>
              <w:bottom w:w="35" w:type="dxa"/>
              <w:right w:w="55" w:type="dxa"/>
            </w:tcMar>
          </w:tcPr>
          <w:p w:rsidR="009217CF" w:rsidRDefault="0079402B">
            <w:pPr>
              <w:spacing w:after="0" w:line="240" w:lineRule="auto"/>
            </w:pPr>
            <w:r>
              <w:t>- GV hỏi: Hôm nay em đã ôn lại những nội dung nào trong chủ đề Gia đình?</w:t>
            </w:r>
          </w:p>
        </w:tc>
        <w:tc>
          <w:tcPr>
            <w:tcW w:w="4804" w:type="dxa"/>
            <w:tcBorders>
              <w:top w:val="single" w:sz="8" w:space="0" w:color="000000"/>
            </w:tcBorders>
            <w:shd w:val="clear" w:color="auto" w:fill="auto"/>
            <w:tcMar>
              <w:top w:w="35" w:type="dxa"/>
              <w:left w:w="55" w:type="dxa"/>
              <w:bottom w:w="35" w:type="dxa"/>
              <w:right w:w="55" w:type="dxa"/>
            </w:tcMar>
          </w:tcPr>
          <w:p w:rsidR="009217CF" w:rsidRDefault="0079402B">
            <w:pPr>
              <w:spacing w:after="0" w:line="240" w:lineRule="auto"/>
            </w:pPr>
            <w:r>
              <w:t>- HS nêu: Các thế hệ trong gia đình, nghề nghiệp của người lớn, phòng tránh ngộ độc, giữ sạch nhà ở và việc quan tâm người thân.</w:t>
            </w:r>
          </w:p>
        </w:tc>
      </w:tr>
      <w:tr w:rsidR="009217CF" w:rsidTr="00B85253">
        <w:trPr>
          <w:jc w:val="center"/>
        </w:trPr>
        <w:tc>
          <w:tcPr>
            <w:tcW w:w="5381" w:type="dxa"/>
            <w:shd w:val="clear" w:color="auto" w:fill="auto"/>
            <w:tcMar>
              <w:top w:w="35" w:type="dxa"/>
              <w:left w:w="55" w:type="dxa"/>
              <w:bottom w:w="35" w:type="dxa"/>
              <w:right w:w="55" w:type="dxa"/>
            </w:tcMar>
          </w:tcPr>
          <w:p w:rsidR="009217CF" w:rsidRDefault="0079402B">
            <w:pPr>
              <w:spacing w:after="0" w:line="240" w:lineRule="auto"/>
            </w:pPr>
            <w:r>
              <w:t>- GV yêu cầu mỗi HS nói một câu cam kết bắt đầu bằng: “Em sẽ... để thể hiện tình yêu thương với gia đình.”</w:t>
            </w:r>
          </w:p>
        </w:tc>
        <w:tc>
          <w:tcPr>
            <w:tcW w:w="4804" w:type="dxa"/>
            <w:shd w:val="clear" w:color="auto" w:fill="auto"/>
            <w:tcMar>
              <w:top w:w="35" w:type="dxa"/>
              <w:left w:w="55" w:type="dxa"/>
              <w:bottom w:w="35" w:type="dxa"/>
              <w:right w:w="55" w:type="dxa"/>
            </w:tcMar>
          </w:tcPr>
          <w:p w:rsidR="009217CF" w:rsidRDefault="0079402B">
            <w:pPr>
              <w:spacing w:after="0" w:line="240" w:lineRule="auto"/>
            </w:pPr>
            <w:r>
              <w:t>- HS nói câu cam kết: Em sẽ phụ mẹ dọn bàn ăn; em sẽ hỏi thăm ông bà; em sẽ cất đồ dùng gọn gàng; em sẽ không ăn thức ăn lạ khi chưa hỏi người lớn.</w:t>
            </w:r>
          </w:p>
        </w:tc>
      </w:tr>
      <w:tr w:rsidR="009217CF" w:rsidTr="00B85253">
        <w:trPr>
          <w:jc w:val="center"/>
        </w:trPr>
        <w:tc>
          <w:tcPr>
            <w:tcW w:w="5381" w:type="dxa"/>
            <w:shd w:val="clear" w:color="auto" w:fill="auto"/>
            <w:tcMar>
              <w:top w:w="35" w:type="dxa"/>
              <w:left w:w="55" w:type="dxa"/>
              <w:bottom w:w="35" w:type="dxa"/>
              <w:right w:w="55" w:type="dxa"/>
            </w:tcMar>
          </w:tcPr>
          <w:p w:rsidR="009217CF" w:rsidRDefault="0079402B">
            <w:pPr>
              <w:spacing w:after="0" w:line="240" w:lineRule="auto"/>
            </w:pPr>
            <w:r>
              <w:t>- GV nhận xét tiết học và dặn HS về nhà thực hiện một việc đã cam kết, tiết sau tiếp tục ôn tập cách tự bảo vệ, giữ vệ sinh và hợp tác trong gia đình.</w:t>
            </w:r>
          </w:p>
        </w:tc>
        <w:tc>
          <w:tcPr>
            <w:tcW w:w="4804" w:type="dxa"/>
            <w:shd w:val="clear" w:color="auto" w:fill="auto"/>
            <w:tcMar>
              <w:top w:w="35" w:type="dxa"/>
              <w:left w:w="55" w:type="dxa"/>
              <w:bottom w:w="35" w:type="dxa"/>
              <w:right w:w="55" w:type="dxa"/>
            </w:tcMar>
          </w:tcPr>
          <w:p w:rsidR="009217CF" w:rsidRDefault="0079402B">
            <w:pPr>
              <w:spacing w:after="0" w:line="240" w:lineRule="auto"/>
            </w:pPr>
            <w:r>
              <w:t>- HS lắng nghe và ghi nhớ nhiệm vụ.</w:t>
            </w:r>
          </w:p>
        </w:tc>
      </w:tr>
    </w:tbl>
    <w:p w:rsidR="009217CF" w:rsidRDefault="0079402B">
      <w:pPr>
        <w:spacing w:after="0" w:line="240" w:lineRule="auto"/>
      </w:pPr>
      <w:r>
        <w:rPr>
          <w:b/>
        </w:rPr>
        <w:t>IV. ĐIỀU CHỈNH SAU TIẾT HỌC (NẾU CÓ):</w:t>
      </w:r>
    </w:p>
    <w:p w:rsidR="009217CF" w:rsidRDefault="0079402B">
      <w:pPr>
        <w:spacing w:after="0" w:line="240" w:lineRule="auto"/>
      </w:pPr>
      <w:r>
        <w:t>…………………………………………………………………………………………………………………………</w:t>
      </w:r>
    </w:p>
    <w:p w:rsidR="009217CF" w:rsidRDefault="0079402B">
      <w:pPr>
        <w:spacing w:after="0" w:line="240" w:lineRule="auto"/>
      </w:pPr>
      <w:r>
        <w:t>…………………………………………………………………………………………………………………………</w:t>
      </w:r>
    </w:p>
    <w:p w:rsidR="009217CF" w:rsidRDefault="0079402B">
      <w:pPr>
        <w:spacing w:after="0" w:line="240" w:lineRule="auto"/>
        <w:jc w:val="center"/>
      </w:pPr>
      <w:r>
        <w:rPr>
          <w:b/>
        </w:rPr>
        <w:t>KẾ HOẠCH BÀI DẠY MÔN TỰ NHIÊN VÀ XÃ HỘI LỚP 2 - TUẦN 5</w:t>
      </w:r>
    </w:p>
    <w:p w:rsidR="009217CF" w:rsidRDefault="0079402B">
      <w:pPr>
        <w:spacing w:after="0" w:line="240" w:lineRule="auto"/>
        <w:jc w:val="center"/>
      </w:pPr>
      <w:r>
        <w:rPr>
          <w:b/>
        </w:rPr>
        <w:lastRenderedPageBreak/>
        <w:t>CHỦ ĐỀ: GIA ĐÌNH</w:t>
      </w:r>
    </w:p>
    <w:p w:rsidR="009217CF" w:rsidRDefault="0079402B">
      <w:pPr>
        <w:spacing w:after="0" w:line="240" w:lineRule="auto"/>
        <w:jc w:val="center"/>
      </w:pPr>
      <w:r>
        <w:rPr>
          <w:b/>
        </w:rPr>
        <w:t>BÀI 5: ÔN TẬP CHỦ ĐỀ GIA ĐÌNH - TIẾT 2</w:t>
      </w:r>
    </w:p>
    <w:p w:rsidR="009217CF" w:rsidRDefault="0079402B">
      <w:pPr>
        <w:spacing w:after="0" w:line="240" w:lineRule="auto"/>
        <w:jc w:val="center"/>
      </w:pPr>
      <w:r>
        <w:rPr>
          <w:b/>
        </w:rPr>
        <w:t>Thời gian thực hiện: 35 phút</w:t>
      </w:r>
    </w:p>
    <w:p w:rsidR="009217CF" w:rsidRDefault="0079402B">
      <w:pPr>
        <w:spacing w:after="0" w:line="240" w:lineRule="auto"/>
      </w:pPr>
      <w:r>
        <w:rPr>
          <w:b/>
        </w:rPr>
        <w:t>I. YÊU CẦU CẦN ĐẠT</w:t>
      </w:r>
    </w:p>
    <w:p w:rsidR="009217CF" w:rsidRDefault="0079402B">
      <w:pPr>
        <w:spacing w:after="0" w:line="240" w:lineRule="auto"/>
      </w:pPr>
      <w:r>
        <w:rPr>
          <w:b/>
        </w:rPr>
        <w:t>1. Năng lực đặc thù</w:t>
      </w:r>
    </w:p>
    <w:p w:rsidR="009217CF" w:rsidRDefault="0079402B">
      <w:pPr>
        <w:spacing w:after="0" w:line="240" w:lineRule="auto"/>
      </w:pPr>
      <w:r>
        <w:t>- Củng cố được cách phòng tránh ngộ độc khi ở nhà và cách giữ sạch nhà ở thông qua trò chơi, quan sát tranh và liên hệ thực tế gia đình.</w:t>
      </w:r>
    </w:p>
    <w:p w:rsidR="009217CF" w:rsidRDefault="0079402B">
      <w:pPr>
        <w:spacing w:after="0" w:line="240" w:lineRule="auto"/>
      </w:pPr>
      <w:r>
        <w:t>- Biết sắp xếp thức ăn, đồ uống, đồ dùng, thuốc đúng nơi, đúng cách để bảo đảm vệ sinh và an toàn cho các thành viên trong gia đình.</w:t>
      </w:r>
    </w:p>
    <w:p w:rsidR="009217CF" w:rsidRDefault="0079402B">
      <w:pPr>
        <w:spacing w:after="0" w:line="240" w:lineRule="auto"/>
      </w:pPr>
      <w:r>
        <w:t>- Biết chia sẻ một số việc làm để tự bảo vệ, giữ vệ sinh và hợp tác với người thân trong gia đình; bước đầu nêu ý tưởng thiết bị thông minh giúp gắn kết gia đình.</w:t>
      </w:r>
    </w:p>
    <w:p w:rsidR="009217CF" w:rsidRDefault="0079402B">
      <w:pPr>
        <w:spacing w:after="0" w:line="240" w:lineRule="auto"/>
      </w:pPr>
      <w:r>
        <w:rPr>
          <w:b/>
        </w:rPr>
        <w:t>2. Năng lực chung</w:t>
      </w:r>
    </w:p>
    <w:p w:rsidR="009217CF" w:rsidRDefault="0079402B">
      <w:pPr>
        <w:spacing w:after="0" w:line="240" w:lineRule="auto"/>
      </w:pPr>
      <w:r>
        <w:t>- Tự chủ và tự học: Chủ động nhận biết đồ dùng, thức ăn, đồ uống cần cất giữ đúng nơi; biết tự nhắc mình tránh xa thực phẩm, thuốc hoặc hóa chất không an toàn.</w:t>
      </w:r>
    </w:p>
    <w:p w:rsidR="009217CF" w:rsidRDefault="0079402B">
      <w:pPr>
        <w:spacing w:after="0" w:line="240" w:lineRule="auto"/>
      </w:pPr>
      <w:r>
        <w:t>- Giao tiếp và hợp tác: Biết tham gia trò chơi theo đội, trao đổi cặp đôi về cách bảo quản đồ dùng trong gia đình và trình bày ý tưởng trước lớp.</w:t>
      </w:r>
    </w:p>
    <w:p w:rsidR="009217CF" w:rsidRDefault="0079402B">
      <w:pPr>
        <w:spacing w:after="0" w:line="240" w:lineRule="auto"/>
      </w:pPr>
      <w:r>
        <w:t>- Giải quyết vấn đề và sáng tạo: Biết lựa chọn nơi bảo quản phù hợp, nêu cách xử lí khi thấy đồ ăn hỏng hoặc đồ dùng nguy hiểm; sáng tạo ý tưởng robot/thiết bị thông minh nhắc nhở yêu thương.</w:t>
      </w:r>
    </w:p>
    <w:p w:rsidR="009217CF" w:rsidRDefault="0079402B">
      <w:pPr>
        <w:spacing w:after="0" w:line="240" w:lineRule="auto"/>
      </w:pPr>
      <w:r>
        <w:rPr>
          <w:b/>
        </w:rPr>
        <w:t>3. Phẩm chất</w:t>
      </w:r>
    </w:p>
    <w:p w:rsidR="009217CF" w:rsidRDefault="0079402B">
      <w:pPr>
        <w:spacing w:after="0" w:line="240" w:lineRule="auto"/>
      </w:pPr>
      <w:r>
        <w:t>- Nhân ái: Biết quan tâm đến sức khỏe của người thân, nhắc nhở nhau ăn uống an toàn và giữ gìn nhà cửa sạch sẽ.</w:t>
      </w:r>
    </w:p>
    <w:p w:rsidR="009217CF" w:rsidRDefault="0079402B">
      <w:pPr>
        <w:spacing w:after="0" w:line="240" w:lineRule="auto"/>
      </w:pPr>
      <w:r>
        <w:t>- Chăm chỉ: Tích cực tham gia trò chơi, hoạt động nhóm, thực hành sắp xếp và giữ vệ sinh nhà ở.</w:t>
      </w:r>
    </w:p>
    <w:p w:rsidR="009217CF" w:rsidRDefault="0079402B">
      <w:pPr>
        <w:spacing w:after="0" w:line="240" w:lineRule="auto"/>
      </w:pPr>
      <w:r>
        <w:t>- Trách nhiệm: Có ý thức bảo quản thức ăn, đồ uống, thuốc, hóa chất đúng nơi; biết hợp tác với gia đình để giữ môi trường sống an toàn, sạch đẹp.</w:t>
      </w:r>
    </w:p>
    <w:p w:rsidR="009217CF" w:rsidRDefault="0079402B">
      <w:pPr>
        <w:spacing w:after="0" w:line="240" w:lineRule="auto"/>
      </w:pPr>
      <w:r>
        <w:rPr>
          <w:b/>
        </w:rPr>
        <w:t>4. Tích hợp</w:t>
      </w:r>
    </w:p>
    <w:p w:rsidR="009217CF" w:rsidRDefault="0079402B">
      <w:pPr>
        <w:spacing w:after="0" w:line="240" w:lineRule="auto"/>
      </w:pPr>
      <w:r>
        <w:rPr>
          <w:color w:val="C00000"/>
        </w:rPr>
        <w:t>- Kĩ năng sống: Rèn kĩ năng tự bảo vệ, giữ vệ sinh và hợp tác trong gia đình; HS biết nhận diện thực phẩm không an toàn, biết nói không với đồ ăn bẩn, biết tham gia dọn dẹp, phân công việc nhà vừa sức và chia sẻ trách nhiệm với người thân.</w:t>
      </w:r>
    </w:p>
    <w:p w:rsidR="009217CF" w:rsidRDefault="0079402B">
      <w:pPr>
        <w:spacing w:after="0" w:line="240" w:lineRule="auto"/>
      </w:pPr>
      <w:r>
        <w:rPr>
          <w:color w:val="C00000"/>
        </w:rPr>
        <w:t>- Tích hợp AI - YCCĐ 2.D1.1: HS hình thành ý tưởng về một thiết bị thông minh giúp gắn kết các thành viên trong gia đình, ví dụ “Robot nhắc nhở yêu thương” biết báo tin sinh nhật ông bà, nhắc cả nhà gọi điện hỏi thăm người thân hoặc nhắc các thành viên cùng dọn nhà. HS hiểu AI có thể hỗ trợ nhắc việc nhưng tình yêu thương, sự quan tâm và hành động chăm sóc vẫn do con người thực hiện.</w:t>
      </w:r>
    </w:p>
    <w:p w:rsidR="009217CF" w:rsidRDefault="0079402B">
      <w:pPr>
        <w:spacing w:after="0" w:line="240" w:lineRule="auto"/>
      </w:pPr>
      <w:r>
        <w:rPr>
          <w:b/>
        </w:rPr>
        <w:t>II. ĐỒ DÙNG DẠY HỌC</w:t>
      </w:r>
    </w:p>
    <w:p w:rsidR="009217CF" w:rsidRDefault="0079402B">
      <w:pPr>
        <w:spacing w:after="0" w:line="240" w:lineRule="auto"/>
      </w:pPr>
      <w:r>
        <w:t>- GV: Tranh SGK trang 23; hai bộ hình thức ăn, đồ uống, đồ dùng, thuốc; bảng phụ; phiếu học tập; máy tính, máy chiếu.</w:t>
      </w:r>
    </w:p>
    <w:p w:rsidR="009217CF" w:rsidRDefault="0079402B">
      <w:pPr>
        <w:spacing w:after="0" w:line="240" w:lineRule="auto"/>
      </w:pPr>
      <w:r>
        <w:t>- HS: SGK, VBT, tranh/ảnh về việc cất giữ, bảo quản đồ ăn, đồ uống, đồ dùng trong gia đình.</w:t>
      </w:r>
    </w:p>
    <w:p w:rsidR="009217CF" w:rsidRDefault="0079402B">
      <w:pPr>
        <w:spacing w:after="0" w:line="240" w:lineRule="auto"/>
      </w:pPr>
      <w:r>
        <w:rPr>
          <w:b/>
        </w:rPr>
        <w:t>III. CÁC HOẠT ĐỘNG DẠY HỌC CHỦ YẾU</w:t>
      </w:r>
    </w:p>
    <w:tbl>
      <w:tblPr>
        <w:tblW w:w="10500" w:type="dxa"/>
        <w:jc w:val="center"/>
        <w:tblBorders>
          <w:top w:val="single" w:sz="8" w:space="0" w:color="000000"/>
          <w:left w:val="single" w:sz="8" w:space="0" w:color="000000"/>
          <w:bottom w:val="single" w:sz="8" w:space="0" w:color="000000"/>
          <w:right w:val="single" w:sz="8" w:space="0" w:color="000000"/>
          <w:insideV w:val="single" w:sz="8" w:space="0" w:color="000000"/>
        </w:tblBorders>
        <w:tblLayout w:type="fixed"/>
        <w:tblLook w:val="04A0" w:firstRow="1" w:lastRow="0" w:firstColumn="1" w:lastColumn="0" w:noHBand="0" w:noVBand="1"/>
      </w:tblPr>
      <w:tblGrid>
        <w:gridCol w:w="5651"/>
        <w:gridCol w:w="4849"/>
      </w:tblGrid>
      <w:tr w:rsidR="009217CF" w:rsidTr="00B85253">
        <w:trPr>
          <w:tblHeader/>
          <w:jc w:val="center"/>
        </w:trPr>
        <w:tc>
          <w:tcPr>
            <w:tcW w:w="5651" w:type="dxa"/>
            <w:tcBorders>
              <w:bottom w:val="single" w:sz="8" w:space="0" w:color="000000"/>
            </w:tcBorders>
            <w:shd w:val="clear" w:color="auto" w:fill="auto"/>
            <w:tcMar>
              <w:top w:w="35" w:type="dxa"/>
              <w:left w:w="55" w:type="dxa"/>
              <w:bottom w:w="35" w:type="dxa"/>
              <w:right w:w="55" w:type="dxa"/>
            </w:tcMar>
          </w:tcPr>
          <w:p w:rsidR="009217CF" w:rsidRDefault="0079402B">
            <w:pPr>
              <w:spacing w:after="0" w:line="240" w:lineRule="auto"/>
              <w:jc w:val="center"/>
            </w:pPr>
            <w:r>
              <w:rPr>
                <w:b/>
              </w:rPr>
              <w:t>HOẠT ĐỘNG CỦA GIÁO VIÊN</w:t>
            </w:r>
          </w:p>
        </w:tc>
        <w:tc>
          <w:tcPr>
            <w:tcW w:w="4849" w:type="dxa"/>
            <w:tcBorders>
              <w:bottom w:val="single" w:sz="8" w:space="0" w:color="000000"/>
            </w:tcBorders>
            <w:shd w:val="clear" w:color="auto" w:fill="auto"/>
            <w:tcMar>
              <w:top w:w="35" w:type="dxa"/>
              <w:left w:w="55" w:type="dxa"/>
              <w:bottom w:w="35" w:type="dxa"/>
              <w:right w:w="55" w:type="dxa"/>
            </w:tcMar>
          </w:tcPr>
          <w:p w:rsidR="009217CF" w:rsidRDefault="0079402B">
            <w:pPr>
              <w:spacing w:after="0" w:line="240" w:lineRule="auto"/>
              <w:jc w:val="center"/>
            </w:pPr>
            <w:r>
              <w:rPr>
                <w:b/>
              </w:rPr>
              <w:t>HOẠT ĐỘNG CỦA HỌC SINH</w:t>
            </w:r>
          </w:p>
        </w:tc>
      </w:tr>
      <w:tr w:rsidR="009217CF" w:rsidTr="00B85253">
        <w:trPr>
          <w:jc w:val="center"/>
        </w:trPr>
        <w:tc>
          <w:tcPr>
            <w:tcW w:w="10500" w:type="dxa"/>
            <w:gridSpan w:val="2"/>
            <w:tcBorders>
              <w:top w:val="single" w:sz="8" w:space="0" w:color="000000"/>
              <w:bottom w:val="single" w:sz="8" w:space="0" w:color="000000"/>
            </w:tcBorders>
            <w:shd w:val="clear" w:color="auto" w:fill="auto"/>
            <w:tcMar>
              <w:top w:w="35" w:type="dxa"/>
              <w:left w:w="55" w:type="dxa"/>
              <w:bottom w:w="35" w:type="dxa"/>
              <w:right w:w="55" w:type="dxa"/>
            </w:tcMar>
          </w:tcPr>
          <w:p w:rsidR="009217CF" w:rsidRDefault="0079402B">
            <w:pPr>
              <w:spacing w:after="0" w:line="240" w:lineRule="auto"/>
            </w:pPr>
            <w:r>
              <w:rPr>
                <w:b/>
              </w:rPr>
              <w:t>1. KHỞI ĐỘNG (3-5 phút)</w:t>
            </w:r>
          </w:p>
          <w:p w:rsidR="009217CF" w:rsidRDefault="0079402B">
            <w:pPr>
              <w:spacing w:after="0" w:line="240" w:lineRule="auto"/>
            </w:pPr>
            <w:r>
              <w:rPr>
                <w:b/>
              </w:rPr>
              <w:t>Mục tiêu: Tạo hứng thú, giúp HS nhớ lại kiến thức về an toàn, vệ sinh và tình yêu thương trong gia đình.</w:t>
            </w:r>
          </w:p>
        </w:tc>
      </w:tr>
      <w:tr w:rsidR="009217CF" w:rsidTr="00B85253">
        <w:trPr>
          <w:jc w:val="center"/>
        </w:trPr>
        <w:tc>
          <w:tcPr>
            <w:tcW w:w="5651" w:type="dxa"/>
            <w:tcBorders>
              <w:top w:val="single" w:sz="8" w:space="0" w:color="000000"/>
            </w:tcBorders>
            <w:shd w:val="clear" w:color="auto" w:fill="auto"/>
            <w:tcMar>
              <w:top w:w="35" w:type="dxa"/>
              <w:left w:w="55" w:type="dxa"/>
              <w:bottom w:w="35" w:type="dxa"/>
              <w:right w:w="55" w:type="dxa"/>
            </w:tcMar>
          </w:tcPr>
          <w:p w:rsidR="009217CF" w:rsidRDefault="0079402B">
            <w:pPr>
              <w:spacing w:after="0" w:line="240" w:lineRule="auto"/>
            </w:pPr>
            <w:r>
              <w:t>- GV tổ chức trò chơi “Giải đoán ô chữ”. GV nêu câu hỏi: Người A gọi người B bằng bố, người B gọi người C cũng bằng bố. Vậy nhà người A có mấy thế hệ?</w:t>
            </w:r>
          </w:p>
        </w:tc>
        <w:tc>
          <w:tcPr>
            <w:tcW w:w="4849" w:type="dxa"/>
            <w:tcBorders>
              <w:top w:val="single" w:sz="8" w:space="0" w:color="000000"/>
            </w:tcBorders>
            <w:shd w:val="clear" w:color="auto" w:fill="auto"/>
            <w:tcMar>
              <w:top w:w="35" w:type="dxa"/>
              <w:left w:w="55" w:type="dxa"/>
              <w:bottom w:w="35" w:type="dxa"/>
              <w:right w:w="55" w:type="dxa"/>
            </w:tcMar>
          </w:tcPr>
          <w:p w:rsidR="009217CF" w:rsidRDefault="0079402B">
            <w:pPr>
              <w:spacing w:after="0" w:line="240" w:lineRule="auto"/>
            </w:pPr>
            <w:r>
              <w:t>- HS giơ tay trả lời: Nhà người A có 3 thế hệ.</w:t>
            </w:r>
          </w:p>
        </w:tc>
      </w:tr>
      <w:tr w:rsidR="009217CF" w:rsidTr="00B85253">
        <w:trPr>
          <w:jc w:val="center"/>
        </w:trPr>
        <w:tc>
          <w:tcPr>
            <w:tcW w:w="5651" w:type="dxa"/>
            <w:shd w:val="clear" w:color="auto" w:fill="auto"/>
            <w:tcMar>
              <w:top w:w="35" w:type="dxa"/>
              <w:left w:w="55" w:type="dxa"/>
              <w:bottom w:w="35" w:type="dxa"/>
              <w:right w:w="55" w:type="dxa"/>
            </w:tcMar>
          </w:tcPr>
          <w:p w:rsidR="009217CF" w:rsidRDefault="0079402B">
            <w:pPr>
              <w:spacing w:after="0" w:line="240" w:lineRule="auto"/>
            </w:pPr>
            <w:r>
              <w:lastRenderedPageBreak/>
              <w:t>- GV nêu câu đố: Nghề gì cần đến đục, cưa, làm ra sản phẩm sớm trưa em cần?</w:t>
            </w:r>
          </w:p>
        </w:tc>
        <w:tc>
          <w:tcPr>
            <w:tcW w:w="4849" w:type="dxa"/>
            <w:shd w:val="clear" w:color="auto" w:fill="auto"/>
            <w:tcMar>
              <w:top w:w="35" w:type="dxa"/>
              <w:left w:w="55" w:type="dxa"/>
              <w:bottom w:w="35" w:type="dxa"/>
              <w:right w:w="55" w:type="dxa"/>
            </w:tcMar>
          </w:tcPr>
          <w:p w:rsidR="009217CF" w:rsidRDefault="0079402B">
            <w:pPr>
              <w:spacing w:after="0" w:line="240" w:lineRule="auto"/>
            </w:pPr>
            <w:r>
              <w:t>- HS trả lời: Nghề thợ mộc.</w:t>
            </w:r>
          </w:p>
        </w:tc>
      </w:tr>
      <w:tr w:rsidR="009217CF" w:rsidTr="00B85253">
        <w:trPr>
          <w:jc w:val="center"/>
        </w:trPr>
        <w:tc>
          <w:tcPr>
            <w:tcW w:w="5651" w:type="dxa"/>
            <w:shd w:val="clear" w:color="auto" w:fill="auto"/>
            <w:tcMar>
              <w:top w:w="35" w:type="dxa"/>
              <w:left w:w="55" w:type="dxa"/>
              <w:bottom w:w="35" w:type="dxa"/>
              <w:right w:w="55" w:type="dxa"/>
            </w:tcMar>
          </w:tcPr>
          <w:p w:rsidR="009217CF" w:rsidRDefault="0079402B">
            <w:pPr>
              <w:spacing w:after="0" w:line="240" w:lineRule="auto"/>
            </w:pPr>
            <w:r>
              <w:t>- GV nêu câu đố: Ai nơi hải đảo, biên cương, diệt thù, giữ nước, coi thường hiểm nguy?</w:t>
            </w:r>
          </w:p>
        </w:tc>
        <w:tc>
          <w:tcPr>
            <w:tcW w:w="4849" w:type="dxa"/>
            <w:shd w:val="clear" w:color="auto" w:fill="auto"/>
            <w:tcMar>
              <w:top w:w="35" w:type="dxa"/>
              <w:left w:w="55" w:type="dxa"/>
              <w:bottom w:w="35" w:type="dxa"/>
              <w:right w:w="55" w:type="dxa"/>
            </w:tcMar>
          </w:tcPr>
          <w:p w:rsidR="009217CF" w:rsidRDefault="0079402B">
            <w:pPr>
              <w:spacing w:after="0" w:line="240" w:lineRule="auto"/>
            </w:pPr>
            <w:r>
              <w:t>- HS trả lời: Chú bộ đội.</w:t>
            </w:r>
          </w:p>
        </w:tc>
      </w:tr>
      <w:tr w:rsidR="009217CF" w:rsidTr="00B85253">
        <w:trPr>
          <w:jc w:val="center"/>
        </w:trPr>
        <w:tc>
          <w:tcPr>
            <w:tcW w:w="5651" w:type="dxa"/>
            <w:tcBorders>
              <w:bottom w:val="single" w:sz="8" w:space="0" w:color="000000"/>
            </w:tcBorders>
            <w:shd w:val="clear" w:color="auto" w:fill="auto"/>
            <w:tcMar>
              <w:top w:w="35" w:type="dxa"/>
              <w:left w:w="55" w:type="dxa"/>
              <w:bottom w:w="35" w:type="dxa"/>
              <w:right w:w="55" w:type="dxa"/>
            </w:tcMar>
          </w:tcPr>
          <w:p w:rsidR="009217CF" w:rsidRDefault="0079402B">
            <w:pPr>
              <w:spacing w:after="0" w:line="240" w:lineRule="auto"/>
            </w:pPr>
            <w:r>
              <w:t>- GV nhận xét, tuyên dương và dẫn dắt: Tiết học hôm nay giúp các em tiếp tục ôn tập cách bảo vệ sức khỏe, giữ vệ sinh nhà ở và biết quan tâm người thân.</w:t>
            </w:r>
          </w:p>
        </w:tc>
        <w:tc>
          <w:tcPr>
            <w:tcW w:w="4849" w:type="dxa"/>
            <w:tcBorders>
              <w:bottom w:val="single" w:sz="8" w:space="0" w:color="000000"/>
            </w:tcBorders>
            <w:shd w:val="clear" w:color="auto" w:fill="auto"/>
            <w:tcMar>
              <w:top w:w="35" w:type="dxa"/>
              <w:left w:w="55" w:type="dxa"/>
              <w:bottom w:w="35" w:type="dxa"/>
              <w:right w:w="55" w:type="dxa"/>
            </w:tcMar>
          </w:tcPr>
          <w:p w:rsidR="009217CF" w:rsidRDefault="0079402B">
            <w:pPr>
              <w:spacing w:after="0" w:line="240" w:lineRule="auto"/>
            </w:pPr>
            <w:r>
              <w:t>- HS lắng nghe, nhắc lại tên bài và chuẩn bị vào hoạt động thực hành.</w:t>
            </w:r>
          </w:p>
        </w:tc>
      </w:tr>
      <w:tr w:rsidR="009217CF" w:rsidTr="00B85253">
        <w:trPr>
          <w:jc w:val="center"/>
        </w:trPr>
        <w:tc>
          <w:tcPr>
            <w:tcW w:w="10500" w:type="dxa"/>
            <w:gridSpan w:val="2"/>
            <w:tcBorders>
              <w:top w:val="single" w:sz="8" w:space="0" w:color="000000"/>
              <w:bottom w:val="single" w:sz="8" w:space="0" w:color="000000"/>
            </w:tcBorders>
            <w:shd w:val="clear" w:color="auto" w:fill="auto"/>
            <w:tcMar>
              <w:top w:w="35" w:type="dxa"/>
              <w:left w:w="55" w:type="dxa"/>
              <w:bottom w:w="35" w:type="dxa"/>
              <w:right w:w="55" w:type="dxa"/>
            </w:tcMar>
          </w:tcPr>
          <w:p w:rsidR="009217CF" w:rsidRDefault="0079402B">
            <w:pPr>
              <w:spacing w:after="0" w:line="240" w:lineRule="auto"/>
            </w:pPr>
            <w:r>
              <w:rPr>
                <w:b/>
              </w:rPr>
              <w:t>2. THỰC HÀNH, LUYỆN TẬP (23-25 phút)</w:t>
            </w:r>
          </w:p>
          <w:p w:rsidR="009217CF" w:rsidRDefault="0079402B">
            <w:pPr>
              <w:spacing w:after="0" w:line="240" w:lineRule="auto"/>
            </w:pPr>
            <w:r>
              <w:rPr>
                <w:b/>
              </w:rPr>
              <w:t>Mục tiêu: HS luyện tập kĩ năng tự bảo vệ, giữ vệ sinh, hợp tác trong gia đình và nêu ý tưởng AI giúp gắn kết gia đình.</w:t>
            </w:r>
          </w:p>
        </w:tc>
      </w:tr>
      <w:tr w:rsidR="009217CF" w:rsidTr="00B85253">
        <w:trPr>
          <w:jc w:val="center"/>
        </w:trPr>
        <w:tc>
          <w:tcPr>
            <w:tcW w:w="5651" w:type="dxa"/>
            <w:tcBorders>
              <w:top w:val="single" w:sz="8" w:space="0" w:color="000000"/>
            </w:tcBorders>
            <w:shd w:val="clear" w:color="auto" w:fill="auto"/>
            <w:tcMar>
              <w:top w:w="35" w:type="dxa"/>
              <w:left w:w="55" w:type="dxa"/>
              <w:bottom w:w="35" w:type="dxa"/>
              <w:right w:w="55" w:type="dxa"/>
            </w:tcMar>
          </w:tcPr>
          <w:p w:rsidR="009217CF" w:rsidRDefault="0079402B">
            <w:pPr>
              <w:spacing w:after="0" w:line="240" w:lineRule="auto"/>
            </w:pPr>
            <w:r>
              <w:rPr>
                <w:b/>
              </w:rPr>
              <w:t>Hoạt động 1: Trò chơi “Sắp xếp thức ăn, đồ uống, đồ dùng đúng nơi - đúng chỗ”</w:t>
            </w:r>
          </w:p>
        </w:tc>
        <w:tc>
          <w:tcPr>
            <w:tcW w:w="4849" w:type="dxa"/>
            <w:tcBorders>
              <w:top w:val="single" w:sz="8" w:space="0" w:color="000000"/>
            </w:tcBorders>
            <w:shd w:val="clear" w:color="auto" w:fill="auto"/>
            <w:tcMar>
              <w:top w:w="35" w:type="dxa"/>
              <w:left w:w="55" w:type="dxa"/>
              <w:bottom w:w="35" w:type="dxa"/>
              <w:right w:w="55" w:type="dxa"/>
            </w:tcMar>
          </w:tcPr>
          <w:p w:rsidR="009217CF" w:rsidRDefault="0079402B">
            <w:pPr>
              <w:spacing w:after="0" w:line="240" w:lineRule="auto"/>
            </w:pPr>
            <w:r>
              <w:t>- HS lắng nghe tên hoạt động, chuẩn bị tham gia trò chơi theo đội.</w:t>
            </w:r>
          </w:p>
        </w:tc>
      </w:tr>
      <w:tr w:rsidR="009217CF" w:rsidTr="00B85253">
        <w:trPr>
          <w:jc w:val="center"/>
        </w:trPr>
        <w:tc>
          <w:tcPr>
            <w:tcW w:w="5651" w:type="dxa"/>
            <w:shd w:val="clear" w:color="auto" w:fill="auto"/>
            <w:tcMar>
              <w:top w:w="35" w:type="dxa"/>
              <w:left w:w="55" w:type="dxa"/>
              <w:bottom w:w="35" w:type="dxa"/>
              <w:right w:w="55" w:type="dxa"/>
            </w:tcMar>
          </w:tcPr>
          <w:p w:rsidR="009217CF" w:rsidRDefault="0079402B" w:rsidP="00B85253">
            <w:pPr>
              <w:spacing w:after="0" w:line="240" w:lineRule="auto"/>
            </w:pPr>
            <w:r>
              <w:t>- GV yêu cầu HS quan sát tranh SGK trang 23: Chơi trò chơi sắp xếp thức ăn, đồ uống, đồ dùng vào đúng vị trí để đảm bảo vệ sinh và an toàn.</w:t>
            </w:r>
          </w:p>
        </w:tc>
        <w:tc>
          <w:tcPr>
            <w:tcW w:w="4849" w:type="dxa"/>
            <w:shd w:val="clear" w:color="auto" w:fill="auto"/>
            <w:tcMar>
              <w:top w:w="35" w:type="dxa"/>
              <w:left w:w="55" w:type="dxa"/>
              <w:bottom w:w="35" w:type="dxa"/>
              <w:right w:w="55" w:type="dxa"/>
            </w:tcMar>
          </w:tcPr>
          <w:p w:rsidR="009217CF" w:rsidRDefault="0079402B">
            <w:pPr>
              <w:spacing w:after="0" w:line="240" w:lineRule="auto"/>
            </w:pPr>
            <w:r>
              <w:t>- HS quan sát tranh, nhận biết các nhóm đồ dùng, thức ăn, đồ uống và nơi cất giữ phù hợp.</w:t>
            </w:r>
          </w:p>
        </w:tc>
      </w:tr>
      <w:tr w:rsidR="009217CF" w:rsidTr="00B85253">
        <w:trPr>
          <w:jc w:val="center"/>
        </w:trPr>
        <w:tc>
          <w:tcPr>
            <w:tcW w:w="5651" w:type="dxa"/>
            <w:shd w:val="clear" w:color="auto" w:fill="auto"/>
            <w:tcMar>
              <w:top w:w="35" w:type="dxa"/>
              <w:left w:w="55" w:type="dxa"/>
              <w:bottom w:w="35" w:type="dxa"/>
              <w:right w:w="55" w:type="dxa"/>
            </w:tcMar>
          </w:tcPr>
          <w:p w:rsidR="009217CF" w:rsidRDefault="0079402B">
            <w:pPr>
              <w:spacing w:after="0" w:line="240" w:lineRule="auto"/>
            </w:pPr>
            <w:r>
              <w:t>- GV chia lớp thành hai đội, phát cho mỗi đội một bộ hình gồm rau củ, trái cây, sữa, thịt cá, thuốc, nước tẩy rửa, đồ dùng học tập; trên bảng có các vị trí: tủ lạnh, tủ thuốc, tủ bảo quản thực phẩm khô, kệ đồ dùng, nơi để hóa chất xa tầm tay trẻ em.</w:t>
            </w:r>
          </w:p>
        </w:tc>
        <w:tc>
          <w:tcPr>
            <w:tcW w:w="4849" w:type="dxa"/>
            <w:shd w:val="clear" w:color="auto" w:fill="auto"/>
            <w:tcMar>
              <w:top w:w="35" w:type="dxa"/>
              <w:left w:w="55" w:type="dxa"/>
              <w:bottom w:w="35" w:type="dxa"/>
              <w:right w:w="55" w:type="dxa"/>
            </w:tcMar>
          </w:tcPr>
          <w:p w:rsidR="009217CF" w:rsidRDefault="0079402B">
            <w:pPr>
              <w:spacing w:after="0" w:line="240" w:lineRule="auto"/>
            </w:pPr>
            <w:r>
              <w:t>- HS nghe nhiệm vụ, nhận hình theo đội và phân công bạn lần lượt lên bảng sắp xếp.</w:t>
            </w:r>
          </w:p>
        </w:tc>
      </w:tr>
      <w:tr w:rsidR="009217CF" w:rsidTr="00B85253">
        <w:trPr>
          <w:jc w:val="center"/>
        </w:trPr>
        <w:tc>
          <w:tcPr>
            <w:tcW w:w="5651" w:type="dxa"/>
            <w:shd w:val="clear" w:color="auto" w:fill="auto"/>
            <w:tcMar>
              <w:top w:w="35" w:type="dxa"/>
              <w:left w:w="55" w:type="dxa"/>
              <w:bottom w:w="35" w:type="dxa"/>
              <w:right w:w="55" w:type="dxa"/>
            </w:tcMar>
          </w:tcPr>
          <w:p w:rsidR="009217CF" w:rsidRDefault="0079402B">
            <w:pPr>
              <w:spacing w:after="0" w:line="240" w:lineRule="auto"/>
            </w:pPr>
            <w:r>
              <w:t>- GV phổ biến luật chơi: Mỗi lượt một bạn lên gắn hình vào vị trí phù hợp và nói ngắn gọn lí do; đội nào sắp xếp nhanh, đúng và giải thích rõ sẽ thắng cuộc.</w:t>
            </w:r>
          </w:p>
        </w:tc>
        <w:tc>
          <w:tcPr>
            <w:tcW w:w="4849" w:type="dxa"/>
            <w:shd w:val="clear" w:color="auto" w:fill="auto"/>
            <w:tcMar>
              <w:top w:w="35" w:type="dxa"/>
              <w:left w:w="55" w:type="dxa"/>
              <w:bottom w:w="35" w:type="dxa"/>
              <w:right w:w="55" w:type="dxa"/>
            </w:tcMar>
          </w:tcPr>
          <w:p w:rsidR="009217CF" w:rsidRDefault="0079402B">
            <w:pPr>
              <w:spacing w:after="0" w:line="240" w:lineRule="auto"/>
            </w:pPr>
            <w:r>
              <w:t>- HS tham gia trò chơi: lần lượt lên gắn hình; nói lí do như “Sữa để trong tủ lạnh”, “Thuốc để trong tủ thuốc”, “Nước tẩy rửa để xa thức ăn và xa tầm tay trẻ em”.</w:t>
            </w:r>
          </w:p>
        </w:tc>
      </w:tr>
      <w:tr w:rsidR="009217CF" w:rsidTr="00B85253">
        <w:trPr>
          <w:jc w:val="center"/>
        </w:trPr>
        <w:tc>
          <w:tcPr>
            <w:tcW w:w="5651" w:type="dxa"/>
            <w:shd w:val="clear" w:color="auto" w:fill="auto"/>
            <w:tcMar>
              <w:top w:w="35" w:type="dxa"/>
              <w:left w:w="55" w:type="dxa"/>
              <w:bottom w:w="35" w:type="dxa"/>
              <w:right w:w="55" w:type="dxa"/>
            </w:tcMar>
          </w:tcPr>
          <w:p w:rsidR="009217CF" w:rsidRDefault="0079402B">
            <w:pPr>
              <w:spacing w:after="0" w:line="240" w:lineRule="auto"/>
            </w:pPr>
            <w:r>
              <w:t>- GV nhận xét kết quả từng đội; hỏi: Vì sao thuốc, nước tẩy rửa không được để chung với thức ăn, đồ uống?</w:t>
            </w:r>
          </w:p>
        </w:tc>
        <w:tc>
          <w:tcPr>
            <w:tcW w:w="4849" w:type="dxa"/>
            <w:shd w:val="clear" w:color="auto" w:fill="auto"/>
            <w:tcMar>
              <w:top w:w="35" w:type="dxa"/>
              <w:left w:w="55" w:type="dxa"/>
              <w:bottom w:w="35" w:type="dxa"/>
              <w:right w:w="55" w:type="dxa"/>
            </w:tcMar>
          </w:tcPr>
          <w:p w:rsidR="009217CF" w:rsidRDefault="0079402B">
            <w:pPr>
              <w:spacing w:after="0" w:line="240" w:lineRule="auto"/>
            </w:pPr>
            <w:r>
              <w:t>- HS trả lời: Vì dễ nhầm lẫn, có thể gây ngộ độc, nguy hiểm cho sức khỏe, nhất là với trẻ nhỏ.</w:t>
            </w:r>
          </w:p>
        </w:tc>
      </w:tr>
      <w:tr w:rsidR="009217CF" w:rsidTr="00B85253">
        <w:trPr>
          <w:jc w:val="center"/>
        </w:trPr>
        <w:tc>
          <w:tcPr>
            <w:tcW w:w="5651" w:type="dxa"/>
            <w:shd w:val="clear" w:color="auto" w:fill="auto"/>
            <w:tcMar>
              <w:top w:w="35" w:type="dxa"/>
              <w:left w:w="55" w:type="dxa"/>
              <w:bottom w:w="35" w:type="dxa"/>
              <w:right w:w="55" w:type="dxa"/>
            </w:tcMar>
          </w:tcPr>
          <w:p w:rsidR="009217CF" w:rsidRDefault="0079402B">
            <w:pPr>
              <w:spacing w:after="0" w:line="240" w:lineRule="auto"/>
            </w:pPr>
            <w:r>
              <w:t>- GV chốt: Thức ăn, đồ uống, thuốc và hóa chất cần được cất giữ đúng nơi, đúng cách. Việc này giúp phòng tránh ngộ độc, giữ vệ sinh và bảo vệ sức khỏe cho cả gia đình.</w:t>
            </w:r>
          </w:p>
        </w:tc>
        <w:tc>
          <w:tcPr>
            <w:tcW w:w="4849" w:type="dxa"/>
            <w:shd w:val="clear" w:color="auto" w:fill="auto"/>
            <w:tcMar>
              <w:top w:w="35" w:type="dxa"/>
              <w:left w:w="55" w:type="dxa"/>
              <w:bottom w:w="35" w:type="dxa"/>
              <w:right w:w="55" w:type="dxa"/>
            </w:tcMar>
          </w:tcPr>
          <w:p w:rsidR="009217CF" w:rsidRDefault="0079402B">
            <w:pPr>
              <w:spacing w:after="0" w:line="240" w:lineRule="auto"/>
            </w:pPr>
            <w:r>
              <w:t>- HS lắng nghe, ghi nhớ cách cất giữ, bảo quản an toàn.</w:t>
            </w:r>
          </w:p>
        </w:tc>
      </w:tr>
      <w:tr w:rsidR="009217CF" w:rsidTr="00B85253">
        <w:trPr>
          <w:jc w:val="center"/>
        </w:trPr>
        <w:tc>
          <w:tcPr>
            <w:tcW w:w="5651" w:type="dxa"/>
            <w:shd w:val="clear" w:color="auto" w:fill="auto"/>
            <w:tcMar>
              <w:top w:w="35" w:type="dxa"/>
              <w:left w:w="55" w:type="dxa"/>
              <w:bottom w:w="35" w:type="dxa"/>
              <w:right w:w="55" w:type="dxa"/>
            </w:tcMar>
          </w:tcPr>
          <w:p w:rsidR="009217CF" w:rsidRDefault="0079402B">
            <w:pPr>
              <w:spacing w:after="0" w:line="240" w:lineRule="auto"/>
            </w:pPr>
            <w:r>
              <w:rPr>
                <w:b/>
                <w:color w:val="C00000"/>
              </w:rPr>
              <w:t xml:space="preserve">Tích hợp Kĩ năng sống: </w:t>
            </w:r>
            <w:r>
              <w:rPr>
                <w:color w:val="C00000"/>
              </w:rPr>
              <w:t>GV nhấn mạnh: Khi ở nhà, các em cần rèn kĩ năng tự bảo vệ bằng cách không tự ý ăn thức ăn lạ, không uống nước trong chai không rõ nhãn, không tự lấy thuốc uống khi chưa có người lớn hướng dẫn. Các em cũng cần giữ vệ sinh bằng việc rửa tay trước khi ăn, bỏ rác đúng nơi, lau dọn góc học tập, cất đồ dùng sau khi sử dụng. Khi cả gia đình cùng phân công việc nhỏ như quét nhà, lau bàn, xếp chén, tưới cây, mỗi người sẽ biết hợp tác và chia sẻ trách nhiệm; nhà ở sạch hơn, an toàn hơn và mọi người yêu thương nhau hơn.</w:t>
            </w:r>
          </w:p>
        </w:tc>
        <w:tc>
          <w:tcPr>
            <w:tcW w:w="4849" w:type="dxa"/>
            <w:shd w:val="clear" w:color="auto" w:fill="auto"/>
            <w:tcMar>
              <w:top w:w="35" w:type="dxa"/>
              <w:left w:w="55" w:type="dxa"/>
              <w:bottom w:w="35" w:type="dxa"/>
              <w:right w:w="55" w:type="dxa"/>
            </w:tcMar>
          </w:tcPr>
          <w:p w:rsidR="009217CF" w:rsidRDefault="0079402B">
            <w:pPr>
              <w:spacing w:after="0" w:line="240" w:lineRule="auto"/>
            </w:pPr>
            <w:r>
              <w:rPr>
                <w:color w:val="C00000"/>
              </w:rPr>
              <w:t>- HS lắng nghe, nêu thêm ví dụ: Em không ăn thức ăn ôi thiu; em nhắc em nhỏ không uống nhầm nước tẩy rửa; em phụ bố mẹ lau bàn, bỏ rác đúng nơi và cất đồ dùng gọn gàng.</w:t>
            </w:r>
          </w:p>
        </w:tc>
      </w:tr>
      <w:tr w:rsidR="009217CF" w:rsidTr="00B85253">
        <w:trPr>
          <w:jc w:val="center"/>
        </w:trPr>
        <w:tc>
          <w:tcPr>
            <w:tcW w:w="5651" w:type="dxa"/>
            <w:shd w:val="clear" w:color="auto" w:fill="auto"/>
            <w:tcMar>
              <w:top w:w="35" w:type="dxa"/>
              <w:left w:w="55" w:type="dxa"/>
              <w:bottom w:w="35" w:type="dxa"/>
              <w:right w:w="55" w:type="dxa"/>
            </w:tcMar>
          </w:tcPr>
          <w:p w:rsidR="009217CF" w:rsidRDefault="0079402B">
            <w:pPr>
              <w:spacing w:after="0" w:line="240" w:lineRule="auto"/>
            </w:pPr>
            <w:r>
              <w:rPr>
                <w:b/>
              </w:rPr>
              <w:lastRenderedPageBreak/>
              <w:t>Hoạt động 2: Liên hệ thực tế gia đình</w:t>
            </w:r>
          </w:p>
        </w:tc>
        <w:tc>
          <w:tcPr>
            <w:tcW w:w="4849" w:type="dxa"/>
            <w:shd w:val="clear" w:color="auto" w:fill="auto"/>
            <w:tcMar>
              <w:top w:w="35" w:type="dxa"/>
              <w:left w:w="55" w:type="dxa"/>
              <w:bottom w:w="35" w:type="dxa"/>
              <w:right w:w="55" w:type="dxa"/>
            </w:tcMar>
          </w:tcPr>
          <w:p w:rsidR="009217CF" w:rsidRDefault="0079402B">
            <w:pPr>
              <w:spacing w:after="0" w:line="240" w:lineRule="auto"/>
            </w:pPr>
            <w:r>
              <w:t>- HS chuyển sang hoạt động liên hệ thực tế.</w:t>
            </w:r>
          </w:p>
        </w:tc>
      </w:tr>
      <w:tr w:rsidR="009217CF" w:rsidTr="00B85253">
        <w:trPr>
          <w:jc w:val="center"/>
        </w:trPr>
        <w:tc>
          <w:tcPr>
            <w:tcW w:w="5651" w:type="dxa"/>
            <w:shd w:val="clear" w:color="auto" w:fill="auto"/>
            <w:tcMar>
              <w:top w:w="35" w:type="dxa"/>
              <w:left w:w="55" w:type="dxa"/>
              <w:bottom w:w="35" w:type="dxa"/>
              <w:right w:w="55" w:type="dxa"/>
            </w:tcMar>
          </w:tcPr>
          <w:p w:rsidR="009217CF" w:rsidRDefault="0079402B">
            <w:pPr>
              <w:spacing w:after="0" w:line="240" w:lineRule="auto"/>
            </w:pPr>
            <w:r>
              <w:t>- GV yêu cầu HS thảo luận cặp đôi: Gia đình em thường cất giữ, bảo quản thức ăn, đồ uống, thuốc, đồ dùng như thế nào?</w:t>
            </w:r>
          </w:p>
        </w:tc>
        <w:tc>
          <w:tcPr>
            <w:tcW w:w="4849" w:type="dxa"/>
            <w:shd w:val="clear" w:color="auto" w:fill="auto"/>
            <w:tcMar>
              <w:top w:w="35" w:type="dxa"/>
              <w:left w:w="55" w:type="dxa"/>
              <w:bottom w:w="35" w:type="dxa"/>
              <w:right w:w="55" w:type="dxa"/>
            </w:tcMar>
          </w:tcPr>
          <w:p w:rsidR="009217CF" w:rsidRDefault="0079402B">
            <w:pPr>
              <w:spacing w:after="0" w:line="240" w:lineRule="auto"/>
            </w:pPr>
            <w:r>
              <w:t>- HS thảo luận cặp đôi: Nói cho bạn nghe cách gia đình bảo quản thức ăn trong tủ lạnh, đậy kín thức ăn, để thuốc trong tủ thuốc, để chất tẩy rửa ở nơi riêng.</w:t>
            </w:r>
          </w:p>
        </w:tc>
      </w:tr>
      <w:tr w:rsidR="009217CF" w:rsidTr="00B85253">
        <w:trPr>
          <w:jc w:val="center"/>
        </w:trPr>
        <w:tc>
          <w:tcPr>
            <w:tcW w:w="5651" w:type="dxa"/>
            <w:shd w:val="clear" w:color="auto" w:fill="auto"/>
            <w:tcMar>
              <w:top w:w="35" w:type="dxa"/>
              <w:left w:w="55" w:type="dxa"/>
              <w:bottom w:w="35" w:type="dxa"/>
              <w:right w:w="55" w:type="dxa"/>
            </w:tcMar>
          </w:tcPr>
          <w:p w:rsidR="009217CF" w:rsidRDefault="0079402B">
            <w:pPr>
              <w:spacing w:after="0" w:line="240" w:lineRule="auto"/>
            </w:pPr>
            <w:r>
              <w:t>- GV mời 3-4 HS chia sẻ trước lớp; yêu cầu HS khác lắng nghe và nhận xét xem cách bảo quản đó đã an toàn chưa.</w:t>
            </w:r>
          </w:p>
        </w:tc>
        <w:tc>
          <w:tcPr>
            <w:tcW w:w="4849" w:type="dxa"/>
            <w:shd w:val="clear" w:color="auto" w:fill="auto"/>
            <w:tcMar>
              <w:top w:w="35" w:type="dxa"/>
              <w:left w:w="55" w:type="dxa"/>
              <w:bottom w:w="35" w:type="dxa"/>
              <w:right w:w="55" w:type="dxa"/>
            </w:tcMar>
          </w:tcPr>
          <w:p w:rsidR="009217CF" w:rsidRDefault="0079402B">
            <w:pPr>
              <w:spacing w:after="0" w:line="240" w:lineRule="auto"/>
            </w:pPr>
            <w:r>
              <w:t>- HS chia sẻ; HS khác nhận xét, bổ sung: nên ghi nhãn rõ ràng, không để thuốc gần kẹo, không để dầu ăn gần nước rửa chén, không dùng thực phẩm quá hạn.</w:t>
            </w:r>
          </w:p>
        </w:tc>
      </w:tr>
      <w:tr w:rsidR="009217CF" w:rsidTr="00B85253">
        <w:trPr>
          <w:jc w:val="center"/>
        </w:trPr>
        <w:tc>
          <w:tcPr>
            <w:tcW w:w="5651" w:type="dxa"/>
            <w:shd w:val="clear" w:color="auto" w:fill="auto"/>
            <w:tcMar>
              <w:top w:w="35" w:type="dxa"/>
              <w:left w:w="55" w:type="dxa"/>
              <w:bottom w:w="35" w:type="dxa"/>
              <w:right w:w="55" w:type="dxa"/>
            </w:tcMar>
          </w:tcPr>
          <w:p w:rsidR="009217CF" w:rsidRDefault="0079402B">
            <w:pPr>
              <w:spacing w:after="0" w:line="240" w:lineRule="auto"/>
            </w:pPr>
            <w:r>
              <w:t>- GV yêu cầu HS tự hoàn thành bài tập trong VBT về sắp xếp đồ dùng, thức ăn, đồ uống đúng nơi bảo quản.</w:t>
            </w:r>
          </w:p>
        </w:tc>
        <w:tc>
          <w:tcPr>
            <w:tcW w:w="4849" w:type="dxa"/>
            <w:shd w:val="clear" w:color="auto" w:fill="auto"/>
            <w:tcMar>
              <w:top w:w="35" w:type="dxa"/>
              <w:left w:w="55" w:type="dxa"/>
              <w:bottom w:w="35" w:type="dxa"/>
              <w:right w:w="55" w:type="dxa"/>
            </w:tcMar>
          </w:tcPr>
          <w:p w:rsidR="009217CF" w:rsidRDefault="0079402B">
            <w:pPr>
              <w:spacing w:after="0" w:line="240" w:lineRule="auto"/>
            </w:pPr>
            <w:r>
              <w:t>- HS làm bài cá nhân trong VBT, sau đó đổi vở kiểm tra với bạn.</w:t>
            </w:r>
          </w:p>
        </w:tc>
      </w:tr>
      <w:tr w:rsidR="009217CF" w:rsidTr="00B85253">
        <w:trPr>
          <w:jc w:val="center"/>
        </w:trPr>
        <w:tc>
          <w:tcPr>
            <w:tcW w:w="5651" w:type="dxa"/>
            <w:shd w:val="clear" w:color="auto" w:fill="auto"/>
            <w:tcMar>
              <w:top w:w="35" w:type="dxa"/>
              <w:left w:w="55" w:type="dxa"/>
              <w:bottom w:w="35" w:type="dxa"/>
              <w:right w:w="55" w:type="dxa"/>
            </w:tcMar>
          </w:tcPr>
          <w:p w:rsidR="009217CF" w:rsidRDefault="0079402B">
            <w:pPr>
              <w:spacing w:after="0" w:line="240" w:lineRule="auto"/>
            </w:pPr>
            <w:r>
              <w:t>- GV nhận xét, tuyên dương HS biết liên hệ thực tế và có cách bảo quản an toàn.</w:t>
            </w:r>
          </w:p>
        </w:tc>
        <w:tc>
          <w:tcPr>
            <w:tcW w:w="4849" w:type="dxa"/>
            <w:shd w:val="clear" w:color="auto" w:fill="auto"/>
            <w:tcMar>
              <w:top w:w="35" w:type="dxa"/>
              <w:left w:w="55" w:type="dxa"/>
              <w:bottom w:w="35" w:type="dxa"/>
              <w:right w:w="55" w:type="dxa"/>
            </w:tcMar>
          </w:tcPr>
          <w:p w:rsidR="009217CF" w:rsidRDefault="0079402B">
            <w:pPr>
              <w:spacing w:after="0" w:line="240" w:lineRule="auto"/>
            </w:pPr>
            <w:r>
              <w:t>- HS lắng nghe và sửa bài nếu cần.</w:t>
            </w:r>
          </w:p>
        </w:tc>
      </w:tr>
      <w:tr w:rsidR="009217CF" w:rsidTr="00B85253">
        <w:trPr>
          <w:jc w:val="center"/>
        </w:trPr>
        <w:tc>
          <w:tcPr>
            <w:tcW w:w="5651" w:type="dxa"/>
            <w:shd w:val="clear" w:color="auto" w:fill="auto"/>
            <w:tcMar>
              <w:top w:w="35" w:type="dxa"/>
              <w:left w:w="55" w:type="dxa"/>
              <w:bottom w:w="35" w:type="dxa"/>
              <w:right w:w="55" w:type="dxa"/>
            </w:tcMar>
          </w:tcPr>
          <w:p w:rsidR="009217CF" w:rsidRDefault="0079402B">
            <w:pPr>
              <w:spacing w:after="0" w:line="240" w:lineRule="auto"/>
            </w:pPr>
            <w:r>
              <w:rPr>
                <w:b/>
              </w:rPr>
              <w:t>Hoạt động 3: Ý tưởng “Robot nhắc nhở yêu thương”</w:t>
            </w:r>
          </w:p>
        </w:tc>
        <w:tc>
          <w:tcPr>
            <w:tcW w:w="4849" w:type="dxa"/>
            <w:shd w:val="clear" w:color="auto" w:fill="auto"/>
            <w:tcMar>
              <w:top w:w="35" w:type="dxa"/>
              <w:left w:w="55" w:type="dxa"/>
              <w:bottom w:w="35" w:type="dxa"/>
              <w:right w:w="55" w:type="dxa"/>
            </w:tcMar>
          </w:tcPr>
          <w:p w:rsidR="009217CF" w:rsidRDefault="0079402B">
            <w:pPr>
              <w:spacing w:after="0" w:line="240" w:lineRule="auto"/>
            </w:pPr>
            <w:r>
              <w:t>- HS lắng nghe và chuẩn bị hoạt động sáng tạo.</w:t>
            </w:r>
          </w:p>
        </w:tc>
      </w:tr>
      <w:tr w:rsidR="009217CF" w:rsidTr="00B85253">
        <w:trPr>
          <w:jc w:val="center"/>
        </w:trPr>
        <w:tc>
          <w:tcPr>
            <w:tcW w:w="5651" w:type="dxa"/>
            <w:shd w:val="clear" w:color="auto" w:fill="auto"/>
            <w:tcMar>
              <w:top w:w="35" w:type="dxa"/>
              <w:left w:w="55" w:type="dxa"/>
              <w:bottom w:w="35" w:type="dxa"/>
              <w:right w:w="55" w:type="dxa"/>
            </w:tcMar>
          </w:tcPr>
          <w:p w:rsidR="009217CF" w:rsidRDefault="0079402B">
            <w:pPr>
              <w:spacing w:after="0" w:line="240" w:lineRule="auto"/>
            </w:pPr>
            <w:r>
              <w:rPr>
                <w:b/>
                <w:color w:val="C00000"/>
              </w:rPr>
              <w:t xml:space="preserve">Tích hợp AI - YCCĐ 2.D1.1: </w:t>
            </w:r>
            <w:r>
              <w:rPr>
                <w:color w:val="C00000"/>
              </w:rPr>
              <w:t>GV nêu tình huống: Nếu có một robot hoặc thiết bị thông minh trong gia đình, em muốn thiết bị đó giúp gắn kết các thành viên như thế nào? GV gợi ý: Robot có thể nhắc ngày sinh nhật ông bà, nhắc cả nhà gọi điện hỏi thăm người thân ở xa, nhắc các thành viên cùng dọn nhà vào cuối tuần, nhắc nói lời cảm ơn sau bữa ăn. GV giải thích: AI có thể hỗ trợ nhắc việc, lưu lịch, phát lời nhắc hoặc báo hiệu, nhưng AI không thể thay con người yêu thương nhau. Người thật vẫn cần nói lời hỏi thăm, ôm bà, giúp mẹ, chơi với em và tự giác làm việc nhà.</w:t>
            </w:r>
          </w:p>
        </w:tc>
        <w:tc>
          <w:tcPr>
            <w:tcW w:w="4849" w:type="dxa"/>
            <w:shd w:val="clear" w:color="auto" w:fill="auto"/>
            <w:tcMar>
              <w:top w:w="35" w:type="dxa"/>
              <w:left w:w="55" w:type="dxa"/>
              <w:bottom w:w="35" w:type="dxa"/>
              <w:right w:w="55" w:type="dxa"/>
            </w:tcMar>
          </w:tcPr>
          <w:p w:rsidR="009217CF" w:rsidRDefault="0079402B">
            <w:pPr>
              <w:spacing w:after="0" w:line="240" w:lineRule="auto"/>
            </w:pPr>
            <w:r>
              <w:rPr>
                <w:color w:val="C00000"/>
              </w:rPr>
              <w:t>- HS lắng nghe, thảo luận nhóm 4 và nêu ý tưởng: Robot nhắc sinh nhật ông bà; robot nhắc cả nhà ăn cơm đúng giờ; robot nhắc em gọi điện cho người thân; robot nhắc mọi người cùng dọn nhà. HS hiểu robot chỉ nhắc, còn tình yêu thương phải do chính mình thể hiện.</w:t>
            </w:r>
          </w:p>
        </w:tc>
      </w:tr>
      <w:tr w:rsidR="009217CF" w:rsidTr="00B85253">
        <w:trPr>
          <w:jc w:val="center"/>
        </w:trPr>
        <w:tc>
          <w:tcPr>
            <w:tcW w:w="5651" w:type="dxa"/>
            <w:shd w:val="clear" w:color="auto" w:fill="auto"/>
            <w:tcMar>
              <w:top w:w="35" w:type="dxa"/>
              <w:left w:w="55" w:type="dxa"/>
              <w:bottom w:w="35" w:type="dxa"/>
              <w:right w:w="55" w:type="dxa"/>
            </w:tcMar>
          </w:tcPr>
          <w:p w:rsidR="009217CF" w:rsidRDefault="0079402B">
            <w:pPr>
              <w:spacing w:after="0" w:line="240" w:lineRule="auto"/>
            </w:pPr>
            <w:r>
              <w:t>- GV yêu cầu HS vẽ nhanh hoặc viết 2-3 câu về ý tưởng “Robot nhắc nhở yêu thương” vào giấy nháp/phiếu học tập.</w:t>
            </w:r>
          </w:p>
        </w:tc>
        <w:tc>
          <w:tcPr>
            <w:tcW w:w="4849" w:type="dxa"/>
            <w:shd w:val="clear" w:color="auto" w:fill="auto"/>
            <w:tcMar>
              <w:top w:w="35" w:type="dxa"/>
              <w:left w:w="55" w:type="dxa"/>
              <w:bottom w:w="35" w:type="dxa"/>
              <w:right w:w="55" w:type="dxa"/>
            </w:tcMar>
          </w:tcPr>
          <w:p w:rsidR="009217CF" w:rsidRDefault="0079402B">
            <w:pPr>
              <w:spacing w:after="0" w:line="240" w:lineRule="auto"/>
            </w:pPr>
            <w:r>
              <w:t>- HS vẽ hoặc viết ý tưởng: tên robot, việc robot nhắc, việc em sẽ làm sau khi được nhắc.</w:t>
            </w:r>
          </w:p>
        </w:tc>
      </w:tr>
      <w:tr w:rsidR="009217CF" w:rsidTr="00B85253">
        <w:trPr>
          <w:jc w:val="center"/>
        </w:trPr>
        <w:tc>
          <w:tcPr>
            <w:tcW w:w="5651" w:type="dxa"/>
            <w:tcBorders>
              <w:bottom w:val="single" w:sz="8" w:space="0" w:color="000000"/>
            </w:tcBorders>
            <w:shd w:val="clear" w:color="auto" w:fill="auto"/>
            <w:tcMar>
              <w:top w:w="35" w:type="dxa"/>
              <w:left w:w="55" w:type="dxa"/>
              <w:bottom w:w="35" w:type="dxa"/>
              <w:right w:w="55" w:type="dxa"/>
            </w:tcMar>
          </w:tcPr>
          <w:p w:rsidR="009217CF" w:rsidRDefault="0079402B">
            <w:pPr>
              <w:spacing w:after="0" w:line="240" w:lineRule="auto"/>
            </w:pPr>
            <w:r>
              <w:t>- GV mời một số HS trình bày ý tưởng; khuyến khích HS nêu rõ thiết bị giúp gia đình gắn kết ra sao.</w:t>
            </w:r>
          </w:p>
        </w:tc>
        <w:tc>
          <w:tcPr>
            <w:tcW w:w="4849" w:type="dxa"/>
            <w:tcBorders>
              <w:bottom w:val="single" w:sz="8" w:space="0" w:color="000000"/>
            </w:tcBorders>
            <w:shd w:val="clear" w:color="auto" w:fill="auto"/>
            <w:tcMar>
              <w:top w:w="35" w:type="dxa"/>
              <w:left w:w="55" w:type="dxa"/>
              <w:bottom w:w="35" w:type="dxa"/>
              <w:right w:w="55" w:type="dxa"/>
            </w:tcMar>
          </w:tcPr>
          <w:p w:rsidR="009217CF" w:rsidRDefault="0079402B">
            <w:pPr>
              <w:spacing w:after="0" w:line="240" w:lineRule="auto"/>
            </w:pPr>
            <w:r>
              <w:t>- HS trình bày ý tưởng trước lớp; HS khác nhận xét, bổ sung bằng lời nói lịch sự.</w:t>
            </w:r>
          </w:p>
        </w:tc>
      </w:tr>
      <w:tr w:rsidR="009217CF" w:rsidTr="00B85253">
        <w:trPr>
          <w:jc w:val="center"/>
        </w:trPr>
        <w:tc>
          <w:tcPr>
            <w:tcW w:w="10500" w:type="dxa"/>
            <w:gridSpan w:val="2"/>
            <w:tcBorders>
              <w:top w:val="single" w:sz="8" w:space="0" w:color="000000"/>
              <w:bottom w:val="single" w:sz="8" w:space="0" w:color="000000"/>
            </w:tcBorders>
            <w:shd w:val="clear" w:color="auto" w:fill="auto"/>
            <w:tcMar>
              <w:top w:w="35" w:type="dxa"/>
              <w:left w:w="55" w:type="dxa"/>
              <w:bottom w:w="35" w:type="dxa"/>
              <w:right w:w="55" w:type="dxa"/>
            </w:tcMar>
          </w:tcPr>
          <w:p w:rsidR="009217CF" w:rsidRDefault="0079402B">
            <w:pPr>
              <w:spacing w:after="0" w:line="240" w:lineRule="auto"/>
            </w:pPr>
            <w:bookmarkStart w:id="0" w:name="_GoBack"/>
            <w:r>
              <w:rPr>
                <w:b/>
              </w:rPr>
              <w:t>3. VẬN DỤNG (4-5 phút)</w:t>
            </w:r>
          </w:p>
          <w:p w:rsidR="009217CF" w:rsidRDefault="0079402B">
            <w:pPr>
              <w:spacing w:after="0" w:line="240" w:lineRule="auto"/>
            </w:pPr>
            <w:r>
              <w:rPr>
                <w:b/>
              </w:rPr>
              <w:t>Mục tiêu: HS củng cố nội dung ôn tập và vận dụng vào cuộc sống gia đình.</w:t>
            </w:r>
          </w:p>
        </w:tc>
      </w:tr>
      <w:bookmarkEnd w:id="0"/>
      <w:tr w:rsidR="009217CF" w:rsidTr="00B85253">
        <w:trPr>
          <w:jc w:val="center"/>
        </w:trPr>
        <w:tc>
          <w:tcPr>
            <w:tcW w:w="5651" w:type="dxa"/>
            <w:tcBorders>
              <w:top w:val="single" w:sz="8" w:space="0" w:color="000000"/>
            </w:tcBorders>
            <w:shd w:val="clear" w:color="auto" w:fill="auto"/>
            <w:tcMar>
              <w:top w:w="35" w:type="dxa"/>
              <w:left w:w="55" w:type="dxa"/>
              <w:bottom w:w="35" w:type="dxa"/>
              <w:right w:w="55" w:type="dxa"/>
            </w:tcMar>
          </w:tcPr>
          <w:p w:rsidR="009217CF" w:rsidRDefault="0079402B" w:rsidP="00B85253">
            <w:pPr>
              <w:spacing w:after="0" w:line="240" w:lineRule="auto"/>
            </w:pPr>
            <w:r>
              <w:t xml:space="preserve">- GV cho HS quan sát phần “Bây giờ, em có thể” trong SGK trang 23 và đọc thầm các nội </w:t>
            </w:r>
            <w:r w:rsidR="00B85253">
              <w:t>dung đã đạt sau chủ đề Gia đình</w:t>
            </w:r>
          </w:p>
        </w:tc>
        <w:tc>
          <w:tcPr>
            <w:tcW w:w="4849" w:type="dxa"/>
            <w:tcBorders>
              <w:top w:val="single" w:sz="8" w:space="0" w:color="000000"/>
            </w:tcBorders>
            <w:shd w:val="clear" w:color="auto" w:fill="auto"/>
            <w:tcMar>
              <w:top w:w="35" w:type="dxa"/>
              <w:left w:w="55" w:type="dxa"/>
              <w:bottom w:w="35" w:type="dxa"/>
              <w:right w:w="55" w:type="dxa"/>
            </w:tcMar>
          </w:tcPr>
          <w:p w:rsidR="009217CF" w:rsidRDefault="0079402B">
            <w:pPr>
              <w:spacing w:after="0" w:line="240" w:lineRule="auto"/>
            </w:pPr>
            <w:r>
              <w:t>- HS quan sát, đọc thầm và nêu: Em biết nói về gia đình, biết phòng tránh ngộ độc, biết giữ sạch nhà ở và chia sẻ lợi ích nghề nghiệp yêu thích.</w:t>
            </w:r>
          </w:p>
        </w:tc>
      </w:tr>
      <w:tr w:rsidR="009217CF" w:rsidTr="00B85253">
        <w:trPr>
          <w:jc w:val="center"/>
        </w:trPr>
        <w:tc>
          <w:tcPr>
            <w:tcW w:w="5651" w:type="dxa"/>
            <w:shd w:val="clear" w:color="auto" w:fill="auto"/>
            <w:tcMar>
              <w:top w:w="35" w:type="dxa"/>
              <w:left w:w="55" w:type="dxa"/>
              <w:bottom w:w="35" w:type="dxa"/>
              <w:right w:w="55" w:type="dxa"/>
            </w:tcMar>
          </w:tcPr>
          <w:p w:rsidR="009217CF" w:rsidRDefault="0079402B">
            <w:pPr>
              <w:spacing w:after="0" w:line="240" w:lineRule="auto"/>
            </w:pPr>
            <w:r>
              <w:t>- GV yêu cầu HS tự đánh giá bằng cách giơ ngón tay: Em đã làm tốt điều nào? Em cần cố gắng điều nào?</w:t>
            </w:r>
          </w:p>
        </w:tc>
        <w:tc>
          <w:tcPr>
            <w:tcW w:w="4849" w:type="dxa"/>
            <w:shd w:val="clear" w:color="auto" w:fill="auto"/>
            <w:tcMar>
              <w:top w:w="35" w:type="dxa"/>
              <w:left w:w="55" w:type="dxa"/>
              <w:bottom w:w="35" w:type="dxa"/>
              <w:right w:w="55" w:type="dxa"/>
            </w:tcMar>
          </w:tcPr>
          <w:p w:rsidR="009217CF" w:rsidRDefault="0079402B">
            <w:pPr>
              <w:spacing w:after="0" w:line="240" w:lineRule="auto"/>
            </w:pPr>
            <w:r>
              <w:t xml:space="preserve">- HS tự đánh giá: đã biết giúp mẹ lau bàn, cần cố gắng cất đồ dùng đúng chỗ; đã biết không ăn thức ăn lạ, cần nhắc em nhỏ cùng </w:t>
            </w:r>
            <w:r>
              <w:lastRenderedPageBreak/>
              <w:t>thực hiện.</w:t>
            </w:r>
          </w:p>
        </w:tc>
      </w:tr>
      <w:tr w:rsidR="009217CF" w:rsidTr="00B85253">
        <w:trPr>
          <w:jc w:val="center"/>
        </w:trPr>
        <w:tc>
          <w:tcPr>
            <w:tcW w:w="5651" w:type="dxa"/>
            <w:shd w:val="clear" w:color="auto" w:fill="auto"/>
            <w:tcMar>
              <w:top w:w="35" w:type="dxa"/>
              <w:left w:w="55" w:type="dxa"/>
              <w:bottom w:w="35" w:type="dxa"/>
              <w:right w:w="55" w:type="dxa"/>
            </w:tcMar>
          </w:tcPr>
          <w:p w:rsidR="009217CF" w:rsidRDefault="0079402B">
            <w:pPr>
              <w:spacing w:after="0" w:line="240" w:lineRule="auto"/>
            </w:pPr>
            <w:r>
              <w:lastRenderedPageBreak/>
              <w:t>- GV hệ thống bài: Chủ đề Gia đình giúp chúng ta biết yêu thương, tự bảo vệ, giữ vệ sinh, hợp tác và trân trọng nghề nghiệp của người thân.</w:t>
            </w:r>
          </w:p>
        </w:tc>
        <w:tc>
          <w:tcPr>
            <w:tcW w:w="4849" w:type="dxa"/>
            <w:shd w:val="clear" w:color="auto" w:fill="auto"/>
            <w:tcMar>
              <w:top w:w="35" w:type="dxa"/>
              <w:left w:w="55" w:type="dxa"/>
              <w:bottom w:w="35" w:type="dxa"/>
              <w:right w:w="55" w:type="dxa"/>
            </w:tcMar>
          </w:tcPr>
          <w:p w:rsidR="009217CF" w:rsidRDefault="0079402B">
            <w:pPr>
              <w:spacing w:after="0" w:line="240" w:lineRule="auto"/>
            </w:pPr>
            <w:r>
              <w:t>- HS lắng nghe và nhắc lại nội dung chính.</w:t>
            </w:r>
          </w:p>
        </w:tc>
      </w:tr>
      <w:tr w:rsidR="009217CF" w:rsidTr="00B85253">
        <w:trPr>
          <w:jc w:val="center"/>
        </w:trPr>
        <w:tc>
          <w:tcPr>
            <w:tcW w:w="5651" w:type="dxa"/>
            <w:shd w:val="clear" w:color="auto" w:fill="auto"/>
            <w:tcMar>
              <w:top w:w="35" w:type="dxa"/>
              <w:left w:w="55" w:type="dxa"/>
              <w:bottom w:w="35" w:type="dxa"/>
              <w:right w:w="55" w:type="dxa"/>
            </w:tcMar>
          </w:tcPr>
          <w:p w:rsidR="009217CF" w:rsidRDefault="0079402B">
            <w:pPr>
              <w:spacing w:after="0" w:line="240" w:lineRule="auto"/>
            </w:pPr>
            <w:r>
              <w:t>- GV dặn HS: Về nhà thực hiện một việc làm cụ thể để quan tâm người thân và một việc làm để giữ nhà ở sạch, an toàn; chuẩn bị bài học tiếp theo về chủ đề Trường học.</w:t>
            </w:r>
          </w:p>
        </w:tc>
        <w:tc>
          <w:tcPr>
            <w:tcW w:w="4849" w:type="dxa"/>
            <w:shd w:val="clear" w:color="auto" w:fill="auto"/>
            <w:tcMar>
              <w:top w:w="35" w:type="dxa"/>
              <w:left w:w="55" w:type="dxa"/>
              <w:bottom w:w="35" w:type="dxa"/>
              <w:right w:w="55" w:type="dxa"/>
            </w:tcMar>
          </w:tcPr>
          <w:p w:rsidR="009217CF" w:rsidRDefault="0079402B">
            <w:pPr>
              <w:spacing w:after="0" w:line="240" w:lineRule="auto"/>
            </w:pPr>
            <w:r>
              <w:t>- HS lắng nghe, ghi nhớ nhiệm vụ và chuẩn bị bài sau.</w:t>
            </w:r>
          </w:p>
        </w:tc>
      </w:tr>
    </w:tbl>
    <w:p w:rsidR="009217CF" w:rsidRDefault="0079402B">
      <w:pPr>
        <w:spacing w:after="0" w:line="240" w:lineRule="auto"/>
      </w:pPr>
      <w:r>
        <w:rPr>
          <w:b/>
        </w:rPr>
        <w:t>IV. ĐIỀU CHỈNH SAU TIẾT HỌC (NẾU CÓ):</w:t>
      </w:r>
    </w:p>
    <w:p w:rsidR="009217CF" w:rsidRDefault="0079402B">
      <w:pPr>
        <w:spacing w:after="0" w:line="240" w:lineRule="auto"/>
      </w:pPr>
      <w:r>
        <w:t>…………………………………………………………………………………………………………………………</w:t>
      </w:r>
    </w:p>
    <w:p w:rsidR="009217CF" w:rsidRDefault="0079402B">
      <w:pPr>
        <w:spacing w:after="0" w:line="240" w:lineRule="auto"/>
      </w:pPr>
      <w:r>
        <w:t>…………………………………………………………………………………………………………………………</w:t>
      </w:r>
    </w:p>
    <w:sectPr w:rsidR="009217CF" w:rsidSect="00034616">
      <w:pgSz w:w="12240" w:h="15840"/>
      <w:pgMar w:top="964" w:right="850" w:bottom="79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3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79402B"/>
    <w:rsid w:val="009217CF"/>
    <w:rsid w:val="00AA1D8D"/>
    <w:rsid w:val="00B47730"/>
    <w:rsid w:val="00B85253"/>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eastAsia="Times New Roman" w:hAnsi="Times New Roman"/>
      <w:sz w:val="2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B852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5253"/>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eastAsia="Times New Roman" w:hAnsi="Times New Roman"/>
      <w:sz w:val="2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B852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5253"/>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A74EF-EE07-43EB-8951-16C4B42E1D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7</Pages>
  <Words>2455</Words>
  <Characters>13997</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16420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BAOTRAN</dc:creator>
  <cp:keywords/>
  <dc:description>generated by python-docx</dc:description>
  <cp:lastModifiedBy>Administrator</cp:lastModifiedBy>
  <cp:revision>3</cp:revision>
  <dcterms:created xsi:type="dcterms:W3CDTF">2026-06-10T17:58:00Z</dcterms:created>
  <dcterms:modified xsi:type="dcterms:W3CDTF">2026-08-18T11:02:00Z</dcterms:modified>
  <cp:category/>
</cp:coreProperties>
</file>