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A1B" w:rsidRPr="001618C6" w:rsidRDefault="00492837">
      <w:pPr>
        <w:jc w:val="center"/>
      </w:pPr>
      <w:r w:rsidRPr="001618C6">
        <w:rPr>
          <w:b/>
        </w:rPr>
        <w:t>KẾ HOẠCH BÀI DẠY MÔN HOẠT ĐỘNG TRẢI NGHIỆM LỚP 2</w:t>
      </w:r>
    </w:p>
    <w:p w:rsidR="00F97A1B" w:rsidRPr="001618C6" w:rsidRDefault="00492837">
      <w:pPr>
        <w:jc w:val="center"/>
      </w:pPr>
      <w:r w:rsidRPr="001618C6">
        <w:rPr>
          <w:b/>
        </w:rPr>
        <w:t>CHỦ ĐỀ 2: RÈN NẾP SỐNG</w:t>
      </w:r>
    </w:p>
    <w:p w:rsidR="00F97A1B" w:rsidRPr="001618C6" w:rsidRDefault="00492837">
      <w:pPr>
        <w:jc w:val="center"/>
      </w:pPr>
      <w:r w:rsidRPr="001618C6">
        <w:rPr>
          <w:b/>
        </w:rPr>
        <w:t>TUẦN 6: TIẾT 1</w:t>
      </w:r>
    </w:p>
    <w:p w:rsidR="00F97A1B" w:rsidRPr="001618C6" w:rsidRDefault="00492837">
      <w:pPr>
        <w:jc w:val="center"/>
      </w:pPr>
      <w:r w:rsidRPr="001618C6">
        <w:rPr>
          <w:b/>
        </w:rPr>
        <w:t>SINH HOẠT DƯỚI CỜ: HÁT, ĐỌC THƠ VỀ ĐỒ DÙNG HỌC TẬP</w:t>
      </w:r>
    </w:p>
    <w:p w:rsidR="00F97A1B" w:rsidRPr="001618C6" w:rsidRDefault="00492837">
      <w:pPr>
        <w:jc w:val="center"/>
      </w:pPr>
      <w:r w:rsidRPr="001618C6">
        <w:rPr>
          <w:b/>
        </w:rPr>
        <w:t>Thời gian thực hiện: ...</w:t>
      </w:r>
    </w:p>
    <w:p w:rsidR="00F97A1B" w:rsidRPr="001618C6" w:rsidRDefault="00492837">
      <w:pPr>
        <w:jc w:val="center"/>
      </w:pPr>
      <w:r w:rsidRPr="001618C6">
        <w:rPr>
          <w:b/>
        </w:rPr>
        <w:t>HÌNH THỨC TỔ CHỨC: TRÌNH DIỄN SÂN KHẤU</w:t>
      </w:r>
    </w:p>
    <w:p w:rsidR="00F97A1B" w:rsidRPr="001618C6" w:rsidRDefault="00492837">
      <w:r w:rsidRPr="001618C6">
        <w:rPr>
          <w:b/>
        </w:rPr>
        <w:t>I. YÊU CẦU CẦN ĐẠT:</w:t>
      </w:r>
    </w:p>
    <w:p w:rsidR="00F97A1B" w:rsidRPr="001618C6" w:rsidRDefault="00492837">
      <w:r w:rsidRPr="001618C6">
        <w:rPr>
          <w:b/>
          <w:i/>
        </w:rPr>
        <w:t>1. Năng lực đặc thù</w:t>
      </w:r>
    </w:p>
    <w:p w:rsidR="00F97A1B" w:rsidRPr="001618C6" w:rsidRDefault="00492837">
      <w:r w:rsidRPr="001618C6">
        <w:t>- HS tham gia nghiêm túc hoạt động sinh hoạt dưới cờ; hát, đọc thơ hoặc theo dõi biểu diễn về đồ dùng học tập.</w:t>
      </w:r>
    </w:p>
    <w:p w:rsidR="00F97A1B" w:rsidRDefault="00492837">
      <w:r w:rsidRPr="001618C6">
        <w:t xml:space="preserve">- HS nhận biết được tên, công dụng của một số đồ dùng và biết nêu cách giữ gìn </w:t>
      </w:r>
      <w:r>
        <w:t>để đồ dùng bền, sạch, dễ tìm.</w:t>
      </w:r>
    </w:p>
    <w:p w:rsidR="00F97A1B" w:rsidRDefault="00492837">
      <w:r>
        <w:t>- HS biết cổ vũ, nhận xét tích cực và lựa chọn một việc cụ thể để chăm sóc góc học tập.</w:t>
      </w:r>
    </w:p>
    <w:p w:rsidR="00F97A1B" w:rsidRDefault="00492837">
      <w:r>
        <w:rPr>
          <w:b/>
          <w:i/>
        </w:rPr>
        <w:t>2. Năng lực chung</w:t>
      </w:r>
    </w:p>
    <w:p w:rsidR="00F97A1B" w:rsidRDefault="00492837">
      <w:r>
        <w:t>- Năng lực tự chủ và tự học: Biết chuẩn bị, tập trung theo dõi và tự tin tham gia biểu diễn.</w:t>
      </w:r>
    </w:p>
    <w:p w:rsidR="00F97A1B" w:rsidRDefault="00492837">
      <w:r>
        <w:t>- Năng lực giao tiếp và hợp tác: Biết phối hợp lời hát, lời thơ, động tác; lắng nghe và cổ vũ bạn.</w:t>
      </w:r>
    </w:p>
    <w:p w:rsidR="00F97A1B" w:rsidRDefault="00492837">
      <w:r>
        <w:t>- Năng lực giải quyết vấn đề và sáng tạo: Biết lựa chọn đạo cụ, động tác minh họa và đề xuất cách giữ gìn đồ dùng.</w:t>
      </w:r>
    </w:p>
    <w:p w:rsidR="00F97A1B" w:rsidRDefault="00492837">
      <w:r>
        <w:rPr>
          <w:b/>
          <w:i/>
        </w:rPr>
        <w:t>3. Phẩm chất</w:t>
      </w:r>
    </w:p>
    <w:p w:rsidR="00F97A1B" w:rsidRDefault="00492837">
      <w:r>
        <w:t>- Chăm chỉ: Có ý thức chuẩn bị và tích cực tham gia.</w:t>
      </w:r>
    </w:p>
    <w:p w:rsidR="00F97A1B" w:rsidRDefault="00492837">
      <w:r>
        <w:t>- Trách nhiệm: Giữ gìn đồ dùng học tập, thực hiện đúng nội quy và bảo quản đạo cụ.</w:t>
      </w:r>
    </w:p>
    <w:p w:rsidR="00F97A1B" w:rsidRDefault="00492837">
      <w:r>
        <w:t>- Nhân ái: Biết cổ vũ, tôn trọng sự cố gắng và hỗ trợ bạn trong biểu diễn.</w:t>
      </w:r>
    </w:p>
    <w:p w:rsidR="00F97A1B" w:rsidRDefault="00492837">
      <w:r>
        <w:rPr>
          <w:b/>
          <w:color w:val="FF0000"/>
        </w:rPr>
        <w:t>II. CHUẨN BỊ:</w:t>
      </w:r>
    </w:p>
    <w:p w:rsidR="00F97A1B" w:rsidRDefault="00492837">
      <w:r>
        <w:t>- GV: Kế hoạch sinh hoạt dưới cờ; bài hát, bài thơ về đồ dùng học tập; nhạc nền; một số đồ dùng minh họa; bảng từ SÁCH - VỞ - BÚT - THƯỚC - CẶP; tranh SGK.</w:t>
      </w:r>
    </w:p>
    <w:p w:rsidR="00F97A1B" w:rsidRDefault="00492837">
      <w:r>
        <w:t>- HS: Đồ dùng học tập quen thuộc; bài thơ hoặc bài hát đã được phân công; trang phục gọn gàng; tâm thế tự tin tham gia.</w:t>
      </w:r>
    </w:p>
    <w:p w:rsidR="00F97A1B" w:rsidRDefault="00492837">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F97A1B" w:rsidTr="001618C6">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F97A1B" w:rsidRDefault="00492837">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F97A1B" w:rsidRDefault="00492837">
            <w:pPr>
              <w:jc w:val="center"/>
            </w:pPr>
            <w:r>
              <w:rPr>
                <w:b/>
              </w:rPr>
              <w:t>HOẠT ĐỘNG CỦA HỌC SINH</w:t>
            </w:r>
          </w:p>
        </w:tc>
      </w:tr>
      <w:tr w:rsidR="00F97A1B" w:rsidTr="001618C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
              <w:rPr>
                <w:b/>
              </w:rPr>
              <w:t>1. TRƯỚC BUỔI TRẢI NGHIỆM</w:t>
            </w:r>
          </w:p>
          <w:p w:rsidR="00F97A1B" w:rsidRDefault="00492837">
            <w:r>
              <w:rPr>
                <w:b/>
              </w:rPr>
              <w:t xml:space="preserve">- Mục tiêu: </w:t>
            </w:r>
            <w:r>
              <w:t>HS ổn định đội hình, biết nhiệm vụ nghe - quan sát và chuẩn bị tham gia biểu diễn, giao lưu.</w:t>
            </w:r>
          </w:p>
          <w:p w:rsidR="00F97A1B" w:rsidRDefault="00492837">
            <w:r>
              <w:rPr>
                <w:b/>
                <w:i/>
              </w:rPr>
              <w:t>* Cách tiến hành:</w:t>
            </w:r>
          </w:p>
        </w:tc>
      </w:tr>
      <w:tr w:rsidR="00F97A1B" w:rsidTr="001618C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
              <w:t>- GV phối hợp với Tổng phụ trách Đội kiểm tra âm thanh, nhạc nền, đạo cụ, vị trí biểu diễn; tổ chức nghi lễ chào cờ.</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
              <w:t>- HS tập hợp đúng vị trí, thực hiện nghi lễ chào cờ và giữ trật tự.</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lastRenderedPageBreak/>
              <w:t>- GV giao nhiệm vụ: Khi nghe hát, đọc thơ, các em tìm tên đồ dùng, công dụng và lời nhắc giữ gìn đồ dùng.</w:t>
            </w:r>
          </w:p>
        </w:tc>
        <w:tc>
          <w:tcPr>
            <w:tcW w:w="4586" w:type="dxa"/>
            <w:shd w:val="clear" w:color="auto" w:fill="auto"/>
            <w:tcMar>
              <w:top w:w="70" w:type="dxa"/>
              <w:left w:w="90" w:type="dxa"/>
              <w:bottom w:w="70" w:type="dxa"/>
              <w:right w:w="90" w:type="dxa"/>
            </w:tcMar>
            <w:vAlign w:val="center"/>
          </w:tcPr>
          <w:p w:rsidR="00F97A1B" w:rsidRDefault="00492837">
            <w:r>
              <w:t>- HS ghi nhớ ba nội dung cần nghe và chuẩn bị trả lời.</w:t>
            </w:r>
          </w:p>
        </w:tc>
      </w:tr>
      <w:tr w:rsidR="00F97A1B" w:rsidTr="001618C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97A1B" w:rsidRDefault="00492837">
            <w:r>
              <w:t>- GV mời các nhóm biểu diễn kiểm tra đạo cụ, vị trí, nhạc; nhắc chỉ cầm đồ dùng đúng cách, không ném hoặc đùa nghịch.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97A1B" w:rsidRDefault="00492837">
            <w:r>
              <w:t>- HS được phân công chuẩn bị; các HS khác sẵn sàng theo dõi và cổ vũ.</w:t>
            </w:r>
          </w:p>
        </w:tc>
      </w:tr>
      <w:tr w:rsidR="00F97A1B" w:rsidTr="001618C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
              <w:rPr>
                <w:b/>
              </w:rPr>
              <w:t>2. TRONG BUỔI TRẢI NGHIỆM</w:t>
            </w:r>
          </w:p>
          <w:p w:rsidR="00F97A1B" w:rsidRDefault="00492837">
            <w:r>
              <w:rPr>
                <w:b/>
              </w:rPr>
              <w:t xml:space="preserve">- Mục tiêu: </w:t>
            </w:r>
            <w:r>
              <w:t>HS thưởng thức, tham gia biểu diễn, nhận biết vai trò của đồ dùng học tập và rút ra cách sử dụng, bảo quản phù hợp.</w:t>
            </w:r>
          </w:p>
          <w:p w:rsidR="00F97A1B" w:rsidRDefault="00492837">
            <w:r>
              <w:rPr>
                <w:b/>
                <w:i/>
              </w:rPr>
              <w:t>* Cách tiến hành:</w:t>
            </w:r>
          </w:p>
        </w:tc>
      </w:tr>
      <w:tr w:rsidR="00F97A1B" w:rsidTr="001618C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
              <w:rPr>
                <w:b/>
              </w:rPr>
              <w:t>Dẫn dắt</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
              <w:t>- HS tập trung theo dõi phần mở đầu.</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cùng HS chào các thầy cô và các bạn đang có mặt tại sân trường.</w:t>
            </w:r>
          </w:p>
        </w:tc>
        <w:tc>
          <w:tcPr>
            <w:tcW w:w="4586" w:type="dxa"/>
            <w:shd w:val="clear" w:color="auto" w:fill="auto"/>
            <w:tcMar>
              <w:top w:w="70" w:type="dxa"/>
              <w:left w:w="90" w:type="dxa"/>
              <w:bottom w:w="70" w:type="dxa"/>
              <w:right w:w="90" w:type="dxa"/>
            </w:tcMar>
            <w:vAlign w:val="center"/>
          </w:tcPr>
          <w:p w:rsidR="00F97A1B" w:rsidRDefault="00492837">
            <w:r>
              <w:t>- HS đáp lời chào, ổn định tư thế và sẵn sàng tham gia.</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đưa ra câu đố: “Thân em dài, ruột em đen; khi em làm việc, chữ hiện trên trang” và mời HS đoán tên đồ dùng.</w:t>
            </w:r>
          </w:p>
        </w:tc>
        <w:tc>
          <w:tcPr>
            <w:tcW w:w="4586" w:type="dxa"/>
            <w:shd w:val="clear" w:color="auto" w:fill="auto"/>
            <w:tcMar>
              <w:top w:w="70" w:type="dxa"/>
              <w:left w:w="90" w:type="dxa"/>
              <w:bottom w:w="70" w:type="dxa"/>
              <w:right w:w="90" w:type="dxa"/>
            </w:tcMar>
            <w:vAlign w:val="center"/>
          </w:tcPr>
          <w:p w:rsidR="00F97A1B" w:rsidRDefault="00492837">
            <w:r>
              <w:t>- HS suy nghĩ, trả lời “bút chì/bút” và nêu công dụng.</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giới thiệu chủ đề “Những người bạn học tập” và mời HS chú ý xem mỗi bài hát, bài thơ nhắc đến người bạn nào.</w:t>
            </w:r>
          </w:p>
        </w:tc>
        <w:tc>
          <w:tcPr>
            <w:tcW w:w="4586" w:type="dxa"/>
            <w:shd w:val="clear" w:color="auto" w:fill="auto"/>
            <w:tcMar>
              <w:top w:w="70" w:type="dxa"/>
              <w:left w:w="90" w:type="dxa"/>
              <w:bottom w:w="70" w:type="dxa"/>
              <w:right w:w="90" w:type="dxa"/>
            </w:tcMar>
            <w:vAlign w:val="center"/>
          </w:tcPr>
          <w:p w:rsidR="00F97A1B" w:rsidRDefault="00492837">
            <w:r>
              <w:t>- HS vỗ tay chào đón các tiết mục và chuẩn bị gọi tên đồ dùng.</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rPr>
                <w:b/>
              </w:rPr>
              <w:t>Biểu diễn</w:t>
            </w:r>
          </w:p>
        </w:tc>
        <w:tc>
          <w:tcPr>
            <w:tcW w:w="4586" w:type="dxa"/>
            <w:shd w:val="clear" w:color="auto" w:fill="auto"/>
            <w:tcMar>
              <w:top w:w="70" w:type="dxa"/>
              <w:left w:w="90" w:type="dxa"/>
              <w:bottom w:w="70" w:type="dxa"/>
              <w:right w:w="90" w:type="dxa"/>
            </w:tcMar>
            <w:vAlign w:val="center"/>
          </w:tcPr>
          <w:p w:rsidR="00F97A1B" w:rsidRDefault="00492837">
            <w:r>
              <w:t>- HS theo dõi, tham gia hát, đọc thơ và quan sát động tác minh họa.</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tổ chức cho cá nhân, nhóm hoặc lớp trình bày bài hát, bài thơ về sách, vở, bút, thước, cặp hoặc góc học tập.</w:t>
            </w:r>
          </w:p>
          <w:p w:rsidR="00F97A1B" w:rsidRDefault="00F97A1B">
            <w:pPr>
              <w:jc w:val="center"/>
            </w:pPr>
          </w:p>
        </w:tc>
        <w:tc>
          <w:tcPr>
            <w:tcW w:w="4586" w:type="dxa"/>
            <w:shd w:val="clear" w:color="auto" w:fill="auto"/>
            <w:tcMar>
              <w:top w:w="70" w:type="dxa"/>
              <w:left w:w="90" w:type="dxa"/>
              <w:bottom w:w="70" w:type="dxa"/>
              <w:right w:w="90" w:type="dxa"/>
            </w:tcMar>
            <w:vAlign w:val="center"/>
          </w:tcPr>
          <w:p w:rsidR="00F97A1B" w:rsidRDefault="00492837">
            <w:r>
              <w:t>- HS biểu diễn theo phân công; các HS khác lắng nghe, vỗ tay cổ vũ.</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Trong mỗi tiết mục, GV mời người biểu diễn dùng động tác mở sách, viết bài, kẻ thước, đeo cặp hoặc xếp đồ dùng để minh họa.</w:t>
            </w:r>
          </w:p>
        </w:tc>
        <w:tc>
          <w:tcPr>
            <w:tcW w:w="4586" w:type="dxa"/>
            <w:shd w:val="clear" w:color="auto" w:fill="auto"/>
            <w:tcMar>
              <w:top w:w="70" w:type="dxa"/>
              <w:left w:w="90" w:type="dxa"/>
              <w:bottom w:w="70" w:type="dxa"/>
              <w:right w:w="90" w:type="dxa"/>
            </w:tcMar>
            <w:vAlign w:val="center"/>
          </w:tcPr>
          <w:p w:rsidR="00F97A1B" w:rsidRDefault="00492837">
            <w:r>
              <w:t>- HS phối hợp lời hát, lời thơ với động tác phù hợp, sử dụng đạo cụ cẩn thận.</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tổ chức trò chơi “Nghe lời thơ - Giơ đúng đồ”: khi nghe tên hoặc công dụng, đại diện lớp giơ thẻ hay đồ dùng tương ứng.</w:t>
            </w:r>
          </w:p>
        </w:tc>
        <w:tc>
          <w:tcPr>
            <w:tcW w:w="4586" w:type="dxa"/>
            <w:shd w:val="clear" w:color="auto" w:fill="auto"/>
            <w:tcMar>
              <w:top w:w="70" w:type="dxa"/>
              <w:left w:w="90" w:type="dxa"/>
              <w:bottom w:w="70" w:type="dxa"/>
              <w:right w:w="90" w:type="dxa"/>
            </w:tcMar>
            <w:vAlign w:val="center"/>
          </w:tcPr>
          <w:p w:rsidR="00F97A1B" w:rsidRDefault="00492837">
            <w:r>
              <w:t>- HS lắng nghe nhanh, lựa chọn đúng đồ dùng và cổ vũ đội bạn.</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rPr>
                <w:b/>
              </w:rPr>
              <w:t>Giao lưu và kết luận</w:t>
            </w:r>
          </w:p>
        </w:tc>
        <w:tc>
          <w:tcPr>
            <w:tcW w:w="4586" w:type="dxa"/>
            <w:shd w:val="clear" w:color="auto" w:fill="auto"/>
            <w:tcMar>
              <w:top w:w="70" w:type="dxa"/>
              <w:left w:w="90" w:type="dxa"/>
              <w:bottom w:w="70" w:type="dxa"/>
              <w:right w:w="90" w:type="dxa"/>
            </w:tcMar>
            <w:vAlign w:val="center"/>
          </w:tcPr>
          <w:p w:rsidR="00F97A1B" w:rsidRDefault="00492837">
            <w:r>
              <w:t>- HS chuẩn bị trả lời, nhận xét và nêu việc làm chăm sóc đồ dùng.</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lastRenderedPageBreak/>
              <w:t>- GV hỏi: “Trong các tiết mục, em nghe thấy những đồ dùng nào? Nếu thiếu một đồ dùng, việc học có thể gặp khó khăn gì?”.</w:t>
            </w:r>
          </w:p>
        </w:tc>
        <w:tc>
          <w:tcPr>
            <w:tcW w:w="4586" w:type="dxa"/>
            <w:shd w:val="clear" w:color="auto" w:fill="auto"/>
            <w:tcMar>
              <w:top w:w="70" w:type="dxa"/>
              <w:left w:w="90" w:type="dxa"/>
              <w:bottom w:w="70" w:type="dxa"/>
              <w:right w:w="90" w:type="dxa"/>
            </w:tcMar>
            <w:vAlign w:val="center"/>
          </w:tcPr>
          <w:p w:rsidR="00F97A1B" w:rsidRDefault="00492837">
            <w:r>
              <w:t>- HS gọi tên đồ dùng, nêu công dụng và khó khăn khi không chuẩn bị đầy đủ.</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mời HS nhận xét điều mình thích trong phần biểu diễn của bạn bằng mẫu: “Mình thích... vì...”.</w:t>
            </w:r>
          </w:p>
        </w:tc>
        <w:tc>
          <w:tcPr>
            <w:tcW w:w="4586" w:type="dxa"/>
            <w:shd w:val="clear" w:color="auto" w:fill="auto"/>
            <w:tcMar>
              <w:top w:w="70" w:type="dxa"/>
              <w:left w:w="90" w:type="dxa"/>
              <w:bottom w:w="70" w:type="dxa"/>
              <w:right w:w="90" w:type="dxa"/>
            </w:tcMar>
            <w:vAlign w:val="center"/>
          </w:tcPr>
          <w:p w:rsidR="00F97A1B" w:rsidRDefault="00492837">
            <w:r>
              <w:t>- HS nhận xét tích cực, cụ thể; không chê bai hoặc so sánh làm bạn buồn.</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hỏi: “Để sách vở, bút thước và cặp luôn bền đẹp, dễ tìm, em cần làm gì trước và sau mỗi buổi học?”.</w:t>
            </w:r>
          </w:p>
        </w:tc>
        <w:tc>
          <w:tcPr>
            <w:tcW w:w="4586" w:type="dxa"/>
            <w:shd w:val="clear" w:color="auto" w:fill="auto"/>
            <w:tcMar>
              <w:top w:w="70" w:type="dxa"/>
              <w:left w:w="90" w:type="dxa"/>
              <w:bottom w:w="70" w:type="dxa"/>
              <w:right w:w="90" w:type="dxa"/>
            </w:tcMar>
            <w:vAlign w:val="center"/>
          </w:tcPr>
          <w:p w:rsidR="00F97A1B" w:rsidRDefault="00492837">
            <w:r>
              <w:t>- HS nêu: chuẩn bị đủ, dùng đúng mục đích, không vẽ bậy, lau sạch, gọt bút, phân loại và cất đúng chỗ.</w:t>
            </w:r>
          </w:p>
        </w:tc>
      </w:tr>
      <w:tr w:rsidR="00F97A1B" w:rsidTr="001618C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97A1B" w:rsidRDefault="00492837">
            <w:r>
              <w:t>- GV cùng HS đọc thông điệp: “Đồ dùng là bạn - Dùng đúng, giữ bền - Cất gọn mỗi ngày!”.</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97A1B" w:rsidRDefault="00492837">
            <w:r>
              <w:t>- HS đồng thanh đọc thông điệp và thực hiện động tác sắp xếp đồ dùng.</w:t>
            </w:r>
          </w:p>
        </w:tc>
      </w:tr>
      <w:tr w:rsidR="00F97A1B" w:rsidTr="001618C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
              <w:rPr>
                <w:b/>
              </w:rPr>
              <w:t>3. SAU BUỔI TRẢI NGHIỆM</w:t>
            </w:r>
          </w:p>
          <w:p w:rsidR="00F97A1B" w:rsidRDefault="00492837">
            <w:r>
              <w:rPr>
                <w:b/>
              </w:rPr>
              <w:t xml:space="preserve">- Mục tiêu: </w:t>
            </w:r>
            <w:r>
              <w:t>HS kiểm tra, chăm sóc đồ dùng cá nhân và chuẩn bị chia sẻ về góc học tập của mình.</w:t>
            </w:r>
          </w:p>
          <w:p w:rsidR="00F97A1B" w:rsidRDefault="00492837">
            <w:r>
              <w:rPr>
                <w:b/>
                <w:i/>
              </w:rPr>
              <w:t>* Cách tiến hành:</w:t>
            </w:r>
          </w:p>
        </w:tc>
      </w:tr>
      <w:tr w:rsidR="00F97A1B" w:rsidTr="001618C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
              <w:rPr>
                <w:b/>
              </w:rPr>
              <w:t>Chăm bạn nhỏ của em</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
              <w:t>- HS lắng nghe nhiệm vụ sau buổi trải nghiệm.</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đề nghị khi trở về lớp, mỗi HS kiểm tra nhanh cặp sách: đồ dùng nào đang đúng chỗ, đồ dùng nào cần lau, gọt hoặc bổ sung.</w:t>
            </w:r>
          </w:p>
        </w:tc>
        <w:tc>
          <w:tcPr>
            <w:tcW w:w="4586" w:type="dxa"/>
            <w:shd w:val="clear" w:color="auto" w:fill="auto"/>
            <w:tcMar>
              <w:top w:w="70" w:type="dxa"/>
              <w:left w:w="90" w:type="dxa"/>
              <w:bottom w:w="70" w:type="dxa"/>
              <w:right w:w="90" w:type="dxa"/>
            </w:tcMar>
            <w:vAlign w:val="center"/>
          </w:tcPr>
          <w:p w:rsidR="00F97A1B" w:rsidRDefault="00492837">
            <w:r>
              <w:t>- HS kiểm tra, sắp xếp lại cặp sách và báo với GV khi thiếu hoặc có đồ dùng hỏng.</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gợi ý HS về nhà quan sát bàn học, góc học tập; chọn một đồ dùng yêu quý để chuẩn bị kể tên, công dụng và kỉ niệm gắn với đồ dùng đó.</w:t>
            </w:r>
          </w:p>
        </w:tc>
        <w:tc>
          <w:tcPr>
            <w:tcW w:w="4586" w:type="dxa"/>
            <w:shd w:val="clear" w:color="auto" w:fill="auto"/>
            <w:tcMar>
              <w:top w:w="70" w:type="dxa"/>
              <w:left w:w="90" w:type="dxa"/>
              <w:bottom w:w="70" w:type="dxa"/>
              <w:right w:w="90" w:type="dxa"/>
            </w:tcMar>
            <w:vAlign w:val="center"/>
          </w:tcPr>
          <w:p w:rsidR="00F97A1B" w:rsidRDefault="00492837">
            <w:r>
              <w:t>- HS ghi nhớ, thực hiện ở nhà và chuẩn bị chia sẻ trong tiết học theo chủ đề.</w:t>
            </w:r>
          </w:p>
        </w:tc>
      </w:tr>
    </w:tbl>
    <w:p w:rsidR="00F97A1B" w:rsidRDefault="00492837">
      <w:r>
        <w:rPr>
          <w:b/>
          <w:color w:val="FF0000"/>
        </w:rPr>
        <w:t>IV. ĐIỀU CHỈNH SAU BÀI DẠY:</w:t>
      </w:r>
    </w:p>
    <w:p w:rsidR="00F97A1B" w:rsidRDefault="00492837">
      <w:r>
        <w:t>................................................................................................................</w:t>
      </w:r>
    </w:p>
    <w:p w:rsidR="00F97A1B" w:rsidRDefault="00492837">
      <w:r>
        <w:t>................................................................................................................</w:t>
      </w:r>
    </w:p>
    <w:p w:rsidR="00F97A1B" w:rsidRDefault="00492837">
      <w:r>
        <w:t>................................................................................................................</w:t>
      </w:r>
    </w:p>
    <w:p w:rsidR="00F97A1B" w:rsidRPr="001618C6" w:rsidRDefault="00492837">
      <w:pPr>
        <w:pageBreakBefore/>
        <w:jc w:val="center"/>
      </w:pPr>
      <w:r w:rsidRPr="001618C6">
        <w:rPr>
          <w:b/>
        </w:rPr>
        <w:lastRenderedPageBreak/>
        <w:t>KẾ HOẠCH BÀI DẠY MÔN HOẠT ĐỘNG TRẢI NGHIỆM LỚP 2</w:t>
      </w:r>
    </w:p>
    <w:p w:rsidR="00F97A1B" w:rsidRPr="001618C6" w:rsidRDefault="00492837">
      <w:pPr>
        <w:jc w:val="center"/>
      </w:pPr>
      <w:r w:rsidRPr="001618C6">
        <w:rPr>
          <w:b/>
        </w:rPr>
        <w:t>CHỦ ĐỀ 2: RÈN NẾP SỐNG</w:t>
      </w:r>
    </w:p>
    <w:p w:rsidR="00F97A1B" w:rsidRPr="001618C6" w:rsidRDefault="00492837">
      <w:pPr>
        <w:jc w:val="center"/>
      </w:pPr>
      <w:r w:rsidRPr="001618C6">
        <w:rPr>
          <w:b/>
        </w:rPr>
        <w:t>TUẦN 6: TIẾT 2</w:t>
      </w:r>
    </w:p>
    <w:p w:rsidR="00F97A1B" w:rsidRPr="001618C6" w:rsidRDefault="00492837">
      <w:pPr>
        <w:jc w:val="center"/>
      </w:pPr>
      <w:r w:rsidRPr="001618C6">
        <w:rPr>
          <w:b/>
        </w:rPr>
        <w:t>HOẠT ĐỘNG GIÁO DỤC THEO CHỦ ĐỀ: GÓC HỌC TẬP CỦA EM</w:t>
      </w:r>
    </w:p>
    <w:p w:rsidR="00F97A1B" w:rsidRPr="001618C6" w:rsidRDefault="00492837">
      <w:pPr>
        <w:jc w:val="center"/>
      </w:pPr>
      <w:r w:rsidRPr="001618C6">
        <w:rPr>
          <w:b/>
        </w:rPr>
        <w:t>Thời gian thực hiện: ...</w:t>
      </w:r>
    </w:p>
    <w:p w:rsidR="00F97A1B" w:rsidRPr="001618C6" w:rsidRDefault="00492837">
      <w:r w:rsidRPr="001618C6">
        <w:rPr>
          <w:b/>
        </w:rPr>
        <w:t>I. YÊU CẦU CẦN ĐẠT:</w:t>
      </w:r>
    </w:p>
    <w:p w:rsidR="00F97A1B" w:rsidRPr="001618C6" w:rsidRDefault="00492837">
      <w:r w:rsidRPr="001618C6">
        <w:rPr>
          <w:b/>
          <w:i/>
        </w:rPr>
        <w:t>1. Năng lực đặc thù</w:t>
      </w:r>
    </w:p>
    <w:p w:rsidR="00F97A1B" w:rsidRPr="001618C6" w:rsidRDefault="00492837">
      <w:r w:rsidRPr="001618C6">
        <w:t>- HS biết sắp xếp đồ dùng học tập, đồ dùng cá nhân gọn gàng, ngăn nắp.</w:t>
      </w:r>
    </w:p>
    <w:p w:rsidR="00F97A1B" w:rsidRPr="001618C6" w:rsidRDefault="00492837">
      <w:r w:rsidRPr="001618C6">
        <w:t>- HS nói được tình cảm, kỉ niệm gắn với một đồ dùng học tập.</w:t>
      </w:r>
    </w:p>
    <w:p w:rsidR="00F97A1B" w:rsidRPr="001618C6" w:rsidRDefault="00492837">
      <w:r w:rsidRPr="001618C6">
        <w:t>- HS tự làm được một vật dụng đơn giản để đựng đồ dùng học tập.</w:t>
      </w:r>
    </w:p>
    <w:p w:rsidR="00F97A1B" w:rsidRPr="001618C6" w:rsidRDefault="00492837">
      <w:r w:rsidRPr="001618C6">
        <w:rPr>
          <w:b/>
          <w:i/>
        </w:rPr>
        <w:t>2. Năng lực chung</w:t>
      </w:r>
    </w:p>
    <w:p w:rsidR="00F97A1B" w:rsidRPr="001618C6" w:rsidRDefault="00492837">
      <w:r w:rsidRPr="001618C6">
        <w:t>- Năng lực tự chủ và tự học: Chủ động quan sát, sắp xếp và giữ gìn đồ dùng cá nhân.</w:t>
      </w:r>
    </w:p>
    <w:p w:rsidR="00F97A1B" w:rsidRPr="001618C6" w:rsidRDefault="00492837">
      <w:r w:rsidRPr="001618C6">
        <w:t>- Năng lực giao tiếp và hợp tác: Biết phỏng vấn, chia sẻ, lắng nghe và hỗ trợ bạn.</w:t>
      </w:r>
    </w:p>
    <w:p w:rsidR="00F97A1B" w:rsidRDefault="00492837">
      <w:r>
        <w:t>- Năng lực giải quyết vấn đề và sáng tạo: Biết lựa chọn cách sắp xếp, vật liệu và cách làm sản phẩm hợp lí.</w:t>
      </w:r>
    </w:p>
    <w:p w:rsidR="00F97A1B" w:rsidRDefault="00492837">
      <w:r>
        <w:rPr>
          <w:b/>
          <w:i/>
        </w:rPr>
        <w:t>3. Phẩm chất</w:t>
      </w:r>
    </w:p>
    <w:p w:rsidR="00F97A1B" w:rsidRDefault="00492837">
      <w:r>
        <w:t>- Nhân ái: Biết quý trọng đồ dùng, công sức của người làm ra và hỗ trợ bạn khi cần.</w:t>
      </w:r>
    </w:p>
    <w:p w:rsidR="00F97A1B" w:rsidRDefault="00492837">
      <w:r>
        <w:t>- Chăm chỉ: Thường xuyên sắp xếp đồ dùng học tập cẩn thận, gọn gàng.</w:t>
      </w:r>
    </w:p>
    <w:p w:rsidR="00F97A1B" w:rsidRDefault="00492837">
      <w:r>
        <w:t>- Trách nhiệm: Giữ gìn góc học tập sạch đẹp, sử dụng vật liệu và dụng cụ an toàn.</w:t>
      </w:r>
    </w:p>
    <w:p w:rsidR="00F97A1B" w:rsidRDefault="00492837">
      <w:r>
        <w:rPr>
          <w:b/>
          <w:i/>
          <w:color w:val="FF0000"/>
        </w:rPr>
        <w:t>4. Tích hợp</w:t>
      </w:r>
    </w:p>
    <w:p w:rsidR="00F97A1B" w:rsidRDefault="00492837">
      <w:r>
        <w:rPr>
          <w:color w:val="FF0000"/>
        </w:rPr>
        <w:t>- Giáo dục đạo đức, lối sống: HS biết sống gọn gàng, tiết kiệm và có trách nhiệm với bản thân; biết giữ gìn đồ dùng học tập.</w:t>
      </w:r>
    </w:p>
    <w:p w:rsidR="00F97A1B" w:rsidRDefault="00492837">
      <w:r>
        <w:rPr>
          <w:color w:val="FF0000"/>
        </w:rPr>
        <w:t>- Tích hợp bảo vệ môi trường: HS tận dụng vật liệu đã qua sử dụng để làm đồ đựng học tập; hình thành thói quen tiết kiệm và giữ góc học tập sạch đẹp.</w:t>
      </w:r>
    </w:p>
    <w:p w:rsidR="00F97A1B" w:rsidRDefault="00492837">
      <w:r>
        <w:rPr>
          <w:b/>
          <w:color w:val="FF0000"/>
        </w:rPr>
        <w:t>II. CHUẨN BỊ:</w:t>
      </w:r>
    </w:p>
    <w:p w:rsidR="00F97A1B" w:rsidRDefault="00492837">
      <w:r>
        <w:t>- GV: Máy tính, tivi; tranh SGK; một số vật dụng đựng đồ dùng học tập tự làm; lõi giấy, hộp sạch, bìa màu, bút dạ, keo dán.</w:t>
      </w:r>
    </w:p>
    <w:p w:rsidR="00F97A1B" w:rsidRDefault="00492837">
      <w:r>
        <w:t>- HS: SGK; cặp sách và đồ dùng học tập; bìa màu, bút, keo dán; vật liệu sạch, an toàn đã qua sử dụng theo hướng dẫn.</w:t>
      </w:r>
    </w:p>
    <w:p w:rsidR="00F97A1B" w:rsidRDefault="00492837">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F97A1B" w:rsidTr="001618C6">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F97A1B" w:rsidRDefault="00492837">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F97A1B" w:rsidRDefault="00492837">
            <w:pPr>
              <w:jc w:val="center"/>
            </w:pPr>
            <w:r>
              <w:rPr>
                <w:b/>
              </w:rPr>
              <w:t>HOẠT ĐỘNG CỦA HỌC SINH</w:t>
            </w:r>
          </w:p>
        </w:tc>
      </w:tr>
      <w:tr w:rsidR="00F97A1B" w:rsidTr="001618C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
              <w:rPr>
                <w:b/>
              </w:rPr>
              <w:t>1. KHỞI ĐỘNG</w:t>
            </w:r>
          </w:p>
          <w:p w:rsidR="00F97A1B" w:rsidRDefault="00492837">
            <w:r>
              <w:rPr>
                <w:b/>
              </w:rPr>
              <w:t>- Mục tiêu:</w:t>
            </w:r>
          </w:p>
          <w:p w:rsidR="00F97A1B" w:rsidRDefault="00492837">
            <w:r>
              <w:t>- Gợi lại kinh nghiệm, cảm xúc của HS với đồ dùng học tập.</w:t>
            </w:r>
          </w:p>
          <w:p w:rsidR="00F97A1B" w:rsidRDefault="00492837">
            <w:r>
              <w:t>- Tạo tâm thế hứng thú để HS tiếp cận chủ đề.</w:t>
            </w:r>
          </w:p>
          <w:p w:rsidR="00F97A1B" w:rsidRDefault="00492837">
            <w:r>
              <w:rPr>
                <w:b/>
                <w:i/>
              </w:rPr>
              <w:t>* Cách tiến hành:</w:t>
            </w:r>
          </w:p>
        </w:tc>
      </w:tr>
      <w:tr w:rsidR="00F97A1B" w:rsidTr="001618C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
              <w:t>- GV cho HS đọc bài thơ “Đồ của tớ”.</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
              <w:t>- HS đọc đồng thanh hoặc nối tiếp theo hướng dẫn.</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lastRenderedPageBreak/>
              <w:t>- GV hỏi: Trong bài thơ có những đồ dùng nào? Em yêu quý đồ dùng học tập nào nhất?</w:t>
            </w:r>
          </w:p>
        </w:tc>
        <w:tc>
          <w:tcPr>
            <w:tcW w:w="4586" w:type="dxa"/>
            <w:shd w:val="clear" w:color="auto" w:fill="auto"/>
            <w:tcMar>
              <w:top w:w="70" w:type="dxa"/>
              <w:left w:w="90" w:type="dxa"/>
              <w:bottom w:w="70" w:type="dxa"/>
              <w:right w:w="90" w:type="dxa"/>
            </w:tcMar>
            <w:vAlign w:val="center"/>
          </w:tcPr>
          <w:p w:rsidR="00F97A1B" w:rsidRDefault="00492837">
            <w:r>
              <w:t>- HS gọi tên đồ dùng và chia sẻ ngắn gọn.</w:t>
            </w:r>
          </w:p>
        </w:tc>
      </w:tr>
      <w:tr w:rsidR="00F97A1B" w:rsidTr="001618C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97A1B" w:rsidRDefault="00492837">
            <w:r>
              <w:t>- GV dẫn dắt vào bài “Góc học tập của em”.</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97A1B" w:rsidRDefault="00492837">
            <w:r>
              <w:t>- HS lắng nghe và sẵn sàng tham gia.</w:t>
            </w:r>
          </w:p>
        </w:tc>
      </w:tr>
      <w:tr w:rsidR="00F97A1B" w:rsidTr="001618C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
              <w:rPr>
                <w:b/>
              </w:rPr>
              <w:t>2. KHÁM PHÁ CHỦ ĐỀ</w:t>
            </w:r>
            <w:r>
              <w:rPr>
                <w:b/>
              </w:rPr>
              <w:br/>
              <w:t>Hoạt động 1: Trò chơi “Phóng viên nhí”</w:t>
            </w:r>
            <w:r>
              <w:rPr>
                <w:b/>
              </w:rPr>
              <w:br/>
              <w:t>Hoạt động 2: Thực hành sắp xếp đồ dùng học tập</w:t>
            </w:r>
          </w:p>
          <w:p w:rsidR="00F97A1B" w:rsidRDefault="00492837">
            <w:r>
              <w:rPr>
                <w:b/>
              </w:rPr>
              <w:t>- Mục tiêu:</w:t>
            </w:r>
          </w:p>
          <w:p w:rsidR="00F97A1B" w:rsidRDefault="00492837">
            <w:r>
              <w:t>- HS chia sẻ được tình cảm, kỉ niệm gắn với đồ dùng học tập.</w:t>
            </w:r>
          </w:p>
          <w:p w:rsidR="00F97A1B" w:rsidRDefault="00492837">
            <w:r>
              <w:t>- HS quan sát, phân loại và sắp xếp cặp sách, bàn học gọn gàng, hợp lí.</w:t>
            </w:r>
          </w:p>
          <w:p w:rsidR="00F97A1B" w:rsidRDefault="00492837">
            <w:r>
              <w:rPr>
                <w:b/>
                <w:color w:val="FF0000"/>
              </w:rPr>
              <w:t xml:space="preserve">Mục tiêu tích hợp: </w:t>
            </w:r>
            <w:r>
              <w:rPr>
                <w:color w:val="FF0000"/>
              </w:rPr>
              <w:t>HS hiểu sống ngăn nắp, tiết kiệm và biết giữ gìn đồ dùng là biểu hiện của trách nhiệm với bản thân, gia đình; biết tự phục vụ thay vì chờ người khác làm thay.</w:t>
            </w:r>
          </w:p>
          <w:p w:rsidR="00F97A1B" w:rsidRDefault="00492837">
            <w:r>
              <w:rPr>
                <w:b/>
                <w:i/>
              </w:rPr>
              <w:t>* Cách tiến hành:</w:t>
            </w:r>
          </w:p>
        </w:tc>
      </w:tr>
      <w:tr w:rsidR="00F97A1B" w:rsidTr="001618C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
              <w:t>- GV giới thiệu trò chơi “Phóng viên nhí” và phổ biến: Hai bạn ngồi cạnh nhau phỏng vấn về đồ dùng học tập.</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
              <w:t>- HS lắng nghe, nhận vai phóng viên và người được phỏng vấn.</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gợi ý câu hỏi: Bạn yêu quý đồ dùng học tập nào nhất? Vì sao? Đồ dùng đó gắn với kỉ niệm nào?</w:t>
            </w:r>
          </w:p>
        </w:tc>
        <w:tc>
          <w:tcPr>
            <w:tcW w:w="4586" w:type="dxa"/>
            <w:shd w:val="clear" w:color="auto" w:fill="auto"/>
            <w:tcMar>
              <w:top w:w="70" w:type="dxa"/>
              <w:left w:w="90" w:type="dxa"/>
              <w:bottom w:w="70" w:type="dxa"/>
              <w:right w:w="90" w:type="dxa"/>
            </w:tcMar>
            <w:vAlign w:val="center"/>
          </w:tcPr>
          <w:p w:rsidR="00F97A1B" w:rsidRDefault="00492837">
            <w:r>
              <w:t>- HS phỏng vấn nhau, trả lời rõ ràng và lắng nghe bạn.</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mời 2 - 3 cặp thực hiện trước lớp và nhận xét.</w:t>
            </w:r>
          </w:p>
        </w:tc>
        <w:tc>
          <w:tcPr>
            <w:tcW w:w="4586" w:type="dxa"/>
            <w:shd w:val="clear" w:color="auto" w:fill="auto"/>
            <w:tcMar>
              <w:top w:w="70" w:type="dxa"/>
              <w:left w:w="90" w:type="dxa"/>
              <w:bottom w:w="70" w:type="dxa"/>
              <w:right w:w="90" w:type="dxa"/>
            </w:tcMar>
            <w:vAlign w:val="center"/>
          </w:tcPr>
          <w:p w:rsidR="00F97A1B" w:rsidRDefault="00492837">
            <w:r>
              <w:t>- HS thực hiện phỏng vấn, chia sẻ và cổ vũ bạn.</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kết luận: Mỗi đồ dùng học tập là người bạn giúp ta học hằng ngày, vì vậy cần giữ gìn cẩn thận.</w:t>
            </w:r>
          </w:p>
        </w:tc>
        <w:tc>
          <w:tcPr>
            <w:tcW w:w="4586" w:type="dxa"/>
            <w:shd w:val="clear" w:color="auto" w:fill="auto"/>
            <w:tcMar>
              <w:top w:w="70" w:type="dxa"/>
              <w:left w:w="90" w:type="dxa"/>
              <w:bottom w:w="70" w:type="dxa"/>
              <w:right w:w="90" w:type="dxa"/>
            </w:tcMar>
            <w:vAlign w:val="center"/>
          </w:tcPr>
          <w:p w:rsidR="00F97A1B" w:rsidRDefault="00492837">
            <w:r>
              <w:t>- HS lắng nghe, nêu một cách giữ gìn đồ dùng.</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dành thời gian để HS quan sát cặp sách, đồ dùng và bàn học của mình.</w:t>
            </w:r>
          </w:p>
          <w:p w:rsidR="00F97A1B" w:rsidRDefault="00F97A1B">
            <w:pPr>
              <w:jc w:val="center"/>
            </w:pPr>
          </w:p>
        </w:tc>
        <w:tc>
          <w:tcPr>
            <w:tcW w:w="4586" w:type="dxa"/>
            <w:shd w:val="clear" w:color="auto" w:fill="auto"/>
            <w:tcMar>
              <w:top w:w="70" w:type="dxa"/>
              <w:left w:w="90" w:type="dxa"/>
              <w:bottom w:w="70" w:type="dxa"/>
              <w:right w:w="90" w:type="dxa"/>
            </w:tcMar>
            <w:vAlign w:val="center"/>
          </w:tcPr>
          <w:p w:rsidR="00F97A1B" w:rsidRDefault="00492837">
            <w:r>
              <w:t>- HS kiểm tra cặp, sách, vở, bút, thước và vị trí từng đồ dùng.</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hỏi: Cặp có bẩn không? Bút chì đã mòn chưa? Mỗi đồ dùng đã để đúng chỗ chưa?</w:t>
            </w:r>
          </w:p>
        </w:tc>
        <w:tc>
          <w:tcPr>
            <w:tcW w:w="4586" w:type="dxa"/>
            <w:shd w:val="clear" w:color="auto" w:fill="auto"/>
            <w:tcMar>
              <w:top w:w="70" w:type="dxa"/>
              <w:left w:w="90" w:type="dxa"/>
              <w:bottom w:w="70" w:type="dxa"/>
              <w:right w:w="90" w:type="dxa"/>
            </w:tcMar>
            <w:vAlign w:val="center"/>
          </w:tcPr>
          <w:p w:rsidR="00F97A1B" w:rsidRDefault="00492837">
            <w:r>
              <w:t>- HS trả lời trung thực, xác định đồ dùng cần lau, gọt, bổ sung hoặc sắp xếp lại.</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yêu cầu HS sắp xếp lại cặp sách, đồ dùng cẩn thận, ngăn nắp và nêu cảm xúc sau khi hoàn thành.</w:t>
            </w:r>
          </w:p>
        </w:tc>
        <w:tc>
          <w:tcPr>
            <w:tcW w:w="4586" w:type="dxa"/>
            <w:shd w:val="clear" w:color="auto" w:fill="auto"/>
            <w:tcMar>
              <w:top w:w="70" w:type="dxa"/>
              <w:left w:w="90" w:type="dxa"/>
              <w:bottom w:w="70" w:type="dxa"/>
              <w:right w:w="90" w:type="dxa"/>
            </w:tcMar>
            <w:vAlign w:val="center"/>
          </w:tcPr>
          <w:p w:rsidR="00F97A1B" w:rsidRDefault="00492837">
            <w:r>
              <w:t>- HS phân loại, xếp đồ đúng chỗ và chia sẻ cảm giác dễ chịu, thuận tiện khi đồ dùng gọn gàng.</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sidP="001618C6">
            <w:pPr>
              <w:jc w:val="both"/>
            </w:pPr>
            <w:r>
              <w:lastRenderedPageBreak/>
              <w:t>- GV cùng HS đánh giá, thưởng sticker cho HS thực hiện nhanh, đúng và đọc thông điệp “Đồ đạc em thường dùng - Em chăm như bạn quý”.</w:t>
            </w:r>
          </w:p>
        </w:tc>
        <w:tc>
          <w:tcPr>
            <w:tcW w:w="4586" w:type="dxa"/>
            <w:shd w:val="clear" w:color="auto" w:fill="auto"/>
            <w:tcMar>
              <w:top w:w="70" w:type="dxa"/>
              <w:left w:w="90" w:type="dxa"/>
              <w:bottom w:w="70" w:type="dxa"/>
              <w:right w:w="90" w:type="dxa"/>
            </w:tcMar>
            <w:vAlign w:val="center"/>
          </w:tcPr>
          <w:p w:rsidR="00F97A1B" w:rsidRDefault="00492837" w:rsidP="001618C6">
            <w:pPr>
              <w:jc w:val="both"/>
            </w:pPr>
            <w:r>
              <w:t>- HS nhận xét, đọc to thông điệp và ghi nhớ.</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sidP="001618C6">
            <w:pPr>
              <w:jc w:val="both"/>
            </w:pPr>
            <w:r>
              <w:rPr>
                <w:b/>
                <w:color w:val="FF0000"/>
              </w:rPr>
              <w:t xml:space="preserve">Câu hỏi dẫn tích hợp: </w:t>
            </w:r>
            <w:r>
              <w:rPr>
                <w:color w:val="FF0000"/>
              </w:rPr>
              <w:t>Vì sao tự sắp xếp, giữ gìn đồ dùng học tập là trách nhiệm của mỗi học sinh? Việc sống gọn gàng, tiết kiệm giúp ích gì cho bản thân và gia đình?</w:t>
            </w:r>
          </w:p>
        </w:tc>
        <w:tc>
          <w:tcPr>
            <w:tcW w:w="4586" w:type="dxa"/>
            <w:shd w:val="clear" w:color="auto" w:fill="auto"/>
            <w:tcMar>
              <w:top w:w="70" w:type="dxa"/>
              <w:left w:w="90" w:type="dxa"/>
              <w:bottom w:w="70" w:type="dxa"/>
              <w:right w:w="90" w:type="dxa"/>
            </w:tcMar>
            <w:vAlign w:val="center"/>
          </w:tcPr>
          <w:p w:rsidR="00F97A1B" w:rsidRDefault="00492837" w:rsidP="001618C6">
            <w:pPr>
              <w:jc w:val="both"/>
            </w:pPr>
            <w:r>
              <w:t>- HS nêu: giúp dễ tìm đồ, học tập thuận tiện, đồ dùng bền hơn, không phải mua lại nhiều lần và hình thành tính tự lập.</w:t>
            </w:r>
          </w:p>
        </w:tc>
      </w:tr>
      <w:tr w:rsidR="00F97A1B" w:rsidTr="001618C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1618C6">
            <w:pPr>
              <w:jc w:val="both"/>
            </w:pPr>
            <w:r>
              <w:rPr>
                <w:b/>
                <w:color w:val="FF0000"/>
              </w:rPr>
              <w:t xml:space="preserve">Diễn giải tích hợp: </w:t>
            </w:r>
            <w:r>
              <w:rPr>
                <w:color w:val="FF0000"/>
              </w:rPr>
              <w:t>GV nhấn mạnh đồ dùng học tập được mua bằng công sức của gia đình và giúp các em thực hiện quyền, nhiệm vụ học tập. Biết tự bọc sách, gọt bút, lau hộp, xếp vở theo môn và kiểm tra trước khi đến lớp là biểu hiện của lối sống tự lập, có trách nhiệm. Sống ngăn nắp giúp tiết kiệm thời gian tìm đồ, tránh thất lạc, hạn chế mua sắm thay thế và tạo tâm thế thoải mái khi học. HS cần sử dụng đồ dùng đúng mục đích, không vẽ bậy, không lấy đồ của bạn khi chưa xin phép, biết trả lại đúng chỗ và chủ động nhờ người lớn hỗ trợ những việc vượt quá khả năng.</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1618C6">
            <w:pPr>
              <w:jc w:val="both"/>
            </w:pPr>
            <w:r>
              <w:t>- HS lắng nghe, nêu một việc sẽ tự thực hiện hằng ngày để giữ góc học tập ngăn nắp.</w:t>
            </w:r>
          </w:p>
        </w:tc>
      </w:tr>
      <w:tr w:rsidR="00F97A1B" w:rsidTr="001618C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sidP="001618C6">
            <w:pPr>
              <w:jc w:val="both"/>
            </w:pPr>
            <w:r>
              <w:rPr>
                <w:b/>
              </w:rPr>
              <w:t>3. THỰC HÀNH</w:t>
            </w:r>
            <w:r>
              <w:rPr>
                <w:b/>
              </w:rPr>
              <w:br/>
              <w:t>HOẠT ĐỘNG MỞ RỘNG VÀ TỔNG KẾT CHỦ ĐỀ</w:t>
            </w:r>
            <w:r>
              <w:rPr>
                <w:b/>
              </w:rPr>
              <w:br/>
              <w:t>Tự làm một số vật dụng để đựng đồ dùng học tập</w:t>
            </w:r>
          </w:p>
          <w:p w:rsidR="00F97A1B" w:rsidRDefault="00492837" w:rsidP="001618C6">
            <w:pPr>
              <w:jc w:val="both"/>
            </w:pPr>
            <w:r>
              <w:rPr>
                <w:b/>
              </w:rPr>
              <w:t xml:space="preserve">- Mục tiêu: </w:t>
            </w:r>
            <w:r>
              <w:t>HS lựa chọn ý tưởng, vật liệu, thực hiện và giới thiệu được một vật dụng đơn giản để đựng đồ dùng học tập.</w:t>
            </w:r>
          </w:p>
          <w:p w:rsidR="00F97A1B" w:rsidRDefault="00492837" w:rsidP="001618C6">
            <w:pPr>
              <w:jc w:val="both"/>
            </w:pPr>
            <w:r>
              <w:rPr>
                <w:b/>
                <w:color w:val="FF0000"/>
              </w:rPr>
              <w:t xml:space="preserve">Mục tiêu tích hợp: </w:t>
            </w:r>
            <w:r>
              <w:rPr>
                <w:color w:val="FF0000"/>
              </w:rPr>
              <w:t>HS biết tận dụng lõi giấy, hộp sạch và vật liệu đã qua sử dụng; dùng tiết kiệm, bảo đảm vệ sinh, an toàn và giữ góc học tập sạch đẹp.</w:t>
            </w:r>
          </w:p>
          <w:p w:rsidR="00F97A1B" w:rsidRDefault="00492837" w:rsidP="001618C6">
            <w:pPr>
              <w:jc w:val="both"/>
            </w:pPr>
            <w:r>
              <w:rPr>
                <w:b/>
                <w:i/>
              </w:rPr>
              <w:t>* Cách tiến hành:</w:t>
            </w:r>
          </w:p>
        </w:tc>
      </w:tr>
      <w:tr w:rsidR="00F97A1B" w:rsidTr="001618C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sidP="001618C6">
            <w:pPr>
              <w:jc w:val="both"/>
            </w:pPr>
            <w:r>
              <w:t>- GV cho HS quan sát một số vật dụng tự làm như ống đựng bút bằng lõi giấy, hộp đựng bút hoặc khay nhỏ.</w:t>
            </w:r>
          </w:p>
          <w:p w:rsidR="00F97A1B" w:rsidRDefault="00F97A1B" w:rsidP="001618C6">
            <w:pPr>
              <w:jc w:val="both"/>
            </w:pP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sidP="001618C6">
            <w:pPr>
              <w:jc w:val="both"/>
            </w:pPr>
            <w:r>
              <w:t>- HS quan sát, lựa chọn ý tưởng và dự đoán vật liệu cần dùng.</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sidP="001618C6">
            <w:pPr>
              <w:jc w:val="both"/>
            </w:pPr>
            <w:r>
              <w:t>- GV hướng dẫn cách kiểm tra vật liệu sạch, bọc cạnh sắc, dán chắc và trang trí vừa phải.</w:t>
            </w:r>
          </w:p>
        </w:tc>
        <w:tc>
          <w:tcPr>
            <w:tcW w:w="4586" w:type="dxa"/>
            <w:shd w:val="clear" w:color="auto" w:fill="auto"/>
            <w:tcMar>
              <w:top w:w="70" w:type="dxa"/>
              <w:left w:w="90" w:type="dxa"/>
              <w:bottom w:w="70" w:type="dxa"/>
              <w:right w:w="90" w:type="dxa"/>
            </w:tcMar>
            <w:vAlign w:val="center"/>
          </w:tcPr>
          <w:p w:rsidR="00F97A1B" w:rsidRDefault="00492837" w:rsidP="001618C6">
            <w:pPr>
              <w:jc w:val="both"/>
            </w:pPr>
            <w:r>
              <w:t>- HS kiểm tra vật liệu, nhắc lại quy tắc an toàn và chuẩn bị thao tác.</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sidP="001618C6">
            <w:pPr>
              <w:jc w:val="both"/>
            </w:pPr>
            <w:r>
              <w:t>- GV tổ chức cho HS làm sản phẩm, theo dõi và hỗ trợ khi cần.</w:t>
            </w:r>
          </w:p>
        </w:tc>
        <w:tc>
          <w:tcPr>
            <w:tcW w:w="4586" w:type="dxa"/>
            <w:shd w:val="clear" w:color="auto" w:fill="auto"/>
            <w:tcMar>
              <w:top w:w="70" w:type="dxa"/>
              <w:left w:w="90" w:type="dxa"/>
              <w:bottom w:w="70" w:type="dxa"/>
              <w:right w:w="90" w:type="dxa"/>
            </w:tcMar>
            <w:vAlign w:val="center"/>
          </w:tcPr>
          <w:p w:rsidR="00F97A1B" w:rsidRDefault="00492837" w:rsidP="001618C6">
            <w:pPr>
              <w:jc w:val="both"/>
            </w:pPr>
            <w:r>
              <w:t>- HS thực hành, điều chỉnh sản phẩm và hỗ trợ bạn.</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sidP="001618C6">
            <w:pPr>
              <w:jc w:val="both"/>
            </w:pPr>
            <w:r>
              <w:lastRenderedPageBreak/>
              <w:t>- GV cho HS trưng bày, giới thiệu công dụng, vật liệu và cách làm.</w:t>
            </w:r>
          </w:p>
        </w:tc>
        <w:tc>
          <w:tcPr>
            <w:tcW w:w="4586" w:type="dxa"/>
            <w:shd w:val="clear" w:color="auto" w:fill="auto"/>
            <w:tcMar>
              <w:top w:w="70" w:type="dxa"/>
              <w:left w:w="90" w:type="dxa"/>
              <w:bottom w:w="70" w:type="dxa"/>
              <w:right w:w="90" w:type="dxa"/>
            </w:tcMar>
            <w:vAlign w:val="center"/>
          </w:tcPr>
          <w:p w:rsidR="00F97A1B" w:rsidRDefault="00492837" w:rsidP="001618C6">
            <w:pPr>
              <w:jc w:val="both"/>
            </w:pPr>
            <w:r>
              <w:t>- HS giới thiệu sản phẩm; các bạn nhận xét về sự gọn gàng, chắc chắn và sáng tạo.</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sidP="001618C6">
            <w:pPr>
              <w:jc w:val="both"/>
            </w:pPr>
            <w:r>
              <w:t>- GV kết luận: Khi mỗi đồ dùng được để đúng chỗ, góc học tập sẽ luôn ngăn nắp.</w:t>
            </w:r>
          </w:p>
        </w:tc>
        <w:tc>
          <w:tcPr>
            <w:tcW w:w="4586" w:type="dxa"/>
            <w:shd w:val="clear" w:color="auto" w:fill="auto"/>
            <w:tcMar>
              <w:top w:w="70" w:type="dxa"/>
              <w:left w:w="90" w:type="dxa"/>
              <w:bottom w:w="70" w:type="dxa"/>
              <w:right w:w="90" w:type="dxa"/>
            </w:tcMar>
            <w:vAlign w:val="center"/>
          </w:tcPr>
          <w:p w:rsidR="00F97A1B" w:rsidRDefault="00492837" w:rsidP="001618C6">
            <w:pPr>
              <w:jc w:val="both"/>
            </w:pPr>
            <w:r>
              <w:t>- HS lắng nghe, lựa chọn vị trí sẽ đặt sản phẩm ở nhà.</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sidP="001618C6">
            <w:pPr>
              <w:jc w:val="both"/>
            </w:pPr>
            <w:r>
              <w:rPr>
                <w:b/>
                <w:color w:val="FF0000"/>
              </w:rPr>
              <w:t xml:space="preserve">Câu hỏi dẫn tích hợp: </w:t>
            </w:r>
            <w:r>
              <w:rPr>
                <w:color w:val="FF0000"/>
              </w:rPr>
              <w:t>Những lõi giấy, hộp hoặc bìa cũ nào có thể dùng lại để làm đồ đựng học tập? Trước khi sử dụng, em cần kiểm tra và xử lí vật liệu như thế nào?</w:t>
            </w:r>
          </w:p>
        </w:tc>
        <w:tc>
          <w:tcPr>
            <w:tcW w:w="4586" w:type="dxa"/>
            <w:shd w:val="clear" w:color="auto" w:fill="auto"/>
            <w:tcMar>
              <w:top w:w="70" w:type="dxa"/>
              <w:left w:w="90" w:type="dxa"/>
              <w:bottom w:w="70" w:type="dxa"/>
              <w:right w:w="90" w:type="dxa"/>
            </w:tcMar>
            <w:vAlign w:val="center"/>
          </w:tcPr>
          <w:p w:rsidR="00F97A1B" w:rsidRDefault="00492837" w:rsidP="001618C6">
            <w:pPr>
              <w:jc w:val="both"/>
            </w:pPr>
            <w:r>
              <w:t>- HS nêu: chọn vật liệu sạch, khô, không sắc nhọn; lau sạch, cắt bỏ phần nguy hiểm và chỉ dùng khi người lớn đồng ý.</w:t>
            </w:r>
          </w:p>
        </w:tc>
      </w:tr>
      <w:tr w:rsidR="00F97A1B" w:rsidTr="001618C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1618C6">
            <w:pPr>
              <w:jc w:val="both"/>
            </w:pPr>
            <w:r>
              <w:rPr>
                <w:b/>
                <w:color w:val="FF0000"/>
              </w:rPr>
              <w:t xml:space="preserve">Diễn giải tích hợp: </w:t>
            </w:r>
            <w:r>
              <w:rPr>
                <w:color w:val="FF0000"/>
              </w:rPr>
              <w:t>GV giải thích tái sử dụng vật liệu phù hợp giúp giảm lượng rác, tiết kiệm tài nguyên và tạo ra đồ dùng có ích. Tuy nhiên, không phải vật bỏ đi nào cũng an toàn: hộp dính hóa chất, vật sắc nhọn, thủy tinh vỡ hoặc vật bẩn không được dùng. HS cần xin phép người lớn, vệ sinh, phơi khô, kiểm tra cạnh và sử dụng kéo, keo đúng cách. Khi làm xong, các em thu gom mẩu vụn, cất vật liệu còn lại vào hộp và giữ bàn học sạch. Việc tự làm đồ đựng còn giúp trân trọng công sức lao động, biết tiết kiệm và sáng tạo thay vì mua sắm không cần thiết.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1618C6">
            <w:pPr>
              <w:jc w:val="both"/>
            </w:pPr>
            <w:r>
              <w:t>- HS lắng nghe, phân loại vật liệu sử dụng được và cùng thu dọn khu vực hoạt động.</w:t>
            </w:r>
          </w:p>
        </w:tc>
      </w:tr>
      <w:tr w:rsidR="00F97A1B" w:rsidTr="001618C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sidP="001618C6">
            <w:pPr>
              <w:jc w:val="both"/>
            </w:pPr>
            <w:r>
              <w:rPr>
                <w:b/>
              </w:rPr>
              <w:t>4. VẬN DỤNG</w:t>
            </w:r>
            <w:r>
              <w:rPr>
                <w:b/>
              </w:rPr>
              <w:br/>
              <w:t>HOẠT ĐỘNG SAU GIỜ HỌC (CAM KẾT HÀNH ĐỘNG)</w:t>
            </w:r>
          </w:p>
          <w:p w:rsidR="00F97A1B" w:rsidRDefault="00492837" w:rsidP="001618C6">
            <w:pPr>
              <w:jc w:val="both"/>
            </w:pPr>
            <w:r>
              <w:rPr>
                <w:b/>
              </w:rPr>
              <w:t xml:space="preserve">- Mục tiêu: </w:t>
            </w:r>
            <w:r>
              <w:t>HS lựa chọn việc sắp xếp, trang trí góc học tập ở nhà và cam kết thực hiện thường xuyên.</w:t>
            </w:r>
          </w:p>
          <w:p w:rsidR="00F97A1B" w:rsidRDefault="00492837" w:rsidP="001618C6">
            <w:pPr>
              <w:jc w:val="both"/>
            </w:pPr>
            <w:r>
              <w:rPr>
                <w:b/>
                <w:i/>
              </w:rPr>
              <w:t>* Cách tiến hành:</w:t>
            </w:r>
          </w:p>
        </w:tc>
      </w:tr>
      <w:tr w:rsidR="00F97A1B" w:rsidTr="001618C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sidP="001618C6">
            <w:pPr>
              <w:jc w:val="both"/>
            </w:pPr>
            <w:r>
              <w:t>- GV hỏi: Hôm nay em học bài gì? Góc học tập gọn gàng mang lại lợi ích gì?</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sidP="001618C6">
            <w:pPr>
              <w:jc w:val="both"/>
            </w:pPr>
            <w:r>
              <w:t>- HS trả lời tên bài và nêu lợi ích: dễ tìm đồ, học tập thuận tiện, sạch đẹp, tiết kiệm thời gian.</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sidP="001618C6">
            <w:pPr>
              <w:jc w:val="both"/>
            </w:pPr>
            <w:r>
              <w:t>- GV phát thẻ hình cây bút để HS viết hoặc vẽ việc cần nhớ khi sắp xếp, trang trí góc học tập ở nhà.</w:t>
            </w:r>
          </w:p>
        </w:tc>
        <w:tc>
          <w:tcPr>
            <w:tcW w:w="4586" w:type="dxa"/>
            <w:shd w:val="clear" w:color="auto" w:fill="auto"/>
            <w:tcMar>
              <w:top w:w="70" w:type="dxa"/>
              <w:left w:w="90" w:type="dxa"/>
              <w:bottom w:w="70" w:type="dxa"/>
              <w:right w:w="90" w:type="dxa"/>
            </w:tcMar>
            <w:vAlign w:val="center"/>
          </w:tcPr>
          <w:p w:rsidR="00F97A1B" w:rsidRDefault="00492837" w:rsidP="001618C6">
            <w:pPr>
              <w:jc w:val="both"/>
            </w:pPr>
            <w:r>
              <w:t>- HS viết hoặc vẽ một lời nhắc phù hợp.</w:t>
            </w:r>
          </w:p>
        </w:tc>
      </w:tr>
      <w:tr w:rsidR="00F97A1B" w:rsidTr="001618C6">
        <w:trPr>
          <w:cantSplit/>
          <w:jc w:val="center"/>
        </w:trPr>
        <w:tc>
          <w:tcPr>
            <w:tcW w:w="5187" w:type="dxa"/>
            <w:shd w:val="clear" w:color="auto" w:fill="auto"/>
            <w:tcMar>
              <w:top w:w="70" w:type="dxa"/>
              <w:left w:w="90" w:type="dxa"/>
              <w:bottom w:w="70" w:type="dxa"/>
              <w:right w:w="90" w:type="dxa"/>
            </w:tcMar>
            <w:vAlign w:val="center"/>
          </w:tcPr>
          <w:p w:rsidR="00F97A1B" w:rsidRDefault="00492837">
            <w:r>
              <w:t>- GV đề nghị HS nhờ bố mẹ chụp ảnh hoặc tự vẽ góc học tập sau khi đã sắp xếp gọn gàng, ngăn nắp.</w:t>
            </w:r>
          </w:p>
          <w:p w:rsidR="00F97A1B" w:rsidRDefault="00F97A1B">
            <w:pPr>
              <w:jc w:val="center"/>
            </w:pPr>
          </w:p>
        </w:tc>
        <w:tc>
          <w:tcPr>
            <w:tcW w:w="4586" w:type="dxa"/>
            <w:shd w:val="clear" w:color="auto" w:fill="auto"/>
            <w:tcMar>
              <w:top w:w="70" w:type="dxa"/>
              <w:left w:w="90" w:type="dxa"/>
              <w:bottom w:w="70" w:type="dxa"/>
              <w:right w:w="90" w:type="dxa"/>
            </w:tcMar>
            <w:vAlign w:val="center"/>
          </w:tcPr>
          <w:p w:rsidR="00F97A1B" w:rsidRDefault="00492837">
            <w:r>
              <w:t>- HS ghi nhớ nhiệm vụ và trao đổi với gia đình.</w:t>
            </w:r>
          </w:p>
        </w:tc>
      </w:tr>
    </w:tbl>
    <w:p w:rsidR="001618C6" w:rsidRDefault="00492837" w:rsidP="001618C6">
      <w:pPr>
        <w:rPr>
          <w:b/>
          <w:color w:val="FF0000"/>
        </w:rPr>
      </w:pPr>
      <w:r>
        <w:rPr>
          <w:b/>
          <w:color w:val="FF0000"/>
        </w:rPr>
        <w:lastRenderedPageBreak/>
        <w:t>IV. ĐIỀU CHỈNH SAU BÀI DẠY</w:t>
      </w:r>
    </w:p>
    <w:p w:rsidR="001618C6" w:rsidRPr="001618C6" w:rsidRDefault="001618C6" w:rsidP="001618C6">
      <w:pPr>
        <w:tabs>
          <w:tab w:val="left" w:leader="dot" w:pos="9000"/>
        </w:tabs>
        <w:ind w:right="29"/>
        <w:rPr>
          <w:b/>
        </w:rPr>
      </w:pPr>
      <w:r w:rsidRPr="001618C6">
        <w:rPr>
          <w:b/>
        </w:rPr>
        <w:tab/>
      </w:r>
    </w:p>
    <w:p w:rsidR="001618C6" w:rsidRPr="001618C6" w:rsidRDefault="001618C6" w:rsidP="001618C6">
      <w:pPr>
        <w:tabs>
          <w:tab w:val="left" w:leader="dot" w:pos="9000"/>
        </w:tabs>
        <w:ind w:right="29"/>
        <w:rPr>
          <w:b/>
        </w:rPr>
      </w:pPr>
      <w:r w:rsidRPr="001618C6">
        <w:rPr>
          <w:b/>
        </w:rPr>
        <w:tab/>
      </w:r>
    </w:p>
    <w:p w:rsidR="001618C6" w:rsidRPr="001618C6" w:rsidRDefault="001618C6" w:rsidP="001618C6">
      <w:pPr>
        <w:tabs>
          <w:tab w:val="left" w:leader="dot" w:pos="9000"/>
        </w:tabs>
        <w:ind w:right="29"/>
        <w:rPr>
          <w:b/>
        </w:rPr>
      </w:pPr>
      <w:r w:rsidRPr="001618C6">
        <w:rPr>
          <w:b/>
        </w:rPr>
        <w:tab/>
      </w:r>
    </w:p>
    <w:p w:rsidR="001618C6" w:rsidRPr="001618C6" w:rsidRDefault="001618C6" w:rsidP="001618C6">
      <w:pPr>
        <w:tabs>
          <w:tab w:val="left" w:leader="dot" w:pos="9000"/>
        </w:tabs>
        <w:ind w:right="29"/>
        <w:rPr>
          <w:b/>
        </w:rPr>
      </w:pPr>
      <w:r w:rsidRPr="001618C6">
        <w:rPr>
          <w:b/>
        </w:rPr>
        <w:tab/>
      </w:r>
    </w:p>
    <w:p w:rsidR="001618C6" w:rsidRDefault="001618C6" w:rsidP="001618C6">
      <w:pPr>
        <w:rPr>
          <w:b/>
          <w:color w:val="FF0000"/>
        </w:rPr>
      </w:pPr>
    </w:p>
    <w:p w:rsidR="00F97A1B" w:rsidRDefault="00492837" w:rsidP="001618C6">
      <w:pPr>
        <w:jc w:val="center"/>
      </w:pPr>
      <w:r>
        <w:rPr>
          <w:b/>
          <w:color w:val="FF0000"/>
        </w:rPr>
        <w:t>KẾ HOẠCH BÀI DẠY MÔN HOẠT ĐỘNG TRẢI NGHIỆM LỚP 2</w:t>
      </w:r>
    </w:p>
    <w:p w:rsidR="00F97A1B" w:rsidRDefault="00492837">
      <w:pPr>
        <w:jc w:val="center"/>
      </w:pPr>
      <w:r>
        <w:rPr>
          <w:b/>
          <w:color w:val="00B050"/>
        </w:rPr>
        <w:t>CHỦ ĐỀ 2: RÈN NẾP SỐNG</w:t>
      </w:r>
    </w:p>
    <w:p w:rsidR="00F97A1B" w:rsidRDefault="00492837">
      <w:pPr>
        <w:jc w:val="center"/>
      </w:pPr>
      <w:r>
        <w:rPr>
          <w:b/>
          <w:color w:val="00B050"/>
        </w:rPr>
        <w:t>TUẦN 6: TIẾT 3</w:t>
      </w:r>
    </w:p>
    <w:p w:rsidR="00F97A1B" w:rsidRDefault="00492837">
      <w:pPr>
        <w:jc w:val="center"/>
      </w:pPr>
      <w:r>
        <w:rPr>
          <w:b/>
          <w:color w:val="0070C0"/>
        </w:rPr>
        <w:t>SINH HOẠT LỚP: SƠ KẾT TUẦN 6 - THỰC HÀNH SẮP XẾP VỞ, ĐỒ DÙNG HỌC TẬP TRÊN BÀN</w:t>
      </w:r>
    </w:p>
    <w:p w:rsidR="00F97A1B" w:rsidRDefault="00492837">
      <w:pPr>
        <w:jc w:val="center"/>
      </w:pPr>
      <w:r>
        <w:rPr>
          <w:b/>
          <w:color w:val="0070C0"/>
        </w:rPr>
        <w:t>Thời gian thực hiện: ...</w:t>
      </w:r>
    </w:p>
    <w:p w:rsidR="00F97A1B" w:rsidRDefault="00492837">
      <w:r>
        <w:rPr>
          <w:b/>
          <w:color w:val="FF0000"/>
        </w:rPr>
        <w:t>I. YÊU CẦU CẦN ĐẠT:</w:t>
      </w:r>
    </w:p>
    <w:p w:rsidR="00F97A1B" w:rsidRDefault="00492837">
      <w:r>
        <w:rPr>
          <w:b/>
          <w:i/>
        </w:rPr>
        <w:t>1. Năng lực đặc thù</w:t>
      </w:r>
    </w:p>
    <w:p w:rsidR="00F97A1B" w:rsidRDefault="00492837">
      <w:r>
        <w:t>- HS nhớ lại những việc đã thực hiện trong tuần 6 và xác định nhiệm vụ tuần 7.</w:t>
      </w:r>
    </w:p>
    <w:p w:rsidR="00F97A1B" w:rsidRDefault="00492837">
      <w:r>
        <w:t>- HS chia sẻ được kết quả sắp xếp góc học tập và thực hành sắp xếp sách vở, đồ dùng trên bàn học.</w:t>
      </w:r>
    </w:p>
    <w:p w:rsidR="00F97A1B" w:rsidRDefault="00492837">
      <w:r>
        <w:t>- HS có thêm động lực duy trì thói quen sống ngăn nắp.</w:t>
      </w:r>
    </w:p>
    <w:p w:rsidR="00F97A1B" w:rsidRDefault="00492837">
      <w:r>
        <w:rPr>
          <w:b/>
          <w:i/>
        </w:rPr>
        <w:t>2. Năng lực chung</w:t>
      </w:r>
    </w:p>
    <w:p w:rsidR="00F97A1B" w:rsidRDefault="00492837">
      <w:r>
        <w:t>- Năng lực tự chủ và tự học: Chủ động kiểm tra, sắp xếp và tự đánh giá đồ dùng cá nhân.</w:t>
      </w:r>
    </w:p>
    <w:p w:rsidR="00F97A1B" w:rsidRDefault="00492837">
      <w:r>
        <w:t>- Năng lực giao tiếp và hợp tác: Biết chia sẻ, lắng nghe, góp ý và phối hợp với bạn.</w:t>
      </w:r>
    </w:p>
    <w:p w:rsidR="00F97A1B" w:rsidRDefault="00492837">
      <w:r>
        <w:t>- Năng lực giải quyết vấn đề và sáng tạo: Biết lựa chọn cách phân loại, đặt tên và sắp xếp đồ dùng, thông tin phù hợp.</w:t>
      </w:r>
    </w:p>
    <w:p w:rsidR="00F97A1B" w:rsidRDefault="00492837">
      <w:r>
        <w:rPr>
          <w:b/>
          <w:i/>
        </w:rPr>
        <w:t>3. Phẩm chất</w:t>
      </w:r>
    </w:p>
    <w:p w:rsidR="00F97A1B" w:rsidRDefault="00492837">
      <w:r>
        <w:t>- Chăm chỉ: Thường xuyên giữ bàn học, góc học tập gọn gàng.</w:t>
      </w:r>
    </w:p>
    <w:p w:rsidR="00F97A1B" w:rsidRDefault="00492837">
      <w:r>
        <w:t>- Trách nhiệm: Bảo quản đồ dùng, hoàn thành nhiệm vụ và không làm ảnh hưởng đến bạn.</w:t>
      </w:r>
    </w:p>
    <w:p w:rsidR="00F97A1B" w:rsidRDefault="00492837">
      <w:r>
        <w:t>- Nhân ái: Biết hỗ trợ, hướng dẫn và nhận xét bạn bằng lời tích cực.</w:t>
      </w:r>
    </w:p>
    <w:p w:rsidR="00F97A1B" w:rsidRDefault="00492837">
      <w:r>
        <w:rPr>
          <w:b/>
          <w:i/>
          <w:color w:val="FF0000"/>
        </w:rPr>
        <w:t>4. Tích hợp</w:t>
      </w:r>
    </w:p>
    <w:p w:rsidR="00F97A1B" w:rsidRDefault="00492837">
      <w:r>
        <w:rPr>
          <w:color w:val="FF0000"/>
        </w:rPr>
        <w:t>- Tích hợp năng lực số 1.3.CB1a: Nhận biết được nơi để sắp xếp dữ liệu, thông tin một cách đơn giản trong môi trường có cấu trúc.</w:t>
      </w:r>
    </w:p>
    <w:p w:rsidR="00F97A1B" w:rsidRDefault="00492837">
      <w:r>
        <w:rPr>
          <w:color w:val="FF0000"/>
        </w:rPr>
        <w:t>- Tích hợp AI - YCCĐ 2.A2.1: Nhận biết các thiết bị thông minh (AI) hỗ trợ việc học tập tiện nghi hơn.</w:t>
      </w:r>
    </w:p>
    <w:p w:rsidR="00F97A1B" w:rsidRDefault="00492837">
      <w:r>
        <w:rPr>
          <w:b/>
          <w:color w:val="FF0000"/>
        </w:rPr>
        <w:t>II. CHUẨN BỊ:</w:t>
      </w:r>
    </w:p>
    <w:p w:rsidR="00F97A1B" w:rsidRDefault="00492837">
      <w:r>
        <w:t>- GV: Tấm thẻ “SỐNG NGĂN NẮP - NHẮM MẮT THẤY ĐỒ”; hình ảnh thư mục trên máy tính; hình hoặc video góc học tập thông minh, đèn cảm biến, loa nhắc lịch; tranh SGK.</w:t>
      </w:r>
    </w:p>
    <w:p w:rsidR="00F97A1B" w:rsidRDefault="00492837">
      <w:r>
        <w:t>- HS: Ảnh hoặc tranh vẽ góc học tập; sách vở, đồ dùng trên bàn; tinh thần sẵn sàng sắp xếp và chia sẻ.</w:t>
      </w:r>
    </w:p>
    <w:p w:rsidR="00F97A1B" w:rsidRDefault="00492837">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F97A1B" w:rsidTr="00211078">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F97A1B" w:rsidRDefault="00492837">
            <w:pPr>
              <w:jc w:val="center"/>
            </w:pPr>
            <w:r>
              <w:rPr>
                <w:b/>
              </w:rPr>
              <w:lastRenderedPageBreak/>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F97A1B" w:rsidRDefault="00492837">
            <w:pPr>
              <w:jc w:val="center"/>
            </w:pPr>
            <w:r>
              <w:rPr>
                <w:b/>
              </w:rPr>
              <w:t>HOẠT ĐỘNG CỦA HỌC SINH</w:t>
            </w:r>
          </w:p>
        </w:tc>
      </w:tr>
      <w:tr w:rsidR="00F97A1B" w:rsidTr="00211078">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
              <w:rPr>
                <w:b/>
              </w:rPr>
              <w:t>1. KHỞI ĐỘNG</w:t>
            </w:r>
          </w:p>
          <w:p w:rsidR="00F97A1B" w:rsidRDefault="00492837">
            <w:r>
              <w:rPr>
                <w:b/>
              </w:rPr>
              <w:t xml:space="preserve">- Mục tiêu: </w:t>
            </w:r>
            <w:r>
              <w:t>Tạo không khí vui vẻ và giúp HS sẵn sàng nhìn lại việc thực hiện thói quen ngăn nắp trong tuần.</w:t>
            </w:r>
          </w:p>
          <w:p w:rsidR="00F97A1B" w:rsidRDefault="00492837">
            <w:r>
              <w:rPr>
                <w:b/>
                <w:i/>
              </w:rPr>
              <w:t>* Cách tiến hành:</w:t>
            </w:r>
          </w:p>
        </w:tc>
      </w:tr>
      <w:tr w:rsidR="00F97A1B" w:rsidTr="00211078">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
              <w:t>- GV tổ chức trò chơi ngắn “Đồ vật ở đâu?” hoặc cho HS đọc thông điệp về sống ngăn nắp.</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
              <w:t>- HS tham gia trò chơi, nêu vị trí đồ vật và tạo không khí vui vẻ.</w:t>
            </w:r>
          </w:p>
        </w:tc>
      </w:tr>
      <w:tr w:rsidR="00F97A1B" w:rsidTr="00211078">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97A1B" w:rsidRDefault="00492837">
            <w:r>
              <w:t>- GV giới thiệu nội dung tiết sinh hoạt lớp.</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97A1B" w:rsidRDefault="00492837">
            <w:r>
              <w:t>- HS lắng nghe và chuẩn bị tham gia.</w:t>
            </w:r>
          </w:p>
        </w:tc>
      </w:tr>
      <w:tr w:rsidR="00F97A1B" w:rsidTr="00211078">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
              <w:rPr>
                <w:b/>
              </w:rPr>
              <w:t>2. HOẠT ĐỘNG TỔNG KẾT TUẦN</w:t>
            </w:r>
          </w:p>
          <w:p w:rsidR="00F97A1B" w:rsidRDefault="00492837">
            <w:r>
              <w:rPr>
                <w:b/>
              </w:rPr>
              <w:t>- Mục tiêu:</w:t>
            </w:r>
          </w:p>
          <w:p w:rsidR="00F97A1B" w:rsidRDefault="00492837">
            <w:r>
              <w:t>- HS nhận xét được kết quả hoạt động trong tuần 6.</w:t>
            </w:r>
          </w:p>
          <w:p w:rsidR="00F97A1B" w:rsidRDefault="00492837">
            <w:r>
              <w:t>- HS xác định được phương hướng và những việc cần thực hiện trong tuần 7.</w:t>
            </w:r>
          </w:p>
          <w:p w:rsidR="00F97A1B" w:rsidRDefault="00492837">
            <w:r>
              <w:rPr>
                <w:b/>
                <w:i/>
              </w:rPr>
              <w:t>* Cách tiến hành:</w:t>
            </w:r>
          </w:p>
        </w:tc>
      </w:tr>
      <w:tr w:rsidR="00F97A1B" w:rsidTr="00211078">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rPr>
                <w:b/>
              </w:rPr>
              <w:t>2.1. Tổng kết các hoạt động trong tuần 6</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HS chuẩn bị báo cáo kết quả hoạt động tuần 6.</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mời lớp trưởng điều hành phần tổng kết tuần.</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Lớp trưởng lên trước lớp, nhận nhiệm vụ điều hành.</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theo dõi, hỗ trợ lớp trưởng và các tổ khi cần.</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Lớp trưởng mời các tổ thảo luận, tự đánh giá việc thực hiện nền nếp, học tập, phong trào và nhiệm vụ được giao.</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mời các tổ trưởng lần lượt báo cáo, nêu rõ việc làm tốt và nội dung cần khắc phục.</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Tổ trưởng báo cáo; các thành viên lắng nghe, bổ sung và tự đối chiếu với việc làm của bản thân.</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mời lớp trưởng tổng hợp, nêu nhận xét chung về tình hình lớp.</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Lớp trưởng tổng hợp, tuyên dương việc làm tốt và nhắc lại những tồn tại cần khắc phục.</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nhận xét chung, biểu dương HS tiến bộ và nhắc nhở những nội dung cần điều chỉnh.</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lắng nghe, rút kinh nghiệm và xác định việc bản thân cần cố gắng.</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rPr>
                <w:b/>
              </w:rPr>
              <w:t>2.2. Phương hướng hoạt động tuần 7</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chuẩn bị đề xuất biện pháp thực hiện nhiệm vụ tuần 7.</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yêu cầu HS nhắc lại những tồn tại trong tuần 6.</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lần lượt nêu những nội dung lớp hoặc bản thân cần khắc phục trong tuần 7.</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lastRenderedPageBreak/>
              <w:t>- GV hỏi: Trong tuần 7, chúng ta cần làm gì để thực hiện tốt nền nếp, học tập và các phong trào của lớp?</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thảo luận, nêu biện pháp: đi học đúng giờ, chuẩn bị đủ đồ dùng, giữ trật tự, học tập tích cực, đoàn kết và hoàn thành nhiệm vụ.</w:t>
            </w:r>
          </w:p>
        </w:tc>
      </w:tr>
      <w:tr w:rsidR="00F97A1B" w:rsidTr="00211078">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GV tổng hợp ý kiến, chốt phương hướng hoạt động tuần 7 và mời cả lớp biểu quyết.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HS ghi nhớ phương hướng và biểu quyết thực hiện bằng cách giơ tay.</w:t>
            </w:r>
          </w:p>
        </w:tc>
      </w:tr>
      <w:tr w:rsidR="00F97A1B" w:rsidTr="00211078">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sidP="00211078">
            <w:pPr>
              <w:jc w:val="both"/>
            </w:pPr>
            <w:r>
              <w:rPr>
                <w:b/>
              </w:rPr>
              <w:t>3. CHIA SẺ THU HOẠCH SAU TRẢI NGHIỆM LẦN TRƯỚC</w:t>
            </w:r>
          </w:p>
          <w:p w:rsidR="00F97A1B" w:rsidRDefault="00492837" w:rsidP="00211078">
            <w:pPr>
              <w:jc w:val="both"/>
            </w:pPr>
            <w:r>
              <w:rPr>
                <w:b/>
              </w:rPr>
              <w:t xml:space="preserve">- Mục tiêu: </w:t>
            </w:r>
            <w:r>
              <w:t>HS chia sẻ được việc đã làm để góc học tập gọn gàng, sạch đẹp; nêu cảm xúc, thuận lợi và khó khăn khi thực hiện.</w:t>
            </w:r>
          </w:p>
          <w:p w:rsidR="00F97A1B" w:rsidRDefault="00492837" w:rsidP="00211078">
            <w:pPr>
              <w:jc w:val="both"/>
            </w:pPr>
            <w:r>
              <w:rPr>
                <w:b/>
                <w:i/>
              </w:rPr>
              <w:t>* Cách tiến hành:</w:t>
            </w:r>
          </w:p>
        </w:tc>
      </w:tr>
      <w:tr w:rsidR="00F97A1B" w:rsidTr="00211078">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GV tổ chức cho HS chia sẻ niềm vui khi tự sắp xếp góc học tập qua ảnh chụp hoặc tranh vẽ.</w:t>
            </w:r>
          </w:p>
          <w:p w:rsidR="00F97A1B" w:rsidRDefault="00F97A1B" w:rsidP="00211078">
            <w:pPr>
              <w:jc w:val="both"/>
            </w:pP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HS lần lượt giới thiệu hình ảnh, thời điểm và những việc đã làm.</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hỏi: Em đã trang trí góc học tập thế nào? Có ai giúp em không? Điều gì thú vị hoặc khó khăn?</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trả lời, nêu cách giải quyết và lắng nghe kinh nghiệm của bạn.</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hỏi: Khi đồ dùng được sắp xếp gọn gàng, sạch đẹp, em cảm thấy thế nào?</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chia sẻ cảm giác vui, thoải mái, dễ tìm đồ và muốn duy trì thói quen.</w:t>
            </w:r>
          </w:p>
        </w:tc>
      </w:tr>
      <w:tr w:rsidR="00F97A1B" w:rsidTr="00211078">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GV khen ngợi, đưa thẻ “SỐNG NGĂN NẮP - NHẮM MẮT THẤY ĐỒ” và mời HS đọc.</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HS đọc nối tiếp, ghi nhớ bí quyết và tự đánh giá bản thân.</w:t>
            </w:r>
          </w:p>
        </w:tc>
      </w:tr>
      <w:tr w:rsidR="00F97A1B" w:rsidTr="00211078">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
              <w:rPr>
                <w:b/>
              </w:rPr>
              <w:t>4. HOẠT ĐỘNG NHÓM</w:t>
            </w:r>
            <w:r>
              <w:rPr>
                <w:b/>
              </w:rPr>
              <w:br/>
              <w:t>Thực hành sắp xếp sách vở, đồ dùng học tập trên bàn học</w:t>
            </w:r>
          </w:p>
          <w:p w:rsidR="00F97A1B" w:rsidRDefault="00492837">
            <w:r>
              <w:rPr>
                <w:b/>
              </w:rPr>
              <w:t xml:space="preserve">- Mục tiêu: </w:t>
            </w:r>
            <w:r>
              <w:t>HS quan sát, phân loại, sắp xếp bàn học gọn gàng và giải thích được cách bố trí thuận tiện.</w:t>
            </w:r>
          </w:p>
          <w:p w:rsidR="00F97A1B" w:rsidRDefault="00492837">
            <w:r>
              <w:rPr>
                <w:b/>
                <w:color w:val="FF0000"/>
              </w:rPr>
              <w:t xml:space="preserve">Mục tiêu tích hợp: </w:t>
            </w:r>
            <w:r>
              <w:rPr>
                <w:color w:val="FF0000"/>
              </w:rPr>
              <w:t>HS biết thư mục trên máy tính là nơi sắp xếp tệp, hình ảnh theo cấu trúc; nhận biết một số thiết bị thông minh hỗ trợ ánh sáng, nhắc lịch học nhưng vẫn cần con người thiết lập và kiểm tra.</w:t>
            </w:r>
          </w:p>
          <w:p w:rsidR="00F97A1B" w:rsidRDefault="00492837">
            <w:r>
              <w:rPr>
                <w:b/>
                <w:i/>
              </w:rPr>
              <w:t>* Cách tiến hành:</w:t>
            </w:r>
          </w:p>
        </w:tc>
      </w:tr>
      <w:tr w:rsidR="00F97A1B" w:rsidTr="00211078">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GV mời HS quan sát các bàn học, tìm bàn đang gọn gàng nhất và nêu dấu hiệu nhận biết.</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HS quan sát, chỉ ra bàn có sách vở ngay ngắn, bút thước đúng chỗ và mặt bàn sạch.</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dành thời gian để HS dọn sách vở, đồ dùng trên bàn; nhắc các em phân loại theo môn, theo công dụng và đặt đồ thường dùng ở vị trí thuận tiện.</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sắp xếp sách vở, hộp bút và đồ dùng cá nhân ngăn nắp.</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lastRenderedPageBreak/>
              <w:t>- GV mời HS nêu cảm nghĩ và giới thiệu cách sắp xếp của mình.</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bày tỏ cảm xúc, giải thích vị trí từng nhóm đồ dùng.</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kết luận: Bàn học ngăn nắp giúp thao tác học tập dễ dàng, nhanh nhẹn hơn.</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lắng nghe, kiểm tra lại bàn học của mình.</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cho HS quan sát màn hình minh họa các thư mục được đặt tên “Toán”, “Tiếng Việt”, “Ảnh lớp” và một số tệp bên trong.</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quan sát, nhận ra mỗi thư mục chứa những tệp cùng chủ đề.</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rPr>
                <w:b/>
                <w:color w:val="FF0000"/>
              </w:rPr>
              <w:t xml:space="preserve">Câu hỏi dẫn tích hợp: </w:t>
            </w:r>
            <w:r>
              <w:rPr>
                <w:color w:val="FF0000"/>
              </w:rPr>
              <w:t>Trên bàn học, em chia sách vở thành từng nhóm để dễ tìm. Trên máy tính, vì sao cũng cần tạo các thư mục và đặt tên rõ ràng? Một tệp bài học nên được đặt vào thư mục nào?</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nêu: thư mục giúp dễ tìm, tránh lẫn hoặc mất tệp; bài Toán đặt trong thư mục Toán, bài Tiếng Việt đặt trong thư mục Tiếng Việt.</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rPr>
                <w:b/>
                <w:color w:val="FF0000"/>
              </w:rPr>
              <w:t xml:space="preserve">Diễn giải tích hợp: </w:t>
            </w:r>
            <w:r>
              <w:rPr>
                <w:color w:val="FF0000"/>
              </w:rPr>
              <w:t>GV giải thích dữ liệu số như bài tập, hình ảnh, đoạn ghi âm cần được cất trong các “ngăn” có cấu trúc, tương tự sách vở được xếp theo môn. Thư mục có tên rõ ràng giúp người dùng biết nơi lưu, tìm lại nhanh và hạn chế xóa hoặc gửi nhầm tệp. HS lớp 2 chỉ thực hiện dưới sự hướng dẫn của GV hoặc người lớn: mở đúng thư mục, đặt tên tệp ngắn gọn, không tự ý di chuyển hoặc xóa tệp của người khác, không mở đường link hay tệp lạ. Thói quen sắp xếp thông tin số ngăn nắp cũng quan trọng như giữ góc học tập thật gọn gàng.</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lắng nghe, thực hành nói tên thư mục phù hợp cho một số tệp bài học và nhắc lại quy tắc không tự ý xóa tệp.</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cho HS quan sát hình ảnh đèn bàn cảm biến, loa thông minh nhắc lịch hoặc thiết bị điều chỉnh ánh sáng ở góc học tập.</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gọi tên thiết bị, nêu công việc thiết bị có thể hỗ trợ.</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rPr>
                <w:b/>
                <w:color w:val="FF0000"/>
              </w:rPr>
              <w:t xml:space="preserve">Câu hỏi dẫn tích hợp: </w:t>
            </w:r>
            <w:r>
              <w:rPr>
                <w:color w:val="FF0000"/>
              </w:rPr>
              <w:t>Một “góc học tập thông minh” có thể dùng đèn cảm biến hoặc loa nhắc lịch để hỗ trợ việc gì? Em cần làm gì để không phụ thuộc vào thiết bị và vẫn học tập an toàn, chủ động?</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nêu: thiết bị có thể bật đèn, nhắc giờ học; HS vẫn phải xem thời khóa biểu, chuẩn bị sách vở, điều chỉnh ánh sáng và dùng thiết bị dưới sự hướng dẫn của người lớn.</w:t>
            </w:r>
          </w:p>
        </w:tc>
      </w:tr>
      <w:tr w:rsidR="00F97A1B" w:rsidTr="00211078">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rPr>
                <w:b/>
                <w:color w:val="FF0000"/>
              </w:rPr>
              <w:lastRenderedPageBreak/>
              <w:t xml:space="preserve">Diễn giải tích hợp: </w:t>
            </w:r>
            <w:r>
              <w:rPr>
                <w:color w:val="FF0000"/>
              </w:rPr>
              <w:t>GV giải thích một số thiết bị thông minh có cảm biến hoặc AI có thể nhận biết mức sáng, giờ đã cài đặt hoặc câu lệnh đơn giản để bật đèn, nhắc lịch. Những công cụ này giúp góc học tập tiện nghi hơn nhưng không biết đầy đủ nhu cầu, sức khỏe hoặc nhiệm vụ thật của HS. Người dùng phải thiết lập thời gian, kiểm tra lời nhắc, đặt đèn đúng vị trí, không nhìn màn hình quá lâu và không cung cấp thông tin cá nhân cho trợ lí ảo. HS vẫn cần tự xem thời khóa biểu, chuẩn bị đồ dùng, nghỉ mắt và chủ động hoàn thành bài; thiết bị chỉ hỗ trợ chứ không thay thế ý thức tự học và trách nhiệm của con người.</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HS lắng nghe, nêu được lợi ích, giới hạn và quy tắc sử dụng thiết bị thông minh an toàn.</w:t>
            </w:r>
          </w:p>
        </w:tc>
      </w:tr>
      <w:tr w:rsidR="00F97A1B" w:rsidTr="00211078">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97A1B" w:rsidRDefault="00492837" w:rsidP="00211078">
            <w:pPr>
              <w:jc w:val="both"/>
            </w:pPr>
            <w:bookmarkStart w:id="0" w:name="_GoBack"/>
            <w:r>
              <w:rPr>
                <w:b/>
              </w:rPr>
              <w:t>5. HOẠT ĐỘNG SAU GIỜ HỌC</w:t>
            </w:r>
          </w:p>
          <w:p w:rsidR="00F97A1B" w:rsidRDefault="00492837" w:rsidP="00211078">
            <w:pPr>
              <w:jc w:val="both"/>
            </w:pPr>
            <w:r>
              <w:rPr>
                <w:b/>
              </w:rPr>
              <w:t xml:space="preserve">- Mục tiêu: </w:t>
            </w:r>
            <w:r>
              <w:t>HS duy trì thói quen giữ bàn học, góc học tập ngăn nắp và thường xuyên kiểm tra đồ dùng.</w:t>
            </w:r>
          </w:p>
          <w:p w:rsidR="00F97A1B" w:rsidRDefault="00492837" w:rsidP="00211078">
            <w:pPr>
              <w:jc w:val="both"/>
            </w:pPr>
            <w:r>
              <w:rPr>
                <w:b/>
                <w:i/>
              </w:rPr>
              <w:t>* Cách tiến hành:</w:t>
            </w:r>
          </w:p>
        </w:tc>
      </w:tr>
      <w:bookmarkEnd w:id="0"/>
      <w:tr w:rsidR="00F97A1B" w:rsidTr="00211078">
        <w:trPr>
          <w:cantSplit/>
          <w:trHeight w:val="1064"/>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GV khuyến khích HS luôn giữ bàn học ngăn nắp và thông báo lớp sẽ có những lần kiểm tra, tuyên dương đột xuất.</w:t>
            </w:r>
          </w:p>
        </w:tc>
        <w:tc>
          <w:tcPr>
            <w:tcW w:w="4586" w:type="dxa"/>
            <w:tcBorders>
              <w:top w:val="single" w:sz="6" w:space="0" w:color="000000"/>
            </w:tcBorders>
            <w:shd w:val="clear" w:color="auto" w:fill="auto"/>
            <w:tcMar>
              <w:top w:w="70" w:type="dxa"/>
              <w:left w:w="90" w:type="dxa"/>
              <w:bottom w:w="70" w:type="dxa"/>
              <w:right w:w="90" w:type="dxa"/>
            </w:tcMar>
            <w:vAlign w:val="center"/>
          </w:tcPr>
          <w:p w:rsidR="00F97A1B" w:rsidRDefault="00492837" w:rsidP="00211078">
            <w:pPr>
              <w:jc w:val="both"/>
            </w:pPr>
            <w:r>
              <w:t>- HS ghi nhớ, cam kết duy trì bàn học sạch, gọn.</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gợi ý HS thường xuyên kiểm tra: bút chì mòn thì gọt, đồ dùng bẩn thì lau, thiếu gì thì ghi lại và nhờ bố mẹ bổ sung.</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nêu việc cần kiểm tra đối với đồ dùng của mình và thực hiện sau giờ học.</w:t>
            </w:r>
          </w:p>
        </w:tc>
      </w:tr>
      <w:tr w:rsidR="00F97A1B" w:rsidTr="00211078">
        <w:trPr>
          <w:cantSplit/>
          <w:jc w:val="center"/>
        </w:trPr>
        <w:tc>
          <w:tcPr>
            <w:tcW w:w="5187" w:type="dxa"/>
            <w:shd w:val="clear" w:color="auto" w:fill="auto"/>
            <w:tcMar>
              <w:top w:w="70" w:type="dxa"/>
              <w:left w:w="90" w:type="dxa"/>
              <w:bottom w:w="70" w:type="dxa"/>
              <w:right w:w="90" w:type="dxa"/>
            </w:tcMar>
            <w:vAlign w:val="center"/>
          </w:tcPr>
          <w:p w:rsidR="00F97A1B" w:rsidRDefault="00492837" w:rsidP="00211078">
            <w:pPr>
              <w:jc w:val="both"/>
            </w:pPr>
            <w:r>
              <w:t>- GV nhận xét tiết học.</w:t>
            </w:r>
          </w:p>
        </w:tc>
        <w:tc>
          <w:tcPr>
            <w:tcW w:w="4586" w:type="dxa"/>
            <w:shd w:val="clear" w:color="auto" w:fill="auto"/>
            <w:tcMar>
              <w:top w:w="70" w:type="dxa"/>
              <w:left w:w="90" w:type="dxa"/>
              <w:bottom w:w="70" w:type="dxa"/>
              <w:right w:w="90" w:type="dxa"/>
            </w:tcMar>
            <w:vAlign w:val="center"/>
          </w:tcPr>
          <w:p w:rsidR="00F97A1B" w:rsidRDefault="00492837" w:rsidP="00211078">
            <w:pPr>
              <w:jc w:val="both"/>
            </w:pPr>
            <w:r>
              <w:t>- HS lắng nghe, kiểm tra bàn học lần cuối và kết thúc tiết học.</w:t>
            </w:r>
          </w:p>
        </w:tc>
      </w:tr>
    </w:tbl>
    <w:p w:rsidR="00F97A1B" w:rsidRDefault="00492837">
      <w:r>
        <w:rPr>
          <w:b/>
          <w:color w:val="FF0000"/>
        </w:rPr>
        <w:t>IV. ĐIỀU CHỈNH SAU BÀI DẠY:</w:t>
      </w:r>
    </w:p>
    <w:p w:rsidR="00F97A1B" w:rsidRDefault="00492837">
      <w:r>
        <w:t>................................................................................................................</w:t>
      </w:r>
    </w:p>
    <w:p w:rsidR="00F97A1B" w:rsidRDefault="00492837">
      <w:r>
        <w:t>................................................................................................................</w:t>
      </w:r>
    </w:p>
    <w:p w:rsidR="00F97A1B" w:rsidRDefault="00492837">
      <w:r>
        <w:t>................................................................................................................</w:t>
      </w:r>
    </w:p>
    <w:sectPr w:rsidR="00F97A1B" w:rsidSect="001618C6">
      <w:pgSz w:w="11906" w:h="16838"/>
      <w:pgMar w:top="1440" w:right="128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618C6"/>
    <w:rsid w:val="00211078"/>
    <w:rsid w:val="0029639D"/>
    <w:rsid w:val="00326F90"/>
    <w:rsid w:val="00492837"/>
    <w:rsid w:val="00AA1D8D"/>
    <w:rsid w:val="00B47730"/>
    <w:rsid w:val="00CB0664"/>
    <w:rsid w:val="00F97A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618C6"/>
    <w:rPr>
      <w:rFonts w:ascii="Tahoma" w:hAnsi="Tahoma" w:cs="Tahoma"/>
      <w:sz w:val="16"/>
      <w:szCs w:val="16"/>
    </w:rPr>
  </w:style>
  <w:style w:type="character" w:customStyle="1" w:styleId="BalloonTextChar">
    <w:name w:val="Balloon Text Char"/>
    <w:basedOn w:val="DefaultParagraphFont"/>
    <w:link w:val="BalloonText"/>
    <w:uiPriority w:val="99"/>
    <w:semiHidden/>
    <w:rsid w:val="001618C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618C6"/>
    <w:rPr>
      <w:rFonts w:ascii="Tahoma" w:hAnsi="Tahoma" w:cs="Tahoma"/>
      <w:sz w:val="16"/>
      <w:szCs w:val="16"/>
    </w:rPr>
  </w:style>
  <w:style w:type="character" w:customStyle="1" w:styleId="BalloonTextChar">
    <w:name w:val="Balloon Text Char"/>
    <w:basedOn w:val="DefaultParagraphFont"/>
    <w:link w:val="BalloonText"/>
    <w:uiPriority w:val="99"/>
    <w:semiHidden/>
    <w:rsid w:val="001618C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A77B2-8F48-4597-87E0-EFDA63C23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3218</Words>
  <Characters>18343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HĐTN 2 - Tuần 6 - Tiết 1 SHDC đã rà soát hình thức tổ chức</vt:lpstr>
    </vt:vector>
  </TitlesOfParts>
  <Manager/>
  <Company/>
  <LinksUpToDate>false</LinksUpToDate>
  <CharactersWithSpaces>21518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 Tuần 6 - Tiết 1 SHDC đã rà soát hình thức tổ chức</dc:title>
  <dc:subject>TRÌNH DIỄN SÂN KHẤU</dc:subject>
  <dc:creator>Nguyễn Bảo Trân</dc:creator>
  <cp:keywords/>
  <dc:description>generated by python-docx</dc:description>
  <cp:lastModifiedBy>Administrator</cp:lastModifiedBy>
  <cp:revision>4</cp:revision>
  <dcterms:created xsi:type="dcterms:W3CDTF">2026-06-12T19:19:00Z</dcterms:created>
  <dcterms:modified xsi:type="dcterms:W3CDTF">2026-08-17T10:19:00Z</dcterms:modified>
  <cp:category/>
</cp:coreProperties>
</file>