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2C7" w:rsidRPr="00AE763C" w:rsidRDefault="00AE763C">
      <w:pPr>
        <w:spacing w:after="0" w:line="240" w:lineRule="auto"/>
        <w:jc w:val="center"/>
        <w:rPr>
          <w:szCs w:val="28"/>
        </w:rPr>
      </w:pPr>
      <w:bookmarkStart w:id="0" w:name="_GoBack"/>
      <w:r w:rsidRPr="00AE763C">
        <w:rPr>
          <w:b/>
          <w:szCs w:val="28"/>
        </w:rPr>
        <w:t>TUẦN 28</w:t>
      </w:r>
    </w:p>
    <w:p w:rsidR="000052C7" w:rsidRPr="00AE763C" w:rsidRDefault="00AE763C">
      <w:pPr>
        <w:spacing w:after="0" w:line="240" w:lineRule="auto"/>
        <w:jc w:val="center"/>
        <w:rPr>
          <w:szCs w:val="28"/>
        </w:rPr>
      </w:pPr>
      <w:r w:rsidRPr="00AE763C">
        <w:rPr>
          <w:b/>
          <w:szCs w:val="28"/>
        </w:rPr>
        <w:t>TIẾNG VIỆT</w:t>
      </w:r>
    </w:p>
    <w:p w:rsidR="000052C7" w:rsidRPr="00AE763C" w:rsidRDefault="00AE763C">
      <w:pPr>
        <w:spacing w:after="0" w:line="240" w:lineRule="auto"/>
        <w:jc w:val="center"/>
        <w:rPr>
          <w:szCs w:val="28"/>
        </w:rPr>
      </w:pPr>
      <w:r w:rsidRPr="00AE763C">
        <w:rPr>
          <w:b/>
          <w:szCs w:val="28"/>
        </w:rPr>
        <w:t>CHỦ ĐIỂM: ĐẤT NƯỚC NGÀN NĂM</w:t>
      </w:r>
    </w:p>
    <w:p w:rsidR="000052C7" w:rsidRPr="00AE763C" w:rsidRDefault="00AE763C">
      <w:pPr>
        <w:spacing w:after="0" w:line="240" w:lineRule="auto"/>
        <w:jc w:val="center"/>
        <w:rPr>
          <w:szCs w:val="28"/>
        </w:rPr>
      </w:pPr>
      <w:r w:rsidRPr="00AE763C">
        <w:rPr>
          <w:b/>
          <w:szCs w:val="28"/>
        </w:rPr>
        <w:t>Bài 17: ĐẤT NƯỚC LÀ GÌ (3 tiết)</w:t>
      </w:r>
    </w:p>
    <w:p w:rsidR="000052C7" w:rsidRPr="00AE763C" w:rsidRDefault="00AE763C">
      <w:pPr>
        <w:spacing w:after="0" w:line="240" w:lineRule="auto"/>
        <w:rPr>
          <w:szCs w:val="28"/>
        </w:rPr>
      </w:pPr>
      <w:r w:rsidRPr="00AE763C">
        <w:rPr>
          <w:b/>
          <w:szCs w:val="28"/>
        </w:rPr>
        <w:t>I. YÊU CẦU CẦN ĐẠT:</w:t>
      </w:r>
    </w:p>
    <w:p w:rsidR="000052C7" w:rsidRPr="00AE763C" w:rsidRDefault="00AE763C">
      <w:pPr>
        <w:spacing w:after="0" w:line="240" w:lineRule="auto"/>
        <w:rPr>
          <w:szCs w:val="28"/>
        </w:rPr>
      </w:pPr>
      <w:r w:rsidRPr="00AE763C">
        <w:rPr>
          <w:b/>
          <w:szCs w:val="28"/>
        </w:rPr>
        <w:t>1. Năng lực đặc thù.</w:t>
      </w:r>
    </w:p>
    <w:p w:rsidR="000052C7" w:rsidRPr="00AE763C" w:rsidRDefault="00AE763C">
      <w:pPr>
        <w:spacing w:after="0" w:line="240" w:lineRule="auto"/>
        <w:rPr>
          <w:szCs w:val="28"/>
        </w:rPr>
      </w:pPr>
      <w:r w:rsidRPr="00AE763C">
        <w:rPr>
          <w:szCs w:val="28"/>
        </w:rPr>
        <w:t>- Học sinh đọc đúng và rõ ràng bài thơ Đất nước là gì? (Huỳnh Mai Liên).</w:t>
      </w:r>
    </w:p>
    <w:p w:rsidR="000052C7" w:rsidRPr="00AE763C" w:rsidRDefault="00AE763C">
      <w:pPr>
        <w:spacing w:after="0" w:line="240" w:lineRule="auto"/>
        <w:rPr>
          <w:szCs w:val="28"/>
        </w:rPr>
      </w:pPr>
      <w:r w:rsidRPr="00AE763C">
        <w:rPr>
          <w:szCs w:val="28"/>
        </w:rPr>
        <w:t>- Biết nghỉ hơi ở chỗ ngắt nhịp thơ và giữa các dòng thơ.</w:t>
      </w:r>
    </w:p>
    <w:p w:rsidR="000052C7" w:rsidRPr="00AE763C" w:rsidRDefault="00AE763C">
      <w:pPr>
        <w:spacing w:after="0" w:line="240" w:lineRule="auto"/>
        <w:rPr>
          <w:szCs w:val="28"/>
        </w:rPr>
      </w:pPr>
      <w:r w:rsidRPr="00AE763C">
        <w:rPr>
          <w:szCs w:val="28"/>
        </w:rPr>
        <w:t xml:space="preserve">- </w:t>
      </w:r>
      <w:r w:rsidRPr="00AE763C">
        <w:rPr>
          <w:szCs w:val="28"/>
        </w:rPr>
        <w:t>Bước đầu thể hiện cảm xúc của bạn nhỏ (nhân vật xưng “con” trong bài thơ) qua giọng đọc.</w:t>
      </w:r>
    </w:p>
    <w:p w:rsidR="000052C7" w:rsidRPr="00AE763C" w:rsidRDefault="00AE763C">
      <w:pPr>
        <w:spacing w:after="0" w:line="240" w:lineRule="auto"/>
        <w:rPr>
          <w:szCs w:val="28"/>
        </w:rPr>
      </w:pPr>
      <w:r w:rsidRPr="00AE763C">
        <w:rPr>
          <w:szCs w:val="28"/>
        </w:rPr>
        <w:t>- Dựa vào từ ngữ, hình ảnh thơ và tranh ảnh minh hoạ, hiểu được ý nghĩa hàm ẩn của câu thơ, khổ thơ, bài thơ với những suy luận đơn giản. Hiểu điều tác giả muốn nói qu</w:t>
      </w:r>
      <w:r w:rsidRPr="00AE763C">
        <w:rPr>
          <w:szCs w:val="28"/>
        </w:rPr>
        <w:t>a bài thơ.</w:t>
      </w:r>
    </w:p>
    <w:p w:rsidR="000052C7" w:rsidRPr="00AE763C" w:rsidRDefault="00AE763C">
      <w:pPr>
        <w:spacing w:after="0" w:line="240" w:lineRule="auto"/>
        <w:rPr>
          <w:szCs w:val="28"/>
        </w:rPr>
      </w:pPr>
      <w:r w:rsidRPr="00AE763C">
        <w:rPr>
          <w:szCs w:val="28"/>
        </w:rPr>
        <w:t>- Nói được những hiểu biết và cảm nghĩ của bản thân về cảnh đẹp đất nước Việt Nam dựa vào gợi ý và tranh ảnh. Nói rõ ràng, tập trung vào mục đích nói tới; có thái độ tự tin và có thói quen nhìn vào người nghe khi nói.</w:t>
      </w:r>
    </w:p>
    <w:p w:rsidR="000052C7" w:rsidRPr="00AE763C" w:rsidRDefault="00AE763C">
      <w:pPr>
        <w:spacing w:after="0" w:line="240" w:lineRule="auto"/>
        <w:rPr>
          <w:szCs w:val="28"/>
        </w:rPr>
      </w:pPr>
      <w:r w:rsidRPr="00AE763C">
        <w:rPr>
          <w:szCs w:val="28"/>
        </w:rPr>
        <w:t xml:space="preserve">- Phát triển năng lực ngôn </w:t>
      </w:r>
      <w:r w:rsidRPr="00AE763C">
        <w:rPr>
          <w:szCs w:val="28"/>
        </w:rPr>
        <w:t>ngữ.</w:t>
      </w:r>
    </w:p>
    <w:p w:rsidR="000052C7" w:rsidRPr="00AE763C" w:rsidRDefault="00AE763C">
      <w:pPr>
        <w:spacing w:after="0" w:line="240" w:lineRule="auto"/>
        <w:rPr>
          <w:szCs w:val="28"/>
        </w:rPr>
      </w:pPr>
      <w:r w:rsidRPr="00AE763C">
        <w:rPr>
          <w:b/>
          <w:szCs w:val="28"/>
        </w:rPr>
        <w:t>2. Năng lực chung.</w:t>
      </w:r>
    </w:p>
    <w:p w:rsidR="000052C7" w:rsidRPr="00AE763C" w:rsidRDefault="00AE763C">
      <w:pPr>
        <w:spacing w:after="0" w:line="240" w:lineRule="auto"/>
        <w:rPr>
          <w:szCs w:val="28"/>
        </w:rPr>
      </w:pPr>
      <w:r w:rsidRPr="00AE763C">
        <w:rPr>
          <w:szCs w:val="28"/>
        </w:rPr>
        <w:t>- Năng lực tự chủ, tự học: lắng nghe, đọc bài và trả lời các câu hỏi. Nêu được nội dung bài.</w:t>
      </w:r>
    </w:p>
    <w:p w:rsidR="000052C7" w:rsidRPr="00AE763C" w:rsidRDefault="00AE763C">
      <w:pPr>
        <w:spacing w:after="0" w:line="240" w:lineRule="auto"/>
        <w:rPr>
          <w:szCs w:val="28"/>
        </w:rPr>
      </w:pPr>
      <w:r w:rsidRPr="00AE763C">
        <w:rPr>
          <w:szCs w:val="28"/>
        </w:rPr>
        <w:t>- Năng lực giải quyết vấn đề và sáng tạo: tham gia trò chơi, vận dụng.</w:t>
      </w:r>
    </w:p>
    <w:p w:rsidR="000052C7" w:rsidRPr="00AE763C" w:rsidRDefault="00AE763C">
      <w:pPr>
        <w:spacing w:after="0" w:line="240" w:lineRule="auto"/>
        <w:rPr>
          <w:szCs w:val="28"/>
        </w:rPr>
      </w:pPr>
      <w:r w:rsidRPr="00AE763C">
        <w:rPr>
          <w:szCs w:val="28"/>
        </w:rPr>
        <w:t>- Năng lực giao tiếp và hợp tác: tham gia đọc trong nhóm.</w:t>
      </w:r>
    </w:p>
    <w:p w:rsidR="000052C7" w:rsidRPr="00AE763C" w:rsidRDefault="00AE763C">
      <w:pPr>
        <w:spacing w:after="0" w:line="240" w:lineRule="auto"/>
        <w:rPr>
          <w:szCs w:val="28"/>
        </w:rPr>
      </w:pPr>
      <w:r w:rsidRPr="00AE763C">
        <w:rPr>
          <w:b/>
          <w:szCs w:val="28"/>
        </w:rPr>
        <w:t>3. Phẩm ch</w:t>
      </w:r>
      <w:r w:rsidRPr="00AE763C">
        <w:rPr>
          <w:b/>
          <w:szCs w:val="28"/>
        </w:rPr>
        <w:t>ất.</w:t>
      </w:r>
    </w:p>
    <w:p w:rsidR="000052C7" w:rsidRPr="00AE763C" w:rsidRDefault="00AE763C">
      <w:pPr>
        <w:spacing w:after="0" w:line="240" w:lineRule="auto"/>
        <w:rPr>
          <w:szCs w:val="28"/>
        </w:rPr>
      </w:pPr>
      <w:r w:rsidRPr="00AE763C">
        <w:rPr>
          <w:szCs w:val="28"/>
        </w:rPr>
        <w:t>- Phẩm chất yêu nước: Biết yêu cảnh đẹp, quê hương qua bài tập đọc.</w:t>
      </w:r>
    </w:p>
    <w:p w:rsidR="000052C7" w:rsidRPr="00AE763C" w:rsidRDefault="00AE763C">
      <w:pPr>
        <w:spacing w:after="0" w:line="240" w:lineRule="auto"/>
        <w:rPr>
          <w:szCs w:val="28"/>
        </w:rPr>
      </w:pPr>
      <w:r w:rsidRPr="00AE763C">
        <w:rPr>
          <w:szCs w:val="28"/>
        </w:rPr>
        <w:t>- Phẩm chất nhân ái: Biết yêu quý bạn bè qua câu chuyện về những trải nghiệm mùa hè.</w:t>
      </w:r>
    </w:p>
    <w:p w:rsidR="000052C7" w:rsidRPr="00AE763C" w:rsidRDefault="00AE763C">
      <w:pPr>
        <w:spacing w:after="0" w:line="240" w:lineRule="auto"/>
        <w:rPr>
          <w:szCs w:val="28"/>
        </w:rPr>
      </w:pPr>
      <w:r w:rsidRPr="00AE763C">
        <w:rPr>
          <w:szCs w:val="28"/>
        </w:rPr>
        <w:t>- Phẩm chất chăm chỉ: Chăm chỉ đọc bài, trả lời câu hỏi.</w:t>
      </w:r>
    </w:p>
    <w:p w:rsidR="000052C7" w:rsidRPr="00AE763C" w:rsidRDefault="00AE763C">
      <w:pPr>
        <w:spacing w:after="0" w:line="240" w:lineRule="auto"/>
        <w:rPr>
          <w:szCs w:val="28"/>
        </w:rPr>
      </w:pPr>
      <w:r w:rsidRPr="00AE763C">
        <w:rPr>
          <w:szCs w:val="28"/>
        </w:rPr>
        <w:t xml:space="preserve">- Phẩm chất trách nhiệm: Giữ trật tự, học </w:t>
      </w:r>
      <w:r w:rsidRPr="00AE763C">
        <w:rPr>
          <w:szCs w:val="28"/>
        </w:rPr>
        <w:t>tập nghiêm túc.</w:t>
      </w:r>
    </w:p>
    <w:p w:rsidR="000052C7" w:rsidRPr="00AE763C" w:rsidRDefault="00AE763C">
      <w:pPr>
        <w:spacing w:after="0" w:line="240" w:lineRule="auto"/>
        <w:rPr>
          <w:szCs w:val="28"/>
        </w:rPr>
      </w:pPr>
      <w:r w:rsidRPr="00AE763C">
        <w:rPr>
          <w:b/>
          <w:color w:val="FF0000"/>
          <w:szCs w:val="28"/>
        </w:rPr>
        <w:t>4. Tích hợp: QPAN.</w:t>
      </w:r>
    </w:p>
    <w:p w:rsidR="000052C7" w:rsidRPr="00AE763C" w:rsidRDefault="00AE763C">
      <w:pPr>
        <w:spacing w:after="0" w:line="240" w:lineRule="auto"/>
        <w:rPr>
          <w:szCs w:val="28"/>
        </w:rPr>
      </w:pPr>
      <w:r w:rsidRPr="00AE763C">
        <w:rPr>
          <w:color w:val="FF0000"/>
          <w:szCs w:val="28"/>
        </w:rPr>
        <w:t>- Giúp học sinh bước đầu nhận thức được tình yêu đất nước gắn với ý thức bảo vệ Tổ quốc, trân trọng cờ Tổ quốc, quê hương, biển đảo, non sông Việt Nam.</w:t>
      </w:r>
    </w:p>
    <w:p w:rsidR="000052C7" w:rsidRPr="00AE763C" w:rsidRDefault="00AE763C">
      <w:pPr>
        <w:spacing w:after="0" w:line="240" w:lineRule="auto"/>
        <w:rPr>
          <w:szCs w:val="28"/>
        </w:rPr>
      </w:pPr>
      <w:r w:rsidRPr="00AE763C">
        <w:rPr>
          <w:color w:val="FF0000"/>
          <w:szCs w:val="28"/>
        </w:rPr>
        <w:t>- Bồi dưỡng cho học sinh niềm tự hào dân tộc, tình yêu quê hương, ý t</w:t>
      </w:r>
      <w:r w:rsidRPr="00AE763C">
        <w:rPr>
          <w:color w:val="FF0000"/>
          <w:szCs w:val="28"/>
        </w:rPr>
        <w:t>hức giữ gìn hình ảnh đất nước và trách nhiệm học tập, rèn luyện để góp phần xây dựng, bảo vệ đất nước.</w:t>
      </w:r>
    </w:p>
    <w:p w:rsidR="000052C7" w:rsidRPr="00AE763C" w:rsidRDefault="00AE763C">
      <w:pPr>
        <w:spacing w:after="0" w:line="240" w:lineRule="auto"/>
        <w:rPr>
          <w:szCs w:val="28"/>
        </w:rPr>
      </w:pPr>
      <w:r w:rsidRPr="00AE763C">
        <w:rPr>
          <w:b/>
          <w:szCs w:val="28"/>
        </w:rPr>
        <w:t>II. ĐỒ DÙNG DẠY HỌC</w:t>
      </w:r>
    </w:p>
    <w:p w:rsidR="000052C7" w:rsidRPr="00AE763C" w:rsidRDefault="00AE763C">
      <w:pPr>
        <w:spacing w:after="0" w:line="240" w:lineRule="auto"/>
        <w:rPr>
          <w:szCs w:val="28"/>
        </w:rPr>
      </w:pPr>
      <w:r w:rsidRPr="00AE763C">
        <w:rPr>
          <w:szCs w:val="28"/>
        </w:rPr>
        <w:t>- Kế hoạch bài dạy, bài giảng Power point.</w:t>
      </w:r>
    </w:p>
    <w:p w:rsidR="000052C7" w:rsidRPr="00AE763C" w:rsidRDefault="00AE763C">
      <w:pPr>
        <w:spacing w:after="0" w:line="240" w:lineRule="auto"/>
        <w:rPr>
          <w:szCs w:val="28"/>
        </w:rPr>
      </w:pPr>
      <w:r w:rsidRPr="00AE763C">
        <w:rPr>
          <w:szCs w:val="28"/>
        </w:rPr>
        <w:t>- SGK và các thiết bị, học liệu phục vụ cho tiết dạy.</w:t>
      </w:r>
    </w:p>
    <w:p w:rsidR="000052C7" w:rsidRPr="00AE763C" w:rsidRDefault="00AE763C">
      <w:pPr>
        <w:spacing w:after="0" w:line="240" w:lineRule="auto"/>
        <w:rPr>
          <w:szCs w:val="28"/>
        </w:rPr>
      </w:pPr>
      <w:r w:rsidRPr="00AE763C">
        <w:rPr>
          <w:szCs w:val="28"/>
        </w:rPr>
        <w:t xml:space="preserve">- Tranh ảnh minh hoạ bài thơ; băng </w:t>
      </w:r>
      <w:r w:rsidRPr="00AE763C">
        <w:rPr>
          <w:szCs w:val="28"/>
        </w:rPr>
        <w:t>đĩa về những ngôi nhà của các vùng miền khác nhau…</w:t>
      </w:r>
    </w:p>
    <w:p w:rsidR="000052C7" w:rsidRPr="00AE763C" w:rsidRDefault="00AE763C">
      <w:pPr>
        <w:spacing w:after="0" w:line="240" w:lineRule="auto"/>
        <w:rPr>
          <w:szCs w:val="28"/>
        </w:rPr>
      </w:pPr>
      <w:r w:rsidRPr="00AE763C">
        <w:rPr>
          <w:b/>
          <w:szCs w:val="28"/>
        </w:rPr>
        <w:t>III. HOẠT ĐỘNG DẠY HỌC</w:t>
      </w:r>
    </w:p>
    <w:tbl>
      <w:tblPr>
        <w:tblStyle w:val="TableGrid"/>
        <w:tblW w:w="0" w:type="auto"/>
        <w:jc w:val="center"/>
        <w:tblLayout w:type="fixed"/>
        <w:tblLook w:val="04A0" w:firstRow="1" w:lastRow="0" w:firstColumn="1" w:lastColumn="0" w:noHBand="0" w:noVBand="1"/>
      </w:tblPr>
      <w:tblGrid>
        <w:gridCol w:w="5269"/>
        <w:gridCol w:w="5269"/>
      </w:tblGrid>
      <w:tr w:rsidR="000052C7" w:rsidRPr="00AE763C">
        <w:trPr>
          <w:jc w:val="center"/>
        </w:trPr>
        <w:tc>
          <w:tcPr>
            <w:tcW w:w="5269" w:type="dxa"/>
            <w:tcBorders>
              <w:top w:val="single" w:sz="8" w:space="0" w:color="808080"/>
              <w:left w:val="single" w:sz="8" w:space="0" w:color="808080"/>
              <w:bottom w:val="single" w:sz="8" w:space="0" w:color="808080"/>
              <w:right w:val="single" w:sz="8" w:space="0" w:color="808080"/>
            </w:tcBorders>
            <w:shd w:val="clear" w:color="auto" w:fill="D9EAF7"/>
            <w:tcMar>
              <w:top w:w="100" w:type="dxa"/>
              <w:left w:w="120" w:type="dxa"/>
              <w:bottom w:w="100" w:type="dxa"/>
              <w:right w:w="120" w:type="dxa"/>
            </w:tcMar>
            <w:vAlign w:val="center"/>
          </w:tcPr>
          <w:p w:rsidR="000052C7" w:rsidRPr="00AE763C" w:rsidRDefault="00AE763C">
            <w:pPr>
              <w:jc w:val="center"/>
              <w:rPr>
                <w:szCs w:val="28"/>
              </w:rPr>
            </w:pPr>
            <w:r w:rsidRPr="00AE763C">
              <w:rPr>
                <w:b/>
                <w:szCs w:val="28"/>
              </w:rPr>
              <w:t>Hoạt động của giáo viên</w:t>
            </w:r>
          </w:p>
        </w:tc>
        <w:tc>
          <w:tcPr>
            <w:tcW w:w="5269" w:type="dxa"/>
            <w:tcBorders>
              <w:top w:val="single" w:sz="8" w:space="0" w:color="808080"/>
              <w:left w:val="single" w:sz="8" w:space="0" w:color="808080"/>
              <w:bottom w:val="single" w:sz="8" w:space="0" w:color="808080"/>
              <w:right w:val="single" w:sz="8" w:space="0" w:color="808080"/>
            </w:tcBorders>
            <w:shd w:val="clear" w:color="auto" w:fill="D9EAF7"/>
            <w:tcMar>
              <w:top w:w="100" w:type="dxa"/>
              <w:left w:w="120" w:type="dxa"/>
              <w:bottom w:w="100" w:type="dxa"/>
              <w:right w:w="120" w:type="dxa"/>
            </w:tcMar>
            <w:vAlign w:val="center"/>
          </w:tcPr>
          <w:p w:rsidR="000052C7" w:rsidRPr="00AE763C" w:rsidRDefault="00AE763C">
            <w:pPr>
              <w:jc w:val="center"/>
              <w:rPr>
                <w:szCs w:val="28"/>
              </w:rPr>
            </w:pPr>
            <w:r w:rsidRPr="00AE763C">
              <w:rPr>
                <w:b/>
                <w:szCs w:val="28"/>
              </w:rPr>
              <w:t>Hoạt động của học sinh</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1. Khởi động</w:t>
            </w:r>
          </w:p>
          <w:p w:rsidR="000052C7" w:rsidRPr="00AE763C" w:rsidRDefault="00AE763C">
            <w:pPr>
              <w:rPr>
                <w:szCs w:val="28"/>
              </w:rPr>
            </w:pPr>
            <w:r w:rsidRPr="00AE763C">
              <w:rPr>
                <w:b/>
                <w:szCs w:val="28"/>
              </w:rPr>
              <w:t>- Mục tiêu: + Tạo không khí vui vẻ, khấn khởi trước giờ học. + Kiểm tra kiến thức đã học của học sinh ở bài trước.</w:t>
            </w:r>
          </w:p>
          <w:p w:rsidR="000052C7" w:rsidRPr="00AE763C" w:rsidRDefault="00AE763C">
            <w:pPr>
              <w:rPr>
                <w:szCs w:val="28"/>
              </w:rPr>
            </w:pPr>
            <w:r w:rsidRPr="00AE763C">
              <w:rPr>
                <w:b/>
                <w:szCs w:val="28"/>
              </w:rPr>
              <w:t>- Cách</w:t>
            </w:r>
            <w:r w:rsidRPr="00AE763C">
              <w:rPr>
                <w:b/>
                <w:szCs w:val="28"/>
              </w:rPr>
              <w:t xml:space="preserve">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xml:space="preserve">- GV hướng dẫn học sinh cách thực hiện hoạt động (nói 2 - 3 câu giới thiệu về đất </w:t>
            </w:r>
            <w:r w:rsidRPr="00AE763C">
              <w:rPr>
                <w:szCs w:val="28"/>
              </w:rPr>
              <w:lastRenderedPageBreak/>
              <w:t>nước mình theo gợi ý trong sách học sinh).</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HS lắng nghe hướng dẫn và chuẩn bị tham gia hoạt động.</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xml:space="preserve">- HS làm việc nhóm: mỗi em tự chia sẻ những hiểu biết của </w:t>
            </w:r>
            <w:r w:rsidRPr="00AE763C">
              <w:rPr>
                <w:szCs w:val="28"/>
              </w:rPr>
              <w:t>mình về đất nước.</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tham gia trò chơi, chia sẻ hiểu biết và cảm nghĩ của mình về đất nước Việt Nam.</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nhận xét, tuyên dương.</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tiếp thu.</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dẫn dắt vào bài mới.</w:t>
            </w:r>
          </w:p>
          <w:p w:rsidR="000052C7" w:rsidRPr="00AE763C" w:rsidRDefault="00AE763C">
            <w:pPr>
              <w:rPr>
                <w:szCs w:val="28"/>
              </w:rPr>
            </w:pPr>
            <w:r w:rsidRPr="00AE763C">
              <w:rPr>
                <w:b/>
                <w:szCs w:val="28"/>
              </w:rPr>
              <w:t xml:space="preserve">Kết luận của GV: Đất nước Việt Nam có nhiều cảnh đẹp, nhiều điều đáng </w:t>
            </w:r>
            <w:r w:rsidRPr="00AE763C">
              <w:rPr>
                <w:b/>
                <w:szCs w:val="28"/>
              </w:rPr>
              <w:t>yêu và đáng tự hào; mỗi em cần biết yêu quý, trân trọng đất nước mình ngay từ những điều gần gũi nhất.</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và sẵn sàng vào bài mới.</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2.1. Hoạt động 1: Đọc văn bản</w:t>
            </w:r>
          </w:p>
          <w:p w:rsidR="000052C7" w:rsidRPr="00AE763C" w:rsidRDefault="00AE763C">
            <w:pPr>
              <w:rPr>
                <w:szCs w:val="28"/>
              </w:rPr>
            </w:pPr>
            <w:r w:rsidRPr="00AE763C">
              <w:rPr>
                <w:b/>
                <w:szCs w:val="28"/>
              </w:rPr>
              <w:t xml:space="preserve">- Mục tiêu: Học sinh đọc đúng và rõ ràng bài thơ Đất nước là gì?; biết nghỉ hơi ở </w:t>
            </w:r>
            <w:r w:rsidRPr="00AE763C">
              <w:rPr>
                <w:b/>
                <w:szCs w:val="28"/>
              </w:rPr>
              <w:t>chỗ ngắt nhịp thơ và giữa các dòng thơ; bước đầu thể hiện cảm xúc của bạn nhỏ qua giọng đọc.</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đọc cả bài (đọc diễn cảm, nhấn giọng ở những từ ngữ thể hiện những câu hỏi bộc lộ suy nghĩ, suy tư của bạn nhỏ thể hiện trong bài thơ).</w:t>
            </w:r>
          </w:p>
          <w:p w:rsidR="00AE763C" w:rsidRPr="00AE763C" w:rsidRDefault="00AE763C">
            <w:pPr>
              <w:rPr>
                <w:szCs w:val="28"/>
              </w:rPr>
            </w:pPr>
            <w:r w:rsidRPr="00AE763C">
              <w:rPr>
                <w:szCs w:val="28"/>
              </w:rPr>
              <w:drawing>
                <wp:inline distT="0" distB="0" distL="0" distR="0" wp14:anchorId="7FE2DA08" wp14:editId="646809B2">
                  <wp:extent cx="2997843" cy="23682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08100" cy="2376362"/>
                          </a:xfrm>
                          <a:prstGeom prst="rect">
                            <a:avLst/>
                          </a:prstGeom>
                        </pic:spPr>
                      </pic:pic>
                    </a:graphicData>
                  </a:graphic>
                </wp:inline>
              </w:drawing>
            </w:r>
          </w:p>
          <w:p w:rsidR="00AE763C" w:rsidRPr="00AE763C" w:rsidRDefault="00AE763C">
            <w:pPr>
              <w:rPr>
                <w:szCs w:val="28"/>
              </w:rPr>
            </w:pPr>
            <w:r w:rsidRPr="00AE763C">
              <w:rPr>
                <w:szCs w:val="28"/>
              </w:rPr>
              <w:drawing>
                <wp:inline distT="0" distB="0" distL="0" distR="0" wp14:anchorId="571B681B" wp14:editId="6730E1AF">
                  <wp:extent cx="3206115" cy="16503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06115" cy="1650365"/>
                          </a:xfrm>
                          <a:prstGeom prst="rect">
                            <a:avLst/>
                          </a:prstGeom>
                        </pic:spPr>
                      </pic:pic>
                    </a:graphicData>
                  </a:graphic>
                </wp:inline>
              </w:drawing>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xml:space="preserve">- </w:t>
            </w:r>
            <w:r w:rsidRPr="00AE763C">
              <w:rPr>
                <w:szCs w:val="28"/>
              </w:rPr>
              <w:t>HS lắng nghe, cảm nhận giọng đọc của giáo viên.</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GV hướng dẫn đọc:</w:t>
            </w:r>
          </w:p>
          <w:p w:rsidR="000052C7" w:rsidRPr="00AE763C" w:rsidRDefault="00AE763C">
            <w:pPr>
              <w:rPr>
                <w:szCs w:val="28"/>
              </w:rPr>
            </w:pPr>
            <w:r w:rsidRPr="00AE763C">
              <w:rPr>
                <w:szCs w:val="28"/>
              </w:rPr>
              <w:t>+ Đọc đúng những câu thơ có những tiếng dễ phát âm sai.</w:t>
            </w:r>
          </w:p>
          <w:p w:rsidR="000052C7" w:rsidRPr="00AE763C" w:rsidRDefault="00AE763C">
            <w:pPr>
              <w:rPr>
                <w:szCs w:val="28"/>
              </w:rPr>
            </w:pPr>
            <w:r w:rsidRPr="00AE763C">
              <w:rPr>
                <w:szCs w:val="28"/>
              </w:rPr>
              <w:t>+ Nghỉ hơi ở cuối mỗi dòng thơ hoặc có thể ngắt nhịp thơ như sau: Hay là con nghĩ/ Đất nước trong nhà/ Là mẹ/ là cha/ Là cờ Tổ quốc</w:t>
            </w:r>
            <w:r w:rsidRPr="00AE763C">
              <w:rPr>
                <w:szCs w:val="28"/>
              </w:rPr>
              <w:t>?//</w:t>
            </w:r>
          </w:p>
          <w:p w:rsidR="000052C7" w:rsidRPr="00AE763C" w:rsidRDefault="00AE763C">
            <w:pPr>
              <w:rPr>
                <w:szCs w:val="28"/>
              </w:rPr>
            </w:pPr>
            <w:r w:rsidRPr="00AE763C">
              <w:rPr>
                <w:szCs w:val="28"/>
              </w:rPr>
              <w:t>+ Đọc chậm rãi, nhấn giọng ở những từ ngữ thể hiện những câu hỏi bộc lộ suy tư của bạn nhỏ.</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cách đọc và luyện đọc theo hướng dẫn.</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- 3 HS đọc nối tiếp câu thơ trong bài (mỗi bạn đọc liền hai khổ) trước lớp theo hướng dẫn của giáo viên.</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w:t>
            </w:r>
            <w:r w:rsidRPr="00AE763C">
              <w:rPr>
                <w:szCs w:val="28"/>
              </w:rPr>
              <w:t xml:space="preserve"> HS đọc nối tiếp theo yêu cầu.</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làm việc nhóm (3 HS/nhóm): Mỗi HS đọc 2 khổ (đọc nối tiếp đến hết bài), đọc nối tiếp 1 - 2 lượt.</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luyện đọc trong nhóm 3.</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làm việc cá nhân: Đọc nhẩm toàn bài 1 lượt.</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đọc nhẩm toàn bài.</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- 3 học sinh đọc n</w:t>
            </w:r>
            <w:r w:rsidRPr="00AE763C">
              <w:rPr>
                <w:szCs w:val="28"/>
              </w:rPr>
              <w:t>ối tiếp bài thơ trước lớp.</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đọc trước lớp.</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nhận xét việc luyện đọc của cả lớp.</w:t>
            </w:r>
          </w:p>
          <w:p w:rsidR="000052C7" w:rsidRPr="00AE763C" w:rsidRDefault="00AE763C">
            <w:pPr>
              <w:rPr>
                <w:szCs w:val="28"/>
              </w:rPr>
            </w:pPr>
            <w:r w:rsidRPr="00AE763C">
              <w:rPr>
                <w:b/>
                <w:szCs w:val="28"/>
              </w:rPr>
              <w:t>Kết luận của GV: Muốn hiểu và cảm nhận được vẻ đẹp của bài thơ, các em cần đọc đúng, rõ ràng, ngắt nghỉ phù hợp và thể hiện được giọng điệu hồn nhiên, suy tư của bạn n</w:t>
            </w:r>
            <w:r w:rsidRPr="00AE763C">
              <w:rPr>
                <w:b/>
                <w:szCs w:val="28"/>
              </w:rPr>
              <w:t>hỏ.</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rút kinh nghiệm.</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2.2. Hoạt động 2: Trả lời câu hỏi</w:t>
            </w:r>
          </w:p>
          <w:p w:rsidR="000052C7" w:rsidRPr="00AE763C" w:rsidRDefault="00AE763C">
            <w:pPr>
              <w:rPr>
                <w:szCs w:val="28"/>
              </w:rPr>
            </w:pPr>
            <w:r w:rsidRPr="00AE763C">
              <w:rPr>
                <w:b/>
                <w:szCs w:val="28"/>
              </w:rPr>
              <w:t>- Mục tiêu: Dựa vào từ ngữ, hình ảnh thơ và tranh ảnh minh hoạ, hiểu được ý nghĩa hàm ẩn của câu thơ, khổ thơ, bài thơ; hiểu điều tác giả muốn nói qua bài thơ.</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xml:space="preserve">- GV </w:t>
            </w:r>
            <w:r w:rsidRPr="00AE763C">
              <w:rPr>
                <w:szCs w:val="28"/>
              </w:rPr>
              <w:t>gọi HS đọc và trả lời lần lượt 4 câu hỏi trong SGK. GV nhận xét, tuyên dương.</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đọc thầm, suy nghĩ và trả lời lần lượt các câu hỏi.</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hỗ trợ HS gặp khó khăn, lưu ý rèn cách trả lời đầy đủ câu.</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trả lời câu hỏi thành câu trọn ý.</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Câu 1: Ở 2 khổ</w:t>
            </w:r>
            <w:r w:rsidRPr="00AE763C">
              <w:rPr>
                <w:szCs w:val="28"/>
              </w:rPr>
              <w:t xml:space="preserve"> thơ đầu, bạn nhỏ hỏi những điều gì về đất nước?</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xml:space="preserve">- HS trả lời theo nội dung bài: Bạn nhỏ tự hỏi đất nước là gì, làm sao để thấy, núi cao thế nào, biển rộng là bao, đất nước có ở trong nhà không, có là mẹ, là cha, là cờ Tổ </w:t>
            </w:r>
            <w:r w:rsidRPr="00AE763C">
              <w:rPr>
                <w:szCs w:val="28"/>
              </w:rPr>
              <w:lastRenderedPageBreak/>
              <w:t>quốc không.</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Câu 2: Bạn ấy đã tự</w:t>
            </w:r>
            <w:r w:rsidRPr="00AE763C">
              <w:rPr>
                <w:szCs w:val="28"/>
              </w:rPr>
              <w:t xml:space="preserve"> suy nghĩ để trả lời câu hỏi đó như thế nào?</w:t>
            </w:r>
          </w:p>
          <w:p w:rsidR="00AE763C" w:rsidRPr="00AE763C" w:rsidRDefault="00AE763C">
            <w:pPr>
              <w:rPr>
                <w:szCs w:val="28"/>
              </w:rPr>
            </w:pPr>
            <w:r w:rsidRPr="00AE763C">
              <w:rPr>
                <w:szCs w:val="28"/>
              </w:rPr>
              <w:drawing>
                <wp:inline distT="0" distB="0" distL="0" distR="0" wp14:anchorId="0F911742" wp14:editId="741BD242">
                  <wp:extent cx="3206115" cy="5842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06115" cy="584200"/>
                          </a:xfrm>
                          <a:prstGeom prst="rect">
                            <a:avLst/>
                          </a:prstGeom>
                        </pic:spPr>
                      </pic:pic>
                    </a:graphicData>
                  </a:graphic>
                </wp:inline>
              </w:drawing>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trả lời theo suy nghĩ của mình dựa vào bài thơ.</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Câu 3: Hai câu thơ cuối bài cho thấy bạn nhỏ đã nhận ra điều gì?</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xml:space="preserve">- HS nêu: Bạn nhỏ nhận ra đất nước thật gần gũi, có trong những điều thân thương quanh </w:t>
            </w:r>
            <w:r w:rsidRPr="00AE763C">
              <w:rPr>
                <w:szCs w:val="28"/>
              </w:rPr>
              <w:t>mình và trong tình yêu của mỗi người với quê hương, Tổ quốc.</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Câu 4: Em có đồng ý với suy nghĩ của bạn nhỏ không? Vì sao?</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trả lời câu hỏi theo suy nghĩ, cảm xúc của bản thân.</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tích hợp QPAN: Qua những câu trả lời, giáo viên giúp học sinh hiểu đ</w:t>
            </w:r>
            <w:r w:rsidRPr="00AE763C">
              <w:rPr>
                <w:szCs w:val="28"/>
              </w:rPr>
              <w:t>ất nước không chỉ là núi sông, biển trời mà còn là cờ Tổ quốc, là gia đình, là quê hương nơi mình đang sống. Yêu đất nước là biết kính yêu Quốc kỳ, biết tự hào về non sông Việt Nam, biết trân trọng hoà bình và có ý thức học tập, rèn luyện để sau này góp ph</w:t>
            </w:r>
            <w:r w:rsidRPr="00AE763C">
              <w:rPr>
                <w:szCs w:val="28"/>
              </w:rPr>
              <w:t>ần xây dựng, bảo vệ Tổ quốc.</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nêu: Em yêu đất nước mình, yêu lá cờ Tổ quốc, yêu gia đình và quê hương; em sẽ chăm ngoan, học tốt để lớn lên góp phần xây dựng đất nước.</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xml:space="preserve">- Kết luận của GV: Bài thơ giúp các em hiểu đất nước rất gần gũi, thân thương. Mỗi </w:t>
            </w:r>
            <w:r w:rsidRPr="00AE763C">
              <w:rPr>
                <w:szCs w:val="28"/>
              </w:rPr>
              <w:t>học sinh cần biết yêu quê hương, yêu Tổ quốc, tự hào dân tộc và có ý thức giữ gìn những điều tốt đẹp của đất nước.</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ghi nhớ bài học.</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2.3. Hoạt động 3: Luyện đọc lại</w:t>
            </w:r>
          </w:p>
          <w:p w:rsidR="000052C7" w:rsidRPr="00AE763C" w:rsidRDefault="00AE763C">
            <w:pPr>
              <w:rPr>
                <w:szCs w:val="28"/>
              </w:rPr>
            </w:pPr>
            <w:r w:rsidRPr="00AE763C">
              <w:rPr>
                <w:b/>
                <w:szCs w:val="28"/>
              </w:rPr>
              <w:t xml:space="preserve">- Mục tiêu: HS bước đầu thể hiện được cảm xúc của bạn nhỏ qua giọng đọc; </w:t>
            </w:r>
            <w:r w:rsidRPr="00AE763C">
              <w:rPr>
                <w:b/>
                <w:szCs w:val="28"/>
              </w:rPr>
              <w:t>đọc diễn cảm bài thơ.</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đọc diễn cảm toàn bài.</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đọc nối tiếp, cả lớp đọc thầm theo.</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đọc nối tiếp, cả lớp đọc thầm.</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nhận xét, tuyên dương.</w:t>
            </w:r>
          </w:p>
          <w:p w:rsidR="000052C7" w:rsidRPr="00AE763C" w:rsidRDefault="00AE763C">
            <w:pPr>
              <w:rPr>
                <w:szCs w:val="28"/>
              </w:rPr>
            </w:pPr>
            <w:r w:rsidRPr="00AE763C">
              <w:rPr>
                <w:b/>
                <w:szCs w:val="28"/>
              </w:rPr>
              <w:t xml:space="preserve">Kết luận của GV: Khi đọc lại bài thơ, các em cần đọc bằng cảm </w:t>
            </w:r>
            <w:r w:rsidRPr="00AE763C">
              <w:rPr>
                <w:b/>
                <w:szCs w:val="28"/>
              </w:rPr>
              <w:t>xúc yêu mến, trân trọng để thấy đất nước hiện lên thật đẹp và gần gũi.</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rút kinh nghiệm.</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lastRenderedPageBreak/>
              <w:t>3. Hoạt động 4: Nói và nghe – Cảnh đẹp đất nước</w:t>
            </w:r>
          </w:p>
          <w:p w:rsidR="000052C7" w:rsidRPr="00AE763C" w:rsidRDefault="00AE763C">
            <w:pPr>
              <w:rPr>
                <w:szCs w:val="28"/>
              </w:rPr>
            </w:pPr>
            <w:r w:rsidRPr="00AE763C">
              <w:rPr>
                <w:b/>
                <w:szCs w:val="28"/>
              </w:rPr>
              <w:t>- Mục tiêu: Nói được những hiểu biết và cảm nghĩ của bản thân về cảnh đẹp đất nước Việt Nam dựa vào gợi</w:t>
            </w:r>
            <w:r w:rsidRPr="00AE763C">
              <w:rPr>
                <w:b/>
                <w:szCs w:val="28"/>
              </w:rPr>
              <w:t xml:space="preserve"> ý và tranh ảnh; nói rõ ràng, tự tin.</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làm việc nhóm 4: Lần lượt từng em nêu cảm nghĩ, những điều mong muốn về cảnh đẹp của đất nước.</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nêu cảm nghĩ, mong muốn các bạn đến thăm, mong muốn mọi người biết đến cảnh đẹp đất nước, mong</w:t>
            </w:r>
            <w:r w:rsidRPr="00AE763C">
              <w:rPr>
                <w:szCs w:val="28"/>
              </w:rPr>
              <w:t xml:space="preserve"> muốn giữ gìn, bảo vệ các danh lam thắng cảnh.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Gọi HS trình bày trước lớp.</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trình bày trước lớp.</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nhận xét, tuyên dương.</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xml:space="preserve">- GV tổng kết: Qua bài luyện đọc, luyện nói và nghe hôm nay, các em đã có hiểu biết thêm về đất nước. Đất </w:t>
            </w:r>
            <w:r w:rsidRPr="00AE763C">
              <w:rPr>
                <w:szCs w:val="28"/>
              </w:rPr>
              <w:t>nước ta trong tương lai có đẹp như mong muốn của các em hay không phụ thuộc vào tất cả mọi người có biết sống vì đất nước, vì dân tộc hay không, trong đó có các em – những chủ nhân tương lai của đất nước.</w:t>
            </w:r>
          </w:p>
          <w:p w:rsidR="000052C7" w:rsidRPr="00AE763C" w:rsidRDefault="00AE763C">
            <w:pPr>
              <w:rPr>
                <w:szCs w:val="28"/>
              </w:rPr>
            </w:pPr>
            <w:r w:rsidRPr="00AE763C">
              <w:rPr>
                <w:b/>
                <w:szCs w:val="28"/>
              </w:rPr>
              <w:t xml:space="preserve">Kết luận của GV: Yêu đất nước bắt đầu từ việc biết </w:t>
            </w:r>
            <w:r w:rsidRPr="00AE763C">
              <w:rPr>
                <w:b/>
                <w:szCs w:val="28"/>
              </w:rPr>
              <w:t>quan sát, cảm nhận, trân trọng vẻ đẹp quê hương và có những việc làm nhỏ bé để giữ gìn những cảnh đẹp ấy.</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ghi nhớ.</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4. Vận dụng</w:t>
            </w:r>
          </w:p>
          <w:p w:rsidR="000052C7" w:rsidRPr="00AE763C" w:rsidRDefault="00AE763C">
            <w:pPr>
              <w:rPr>
                <w:szCs w:val="28"/>
              </w:rPr>
            </w:pPr>
            <w:r w:rsidRPr="00AE763C">
              <w:rPr>
                <w:b/>
                <w:szCs w:val="28"/>
              </w:rPr>
              <w:t>- Mục tiêu: Củng cố kiến thức đã học; vận dụng vào thực tiễn; tạo không khí vui vẻ, hào hứng sau bài học.</w:t>
            </w:r>
          </w:p>
          <w:p w:rsidR="000052C7" w:rsidRPr="00AE763C" w:rsidRDefault="00AE763C">
            <w:pPr>
              <w:rPr>
                <w:szCs w:val="28"/>
              </w:rPr>
            </w:pPr>
            <w:r w:rsidRPr="00AE763C">
              <w:rPr>
                <w:b/>
                <w:szCs w:val="28"/>
              </w:rPr>
              <w:t>- Cách</w:t>
            </w:r>
            <w:r w:rsidRPr="00AE763C">
              <w:rPr>
                <w:b/>
                <w:szCs w:val="28"/>
              </w:rPr>
              <w:t xml:space="preserve">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tổ chức vận dụng để củng cố kiến thức và vận dụng bài học vào thực tiễn cho học sinh.</w:t>
            </w:r>
          </w:p>
          <w:p w:rsidR="000052C7" w:rsidRPr="00AE763C" w:rsidRDefault="00AE763C">
            <w:pPr>
              <w:rPr>
                <w:szCs w:val="28"/>
              </w:rPr>
            </w:pPr>
            <w:r w:rsidRPr="00AE763C">
              <w:rPr>
                <w:szCs w:val="28"/>
              </w:rPr>
              <w:t>+ Cho HS quan sát cảnh đẹp đất nước.</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tham gia vận dụng kiến thức đã học vào thực tiễn.</w:t>
            </w:r>
          </w:p>
          <w:p w:rsidR="000052C7" w:rsidRPr="00AE763C" w:rsidRDefault="00AE763C">
            <w:pPr>
              <w:rPr>
                <w:szCs w:val="28"/>
              </w:rPr>
            </w:pPr>
            <w:r w:rsidRPr="00AE763C">
              <w:rPr>
                <w:szCs w:val="28"/>
              </w:rPr>
              <w:t>- HS quan sát.</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nhận xét, tuyên dương.</w:t>
            </w:r>
          </w:p>
          <w:p w:rsidR="000052C7" w:rsidRPr="00AE763C" w:rsidRDefault="00AE763C">
            <w:pPr>
              <w:rPr>
                <w:szCs w:val="28"/>
              </w:rPr>
            </w:pPr>
            <w:r w:rsidRPr="00AE763C">
              <w:rPr>
                <w:b/>
                <w:szCs w:val="28"/>
              </w:rPr>
              <w:t>Kết luận của GV:</w:t>
            </w:r>
            <w:r w:rsidRPr="00AE763C">
              <w:rPr>
                <w:b/>
                <w:szCs w:val="28"/>
              </w:rPr>
              <w:t xml:space="preserve"> Các em hãy tiếp tục tìm hiểu thêm về những cảnh đẹp của đất nước để thêm yêu và tự hào về Việt Nam.</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rút kinh nghiệm.</w:t>
            </w:r>
          </w:p>
        </w:tc>
      </w:tr>
    </w:tbl>
    <w:p w:rsidR="000052C7" w:rsidRPr="00AE763C" w:rsidRDefault="00AE763C">
      <w:pPr>
        <w:spacing w:after="0" w:line="240" w:lineRule="auto"/>
        <w:rPr>
          <w:szCs w:val="28"/>
        </w:rPr>
      </w:pPr>
      <w:r w:rsidRPr="00AE763C">
        <w:rPr>
          <w:b/>
          <w:szCs w:val="28"/>
        </w:rPr>
        <w:t>IV. ĐIỀU CHỈNH SAU BÀI DẠY:</w:t>
      </w:r>
    </w:p>
    <w:p w:rsidR="000052C7" w:rsidRPr="00AE763C" w:rsidRDefault="00AE763C">
      <w:pPr>
        <w:spacing w:after="0" w:line="240" w:lineRule="auto"/>
        <w:rPr>
          <w:szCs w:val="28"/>
        </w:rPr>
      </w:pPr>
      <w:r w:rsidRPr="00AE763C">
        <w:rPr>
          <w:szCs w:val="28"/>
        </w:rPr>
        <w:t>.............................................................................................</w:t>
      </w:r>
      <w:r w:rsidRPr="00AE763C">
        <w:rPr>
          <w:szCs w:val="28"/>
        </w:rPr>
        <w:t>..........................................</w:t>
      </w:r>
    </w:p>
    <w:p w:rsidR="000052C7" w:rsidRPr="00AE763C" w:rsidRDefault="00AE763C">
      <w:pPr>
        <w:spacing w:after="0" w:line="240" w:lineRule="auto"/>
        <w:rPr>
          <w:szCs w:val="28"/>
        </w:rPr>
      </w:pPr>
      <w:r w:rsidRPr="00AE763C">
        <w:rPr>
          <w:szCs w:val="28"/>
        </w:rPr>
        <w:t>.......................................................................................................................................</w:t>
      </w:r>
    </w:p>
    <w:p w:rsidR="000052C7" w:rsidRPr="00AE763C" w:rsidRDefault="00AE763C">
      <w:pPr>
        <w:spacing w:after="0" w:line="240" w:lineRule="auto"/>
        <w:rPr>
          <w:szCs w:val="28"/>
        </w:rPr>
      </w:pPr>
      <w:r w:rsidRPr="00AE763C">
        <w:rPr>
          <w:szCs w:val="28"/>
        </w:rPr>
        <w:t>.............................................................................</w:t>
      </w:r>
      <w:r w:rsidRPr="00AE763C">
        <w:rPr>
          <w:szCs w:val="28"/>
        </w:rPr>
        <w:t>..........................................................</w:t>
      </w:r>
    </w:p>
    <w:p w:rsidR="00AE763C" w:rsidRPr="00AE763C" w:rsidRDefault="00AE763C" w:rsidP="00AE763C">
      <w:pPr>
        <w:spacing w:after="0" w:line="240" w:lineRule="auto"/>
        <w:jc w:val="center"/>
        <w:rPr>
          <w:szCs w:val="28"/>
          <w:lang w:val="fr-FR"/>
        </w:rPr>
      </w:pPr>
      <w:r w:rsidRPr="00AE763C">
        <w:rPr>
          <w:szCs w:val="28"/>
        </w:rPr>
        <w:lastRenderedPageBreak/>
        <w:br w:type="page"/>
      </w:r>
    </w:p>
    <w:p w:rsidR="00AE763C" w:rsidRPr="00AE763C" w:rsidRDefault="00AE763C" w:rsidP="00AE763C">
      <w:pPr>
        <w:spacing w:after="0" w:line="240" w:lineRule="auto"/>
        <w:jc w:val="center"/>
        <w:rPr>
          <w:szCs w:val="28"/>
          <w:lang w:val="fr-FR"/>
        </w:rPr>
      </w:pPr>
      <w:r w:rsidRPr="00AE763C">
        <w:rPr>
          <w:b/>
          <w:szCs w:val="28"/>
          <w:lang w:val="fr-FR"/>
        </w:rPr>
        <w:lastRenderedPageBreak/>
        <w:t>TUẦN 28</w:t>
      </w:r>
    </w:p>
    <w:p w:rsidR="00AE763C" w:rsidRPr="00AE763C" w:rsidRDefault="00AE763C" w:rsidP="00AE763C">
      <w:pPr>
        <w:spacing w:after="0" w:line="240" w:lineRule="auto"/>
        <w:jc w:val="center"/>
        <w:rPr>
          <w:szCs w:val="28"/>
          <w:lang w:val="fr-FR"/>
        </w:rPr>
      </w:pPr>
      <w:r w:rsidRPr="00AE763C">
        <w:rPr>
          <w:b/>
          <w:szCs w:val="28"/>
          <w:lang w:val="fr-FR"/>
        </w:rPr>
        <w:t>TIẾNG VIỆT</w:t>
      </w:r>
    </w:p>
    <w:p w:rsidR="00AE763C" w:rsidRPr="00AE763C" w:rsidRDefault="00AE763C" w:rsidP="00AE763C">
      <w:pPr>
        <w:spacing w:after="0" w:line="240" w:lineRule="auto"/>
        <w:jc w:val="center"/>
        <w:rPr>
          <w:szCs w:val="28"/>
          <w:lang w:val="fr-FR"/>
        </w:rPr>
      </w:pPr>
      <w:r w:rsidRPr="00AE763C">
        <w:rPr>
          <w:b/>
          <w:szCs w:val="28"/>
          <w:lang w:val="fr-FR"/>
        </w:rPr>
        <w:t>CHỦ ĐIỂM: ĐẤT NƯỚC NGÀN NĂM</w:t>
      </w:r>
    </w:p>
    <w:p w:rsidR="00AE763C" w:rsidRPr="00AE763C" w:rsidRDefault="00AE763C" w:rsidP="00AE763C">
      <w:pPr>
        <w:spacing w:after="0" w:line="240" w:lineRule="auto"/>
        <w:jc w:val="center"/>
        <w:rPr>
          <w:b/>
          <w:szCs w:val="28"/>
          <w:lang w:val="fr-FR"/>
        </w:rPr>
      </w:pPr>
      <w:r w:rsidRPr="00AE763C">
        <w:rPr>
          <w:b/>
          <w:szCs w:val="28"/>
          <w:lang w:val="fr-FR"/>
        </w:rPr>
        <w:t>Bài 17: ĐẤT NƯỚC LÀ GÌ (TIẾT 2)</w:t>
      </w:r>
    </w:p>
    <w:p w:rsidR="00AE763C" w:rsidRPr="00AE763C" w:rsidRDefault="00AE763C" w:rsidP="00AE763C">
      <w:pPr>
        <w:spacing w:after="0" w:line="240" w:lineRule="auto"/>
        <w:jc w:val="center"/>
        <w:rPr>
          <w:szCs w:val="28"/>
          <w:lang w:val="fr-FR"/>
        </w:rPr>
      </w:pPr>
      <w:r w:rsidRPr="00AE763C">
        <w:rPr>
          <w:b/>
          <w:szCs w:val="28"/>
          <w:lang w:val="fr-FR"/>
        </w:rPr>
        <w:t>NỐI VÀ NGHE</w:t>
      </w:r>
    </w:p>
    <w:p w:rsidR="00AE763C" w:rsidRPr="00AE763C" w:rsidRDefault="00AE763C" w:rsidP="00AE763C">
      <w:pPr>
        <w:spacing w:after="0" w:line="240" w:lineRule="auto"/>
        <w:rPr>
          <w:szCs w:val="28"/>
          <w:lang w:val="fr-FR"/>
        </w:rPr>
      </w:pPr>
      <w:r w:rsidRPr="00AE763C">
        <w:rPr>
          <w:b/>
          <w:szCs w:val="28"/>
          <w:lang w:val="fr-FR"/>
        </w:rPr>
        <w:t>I. YÊU CẦU CẦN ĐẠT</w:t>
      </w:r>
    </w:p>
    <w:p w:rsidR="00AE763C" w:rsidRPr="00AE763C" w:rsidRDefault="00AE763C" w:rsidP="00AE763C">
      <w:pPr>
        <w:spacing w:after="0" w:line="240" w:lineRule="auto"/>
        <w:rPr>
          <w:szCs w:val="28"/>
          <w:lang w:val="fr-FR"/>
        </w:rPr>
      </w:pPr>
      <w:r w:rsidRPr="00AE763C">
        <w:rPr>
          <w:b/>
          <w:szCs w:val="28"/>
          <w:lang w:val="fr-FR"/>
        </w:rPr>
        <w:t>1. Năng lực đặc thù</w:t>
      </w:r>
    </w:p>
    <w:p w:rsidR="00AE763C" w:rsidRPr="00AE763C" w:rsidRDefault="00AE763C" w:rsidP="00AE763C">
      <w:pPr>
        <w:spacing w:after="0" w:line="240" w:lineRule="auto"/>
        <w:rPr>
          <w:szCs w:val="28"/>
          <w:lang w:val="fr-FR"/>
        </w:rPr>
      </w:pPr>
      <w:r w:rsidRPr="00AE763C">
        <w:rPr>
          <w:szCs w:val="28"/>
          <w:lang w:val="fr-FR"/>
        </w:rPr>
        <w:t>- Học sinh đọc đúng và rõ ràng bài thơ Đất nước là gì? (Huỳnh Mai Liên).</w:t>
      </w:r>
    </w:p>
    <w:p w:rsidR="00AE763C" w:rsidRPr="00AE763C" w:rsidRDefault="00AE763C" w:rsidP="00AE763C">
      <w:pPr>
        <w:spacing w:after="0" w:line="240" w:lineRule="auto"/>
        <w:rPr>
          <w:szCs w:val="28"/>
          <w:lang w:val="fr-FR"/>
        </w:rPr>
      </w:pPr>
      <w:r w:rsidRPr="00AE763C">
        <w:rPr>
          <w:szCs w:val="28"/>
          <w:lang w:val="fr-FR"/>
        </w:rPr>
        <w:t>- Biết nghỉ hơi ở chỗ ngắt nhịp thơ và giữa các dòng thơ.</w:t>
      </w:r>
    </w:p>
    <w:p w:rsidR="00AE763C" w:rsidRPr="00AE763C" w:rsidRDefault="00AE763C" w:rsidP="00AE763C">
      <w:pPr>
        <w:spacing w:after="0" w:line="240" w:lineRule="auto"/>
        <w:rPr>
          <w:szCs w:val="28"/>
          <w:lang w:val="fr-FR"/>
        </w:rPr>
      </w:pPr>
      <w:r w:rsidRPr="00AE763C">
        <w:rPr>
          <w:szCs w:val="28"/>
          <w:lang w:val="fr-FR"/>
        </w:rPr>
        <w:t>- Bước đầu thể hiện cảm xúc của bạn nhỏ (nhân vật xưng “con” trong bài thơ) qua giọng đọc.</w:t>
      </w:r>
    </w:p>
    <w:p w:rsidR="00AE763C" w:rsidRPr="00AE763C" w:rsidRDefault="00AE763C" w:rsidP="00AE763C">
      <w:pPr>
        <w:spacing w:after="0" w:line="240" w:lineRule="auto"/>
        <w:rPr>
          <w:szCs w:val="28"/>
          <w:lang w:val="fr-FR"/>
        </w:rPr>
      </w:pPr>
      <w:r w:rsidRPr="00AE763C">
        <w:rPr>
          <w:szCs w:val="28"/>
          <w:lang w:val="fr-FR"/>
        </w:rPr>
        <w:t>- Dựa vào từ ngữ, hình ảnh thơ và tranh ảnh minh họa, hiểu được ý nghĩa hàm ẩn của câu thơ, khổ thơ, bài thơ với những suy luận đơn giản.</w:t>
      </w:r>
    </w:p>
    <w:p w:rsidR="00AE763C" w:rsidRPr="00AE763C" w:rsidRDefault="00AE763C" w:rsidP="00AE763C">
      <w:pPr>
        <w:spacing w:after="0" w:line="240" w:lineRule="auto"/>
        <w:rPr>
          <w:szCs w:val="28"/>
          <w:lang w:val="fr-FR"/>
        </w:rPr>
      </w:pPr>
      <w:r w:rsidRPr="00AE763C">
        <w:rPr>
          <w:szCs w:val="28"/>
          <w:lang w:val="fr-FR"/>
        </w:rPr>
        <w:t>- Hiểu điều tác giả muốn nói qua bài thơ.</w:t>
      </w:r>
    </w:p>
    <w:p w:rsidR="00AE763C" w:rsidRPr="00AE763C" w:rsidRDefault="00AE763C" w:rsidP="00AE763C">
      <w:pPr>
        <w:spacing w:after="0" w:line="240" w:lineRule="auto"/>
        <w:rPr>
          <w:szCs w:val="28"/>
          <w:lang w:val="fr-FR"/>
        </w:rPr>
      </w:pPr>
      <w:r w:rsidRPr="00AE763C">
        <w:rPr>
          <w:szCs w:val="28"/>
          <w:lang w:val="fr-FR"/>
        </w:rPr>
        <w:t>- Nói được những hiểu biết và cảm nghĩ của bản thân về cảnh đẹp đất nước Việt Nam dựa vào gợi ý và tranh ảnh.</w:t>
      </w:r>
    </w:p>
    <w:p w:rsidR="00AE763C" w:rsidRPr="00AE763C" w:rsidRDefault="00AE763C" w:rsidP="00AE763C">
      <w:pPr>
        <w:spacing w:after="0" w:line="240" w:lineRule="auto"/>
        <w:rPr>
          <w:szCs w:val="28"/>
          <w:lang w:val="fr-FR"/>
        </w:rPr>
      </w:pPr>
      <w:r w:rsidRPr="00AE763C">
        <w:rPr>
          <w:szCs w:val="28"/>
          <w:lang w:val="fr-FR"/>
        </w:rPr>
        <w:t>- Nói rõ ràng, tập trung vào mục đích nói; có thái độ tự tin và có thói quen nhìn vào người nghe khi nói.</w:t>
      </w:r>
    </w:p>
    <w:p w:rsidR="00AE763C" w:rsidRPr="00AE763C" w:rsidRDefault="00AE763C" w:rsidP="00AE763C">
      <w:pPr>
        <w:spacing w:after="0" w:line="240" w:lineRule="auto"/>
        <w:rPr>
          <w:szCs w:val="28"/>
          <w:lang w:val="fr-FR"/>
        </w:rPr>
      </w:pPr>
      <w:r w:rsidRPr="00AE763C">
        <w:rPr>
          <w:szCs w:val="28"/>
          <w:lang w:val="fr-FR"/>
        </w:rPr>
        <w:t>- Phát triển năng lực ngôn ngữ.</w:t>
      </w:r>
    </w:p>
    <w:p w:rsidR="00AE763C" w:rsidRPr="00AE763C" w:rsidRDefault="00AE763C" w:rsidP="00AE763C">
      <w:pPr>
        <w:spacing w:after="0" w:line="240" w:lineRule="auto"/>
        <w:rPr>
          <w:szCs w:val="28"/>
          <w:lang w:val="fr-FR"/>
        </w:rPr>
      </w:pPr>
      <w:r w:rsidRPr="00AE763C">
        <w:rPr>
          <w:b/>
          <w:szCs w:val="28"/>
          <w:lang w:val="fr-FR"/>
        </w:rPr>
        <w:t>2. Năng lực chung</w:t>
      </w:r>
    </w:p>
    <w:p w:rsidR="00AE763C" w:rsidRPr="00AE763C" w:rsidRDefault="00AE763C" w:rsidP="00AE763C">
      <w:pPr>
        <w:spacing w:after="0" w:line="240" w:lineRule="auto"/>
        <w:rPr>
          <w:szCs w:val="28"/>
          <w:lang w:val="fr-FR"/>
        </w:rPr>
      </w:pPr>
      <w:r w:rsidRPr="00AE763C">
        <w:rPr>
          <w:szCs w:val="28"/>
          <w:lang w:val="fr-FR"/>
        </w:rPr>
        <w:t>- Năng lực tự chủ, tự học: lắng nghe, đọc bài và trả lời các câu hỏi; nêu được nội dung bài.</w:t>
      </w:r>
    </w:p>
    <w:p w:rsidR="00AE763C" w:rsidRPr="00AE763C" w:rsidRDefault="00AE763C" w:rsidP="00AE763C">
      <w:pPr>
        <w:spacing w:after="0" w:line="240" w:lineRule="auto"/>
        <w:rPr>
          <w:szCs w:val="28"/>
          <w:lang w:val="fr-FR"/>
        </w:rPr>
      </w:pPr>
      <w:r w:rsidRPr="00AE763C">
        <w:rPr>
          <w:szCs w:val="28"/>
          <w:lang w:val="fr-FR"/>
        </w:rPr>
        <w:t>- Năng lực giải quyết vấn đề và sáng tạo: tham gia trò chơi, vận dụng kiến thức đã học vào thực tế.</w:t>
      </w:r>
    </w:p>
    <w:p w:rsidR="00AE763C" w:rsidRPr="00AE763C" w:rsidRDefault="00AE763C" w:rsidP="00AE763C">
      <w:pPr>
        <w:spacing w:after="0" w:line="240" w:lineRule="auto"/>
        <w:rPr>
          <w:szCs w:val="28"/>
          <w:lang w:val="fr-FR"/>
        </w:rPr>
      </w:pPr>
      <w:r w:rsidRPr="00AE763C">
        <w:rPr>
          <w:szCs w:val="28"/>
          <w:lang w:val="fr-FR"/>
        </w:rPr>
        <w:t>- Năng lực giao tiếp và hợp tác: tham gia đọc trong nhóm, trao đổi, chia sẻ ý kiến.</w:t>
      </w:r>
    </w:p>
    <w:p w:rsidR="00AE763C" w:rsidRPr="00AE763C" w:rsidRDefault="00AE763C" w:rsidP="00AE763C">
      <w:pPr>
        <w:spacing w:after="0" w:line="240" w:lineRule="auto"/>
        <w:rPr>
          <w:szCs w:val="28"/>
          <w:lang w:val="fr-FR"/>
        </w:rPr>
      </w:pPr>
      <w:r w:rsidRPr="00AE763C">
        <w:rPr>
          <w:b/>
          <w:szCs w:val="28"/>
          <w:lang w:val="fr-FR"/>
        </w:rPr>
        <w:t>3. Phẩm chất</w:t>
      </w:r>
    </w:p>
    <w:p w:rsidR="00AE763C" w:rsidRPr="00AE763C" w:rsidRDefault="00AE763C" w:rsidP="00AE763C">
      <w:pPr>
        <w:spacing w:after="0" w:line="240" w:lineRule="auto"/>
        <w:rPr>
          <w:szCs w:val="28"/>
          <w:lang w:val="fr-FR"/>
        </w:rPr>
      </w:pPr>
      <w:r w:rsidRPr="00AE763C">
        <w:rPr>
          <w:szCs w:val="28"/>
          <w:lang w:val="fr-FR"/>
        </w:rPr>
        <w:t>- Phẩm chất yêu nước: biết yêu cảnh đẹp, quê hương qua bài học.</w:t>
      </w:r>
    </w:p>
    <w:p w:rsidR="00AE763C" w:rsidRPr="00AE763C" w:rsidRDefault="00AE763C" w:rsidP="00AE763C">
      <w:pPr>
        <w:spacing w:after="0" w:line="240" w:lineRule="auto"/>
        <w:rPr>
          <w:szCs w:val="28"/>
          <w:lang w:val="fr-FR"/>
        </w:rPr>
      </w:pPr>
      <w:r w:rsidRPr="00AE763C">
        <w:rPr>
          <w:szCs w:val="28"/>
          <w:lang w:val="fr-FR"/>
        </w:rPr>
        <w:t>- Phẩm chất nhân ái: biết yêu quý bạn bè, yêu mến con người và cuộc sống xung quanh.</w:t>
      </w:r>
    </w:p>
    <w:p w:rsidR="00AE763C" w:rsidRPr="00AE763C" w:rsidRDefault="00AE763C" w:rsidP="00AE763C">
      <w:pPr>
        <w:spacing w:after="0" w:line="240" w:lineRule="auto"/>
        <w:rPr>
          <w:szCs w:val="28"/>
          <w:lang w:val="fr-FR"/>
        </w:rPr>
      </w:pPr>
      <w:r w:rsidRPr="00AE763C">
        <w:rPr>
          <w:szCs w:val="28"/>
          <w:lang w:val="fr-FR"/>
        </w:rPr>
        <w:t>- Phẩm chất chăm chỉ: chăm chỉ đọc bài, trả lời câu hỏi, tham gia hoạt động học tập.</w:t>
      </w:r>
    </w:p>
    <w:p w:rsidR="00AE763C" w:rsidRPr="00AE763C" w:rsidRDefault="00AE763C" w:rsidP="00AE763C">
      <w:pPr>
        <w:spacing w:after="0" w:line="240" w:lineRule="auto"/>
        <w:rPr>
          <w:szCs w:val="28"/>
          <w:lang w:val="fr-FR"/>
        </w:rPr>
      </w:pPr>
      <w:r w:rsidRPr="00AE763C">
        <w:rPr>
          <w:szCs w:val="28"/>
          <w:lang w:val="fr-FR"/>
        </w:rPr>
        <w:t>- Phẩm chất trách nhiệm: giữ trật tự, học tập nghiêm túc, có ý thức giữ gìn cảnh đẹp quê hương.</w:t>
      </w:r>
    </w:p>
    <w:p w:rsidR="00AE763C" w:rsidRPr="00AE763C" w:rsidRDefault="00AE763C" w:rsidP="00AE763C">
      <w:pPr>
        <w:spacing w:after="0" w:line="240" w:lineRule="auto"/>
        <w:rPr>
          <w:szCs w:val="28"/>
          <w:lang w:val="fr-FR"/>
        </w:rPr>
      </w:pPr>
      <w:r w:rsidRPr="00AE763C">
        <w:rPr>
          <w:b/>
          <w:szCs w:val="28"/>
          <w:lang w:val="fr-FR"/>
        </w:rPr>
        <w:t>4. Tích hợp năng lực số</w:t>
      </w:r>
    </w:p>
    <w:p w:rsidR="00AE763C" w:rsidRPr="00AE763C" w:rsidRDefault="00AE763C" w:rsidP="00AE763C">
      <w:pPr>
        <w:spacing w:after="0" w:line="240" w:lineRule="auto"/>
        <w:rPr>
          <w:szCs w:val="28"/>
          <w:lang w:val="fr-FR"/>
        </w:rPr>
      </w:pPr>
      <w:r w:rsidRPr="00AE763C">
        <w:rPr>
          <w:color w:val="FF0000"/>
          <w:szCs w:val="28"/>
          <w:lang w:val="fr-FR"/>
        </w:rPr>
        <w:t>- 1.1.CB1a: Xác định được thông tin, tìm kiếm dữ liệu, thông tin và nội dung thông qua tìm kiếm đơn giản trong môi trường số.</w:t>
      </w:r>
    </w:p>
    <w:p w:rsidR="00AE763C" w:rsidRPr="00AE763C" w:rsidRDefault="00AE763C" w:rsidP="00AE763C">
      <w:pPr>
        <w:spacing w:after="0" w:line="240" w:lineRule="auto"/>
        <w:rPr>
          <w:szCs w:val="28"/>
          <w:lang w:val="fr-FR"/>
        </w:rPr>
      </w:pPr>
      <w:r w:rsidRPr="00AE763C">
        <w:rPr>
          <w:color w:val="FF0000"/>
          <w:szCs w:val="28"/>
          <w:lang w:val="fr-FR"/>
        </w:rPr>
        <w:t>- Học sinh bước đầu biết quan sát, nhận diện và lựa chọn thông tin đơn giản về một cảnh đẹp của đất nước Việt Nam thông qua tranh ảnh, video hoặc hình ảnh do giáo viên trình chiếu.</w:t>
      </w:r>
    </w:p>
    <w:p w:rsidR="00AE763C" w:rsidRPr="00AE763C" w:rsidRDefault="00AE763C" w:rsidP="00AE763C">
      <w:pPr>
        <w:spacing w:after="0" w:line="240" w:lineRule="auto"/>
        <w:rPr>
          <w:szCs w:val="28"/>
        </w:rPr>
      </w:pPr>
      <w:r w:rsidRPr="00AE763C">
        <w:rPr>
          <w:color w:val="FF0000"/>
          <w:szCs w:val="28"/>
        </w:rPr>
        <w:t>- Học sinh biết khai thác thông tin trực quan trong môi trường số để phục vụ cho hoạt động nói và nghe.</w:t>
      </w:r>
    </w:p>
    <w:p w:rsidR="00AE763C" w:rsidRPr="00AE763C" w:rsidRDefault="00AE763C" w:rsidP="00AE763C">
      <w:pPr>
        <w:spacing w:after="0" w:line="240" w:lineRule="auto"/>
        <w:rPr>
          <w:szCs w:val="28"/>
        </w:rPr>
      </w:pPr>
      <w:r w:rsidRPr="00AE763C">
        <w:rPr>
          <w:b/>
          <w:szCs w:val="28"/>
        </w:rPr>
        <w:t>II. ĐỒ DÙNG DẠY HỌC</w:t>
      </w:r>
    </w:p>
    <w:p w:rsidR="00AE763C" w:rsidRPr="00AE763C" w:rsidRDefault="00AE763C" w:rsidP="00AE763C">
      <w:pPr>
        <w:spacing w:after="0" w:line="240" w:lineRule="auto"/>
        <w:rPr>
          <w:szCs w:val="28"/>
        </w:rPr>
      </w:pPr>
      <w:r w:rsidRPr="00AE763C">
        <w:rPr>
          <w:szCs w:val="28"/>
        </w:rPr>
        <w:t>- Kế hoạch bài dạy.</w:t>
      </w:r>
    </w:p>
    <w:p w:rsidR="00AE763C" w:rsidRPr="00AE763C" w:rsidRDefault="00AE763C" w:rsidP="00AE763C">
      <w:pPr>
        <w:spacing w:after="0" w:line="240" w:lineRule="auto"/>
        <w:rPr>
          <w:szCs w:val="28"/>
        </w:rPr>
      </w:pPr>
      <w:r w:rsidRPr="00AE763C">
        <w:rPr>
          <w:szCs w:val="28"/>
        </w:rPr>
        <w:t>- Bài giảng PowerPoint.</w:t>
      </w:r>
    </w:p>
    <w:p w:rsidR="00AE763C" w:rsidRPr="00AE763C" w:rsidRDefault="00AE763C" w:rsidP="00AE763C">
      <w:pPr>
        <w:spacing w:after="0" w:line="240" w:lineRule="auto"/>
        <w:rPr>
          <w:szCs w:val="28"/>
        </w:rPr>
      </w:pPr>
      <w:r w:rsidRPr="00AE763C">
        <w:rPr>
          <w:szCs w:val="28"/>
        </w:rPr>
        <w:t>- SGK và các thiết bị, học liệu phục vụ cho tiết dạy.</w:t>
      </w:r>
    </w:p>
    <w:p w:rsidR="00AE763C" w:rsidRPr="00AE763C" w:rsidRDefault="00AE763C" w:rsidP="00AE763C">
      <w:pPr>
        <w:spacing w:after="0" w:line="240" w:lineRule="auto"/>
        <w:rPr>
          <w:szCs w:val="28"/>
        </w:rPr>
      </w:pPr>
      <w:r w:rsidRPr="00AE763C">
        <w:rPr>
          <w:szCs w:val="28"/>
        </w:rPr>
        <w:t>- Tranh ảnh minh họa bài thơ.</w:t>
      </w:r>
    </w:p>
    <w:p w:rsidR="00AE763C" w:rsidRPr="00AE763C" w:rsidRDefault="00AE763C" w:rsidP="00AE763C">
      <w:pPr>
        <w:spacing w:after="0" w:line="240" w:lineRule="auto"/>
        <w:rPr>
          <w:szCs w:val="28"/>
        </w:rPr>
      </w:pPr>
      <w:r w:rsidRPr="00AE763C">
        <w:rPr>
          <w:szCs w:val="28"/>
        </w:rPr>
        <w:t>- Hình ảnh một số cảnh đẹp của đất nước Việt Nam: Ruộng bậc thang Mù Cang Chải, Vịnh Hạ Long, Phố cổ Hội An, Chợ nổi Cái Răng,...</w:t>
      </w:r>
    </w:p>
    <w:p w:rsidR="00AE763C" w:rsidRPr="00AE763C" w:rsidRDefault="00AE763C" w:rsidP="00AE763C">
      <w:pPr>
        <w:spacing w:after="0" w:line="240" w:lineRule="auto"/>
        <w:rPr>
          <w:szCs w:val="28"/>
        </w:rPr>
      </w:pPr>
      <w:r w:rsidRPr="00AE763C">
        <w:rPr>
          <w:szCs w:val="28"/>
        </w:rPr>
        <w:lastRenderedPageBreak/>
        <w:t>- Máy tính, ti vi hoặc máy chiếu.</w:t>
      </w:r>
    </w:p>
    <w:p w:rsidR="00AE763C" w:rsidRPr="00AE763C" w:rsidRDefault="00AE763C" w:rsidP="00AE763C">
      <w:pPr>
        <w:spacing w:after="0" w:line="240" w:lineRule="auto"/>
        <w:rPr>
          <w:szCs w:val="28"/>
        </w:rPr>
      </w:pPr>
      <w:r w:rsidRPr="00AE763C">
        <w:rPr>
          <w:szCs w:val="28"/>
        </w:rPr>
        <w:t>- Phiếu học tập, câu hỏi gợi ý.</w:t>
      </w:r>
    </w:p>
    <w:p w:rsidR="00AE763C" w:rsidRPr="00AE763C" w:rsidRDefault="00AE763C" w:rsidP="00AE763C">
      <w:pPr>
        <w:spacing w:after="0" w:line="240" w:lineRule="auto"/>
        <w:rPr>
          <w:szCs w:val="28"/>
        </w:rPr>
      </w:pPr>
      <w:r w:rsidRPr="00AE763C">
        <w:rPr>
          <w:b/>
          <w:szCs w:val="28"/>
        </w:rPr>
        <w:t>III. HOẠT ĐỘNG DẠY HỌC</w:t>
      </w:r>
    </w:p>
    <w:tbl>
      <w:tblPr>
        <w:tblStyle w:val="TableGrid"/>
        <w:tblW w:w="0" w:type="auto"/>
        <w:jc w:val="center"/>
        <w:tblLayout w:type="fixed"/>
        <w:tblLook w:val="04A0" w:firstRow="1" w:lastRow="0" w:firstColumn="1" w:lastColumn="0" w:noHBand="0" w:noVBand="1"/>
      </w:tblPr>
      <w:tblGrid>
        <w:gridCol w:w="4479"/>
        <w:gridCol w:w="4479"/>
      </w:tblGrid>
      <w:tr w:rsidR="00AE763C" w:rsidRPr="00AE763C" w:rsidTr="00C44C2F">
        <w:trPr>
          <w:jc w:val="center"/>
        </w:trPr>
        <w:tc>
          <w:tcPr>
            <w:tcW w:w="4479" w:type="dxa"/>
            <w:shd w:val="clear" w:color="auto" w:fill="D9EAF7"/>
            <w:tcMar>
              <w:top w:w="90" w:type="dxa"/>
              <w:left w:w="100" w:type="dxa"/>
              <w:bottom w:w="90" w:type="dxa"/>
              <w:right w:w="100" w:type="dxa"/>
            </w:tcMar>
            <w:vAlign w:val="center"/>
          </w:tcPr>
          <w:p w:rsidR="00AE763C" w:rsidRPr="00AE763C" w:rsidRDefault="00AE763C" w:rsidP="00C44C2F">
            <w:pPr>
              <w:jc w:val="center"/>
              <w:rPr>
                <w:szCs w:val="28"/>
              </w:rPr>
            </w:pPr>
            <w:r w:rsidRPr="00AE763C">
              <w:rPr>
                <w:b/>
                <w:szCs w:val="28"/>
              </w:rPr>
              <w:t>Hoạt động của giáo viên</w:t>
            </w:r>
          </w:p>
        </w:tc>
        <w:tc>
          <w:tcPr>
            <w:tcW w:w="4479" w:type="dxa"/>
            <w:shd w:val="clear" w:color="auto" w:fill="D9EAF7"/>
            <w:tcMar>
              <w:top w:w="90" w:type="dxa"/>
              <w:left w:w="100" w:type="dxa"/>
              <w:bottom w:w="90" w:type="dxa"/>
              <w:right w:w="100" w:type="dxa"/>
            </w:tcMar>
            <w:vAlign w:val="center"/>
          </w:tcPr>
          <w:p w:rsidR="00AE763C" w:rsidRPr="00AE763C" w:rsidRDefault="00AE763C" w:rsidP="00C44C2F">
            <w:pPr>
              <w:jc w:val="center"/>
              <w:rPr>
                <w:szCs w:val="28"/>
              </w:rPr>
            </w:pPr>
            <w:r w:rsidRPr="00AE763C">
              <w:rPr>
                <w:b/>
                <w:szCs w:val="28"/>
              </w:rPr>
              <w:t>Hoạt động của học sinh</w:t>
            </w:r>
          </w:p>
        </w:tc>
      </w:tr>
      <w:tr w:rsidR="00AE763C" w:rsidRPr="00AE763C" w:rsidTr="00C44C2F">
        <w:trPr>
          <w:jc w:val="center"/>
        </w:trPr>
        <w:tc>
          <w:tcPr>
            <w:tcW w:w="8958" w:type="dxa"/>
            <w:gridSpan w:val="2"/>
            <w:shd w:val="clear" w:color="auto" w:fill="EFEFEF"/>
            <w:tcMar>
              <w:top w:w="90" w:type="dxa"/>
              <w:left w:w="100" w:type="dxa"/>
              <w:bottom w:w="90" w:type="dxa"/>
              <w:right w:w="100" w:type="dxa"/>
            </w:tcMar>
            <w:vAlign w:val="center"/>
          </w:tcPr>
          <w:p w:rsidR="00AE763C" w:rsidRPr="00AE763C" w:rsidRDefault="00AE763C" w:rsidP="00C44C2F">
            <w:pPr>
              <w:rPr>
                <w:szCs w:val="28"/>
              </w:rPr>
            </w:pPr>
            <w:r w:rsidRPr="00AE763C">
              <w:rPr>
                <w:b/>
                <w:szCs w:val="28"/>
              </w:rPr>
              <w:t>1. Khởi động</w:t>
            </w:r>
            <w:r w:rsidRPr="00AE763C">
              <w:rPr>
                <w:b/>
                <w:szCs w:val="28"/>
              </w:rPr>
              <w:br/>
              <w:t>Mục tiêu: Tạo tâm thế vui vẻ, hứng thú cho học sinh trước khi vào bài học; kích hoạt hiểu biết ban đầu của học sinh về một số cảnh đẹp của đất nước Việt Nam; rèn kĩ năng quan sát, trả lời câu hỏi ngắn.</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Tổ chức cho học sinh hát một bài hát về quê hương, đất nước.</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Hát bài về quê hương, đất nước cùng cả lớp.</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Cho học sinh quan sát một số hình ảnh đẹp của Việt Nam.</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Quan sát các hình ảnh trên màn hình hoặc tranh ảnh giáo viên đưa ra.</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Hỏi: “Em thấy những cảnh đẹp nào trong các hình ảnh vừa xem?”</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Nêu: “Em thấy Vịnh Hạ Long.” / “Em thấy ruộng bậc thang.” / “Em thấy phố cổ Hội An.”</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Hỏi: “Em có thích những cảnh đẹp đó không? Vì sao?”</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Nêu: “Em thích vì cảnh rất đẹp.” / “Em thích vì nhìn rất yên bình.” / “Em thích vì đó là cảnh đẹp của Việt Nam.”</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Giới thiệu bài: “Đất nước Việt Nam có rất nhiều cảnh đẹp. Hôm nay các em sẽ cùng nói và nghe về cảnh đẹp của đất nước Việt Nam.”</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Lắng nghe giáo viên giới thiệu bài.</w:t>
            </w:r>
          </w:p>
        </w:tc>
      </w:tr>
      <w:tr w:rsidR="00AE763C" w:rsidRPr="00AE763C" w:rsidTr="00C44C2F">
        <w:trPr>
          <w:jc w:val="center"/>
        </w:trPr>
        <w:tc>
          <w:tcPr>
            <w:tcW w:w="8958" w:type="dxa"/>
            <w:gridSpan w:val="2"/>
            <w:shd w:val="clear" w:color="auto" w:fill="EFEFEF"/>
            <w:tcMar>
              <w:top w:w="90" w:type="dxa"/>
              <w:left w:w="100" w:type="dxa"/>
              <w:bottom w:w="90" w:type="dxa"/>
              <w:right w:w="100" w:type="dxa"/>
            </w:tcMar>
            <w:vAlign w:val="center"/>
          </w:tcPr>
          <w:p w:rsidR="00AE763C" w:rsidRPr="00AE763C" w:rsidRDefault="00AE763C" w:rsidP="00C44C2F">
            <w:pPr>
              <w:rPr>
                <w:szCs w:val="28"/>
              </w:rPr>
            </w:pPr>
            <w:r w:rsidRPr="00AE763C">
              <w:rPr>
                <w:b/>
                <w:szCs w:val="28"/>
              </w:rPr>
              <w:t>2. Khám phá, luyện nói: Bài tập 1</w:t>
            </w:r>
            <w:r w:rsidRPr="00AE763C">
              <w:rPr>
                <w:b/>
                <w:szCs w:val="28"/>
              </w:rPr>
              <w:br/>
              <w:t>Mục tiêu: Học sinh quan sát tranh, nhận biết và gọi đúng tên một số cảnh đẹp của Việt Nam; học sinh nói được 2 - 4 câu giới thiệu về một cảnh đẹp của đất nước Việt Nam mà em biết; tích hợp năng lực số 1.1.CB1a: học sinh bước đầu xác định được thông tin đơn giản từ hình ảnh, nội dung trình chiếu trong môi trường số để phục vụ cho hoạt động học tập.</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Yêu cầu học sinh quan sát tranh trong SGK hoặc trên màn hình.</w:t>
            </w:r>
          </w:p>
          <w:p w:rsidR="00AE763C" w:rsidRPr="00AE763C" w:rsidRDefault="00AE763C" w:rsidP="00C44C2F">
            <w:pPr>
              <w:rPr>
                <w:szCs w:val="28"/>
              </w:rPr>
            </w:pPr>
            <w:r w:rsidRPr="00AE763C">
              <w:rPr>
                <w:szCs w:val="28"/>
              </w:rPr>
              <w:drawing>
                <wp:inline distT="0" distB="0" distL="0" distR="0" wp14:anchorId="6E17D0AA" wp14:editId="661E75A4">
                  <wp:extent cx="2717165" cy="695960"/>
                  <wp:effectExtent l="0" t="0" r="698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17165" cy="695960"/>
                          </a:xfrm>
                          <a:prstGeom prst="rect">
                            <a:avLst/>
                          </a:prstGeom>
                        </pic:spPr>
                      </pic:pic>
                    </a:graphicData>
                  </a:graphic>
                </wp:inline>
              </w:drawing>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Quan sát tranh trong SGK hoặc hình ảnh trên màn hình.</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Mời học sinh nêu tên các cảnh đẹp trong tranh.</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xml:space="preserve">- Nêu: “Đây là Vịnh Hạ Long.” / “Đây là Phố cổ Hội An.” / “Đây là </w:t>
            </w:r>
            <w:r w:rsidRPr="00AE763C">
              <w:rPr>
                <w:szCs w:val="28"/>
              </w:rPr>
              <w:lastRenderedPageBreak/>
              <w:t>ruộng bậc thang Mù Cang Chải.” / “Đây là chợ nổi Cái Răng.”</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lastRenderedPageBreak/>
              <w:t>- Giới thiệu thêm một số thông tin ngắn gọn về từng cảnh đẹp.</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Lắng nghe và ghi nhớ tên, địa điểm của từng cảnh đẹp.</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Nêu yêu cầu bài tập 1: Giới thiệu một cảnh đẹp của đất nước Việt Nam mà em biết.</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Lắng nghe yêu cầu bài tập.</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Hướng dẫn học sinh dựa vào các gợi ý: tên cảnh đẹp, ở đâu, có gì đẹp, em thích điều gì ở cảnh đẹp đó.</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Dựa vào gợi ý để nghĩ câu nói: tên cảnh đẹp, nơi có cảnh đẹp, nét đẹp nổi bật, cảm nghĩ của bản thân.</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color w:val="FF0000"/>
                <w:szCs w:val="28"/>
              </w:rPr>
              <w:t>- Tích hợp năng lực số 1.1.CB1a: Cho học sinh quan sát hình ảnh các cảnh đẹp của Việt Nam trên màn hình ti vi, máy chiếu hoặc tranh ảnh số đã chuẩn bị.</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color w:val="FF0000"/>
                <w:szCs w:val="28"/>
              </w:rPr>
              <w:t>- Quan sát hình ảnh các cảnh đẹp được trình chiếu.</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color w:val="FF0000"/>
                <w:szCs w:val="28"/>
              </w:rPr>
              <w:t>- Hướng dẫn học sinh xác định thông tin đơn giản từ môi trường số như tên cảnh đẹp, địa điểm, đặc điểm nổi bật của cảnh đẹp.</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color w:val="FF0000"/>
                <w:szCs w:val="28"/>
              </w:rPr>
              <w:t>- Nêu được thông tin: “Đây là Vịnh Hạ Long, ở Quảng Ninh, có nhiều hòn đảo đẹp.” / “Đây là Hội An, ở Quảng Nam, có nhiều đèn lồng đẹp.”</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Đặt câu hỏi gợi mở: “Đây là cảnh đẹp nào?”, “Cảnh đẹp này ở đâu?”, “Em nhìn thấy những gì nổi bật trong hình ảnh?”</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Nêu: “Đây là Vịnh Hạ Long.” / “Cảnh đẹp này ở Quảng Ninh.” / “Em nhìn thấy nhiều núi đá và mặt nước rất đẹp.”</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Hướng dẫn học sinh sử dụng thông tin vừa quan sát được để lựa chọn một cảnh đẹp và giới thiệu ngắn gọn trước lớp.</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Lựa chọn một cảnh đẹp và nói: “Em muốn giới thiệu Vịnh Hạ Long. Vịnh Hạ Long ở Quảng Ninh. Ở đây có nhiều hòn đảo đẹp. Em rất thích cảnh đẹp này.”</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Cho học sinh trao đổi theo cặp hoặc nhóm nhỏ.</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Trao đổi với bạn, nói cho bạn nghe về cảnh đẹp mình chọn.</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Mời một số học sinh trình bày trước lớp.</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Trình bày trước lớp, ví dụ: “Em muốn giới thiệu Phố cổ Hội An. Phố cổ Hội An ở Quảng Nam. Ở đây có nhiều ngôi nhà cổ và đèn lồng rất đẹp. Em thấy cảnh này rất yên bình.”</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Nhận xét, tuyên dương học sinh.</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Lắng nghe nhận xét, sửa cách nói cho rõ hơn.</w:t>
            </w:r>
          </w:p>
        </w:tc>
      </w:tr>
      <w:tr w:rsidR="00AE763C" w:rsidRPr="00AE763C" w:rsidTr="00C44C2F">
        <w:trPr>
          <w:jc w:val="center"/>
        </w:trPr>
        <w:tc>
          <w:tcPr>
            <w:tcW w:w="8958" w:type="dxa"/>
            <w:gridSpan w:val="2"/>
            <w:shd w:val="clear" w:color="auto" w:fill="EFEFEF"/>
            <w:tcMar>
              <w:top w:w="90" w:type="dxa"/>
              <w:left w:w="100" w:type="dxa"/>
              <w:bottom w:w="90" w:type="dxa"/>
              <w:right w:w="100" w:type="dxa"/>
            </w:tcMar>
            <w:vAlign w:val="center"/>
          </w:tcPr>
          <w:p w:rsidR="00AE763C" w:rsidRPr="00AE763C" w:rsidRDefault="00AE763C" w:rsidP="00C44C2F">
            <w:pPr>
              <w:rPr>
                <w:szCs w:val="28"/>
              </w:rPr>
            </w:pPr>
            <w:r w:rsidRPr="00AE763C">
              <w:rPr>
                <w:b/>
                <w:szCs w:val="28"/>
              </w:rPr>
              <w:lastRenderedPageBreak/>
              <w:t>3. Thực hành: Bài tập 2</w:t>
            </w:r>
            <w:r w:rsidRPr="00AE763C">
              <w:rPr>
                <w:b/>
                <w:szCs w:val="28"/>
              </w:rPr>
              <w:br/>
              <w:t>Mục tiêu: Học sinh nêu được cảm nghĩ của bản thân về cảnh đẹp của đất nước Việt Nam; học sinh biết nói thành câu rõ ràng, thể hiện tình cảm yêu mến quê hương, đất nước; rèn kĩ năng nghe, nhận xét và bổ sung ý kiến cho bạn.</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Nêu yêu cầu bài tập 2: Nêu cảm nghĩ của em về cảnh đẹp của đất nước Việt Nam.</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Lắng nghe yêu cầu bài tập 2.</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Gợi ý cho học sinh: “Em thấy cảnh đẹp đất nước Việt Nam như thế nào?”</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Nêu: “Em thấy cảnh đẹp đất nước Việt Nam rất đẹp.” / “Em thấy cảnh đẹp Việt Nam rất hùng vĩ và yên bình.”</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Hỏi: “Em có tình cảm gì với quê hương, đất nước?”</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Nêu: “Em rất yêu quê hương, đất nước Việt Nam.” / “Em rất tự hào về đất nước mình.”</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Hỏi: “Em sẽ làm gì để giữ gìn cảnh đẹp đó?”</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Nêu: “Em sẽ không xả rác bừa bãi.” / “Em sẽ giữ vệ sinh nơi công cộng.” / “Em sẽ bảo vệ cây xanh.”</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Cho học sinh chia sẻ theo cặp hoặc nhóm nhỏ.</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Nói cảm nghĩ của mình cho bạn nghe: “Em thấy đất nước Việt Nam có nhiều cảnh đẹp. Em rất yêu quê hương. Em sẽ giữ gìn vệ sinh để cảnh đẹp luôn sạch sẽ.”</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Mời một số học sinh trình bày trước lớp.</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Trình bày trước lớp: “Em thấy đất nước Việt Nam có rất nhiều cảnh đẹp. Em rất yêu quê hương mình. Em sẽ giữ gìn môi trường sạch đẹp.”</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Hướng dẫn học sinh dưới lớp lắng nghe, nhận xét, bổ sung ý kiến cho bạn.</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Lắng nghe bạn nói và nhận xét: “Bạn nói rõ ràng.” / “Bạn nói đủ ý.” / “Bạn nói rất tự tin.”</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Nhận xét, khuyến khích học sinh bày tỏ tình cảm chân thành với quê hương, đất nước.</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Lắng nghe nhận xét, tiếp thu.</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Giáo dục học sinh biết yêu quý và giữ gìn cảnh đẹp quê hương, đất nước.</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Ghi nhớ và thực hiện.</w:t>
            </w:r>
          </w:p>
        </w:tc>
      </w:tr>
      <w:tr w:rsidR="00AE763C" w:rsidRPr="00AE763C" w:rsidTr="00C44C2F">
        <w:trPr>
          <w:jc w:val="center"/>
        </w:trPr>
        <w:tc>
          <w:tcPr>
            <w:tcW w:w="8958" w:type="dxa"/>
            <w:gridSpan w:val="2"/>
            <w:shd w:val="clear" w:color="auto" w:fill="EFEFEF"/>
            <w:tcMar>
              <w:top w:w="90" w:type="dxa"/>
              <w:left w:w="100" w:type="dxa"/>
              <w:bottom w:w="90" w:type="dxa"/>
              <w:right w:w="100" w:type="dxa"/>
            </w:tcMar>
            <w:vAlign w:val="center"/>
          </w:tcPr>
          <w:p w:rsidR="00AE763C" w:rsidRPr="00AE763C" w:rsidRDefault="00AE763C" w:rsidP="00C44C2F">
            <w:pPr>
              <w:rPr>
                <w:szCs w:val="28"/>
              </w:rPr>
            </w:pPr>
            <w:r w:rsidRPr="00AE763C">
              <w:rPr>
                <w:b/>
                <w:szCs w:val="28"/>
              </w:rPr>
              <w:t>4. Vận dụng, trải nghiệm</w:t>
            </w:r>
            <w:r w:rsidRPr="00AE763C">
              <w:rPr>
                <w:b/>
                <w:szCs w:val="28"/>
              </w:rPr>
              <w:br/>
            </w:r>
            <w:r w:rsidRPr="00AE763C">
              <w:rPr>
                <w:b/>
                <w:szCs w:val="28"/>
              </w:rPr>
              <w:lastRenderedPageBreak/>
              <w:t>Mục tiêu: Học sinh liên hệ được với thực tế địa phương hoặc nơi mình từng biết, từng đến; học sinh biết vận dụng điều đã học để bày tỏ tình yêu quê hương và nêu việc làm phù hợp để giữ gìn cảnh đẹp; mở rộng hiểu biết về cảnh đẹp của Việt Nam.</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lastRenderedPageBreak/>
              <w:t>- Hỏi: “Ngoài những cảnh đẹp trong sách, em còn biết cảnh đẹp nào khác của Việt Nam?”</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Nêu: “Em còn biết Hồ Gươm.” / “Em còn biết Đà Lạt.” / “Em còn biết Sa Pa.” / “Em còn biết biển Nha Trang.”</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Hỏi: “Ở địa phương em có cảnh đẹp nào?”</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Nêu theo địa phương: “Ở địa phương em có cánh đồng lúa.” / “Ở địa phương em có dòng sông rất đẹp.” / “Ở địa phương em có công viên xanh mát.”</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Tổ chức cho học sinh nói ngắn về một cảnh đẹp ở quê hương hoặc nơi em từng đến.</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Nói: “Em muốn kể về cánh đồng ở quê em. Cánh đồng rất rộng và xanh. Em rất thích ngắm cánh đồng vào buổi sáng.”</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Hỏi: “Em sẽ làm gì để giữ gìn cảnh đẹp quê hương?”</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Nêu: “Em sẽ không vẽ bậy lên tường.” / “Em sẽ bỏ rác đúng nơi quy định.” / “Em sẽ nhắc mọi người giữ gìn vệ sinh.”</w:t>
            </w:r>
          </w:p>
        </w:tc>
      </w:tr>
      <w:tr w:rsidR="00AE763C" w:rsidRPr="00AE763C" w:rsidTr="00C44C2F">
        <w:trPr>
          <w:jc w:val="center"/>
        </w:trPr>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Nhận xét tiết học, tuyên dương học sinh tích cực.</w:t>
            </w:r>
          </w:p>
        </w:tc>
        <w:tc>
          <w:tcPr>
            <w:tcW w:w="4479" w:type="dxa"/>
            <w:tcMar>
              <w:top w:w="90" w:type="dxa"/>
              <w:left w:w="100" w:type="dxa"/>
              <w:bottom w:w="90" w:type="dxa"/>
              <w:right w:w="100" w:type="dxa"/>
            </w:tcMar>
            <w:vAlign w:val="center"/>
          </w:tcPr>
          <w:p w:rsidR="00AE763C" w:rsidRPr="00AE763C" w:rsidRDefault="00AE763C" w:rsidP="00C44C2F">
            <w:pPr>
              <w:rPr>
                <w:szCs w:val="28"/>
              </w:rPr>
            </w:pPr>
            <w:r w:rsidRPr="00AE763C">
              <w:rPr>
                <w:szCs w:val="28"/>
              </w:rPr>
              <w:t>- Lắng nghe nhận xét, ghi nhớ bài học.</w:t>
            </w:r>
          </w:p>
        </w:tc>
      </w:tr>
    </w:tbl>
    <w:p w:rsidR="00AE763C" w:rsidRPr="00AE763C" w:rsidRDefault="00AE763C" w:rsidP="00AE763C">
      <w:pPr>
        <w:spacing w:after="0" w:line="240" w:lineRule="auto"/>
        <w:rPr>
          <w:szCs w:val="28"/>
        </w:rPr>
      </w:pPr>
      <w:r w:rsidRPr="00AE763C">
        <w:rPr>
          <w:b/>
          <w:szCs w:val="28"/>
        </w:rPr>
        <w:t>I</w:t>
      </w:r>
      <w:r w:rsidRPr="00AE763C">
        <w:rPr>
          <w:b/>
          <w:szCs w:val="28"/>
        </w:rPr>
        <w:t>V. ĐIỀU CHỈNH SAU BÀI DẠY</w:t>
      </w:r>
    </w:p>
    <w:p w:rsidR="00AE763C" w:rsidRPr="00AE763C" w:rsidRDefault="00AE763C">
      <w:pPr>
        <w:rPr>
          <w:szCs w:val="28"/>
        </w:rPr>
      </w:pPr>
    </w:p>
    <w:p w:rsidR="000052C7" w:rsidRPr="00AE763C" w:rsidRDefault="00AE763C">
      <w:pPr>
        <w:spacing w:after="0" w:line="240" w:lineRule="auto"/>
        <w:jc w:val="center"/>
        <w:rPr>
          <w:szCs w:val="28"/>
        </w:rPr>
      </w:pPr>
      <w:r w:rsidRPr="00AE763C">
        <w:rPr>
          <w:b/>
          <w:szCs w:val="28"/>
        </w:rPr>
        <w:t>TIẾNG VIỆT</w:t>
      </w:r>
    </w:p>
    <w:p w:rsidR="000052C7" w:rsidRPr="00AE763C" w:rsidRDefault="00AE763C">
      <w:pPr>
        <w:spacing w:after="0" w:line="240" w:lineRule="auto"/>
        <w:jc w:val="center"/>
        <w:rPr>
          <w:szCs w:val="28"/>
        </w:rPr>
      </w:pPr>
      <w:r w:rsidRPr="00AE763C">
        <w:rPr>
          <w:b/>
          <w:szCs w:val="28"/>
        </w:rPr>
        <w:t>Nghe – Viết: BẢN EM (T3)</w:t>
      </w:r>
    </w:p>
    <w:p w:rsidR="000052C7" w:rsidRPr="00AE763C" w:rsidRDefault="00AE763C">
      <w:pPr>
        <w:spacing w:after="0" w:line="240" w:lineRule="auto"/>
        <w:rPr>
          <w:szCs w:val="28"/>
        </w:rPr>
      </w:pPr>
      <w:r w:rsidRPr="00AE763C">
        <w:rPr>
          <w:b/>
          <w:szCs w:val="28"/>
        </w:rPr>
        <w:t>I. YÊU CẦU CẦN ĐẠT:</w:t>
      </w:r>
    </w:p>
    <w:p w:rsidR="000052C7" w:rsidRPr="00AE763C" w:rsidRDefault="00AE763C">
      <w:pPr>
        <w:spacing w:after="0" w:line="240" w:lineRule="auto"/>
        <w:rPr>
          <w:szCs w:val="28"/>
        </w:rPr>
      </w:pPr>
      <w:r w:rsidRPr="00AE763C">
        <w:rPr>
          <w:b/>
          <w:szCs w:val="28"/>
        </w:rPr>
        <w:t>1. Năng lực đặc thù:</w:t>
      </w:r>
    </w:p>
    <w:p w:rsidR="000052C7" w:rsidRPr="00AE763C" w:rsidRDefault="00AE763C">
      <w:pPr>
        <w:spacing w:after="0" w:line="240" w:lineRule="auto"/>
        <w:rPr>
          <w:szCs w:val="28"/>
        </w:rPr>
      </w:pPr>
      <w:r w:rsidRPr="00AE763C">
        <w:rPr>
          <w:szCs w:val="28"/>
        </w:rPr>
        <w:t>- Viết đúng chính tả bài thơ Bản em (Nguyễn Thái Vận) theo hình thức nghe – viết; trình bày đúng các khổ thơ, biết viế</w:t>
      </w:r>
      <w:r w:rsidRPr="00AE763C">
        <w:rPr>
          <w:szCs w:val="28"/>
        </w:rPr>
        <w:t>t hoa chữ cái mở đầu tên bài thơ và chữ cái đầu mỗi câu thơ (viết đúng mẫu chữ viết hoa đã học ở lớp 2).</w:t>
      </w:r>
    </w:p>
    <w:p w:rsidR="000052C7" w:rsidRPr="00AE763C" w:rsidRDefault="00AE763C">
      <w:pPr>
        <w:spacing w:after="0" w:line="240" w:lineRule="auto"/>
        <w:rPr>
          <w:szCs w:val="28"/>
        </w:rPr>
      </w:pPr>
      <w:r w:rsidRPr="00AE763C">
        <w:rPr>
          <w:szCs w:val="28"/>
        </w:rPr>
        <w:t>- Viết đúng từ ngữ có tiếng bắt đầu bằng ch/tr hoặc có tiếng chứa ươc/ươt.</w:t>
      </w:r>
    </w:p>
    <w:p w:rsidR="000052C7" w:rsidRPr="00AE763C" w:rsidRDefault="00AE763C">
      <w:pPr>
        <w:spacing w:after="0" w:line="240" w:lineRule="auto"/>
        <w:rPr>
          <w:szCs w:val="28"/>
        </w:rPr>
      </w:pPr>
      <w:r w:rsidRPr="00AE763C">
        <w:rPr>
          <w:szCs w:val="28"/>
        </w:rPr>
        <w:t>- Phát triển năng lực ngôn ngữ.</w:t>
      </w:r>
    </w:p>
    <w:p w:rsidR="000052C7" w:rsidRPr="00AE763C" w:rsidRDefault="00AE763C">
      <w:pPr>
        <w:spacing w:after="0" w:line="240" w:lineRule="auto"/>
        <w:rPr>
          <w:szCs w:val="28"/>
        </w:rPr>
      </w:pPr>
      <w:r w:rsidRPr="00AE763C">
        <w:rPr>
          <w:b/>
          <w:szCs w:val="28"/>
        </w:rPr>
        <w:t>2. Năng lực chung.</w:t>
      </w:r>
    </w:p>
    <w:p w:rsidR="000052C7" w:rsidRPr="00AE763C" w:rsidRDefault="00AE763C">
      <w:pPr>
        <w:spacing w:after="0" w:line="240" w:lineRule="auto"/>
        <w:rPr>
          <w:szCs w:val="28"/>
        </w:rPr>
      </w:pPr>
      <w:r w:rsidRPr="00AE763C">
        <w:rPr>
          <w:szCs w:val="28"/>
        </w:rPr>
        <w:t xml:space="preserve">- Năng lực tự chủ, tự </w:t>
      </w:r>
      <w:r w:rsidRPr="00AE763C">
        <w:rPr>
          <w:szCs w:val="28"/>
        </w:rPr>
        <w:t>học: lắng nghe, viết bài đúng, kịp thời và hoàn thành các bài tập trong SGK.</w:t>
      </w:r>
    </w:p>
    <w:p w:rsidR="000052C7" w:rsidRPr="00AE763C" w:rsidRDefault="00AE763C">
      <w:pPr>
        <w:spacing w:after="0" w:line="240" w:lineRule="auto"/>
        <w:rPr>
          <w:szCs w:val="28"/>
        </w:rPr>
      </w:pPr>
      <w:r w:rsidRPr="00AE763C">
        <w:rPr>
          <w:szCs w:val="28"/>
        </w:rPr>
        <w:t>- Năng lực giải quyết vấn đề và sáng tạo: tham gia trò chơi, vận dụng.</w:t>
      </w:r>
    </w:p>
    <w:p w:rsidR="000052C7" w:rsidRPr="00AE763C" w:rsidRDefault="00AE763C">
      <w:pPr>
        <w:spacing w:after="0" w:line="240" w:lineRule="auto"/>
        <w:rPr>
          <w:szCs w:val="28"/>
        </w:rPr>
      </w:pPr>
      <w:r w:rsidRPr="00AE763C">
        <w:rPr>
          <w:szCs w:val="28"/>
        </w:rPr>
        <w:t>- Năng lực giao tiếp và hợp tác: tham gia làm việc trong nhóm để trả lời câu hỏi trong bài.</w:t>
      </w:r>
    </w:p>
    <w:p w:rsidR="000052C7" w:rsidRPr="00AE763C" w:rsidRDefault="00AE763C">
      <w:pPr>
        <w:spacing w:after="0" w:line="240" w:lineRule="auto"/>
        <w:rPr>
          <w:szCs w:val="28"/>
        </w:rPr>
      </w:pPr>
      <w:r w:rsidRPr="00AE763C">
        <w:rPr>
          <w:b/>
          <w:szCs w:val="28"/>
        </w:rPr>
        <w:lastRenderedPageBreak/>
        <w:t>3. Phẩm chất.</w:t>
      </w:r>
    </w:p>
    <w:p w:rsidR="000052C7" w:rsidRPr="00AE763C" w:rsidRDefault="00AE763C">
      <w:pPr>
        <w:spacing w:after="0" w:line="240" w:lineRule="auto"/>
        <w:rPr>
          <w:szCs w:val="28"/>
        </w:rPr>
      </w:pPr>
      <w:r w:rsidRPr="00AE763C">
        <w:rPr>
          <w:szCs w:val="28"/>
        </w:rPr>
        <w:t xml:space="preserve">- </w:t>
      </w:r>
      <w:r w:rsidRPr="00AE763C">
        <w:rPr>
          <w:szCs w:val="28"/>
        </w:rPr>
        <w:t>Phẩm chất yêu nước: Biết yêu cảnh đẹp, quê hương qua bài viết.</w:t>
      </w:r>
    </w:p>
    <w:p w:rsidR="000052C7" w:rsidRPr="00AE763C" w:rsidRDefault="00AE763C">
      <w:pPr>
        <w:spacing w:after="0" w:line="240" w:lineRule="auto"/>
        <w:rPr>
          <w:szCs w:val="28"/>
        </w:rPr>
      </w:pPr>
      <w:r w:rsidRPr="00AE763C">
        <w:rPr>
          <w:szCs w:val="28"/>
        </w:rPr>
        <w:t>- Phẩm chất chăm chỉ: Chăm chỉ viết bài, trả lời câu hỏi.</w:t>
      </w:r>
    </w:p>
    <w:p w:rsidR="000052C7" w:rsidRPr="00AE763C" w:rsidRDefault="00AE763C">
      <w:pPr>
        <w:spacing w:after="0" w:line="240" w:lineRule="auto"/>
        <w:rPr>
          <w:szCs w:val="28"/>
        </w:rPr>
      </w:pPr>
      <w:r w:rsidRPr="00AE763C">
        <w:rPr>
          <w:szCs w:val="28"/>
        </w:rPr>
        <w:t>- Phẩm chất trách nhiệm: Giữ trật tự, học tập nghiêm túc.</w:t>
      </w:r>
    </w:p>
    <w:p w:rsidR="000052C7" w:rsidRPr="00AE763C" w:rsidRDefault="00AE763C">
      <w:pPr>
        <w:spacing w:after="0" w:line="240" w:lineRule="auto"/>
        <w:rPr>
          <w:szCs w:val="28"/>
        </w:rPr>
      </w:pPr>
      <w:r w:rsidRPr="00AE763C">
        <w:rPr>
          <w:b/>
          <w:szCs w:val="28"/>
        </w:rPr>
        <w:t>II. ĐỒ DÙNG DẠY HỌC</w:t>
      </w:r>
    </w:p>
    <w:p w:rsidR="000052C7" w:rsidRPr="00AE763C" w:rsidRDefault="00AE763C">
      <w:pPr>
        <w:spacing w:after="0" w:line="240" w:lineRule="auto"/>
        <w:rPr>
          <w:szCs w:val="28"/>
        </w:rPr>
      </w:pPr>
      <w:r w:rsidRPr="00AE763C">
        <w:rPr>
          <w:szCs w:val="28"/>
        </w:rPr>
        <w:t>- Kế hoạch bài dạy, bài giảng Power point.</w:t>
      </w:r>
    </w:p>
    <w:p w:rsidR="000052C7" w:rsidRPr="00AE763C" w:rsidRDefault="00AE763C">
      <w:pPr>
        <w:spacing w:after="0" w:line="240" w:lineRule="auto"/>
        <w:rPr>
          <w:szCs w:val="28"/>
        </w:rPr>
      </w:pPr>
      <w:r w:rsidRPr="00AE763C">
        <w:rPr>
          <w:szCs w:val="28"/>
        </w:rPr>
        <w:t>- SGK và các t</w:t>
      </w:r>
      <w:r w:rsidRPr="00AE763C">
        <w:rPr>
          <w:szCs w:val="28"/>
        </w:rPr>
        <w:t>hiết bị, học liệu phụ vụ cho tiết dạy.</w:t>
      </w:r>
    </w:p>
    <w:p w:rsidR="000052C7" w:rsidRPr="00AE763C" w:rsidRDefault="00AE763C">
      <w:pPr>
        <w:spacing w:after="0" w:line="240" w:lineRule="auto"/>
        <w:rPr>
          <w:szCs w:val="28"/>
        </w:rPr>
      </w:pPr>
      <w:r w:rsidRPr="00AE763C">
        <w:rPr>
          <w:b/>
          <w:szCs w:val="28"/>
        </w:rPr>
        <w:t>III. HOẠT ĐỘNG DẠY HỌC</w:t>
      </w:r>
    </w:p>
    <w:tbl>
      <w:tblPr>
        <w:tblStyle w:val="TableGrid"/>
        <w:tblW w:w="0" w:type="auto"/>
        <w:jc w:val="center"/>
        <w:tblLayout w:type="fixed"/>
        <w:tblLook w:val="04A0" w:firstRow="1" w:lastRow="0" w:firstColumn="1" w:lastColumn="0" w:noHBand="0" w:noVBand="1"/>
      </w:tblPr>
      <w:tblGrid>
        <w:gridCol w:w="5269"/>
        <w:gridCol w:w="5269"/>
      </w:tblGrid>
      <w:tr w:rsidR="000052C7" w:rsidRPr="00AE763C">
        <w:trPr>
          <w:jc w:val="center"/>
        </w:trPr>
        <w:tc>
          <w:tcPr>
            <w:tcW w:w="5269" w:type="dxa"/>
            <w:tcBorders>
              <w:top w:val="single" w:sz="8" w:space="0" w:color="808080"/>
              <w:left w:val="single" w:sz="8" w:space="0" w:color="808080"/>
              <w:bottom w:val="single" w:sz="8" w:space="0" w:color="808080"/>
              <w:right w:val="single" w:sz="8" w:space="0" w:color="808080"/>
            </w:tcBorders>
            <w:shd w:val="clear" w:color="auto" w:fill="D9EAF7"/>
            <w:tcMar>
              <w:top w:w="100" w:type="dxa"/>
              <w:left w:w="120" w:type="dxa"/>
              <w:bottom w:w="100" w:type="dxa"/>
              <w:right w:w="120" w:type="dxa"/>
            </w:tcMar>
            <w:vAlign w:val="center"/>
          </w:tcPr>
          <w:p w:rsidR="000052C7" w:rsidRPr="00AE763C" w:rsidRDefault="00AE763C">
            <w:pPr>
              <w:jc w:val="center"/>
              <w:rPr>
                <w:szCs w:val="28"/>
              </w:rPr>
            </w:pPr>
            <w:r w:rsidRPr="00AE763C">
              <w:rPr>
                <w:b/>
                <w:szCs w:val="28"/>
              </w:rPr>
              <w:t>Hoạt động của giáo viên</w:t>
            </w:r>
          </w:p>
        </w:tc>
        <w:tc>
          <w:tcPr>
            <w:tcW w:w="5269" w:type="dxa"/>
            <w:tcBorders>
              <w:top w:val="single" w:sz="8" w:space="0" w:color="808080"/>
              <w:left w:val="single" w:sz="8" w:space="0" w:color="808080"/>
              <w:bottom w:val="single" w:sz="8" w:space="0" w:color="808080"/>
              <w:right w:val="single" w:sz="8" w:space="0" w:color="808080"/>
            </w:tcBorders>
            <w:shd w:val="clear" w:color="auto" w:fill="D9EAF7"/>
            <w:tcMar>
              <w:top w:w="100" w:type="dxa"/>
              <w:left w:w="120" w:type="dxa"/>
              <w:bottom w:w="100" w:type="dxa"/>
              <w:right w:w="120" w:type="dxa"/>
            </w:tcMar>
            <w:vAlign w:val="center"/>
          </w:tcPr>
          <w:p w:rsidR="000052C7" w:rsidRPr="00AE763C" w:rsidRDefault="00AE763C">
            <w:pPr>
              <w:jc w:val="center"/>
              <w:rPr>
                <w:szCs w:val="28"/>
              </w:rPr>
            </w:pPr>
            <w:r w:rsidRPr="00AE763C">
              <w:rPr>
                <w:b/>
                <w:szCs w:val="28"/>
              </w:rPr>
              <w:t>Hoạt động của học sinh</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1. Khởi động</w:t>
            </w:r>
          </w:p>
          <w:p w:rsidR="000052C7" w:rsidRPr="00AE763C" w:rsidRDefault="00AE763C">
            <w:pPr>
              <w:rPr>
                <w:szCs w:val="28"/>
              </w:rPr>
            </w:pPr>
            <w:r w:rsidRPr="00AE763C">
              <w:rPr>
                <w:b/>
                <w:szCs w:val="28"/>
              </w:rPr>
              <w:t>- Mục tiêu: + Tạo không khí vui vẻ, khấn khởi trước giờ học. + Kiểm tra kiến thức đã học của học sinh ở bài trước.</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tổ chức trò chơi để khởi động bài học.</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tham gia trò chơi.</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nhận xét, tuyên dương.</w:t>
            </w:r>
          </w:p>
          <w:p w:rsidR="000052C7" w:rsidRPr="00AE763C" w:rsidRDefault="00AE763C">
            <w:pPr>
              <w:rPr>
                <w:szCs w:val="28"/>
              </w:rPr>
            </w:pPr>
            <w:r w:rsidRPr="00AE763C">
              <w:rPr>
                <w:szCs w:val="28"/>
              </w:rPr>
              <w:t>- GV dẫn dắt vào bài mới.</w:t>
            </w:r>
          </w:p>
          <w:p w:rsidR="000052C7" w:rsidRPr="00AE763C" w:rsidRDefault="00AE763C">
            <w:pPr>
              <w:rPr>
                <w:szCs w:val="28"/>
              </w:rPr>
            </w:pPr>
            <w:r w:rsidRPr="00AE763C">
              <w:rPr>
                <w:b/>
                <w:szCs w:val="28"/>
              </w:rPr>
              <w:t>Kết luận của GV: Khởi động giúp các em tập trung, vui vẻ và sẵn sàng bước vào tiết học chính tả.</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 xml:space="preserve">2.1. Hoạt động 1: </w:t>
            </w:r>
            <w:r w:rsidRPr="00AE763C">
              <w:rPr>
                <w:b/>
                <w:szCs w:val="28"/>
              </w:rPr>
              <w:t>Nghe – viết</w:t>
            </w:r>
          </w:p>
          <w:p w:rsidR="000052C7" w:rsidRPr="00AE763C" w:rsidRDefault="00AE763C">
            <w:pPr>
              <w:rPr>
                <w:szCs w:val="28"/>
              </w:rPr>
            </w:pPr>
            <w:r w:rsidRPr="00AE763C">
              <w:rPr>
                <w:b/>
                <w:szCs w:val="28"/>
              </w:rPr>
              <w:t>- Mục tiêu: Viết đúng chính tả bài thơ Bản em theo hình thức nghe – viết; trình bày đúng các khổ thơ, viết hoa đúng quy định.</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xml:space="preserve">- GV nêu yêu cầu: Nghe viết bài thơ Bản em của tác giả Nguyễn Thái Vận. Đây là một bài thơ rất hay </w:t>
            </w:r>
            <w:r w:rsidRPr="00AE763C">
              <w:rPr>
                <w:szCs w:val="28"/>
              </w:rPr>
              <w:t>với những câu thơ giàu hình ảnh về cảnh vật miền núi.</w:t>
            </w:r>
          </w:p>
          <w:p w:rsidR="00AE763C" w:rsidRPr="00AE763C" w:rsidRDefault="00AE763C">
            <w:pPr>
              <w:rPr>
                <w:szCs w:val="28"/>
              </w:rPr>
            </w:pPr>
            <w:r w:rsidRPr="00AE763C">
              <w:rPr>
                <w:szCs w:val="28"/>
              </w:rPr>
              <w:drawing>
                <wp:inline distT="0" distB="0" distL="0" distR="0" wp14:anchorId="575E26BC" wp14:editId="31E03297">
                  <wp:extent cx="3206115" cy="194119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06115" cy="1941195"/>
                          </a:xfrm>
                          <a:prstGeom prst="rect">
                            <a:avLst/>
                          </a:prstGeom>
                        </pic:spPr>
                      </pic:pic>
                    </a:graphicData>
                  </a:graphic>
                </wp:inline>
              </w:drawing>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yêu cầu.</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đọc 3 khổ thơ sẽ viết chính tả cho HS nghe.</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Hướng dẫn học sinh nhìn vào sách học sinh, đọc thầm 3 khổ thơ trong sách học sinh.</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xml:space="preserve">- 1 HS đọc trước lớp; cả </w:t>
            </w:r>
            <w:r w:rsidRPr="00AE763C">
              <w:rPr>
                <w:szCs w:val="28"/>
              </w:rPr>
              <w:t>lớp đọc thầm.</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hướng dẫn HS:</w:t>
            </w:r>
          </w:p>
          <w:p w:rsidR="000052C7" w:rsidRPr="00AE763C" w:rsidRDefault="00AE763C">
            <w:pPr>
              <w:rPr>
                <w:szCs w:val="28"/>
              </w:rPr>
            </w:pPr>
            <w:r w:rsidRPr="00AE763C">
              <w:rPr>
                <w:szCs w:val="28"/>
              </w:rPr>
              <w:t>+ Quan sát những dấu câu có trong đoạn thơ và cách trình bày 3 khổ thơ.</w:t>
            </w:r>
          </w:p>
          <w:p w:rsidR="000052C7" w:rsidRPr="00AE763C" w:rsidRDefault="00AE763C">
            <w:pPr>
              <w:rPr>
                <w:szCs w:val="28"/>
              </w:rPr>
            </w:pPr>
            <w:r w:rsidRPr="00AE763C">
              <w:rPr>
                <w:szCs w:val="28"/>
              </w:rPr>
              <w:t>+ Viết hoa chữ đầu tên bài, viết hoa chữ đầu mỗi câu thơ.</w:t>
            </w:r>
          </w:p>
          <w:p w:rsidR="000052C7" w:rsidRPr="00AE763C" w:rsidRDefault="00AE763C">
            <w:pPr>
              <w:rPr>
                <w:szCs w:val="28"/>
              </w:rPr>
            </w:pPr>
            <w:r w:rsidRPr="00AE763C">
              <w:rPr>
                <w:szCs w:val="28"/>
              </w:rPr>
              <w:t>+ Viết những tiếng khó hoặc những tiếng dễ sai do ảnh hưởng của cách phát âm địa phương.</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w:t>
            </w:r>
            <w:r w:rsidRPr="00AE763C">
              <w:rPr>
                <w:szCs w:val="28"/>
              </w:rPr>
              <w:t>S lắng nghe và ghi nhớ cách trình bày.</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đọc tên bài, đọc từng dòng thơ cho HS viết vào vở.</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viết bài.</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đọc lại 3 khổ thơ cho HS soát lại bài viết.</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nghe, dò bài.</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xml:space="preserve">- GV hướng dẫn chữa một số bài trên lớp, nhận xét, động viên khen ngợi các </w:t>
            </w:r>
            <w:r w:rsidRPr="00AE763C">
              <w:rPr>
                <w:szCs w:val="28"/>
              </w:rPr>
              <w:t>em viết đẹp, có nhiều tiến bộ.</w:t>
            </w:r>
          </w:p>
          <w:p w:rsidR="000052C7" w:rsidRPr="00AE763C" w:rsidRDefault="00AE763C">
            <w:pPr>
              <w:rPr>
                <w:szCs w:val="28"/>
              </w:rPr>
            </w:pPr>
            <w:r w:rsidRPr="00AE763C">
              <w:rPr>
                <w:b/>
                <w:szCs w:val="28"/>
              </w:rPr>
              <w:t>Kết luận của GV: Khi nghe – viết, các em cần lắng nghe cẩn thận, viết đúng mẫu, đúng dấu câu, đúng cách trình bày để bài viết sạch đẹp và chính xác.</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đổi vở dò bài cho nhau và lắng nghe nhận xét.</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 xml:space="preserve">2.2. Hoạt động 2: Chọn </w:t>
            </w:r>
            <w:r w:rsidRPr="00AE763C">
              <w:rPr>
                <w:b/>
                <w:szCs w:val="28"/>
              </w:rPr>
              <w:t>tiếng thích hợp thay cho ô trống</w:t>
            </w:r>
          </w:p>
          <w:p w:rsidR="000052C7" w:rsidRPr="00AE763C" w:rsidRDefault="00AE763C">
            <w:pPr>
              <w:rPr>
                <w:szCs w:val="28"/>
              </w:rPr>
            </w:pPr>
            <w:r w:rsidRPr="00AE763C">
              <w:rPr>
                <w:b/>
                <w:szCs w:val="28"/>
              </w:rPr>
              <w:t>- Mục tiêu: Viết đúng từ ngữ có tiếng bắt đầu bằng ch/tr hoặc có tiếng chứa ươc/ươt; mở rộng vốn từ.</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hướng dẫn HS các bước thực hiện.</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Làm việc cá nhân: Đọc yêu cầu và làm bài tập 2</w:t>
            </w:r>
            <w:r w:rsidRPr="00AE763C">
              <w:rPr>
                <w:szCs w:val="28"/>
              </w:rPr>
              <w:t xml:space="preserve"> vào vở ô li hoặc vở bài tập.</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- 1 HS đọc yêu cầu bài; HS làm bài cá nhân.</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Làm việc theo cặp/nhóm: Từng em đọc kết quả bài làm của mình, cả nhóm đối chiếu, góp ý và thống nhất đáp án.</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làm việc theo cặp/nhóm.</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Chữa bài trước lớp: GV chiếu bài học s</w:t>
            </w:r>
            <w:r w:rsidRPr="00AE763C">
              <w:rPr>
                <w:szCs w:val="28"/>
              </w:rPr>
              <w:t>inh hoặc 1 - 2 học sinh đọc bài làm của mình trước lớp.</w:t>
            </w:r>
          </w:p>
          <w:p w:rsidR="000052C7" w:rsidRPr="00AE763C" w:rsidRDefault="00AE763C">
            <w:pPr>
              <w:rPr>
                <w:szCs w:val="28"/>
              </w:rPr>
            </w:pPr>
            <w:r w:rsidRPr="00AE763C">
              <w:rPr>
                <w:szCs w:val="28"/>
              </w:rPr>
              <w:t>Đáp án:</w:t>
            </w:r>
          </w:p>
          <w:p w:rsidR="000052C7" w:rsidRPr="00AE763C" w:rsidRDefault="00AE763C">
            <w:pPr>
              <w:rPr>
                <w:szCs w:val="28"/>
              </w:rPr>
            </w:pPr>
            <w:r w:rsidRPr="00AE763C">
              <w:rPr>
                <w:szCs w:val="28"/>
              </w:rPr>
              <w:t xml:space="preserve">+ Nắng chiều, thuỷ triều, triều đại, chiều </w:t>
            </w:r>
            <w:r w:rsidRPr="00AE763C">
              <w:rPr>
                <w:szCs w:val="28"/>
              </w:rPr>
              <w:lastRenderedPageBreak/>
              <w:t>chuộng</w:t>
            </w:r>
          </w:p>
          <w:p w:rsidR="000052C7" w:rsidRPr="00AE763C" w:rsidRDefault="00AE763C">
            <w:pPr>
              <w:rPr>
                <w:szCs w:val="28"/>
              </w:rPr>
            </w:pPr>
            <w:r w:rsidRPr="00AE763C">
              <w:rPr>
                <w:szCs w:val="28"/>
              </w:rPr>
              <w:t>+ Che chở, trở thành, chở hàng, trở ngại.</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HS nghe, nhận xét, bổ sung.</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GV khuyến khích HS đặt câu với từ ngữ đã hoàn thành.</w:t>
            </w:r>
          </w:p>
          <w:p w:rsidR="000052C7" w:rsidRPr="00AE763C" w:rsidRDefault="00AE763C">
            <w:pPr>
              <w:rPr>
                <w:szCs w:val="28"/>
              </w:rPr>
            </w:pPr>
            <w:r w:rsidRPr="00AE763C">
              <w:rPr>
                <w:szCs w:val="28"/>
              </w:rPr>
              <w:t>- GV nhận xét,</w:t>
            </w:r>
            <w:r w:rsidRPr="00AE763C">
              <w:rPr>
                <w:szCs w:val="28"/>
              </w:rPr>
              <w:t xml:space="preserve"> tuyên dương, bổ sung.</w:t>
            </w:r>
          </w:p>
          <w:p w:rsidR="000052C7" w:rsidRPr="00AE763C" w:rsidRDefault="00AE763C">
            <w:pPr>
              <w:rPr>
                <w:szCs w:val="28"/>
              </w:rPr>
            </w:pPr>
            <w:r w:rsidRPr="00AE763C">
              <w:rPr>
                <w:b/>
                <w:szCs w:val="28"/>
              </w:rPr>
              <w:t>Kết luận của GV: Qua bài tập, các em luyện viết đúng chính tả và biết sử dụng từ ngữ phù hợp trong câu.</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đặt câu: Nắng chiều đã bớt chói chang./ Khi thuỷ triều lên, biển trở nên mênh mông hơn.</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2.3. Hoạt động 3: Làm bài tập a hoặ</w:t>
            </w:r>
            <w:r w:rsidRPr="00AE763C">
              <w:rPr>
                <w:b/>
                <w:szCs w:val="28"/>
              </w:rPr>
              <w:t>c b</w:t>
            </w:r>
          </w:p>
          <w:p w:rsidR="000052C7" w:rsidRPr="00AE763C" w:rsidRDefault="00AE763C">
            <w:pPr>
              <w:rPr>
                <w:szCs w:val="28"/>
              </w:rPr>
            </w:pPr>
            <w:r w:rsidRPr="00AE763C">
              <w:rPr>
                <w:b/>
                <w:szCs w:val="28"/>
              </w:rPr>
              <w:t>- Mục tiêu: Củng cố quy tắc chính tả qua việc lựa chọn âm/chữ thích hợp.</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hướng dẫn HS làm bài tập a hoặc b.</w:t>
            </w:r>
          </w:p>
          <w:p w:rsidR="000052C7" w:rsidRPr="00AE763C" w:rsidRDefault="00AE763C">
            <w:pPr>
              <w:rPr>
                <w:szCs w:val="28"/>
              </w:rPr>
            </w:pPr>
            <w:r w:rsidRPr="00AE763C">
              <w:rPr>
                <w:szCs w:val="28"/>
              </w:rPr>
              <w:t>a) Chọn ch hoặc tr thay cho ô vuông.</w:t>
            </w:r>
          </w:p>
          <w:p w:rsidR="000052C7" w:rsidRPr="00AE763C" w:rsidRDefault="00AE763C">
            <w:pPr>
              <w:rPr>
                <w:szCs w:val="28"/>
              </w:rPr>
            </w:pPr>
            <w:r w:rsidRPr="00AE763C">
              <w:rPr>
                <w:szCs w:val="28"/>
              </w:rPr>
              <w:t>b) Chọn ươc hay ươt thay cho ô vuông.</w:t>
            </w:r>
          </w:p>
          <w:p w:rsidR="00AE763C" w:rsidRPr="00AE763C" w:rsidRDefault="00AE763C">
            <w:pPr>
              <w:rPr>
                <w:szCs w:val="28"/>
              </w:rPr>
            </w:pPr>
            <w:r w:rsidRPr="00AE763C">
              <w:rPr>
                <w:szCs w:val="28"/>
              </w:rPr>
              <w:drawing>
                <wp:inline distT="0" distB="0" distL="0" distR="0" wp14:anchorId="226B2602" wp14:editId="35B24813">
                  <wp:extent cx="3206115" cy="13684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06115" cy="1368425"/>
                          </a:xfrm>
                          <a:prstGeom prst="rect">
                            <a:avLst/>
                          </a:prstGeom>
                        </pic:spPr>
                      </pic:pic>
                    </a:graphicData>
                  </a:graphic>
                </wp:inline>
              </w:drawing>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hướng dẫn.</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xml:space="preserve">- HS làm việc cá </w:t>
            </w:r>
            <w:r w:rsidRPr="00AE763C">
              <w:rPr>
                <w:szCs w:val="28"/>
              </w:rPr>
              <w:t>nhân: Viết vào vở bài tập hoặc ô li theo yêu cầu.</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làm việc cá nhân.</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làm việc chung:</w:t>
            </w:r>
          </w:p>
          <w:p w:rsidR="000052C7" w:rsidRPr="00AE763C" w:rsidRDefault="00AE763C">
            <w:pPr>
              <w:rPr>
                <w:szCs w:val="28"/>
              </w:rPr>
            </w:pPr>
            <w:r w:rsidRPr="00AE763C">
              <w:rPr>
                <w:szCs w:val="28"/>
              </w:rPr>
              <w:t>+ Một số HS trình bày bài làm của mình.</w:t>
            </w:r>
          </w:p>
          <w:p w:rsidR="000052C7" w:rsidRPr="00AE763C" w:rsidRDefault="00AE763C">
            <w:pPr>
              <w:rPr>
                <w:szCs w:val="28"/>
              </w:rPr>
            </w:pPr>
            <w:r w:rsidRPr="00AE763C">
              <w:rPr>
                <w:szCs w:val="28"/>
              </w:rPr>
              <w:t>+ Cả lớp đối chiếu kết quả theo hướng dẫn của GV.</w:t>
            </w:r>
          </w:p>
          <w:p w:rsidR="000052C7" w:rsidRPr="00AE763C" w:rsidRDefault="00AE763C">
            <w:pPr>
              <w:rPr>
                <w:szCs w:val="28"/>
              </w:rPr>
            </w:pPr>
            <w:r w:rsidRPr="00AE763C">
              <w:rPr>
                <w:szCs w:val="28"/>
              </w:rPr>
              <w:t>Đáp án a: Sông Bạch Đằng đã đi vào trang sử chống giặc ngoại xâm của dâ</w:t>
            </w:r>
            <w:r w:rsidRPr="00AE763C">
              <w:rPr>
                <w:szCs w:val="28"/>
              </w:rPr>
              <w:t>n tộc ta. Ai đã đi qua nơi này cũng cảm thấy tự hào về truyền thống giữ nước của cha ông ta.</w:t>
            </w:r>
          </w:p>
          <w:p w:rsidR="000052C7" w:rsidRPr="00AE763C" w:rsidRDefault="00AE763C">
            <w:pPr>
              <w:rPr>
                <w:szCs w:val="28"/>
              </w:rPr>
            </w:pPr>
            <w:r w:rsidRPr="00AE763C">
              <w:rPr>
                <w:szCs w:val="28"/>
              </w:rPr>
              <w:t>Đáp án b: Đi ngược về xuôi; Đi trước về sau; Non xanh nước biếc; Vượt núi băng rừng.</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- 1 - 2 HS đọc yêu cầu bài; HS trình bày bài làm.</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Mời đại diện nhóm trình b</w:t>
            </w:r>
            <w:r w:rsidRPr="00AE763C">
              <w:rPr>
                <w:szCs w:val="28"/>
              </w:rPr>
              <w:t>ày.</w:t>
            </w:r>
          </w:p>
          <w:p w:rsidR="000052C7" w:rsidRPr="00AE763C" w:rsidRDefault="00AE763C">
            <w:pPr>
              <w:rPr>
                <w:szCs w:val="28"/>
              </w:rPr>
            </w:pPr>
            <w:r w:rsidRPr="00AE763C">
              <w:rPr>
                <w:szCs w:val="28"/>
              </w:rPr>
              <w:t>- GV nhận xét, tuyên dương.</w:t>
            </w:r>
          </w:p>
          <w:p w:rsidR="000052C7" w:rsidRPr="00AE763C" w:rsidRDefault="00AE763C">
            <w:pPr>
              <w:rPr>
                <w:szCs w:val="28"/>
              </w:rPr>
            </w:pPr>
            <w:r w:rsidRPr="00AE763C">
              <w:rPr>
                <w:b/>
                <w:szCs w:val="28"/>
              </w:rPr>
              <w:t xml:space="preserve">Kết luận của GV: Luyện tập chính tả thường xuyên sẽ giúp các em viết đúng hơn, nhanh hơn và tự tin hơn khi học </w:t>
            </w:r>
            <w:r w:rsidRPr="00AE763C">
              <w:rPr>
                <w:b/>
                <w:szCs w:val="28"/>
              </w:rPr>
              <w:lastRenderedPageBreak/>
              <w:t>Tiếng Việt.</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HS lắng nghe, sửa bài, rút kinh nghiệm.</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lastRenderedPageBreak/>
              <w:t>3. Vận dụng</w:t>
            </w:r>
          </w:p>
          <w:p w:rsidR="000052C7" w:rsidRPr="00AE763C" w:rsidRDefault="00AE763C">
            <w:pPr>
              <w:rPr>
                <w:szCs w:val="28"/>
              </w:rPr>
            </w:pPr>
            <w:r w:rsidRPr="00AE763C">
              <w:rPr>
                <w:b/>
                <w:szCs w:val="28"/>
              </w:rPr>
              <w:t>- Mục tiêu: Củng cố kiến thức; vận dụng vào th</w:t>
            </w:r>
            <w:r w:rsidRPr="00AE763C">
              <w:rPr>
                <w:b/>
                <w:szCs w:val="28"/>
              </w:rPr>
              <w:t>ực tiễn; tạo hứng thú học tập; phát triển năng lực ngôn ngữ.</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hướng dẫn HS cách thực hiện hoạt động vận dụng ở nhà.</w:t>
            </w:r>
          </w:p>
          <w:p w:rsidR="000052C7" w:rsidRPr="00AE763C" w:rsidRDefault="00AE763C">
            <w:pPr>
              <w:rPr>
                <w:szCs w:val="28"/>
              </w:rPr>
            </w:pPr>
            <w:r w:rsidRPr="00AE763C">
              <w:rPr>
                <w:szCs w:val="28"/>
              </w:rPr>
              <w:t>- Nhận xét, đánh giá tiết dạy.</w:t>
            </w:r>
          </w:p>
          <w:p w:rsidR="000052C7" w:rsidRPr="00AE763C" w:rsidRDefault="00AE763C">
            <w:pPr>
              <w:rPr>
                <w:szCs w:val="28"/>
              </w:rPr>
            </w:pPr>
            <w:r w:rsidRPr="00AE763C">
              <w:rPr>
                <w:b/>
                <w:szCs w:val="28"/>
              </w:rPr>
              <w:t xml:space="preserve">Kết luận của GV: Các em cần tiếp tục luyện viết ở nhà để chữ viết ngày càng đúng và </w:t>
            </w:r>
            <w:r w:rsidRPr="00AE763C">
              <w:rPr>
                <w:b/>
                <w:szCs w:val="28"/>
              </w:rPr>
              <w:t>đẹp hơn.</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để thực hiện.</w:t>
            </w:r>
          </w:p>
        </w:tc>
      </w:tr>
    </w:tbl>
    <w:p w:rsidR="000052C7" w:rsidRPr="00AE763C" w:rsidRDefault="00AE763C">
      <w:pPr>
        <w:spacing w:after="0" w:line="240" w:lineRule="auto"/>
        <w:rPr>
          <w:szCs w:val="28"/>
        </w:rPr>
      </w:pPr>
      <w:r w:rsidRPr="00AE763C">
        <w:rPr>
          <w:b/>
          <w:szCs w:val="28"/>
        </w:rPr>
        <w:t>IV. ĐIỀU CHỈNH SAU BÀI DẠY:</w:t>
      </w:r>
    </w:p>
    <w:p w:rsidR="000052C7" w:rsidRPr="00AE763C" w:rsidRDefault="00AE763C">
      <w:pPr>
        <w:spacing w:after="0" w:line="240" w:lineRule="auto"/>
        <w:rPr>
          <w:szCs w:val="28"/>
        </w:rPr>
      </w:pPr>
      <w:r w:rsidRPr="00AE763C">
        <w:rPr>
          <w:szCs w:val="28"/>
        </w:rPr>
        <w:t>.....................................................................................................................................</w:t>
      </w:r>
    </w:p>
    <w:p w:rsidR="000052C7" w:rsidRPr="00AE763C" w:rsidRDefault="00AE763C">
      <w:pPr>
        <w:spacing w:after="0" w:line="240" w:lineRule="auto"/>
        <w:rPr>
          <w:szCs w:val="28"/>
        </w:rPr>
      </w:pPr>
      <w:r w:rsidRPr="00AE763C">
        <w:rPr>
          <w:szCs w:val="28"/>
        </w:rPr>
        <w:t>.....................................................................................................................................</w:t>
      </w:r>
    </w:p>
    <w:p w:rsidR="000052C7" w:rsidRPr="00AE763C" w:rsidRDefault="00AE763C">
      <w:pPr>
        <w:spacing w:after="0" w:line="240" w:lineRule="auto"/>
        <w:rPr>
          <w:szCs w:val="28"/>
        </w:rPr>
      </w:pPr>
      <w:r w:rsidRPr="00AE763C">
        <w:rPr>
          <w:szCs w:val="28"/>
        </w:rPr>
        <w:t>..........................................................................................................................</w:t>
      </w:r>
      <w:r w:rsidRPr="00AE763C">
        <w:rPr>
          <w:szCs w:val="28"/>
        </w:rPr>
        <w:t>...........</w:t>
      </w:r>
    </w:p>
    <w:p w:rsidR="000052C7" w:rsidRPr="00AE763C" w:rsidRDefault="00AE763C">
      <w:pPr>
        <w:rPr>
          <w:szCs w:val="28"/>
        </w:rPr>
      </w:pPr>
      <w:r w:rsidRPr="00AE763C">
        <w:rPr>
          <w:szCs w:val="28"/>
        </w:rPr>
        <w:br w:type="page"/>
      </w:r>
    </w:p>
    <w:p w:rsidR="000052C7" w:rsidRPr="00AE763C" w:rsidRDefault="00AE763C">
      <w:pPr>
        <w:spacing w:after="0" w:line="240" w:lineRule="auto"/>
        <w:jc w:val="center"/>
        <w:rPr>
          <w:szCs w:val="28"/>
        </w:rPr>
      </w:pPr>
      <w:r w:rsidRPr="00AE763C">
        <w:rPr>
          <w:b/>
          <w:szCs w:val="28"/>
        </w:rPr>
        <w:lastRenderedPageBreak/>
        <w:t>TIẾNG VIỆT</w:t>
      </w:r>
    </w:p>
    <w:p w:rsidR="000052C7" w:rsidRPr="00AE763C" w:rsidRDefault="00AE763C">
      <w:pPr>
        <w:spacing w:after="0" w:line="240" w:lineRule="auto"/>
        <w:jc w:val="center"/>
        <w:rPr>
          <w:szCs w:val="28"/>
        </w:rPr>
      </w:pPr>
      <w:r w:rsidRPr="00AE763C">
        <w:rPr>
          <w:b/>
          <w:szCs w:val="28"/>
        </w:rPr>
        <w:t>CHỦ ĐIỂM: ĐẤT NƯỚC NGÀN NĂM</w:t>
      </w:r>
    </w:p>
    <w:p w:rsidR="000052C7" w:rsidRPr="00AE763C" w:rsidRDefault="00AE763C">
      <w:pPr>
        <w:spacing w:after="0" w:line="240" w:lineRule="auto"/>
        <w:jc w:val="center"/>
        <w:rPr>
          <w:szCs w:val="28"/>
        </w:rPr>
      </w:pPr>
      <w:r w:rsidRPr="00AE763C">
        <w:rPr>
          <w:b/>
          <w:szCs w:val="28"/>
        </w:rPr>
        <w:t>Bài 18: NÚI QUÊ TÔI (4 tiết)</w:t>
      </w:r>
    </w:p>
    <w:p w:rsidR="000052C7" w:rsidRPr="00AE763C" w:rsidRDefault="00AE763C">
      <w:pPr>
        <w:spacing w:after="0" w:line="240" w:lineRule="auto"/>
        <w:rPr>
          <w:szCs w:val="28"/>
        </w:rPr>
      </w:pPr>
      <w:r w:rsidRPr="00AE763C">
        <w:rPr>
          <w:b/>
          <w:szCs w:val="28"/>
        </w:rPr>
        <w:t>I. YÊU CẦU CẦN ĐẠT:</w:t>
      </w:r>
    </w:p>
    <w:p w:rsidR="000052C7" w:rsidRPr="00AE763C" w:rsidRDefault="00AE763C">
      <w:pPr>
        <w:spacing w:after="0" w:line="240" w:lineRule="auto"/>
        <w:rPr>
          <w:szCs w:val="28"/>
        </w:rPr>
      </w:pPr>
      <w:r w:rsidRPr="00AE763C">
        <w:rPr>
          <w:b/>
          <w:szCs w:val="28"/>
        </w:rPr>
        <w:t>1. Năng lực đặc thù:</w:t>
      </w:r>
    </w:p>
    <w:p w:rsidR="000052C7" w:rsidRPr="00AE763C" w:rsidRDefault="00AE763C">
      <w:pPr>
        <w:spacing w:after="0" w:line="240" w:lineRule="auto"/>
        <w:rPr>
          <w:szCs w:val="28"/>
        </w:rPr>
      </w:pPr>
      <w:r w:rsidRPr="00AE763C">
        <w:rPr>
          <w:szCs w:val="28"/>
        </w:rPr>
        <w:t xml:space="preserve">- Đọc đúng các âm dễ lẫn do ảnh hưởng của phát âm địa phương, đọc đúng từ ngữ, câu, đoạn và toàn bộ bài Núi quê tôi. Bước đầu biết </w:t>
      </w:r>
      <w:r w:rsidRPr="00AE763C">
        <w:rPr>
          <w:szCs w:val="28"/>
        </w:rPr>
        <w:t>nhấn giọng các từ ngữ gợi tả, gợi cảm, biết nghỉ hơi ở chỗ có dấu câu.</w:t>
      </w:r>
    </w:p>
    <w:p w:rsidR="000052C7" w:rsidRPr="00AE763C" w:rsidRDefault="00AE763C">
      <w:pPr>
        <w:spacing w:after="0" w:line="240" w:lineRule="auto"/>
        <w:rPr>
          <w:szCs w:val="28"/>
        </w:rPr>
      </w:pPr>
      <w:r w:rsidRPr="00AE763C">
        <w:rPr>
          <w:szCs w:val="28"/>
        </w:rPr>
        <w:t>- Nhận biết về phong cảnh của một vùng quê với vẻ đẹp của ngọn núi được tô điểm bởi nhiều màu xanh của sự vật. Cảm nhận được tình yêu quê hương của tác giả qua cách miêu tả ngọn núi quê</w:t>
      </w:r>
      <w:r w:rsidRPr="00AE763C">
        <w:rPr>
          <w:szCs w:val="28"/>
        </w:rPr>
        <w:t xml:space="preserve"> hương.</w:t>
      </w:r>
    </w:p>
    <w:p w:rsidR="000052C7" w:rsidRPr="00AE763C" w:rsidRDefault="00AE763C">
      <w:pPr>
        <w:spacing w:after="0" w:line="240" w:lineRule="auto"/>
        <w:rPr>
          <w:szCs w:val="28"/>
        </w:rPr>
      </w:pPr>
      <w:r w:rsidRPr="00AE763C">
        <w:rPr>
          <w:szCs w:val="28"/>
        </w:rPr>
        <w:t>- Tự tìm được câu chuyện, bài văn, bài thơ,... về quê hương, đất nước.</w:t>
      </w:r>
    </w:p>
    <w:p w:rsidR="000052C7" w:rsidRPr="00AE763C" w:rsidRDefault="00AE763C">
      <w:pPr>
        <w:spacing w:after="0" w:line="240" w:lineRule="auto"/>
        <w:rPr>
          <w:szCs w:val="28"/>
        </w:rPr>
      </w:pPr>
      <w:r w:rsidRPr="00AE763C">
        <w:rPr>
          <w:szCs w:val="28"/>
        </w:rPr>
        <w:t>- Phát triển năng lực ngôn ngữ.</w:t>
      </w:r>
    </w:p>
    <w:p w:rsidR="000052C7" w:rsidRPr="00AE763C" w:rsidRDefault="00AE763C">
      <w:pPr>
        <w:spacing w:after="0" w:line="240" w:lineRule="auto"/>
        <w:rPr>
          <w:szCs w:val="28"/>
        </w:rPr>
      </w:pPr>
      <w:r w:rsidRPr="00AE763C">
        <w:rPr>
          <w:b/>
          <w:szCs w:val="28"/>
        </w:rPr>
        <w:t>2. Năng lực chung.</w:t>
      </w:r>
    </w:p>
    <w:p w:rsidR="000052C7" w:rsidRPr="00AE763C" w:rsidRDefault="00AE763C">
      <w:pPr>
        <w:spacing w:after="0" w:line="240" w:lineRule="auto"/>
        <w:rPr>
          <w:szCs w:val="28"/>
        </w:rPr>
      </w:pPr>
      <w:r w:rsidRPr="00AE763C">
        <w:rPr>
          <w:szCs w:val="28"/>
        </w:rPr>
        <w:t>- Năng lực tự chủ, tự học: lắng nghe, đọc bài và trả lời các câu hỏi. Nêu được nội dung bài.</w:t>
      </w:r>
    </w:p>
    <w:p w:rsidR="000052C7" w:rsidRPr="00AE763C" w:rsidRDefault="00AE763C">
      <w:pPr>
        <w:spacing w:after="0" w:line="240" w:lineRule="auto"/>
        <w:rPr>
          <w:szCs w:val="28"/>
        </w:rPr>
      </w:pPr>
      <w:r w:rsidRPr="00AE763C">
        <w:rPr>
          <w:szCs w:val="28"/>
        </w:rPr>
        <w:t>- Năng lực giải quyết vấn đề và s</w:t>
      </w:r>
      <w:r w:rsidRPr="00AE763C">
        <w:rPr>
          <w:szCs w:val="28"/>
        </w:rPr>
        <w:t>áng tạo: tham gia trò chơi, vận dụng.</w:t>
      </w:r>
    </w:p>
    <w:p w:rsidR="000052C7" w:rsidRPr="00AE763C" w:rsidRDefault="00AE763C">
      <w:pPr>
        <w:spacing w:after="0" w:line="240" w:lineRule="auto"/>
        <w:rPr>
          <w:szCs w:val="28"/>
        </w:rPr>
      </w:pPr>
      <w:r w:rsidRPr="00AE763C">
        <w:rPr>
          <w:szCs w:val="28"/>
        </w:rPr>
        <w:t>- Năng lực giao tiếp và hợp tác: tham gia đọc trong nhóm.</w:t>
      </w:r>
    </w:p>
    <w:p w:rsidR="000052C7" w:rsidRPr="00AE763C" w:rsidRDefault="00AE763C">
      <w:pPr>
        <w:spacing w:after="0" w:line="240" w:lineRule="auto"/>
        <w:rPr>
          <w:szCs w:val="28"/>
        </w:rPr>
      </w:pPr>
      <w:r w:rsidRPr="00AE763C">
        <w:rPr>
          <w:b/>
          <w:szCs w:val="28"/>
        </w:rPr>
        <w:t>3. Phẩm chất.</w:t>
      </w:r>
    </w:p>
    <w:p w:rsidR="000052C7" w:rsidRPr="00AE763C" w:rsidRDefault="00AE763C">
      <w:pPr>
        <w:spacing w:after="0" w:line="240" w:lineRule="auto"/>
        <w:rPr>
          <w:szCs w:val="28"/>
        </w:rPr>
      </w:pPr>
      <w:r w:rsidRPr="00AE763C">
        <w:rPr>
          <w:szCs w:val="28"/>
        </w:rPr>
        <w:t>- Phẩm chất yêu nước: Biết yêu quê hương, đất nước qua bài thơ.</w:t>
      </w:r>
    </w:p>
    <w:p w:rsidR="000052C7" w:rsidRPr="00AE763C" w:rsidRDefault="00AE763C">
      <w:pPr>
        <w:spacing w:after="0" w:line="240" w:lineRule="auto"/>
        <w:rPr>
          <w:szCs w:val="28"/>
        </w:rPr>
      </w:pPr>
      <w:r w:rsidRPr="00AE763C">
        <w:rPr>
          <w:szCs w:val="28"/>
        </w:rPr>
        <w:t>- Phẩm chất nhân ái: Biết yêu quý bà và những người thân qua bài thơ.</w:t>
      </w:r>
    </w:p>
    <w:p w:rsidR="000052C7" w:rsidRPr="00AE763C" w:rsidRDefault="00AE763C">
      <w:pPr>
        <w:spacing w:after="0" w:line="240" w:lineRule="auto"/>
        <w:rPr>
          <w:szCs w:val="28"/>
        </w:rPr>
      </w:pPr>
      <w:r w:rsidRPr="00AE763C">
        <w:rPr>
          <w:szCs w:val="28"/>
        </w:rPr>
        <w:t xml:space="preserve">- Phẩm chất </w:t>
      </w:r>
      <w:r w:rsidRPr="00AE763C">
        <w:rPr>
          <w:szCs w:val="28"/>
        </w:rPr>
        <w:t>chăm chỉ: Chăm chỉ đọc bài, trả lời câu hỏi.</w:t>
      </w:r>
    </w:p>
    <w:p w:rsidR="000052C7" w:rsidRPr="00AE763C" w:rsidRDefault="00AE763C">
      <w:pPr>
        <w:spacing w:after="0" w:line="240" w:lineRule="auto"/>
        <w:rPr>
          <w:szCs w:val="28"/>
        </w:rPr>
      </w:pPr>
      <w:r w:rsidRPr="00AE763C">
        <w:rPr>
          <w:szCs w:val="28"/>
        </w:rPr>
        <w:t>- Phẩm chất trách nhiệm: Giữ trật tự, học tập nghiêm túc.</w:t>
      </w:r>
    </w:p>
    <w:p w:rsidR="000052C7" w:rsidRPr="00AE763C" w:rsidRDefault="00AE763C">
      <w:pPr>
        <w:spacing w:after="0" w:line="240" w:lineRule="auto"/>
        <w:rPr>
          <w:szCs w:val="28"/>
        </w:rPr>
      </w:pPr>
      <w:r w:rsidRPr="00AE763C">
        <w:rPr>
          <w:b/>
          <w:color w:val="FF0000"/>
          <w:szCs w:val="28"/>
        </w:rPr>
        <w:t>4. Tích hợp: Lý tưởng cách mạng, đạo đức, lối sống.</w:t>
      </w:r>
    </w:p>
    <w:p w:rsidR="000052C7" w:rsidRPr="00AE763C" w:rsidRDefault="00AE763C">
      <w:pPr>
        <w:spacing w:after="0" w:line="240" w:lineRule="auto"/>
        <w:rPr>
          <w:szCs w:val="28"/>
        </w:rPr>
      </w:pPr>
      <w:r w:rsidRPr="00AE763C">
        <w:rPr>
          <w:color w:val="FF0000"/>
          <w:szCs w:val="28"/>
        </w:rPr>
        <w:t>- Bồi dưỡng tình yêu quê hương, niềm tự hào về cảnh đẹp của đất nước; giáo dục ý thức giữ gìn, bảo vệ</w:t>
      </w:r>
      <w:r w:rsidRPr="00AE763C">
        <w:rPr>
          <w:color w:val="FF0000"/>
          <w:szCs w:val="28"/>
        </w:rPr>
        <w:t xml:space="preserve"> thiên nhiên, môi trường sống.</w:t>
      </w:r>
    </w:p>
    <w:p w:rsidR="000052C7" w:rsidRPr="00AE763C" w:rsidRDefault="00AE763C">
      <w:pPr>
        <w:spacing w:after="0" w:line="240" w:lineRule="auto"/>
        <w:rPr>
          <w:szCs w:val="28"/>
        </w:rPr>
      </w:pPr>
      <w:r w:rsidRPr="00AE763C">
        <w:rPr>
          <w:color w:val="FF0000"/>
          <w:szCs w:val="28"/>
        </w:rPr>
        <w:t>- Hình thành cho học sinh lối sống đẹp: biết trân trọng giá trị quê hương, sống có trách nhiệm với cảnh quan nơi mình đang sống, yêu lao động và biết ơn những người vun đắp cho quê hương.</w:t>
      </w:r>
    </w:p>
    <w:p w:rsidR="000052C7" w:rsidRPr="00AE763C" w:rsidRDefault="00AE763C">
      <w:pPr>
        <w:spacing w:after="0" w:line="240" w:lineRule="auto"/>
        <w:rPr>
          <w:szCs w:val="28"/>
        </w:rPr>
      </w:pPr>
      <w:r w:rsidRPr="00AE763C">
        <w:rPr>
          <w:b/>
          <w:szCs w:val="28"/>
        </w:rPr>
        <w:t>II. ĐỒ DÙNG DẠY HỌC.</w:t>
      </w:r>
    </w:p>
    <w:p w:rsidR="000052C7" w:rsidRPr="00AE763C" w:rsidRDefault="00AE763C">
      <w:pPr>
        <w:spacing w:after="0" w:line="240" w:lineRule="auto"/>
        <w:rPr>
          <w:szCs w:val="28"/>
        </w:rPr>
      </w:pPr>
      <w:r w:rsidRPr="00AE763C">
        <w:rPr>
          <w:szCs w:val="28"/>
        </w:rPr>
        <w:t>- Kế hoạch bài d</w:t>
      </w:r>
      <w:r w:rsidRPr="00AE763C">
        <w:rPr>
          <w:szCs w:val="28"/>
        </w:rPr>
        <w:t>ạy, bài giảng Power point.</w:t>
      </w:r>
    </w:p>
    <w:p w:rsidR="000052C7" w:rsidRPr="00AE763C" w:rsidRDefault="00AE763C">
      <w:pPr>
        <w:spacing w:after="0" w:line="240" w:lineRule="auto"/>
        <w:rPr>
          <w:szCs w:val="28"/>
        </w:rPr>
      </w:pPr>
      <w:r w:rsidRPr="00AE763C">
        <w:rPr>
          <w:szCs w:val="28"/>
        </w:rPr>
        <w:t>- SGK và các thiết bị, học liệu phụ vụ cho tiết dạy.</w:t>
      </w:r>
    </w:p>
    <w:p w:rsidR="000052C7" w:rsidRPr="00AE763C" w:rsidRDefault="00AE763C">
      <w:pPr>
        <w:spacing w:after="0" w:line="240" w:lineRule="auto"/>
        <w:rPr>
          <w:szCs w:val="28"/>
        </w:rPr>
      </w:pPr>
      <w:r w:rsidRPr="00AE763C">
        <w:rPr>
          <w:b/>
          <w:szCs w:val="28"/>
        </w:rPr>
        <w:t>III. HOẠT ĐỘNG DẠY HỌC.</w:t>
      </w:r>
    </w:p>
    <w:tbl>
      <w:tblPr>
        <w:tblStyle w:val="TableGrid"/>
        <w:tblW w:w="0" w:type="auto"/>
        <w:jc w:val="center"/>
        <w:tblLayout w:type="fixed"/>
        <w:tblLook w:val="04A0" w:firstRow="1" w:lastRow="0" w:firstColumn="1" w:lastColumn="0" w:noHBand="0" w:noVBand="1"/>
      </w:tblPr>
      <w:tblGrid>
        <w:gridCol w:w="5269"/>
        <w:gridCol w:w="5269"/>
      </w:tblGrid>
      <w:tr w:rsidR="000052C7" w:rsidRPr="00AE763C">
        <w:trPr>
          <w:jc w:val="center"/>
        </w:trPr>
        <w:tc>
          <w:tcPr>
            <w:tcW w:w="5269" w:type="dxa"/>
            <w:tcBorders>
              <w:top w:val="single" w:sz="8" w:space="0" w:color="808080"/>
              <w:left w:val="single" w:sz="8" w:space="0" w:color="808080"/>
              <w:bottom w:val="single" w:sz="8" w:space="0" w:color="808080"/>
              <w:right w:val="single" w:sz="8" w:space="0" w:color="808080"/>
            </w:tcBorders>
            <w:shd w:val="clear" w:color="auto" w:fill="D9EAF7"/>
            <w:tcMar>
              <w:top w:w="100" w:type="dxa"/>
              <w:left w:w="120" w:type="dxa"/>
              <w:bottom w:w="100" w:type="dxa"/>
              <w:right w:w="120" w:type="dxa"/>
            </w:tcMar>
            <w:vAlign w:val="center"/>
          </w:tcPr>
          <w:p w:rsidR="000052C7" w:rsidRPr="00AE763C" w:rsidRDefault="00AE763C">
            <w:pPr>
              <w:jc w:val="center"/>
              <w:rPr>
                <w:szCs w:val="28"/>
              </w:rPr>
            </w:pPr>
            <w:r w:rsidRPr="00AE763C">
              <w:rPr>
                <w:b/>
                <w:szCs w:val="28"/>
              </w:rPr>
              <w:t>Hoạt động của giáo viên</w:t>
            </w:r>
          </w:p>
        </w:tc>
        <w:tc>
          <w:tcPr>
            <w:tcW w:w="5269" w:type="dxa"/>
            <w:tcBorders>
              <w:top w:val="single" w:sz="8" w:space="0" w:color="808080"/>
              <w:left w:val="single" w:sz="8" w:space="0" w:color="808080"/>
              <w:bottom w:val="single" w:sz="8" w:space="0" w:color="808080"/>
              <w:right w:val="single" w:sz="8" w:space="0" w:color="808080"/>
            </w:tcBorders>
            <w:shd w:val="clear" w:color="auto" w:fill="D9EAF7"/>
            <w:tcMar>
              <w:top w:w="100" w:type="dxa"/>
              <w:left w:w="120" w:type="dxa"/>
              <w:bottom w:w="100" w:type="dxa"/>
              <w:right w:w="120" w:type="dxa"/>
            </w:tcMar>
            <w:vAlign w:val="center"/>
          </w:tcPr>
          <w:p w:rsidR="000052C7" w:rsidRPr="00AE763C" w:rsidRDefault="00AE763C">
            <w:pPr>
              <w:jc w:val="center"/>
              <w:rPr>
                <w:szCs w:val="28"/>
              </w:rPr>
            </w:pPr>
            <w:r w:rsidRPr="00AE763C">
              <w:rPr>
                <w:b/>
                <w:szCs w:val="28"/>
              </w:rPr>
              <w:t>Hoạt động của học sinh</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1. Khởi động</w:t>
            </w:r>
          </w:p>
          <w:p w:rsidR="000052C7" w:rsidRPr="00AE763C" w:rsidRDefault="00AE763C">
            <w:pPr>
              <w:rPr>
                <w:szCs w:val="28"/>
              </w:rPr>
            </w:pPr>
            <w:r w:rsidRPr="00AE763C">
              <w:rPr>
                <w:b/>
                <w:szCs w:val="28"/>
              </w:rPr>
              <w:t xml:space="preserve">- Mục tiêu: + Tạo không khí vui vẻ, khấn khởi trước giờ học. + Kiểm tra kiến thức đã học </w:t>
            </w:r>
            <w:r w:rsidRPr="00AE763C">
              <w:rPr>
                <w:b/>
                <w:szCs w:val="28"/>
              </w:rPr>
              <w:t>của học sinh ở bài trước.</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tổ chức trò chơi để khởi động bài học.</w:t>
            </w:r>
          </w:p>
          <w:p w:rsidR="000052C7" w:rsidRPr="00AE763C" w:rsidRDefault="00AE763C">
            <w:pPr>
              <w:rPr>
                <w:szCs w:val="28"/>
              </w:rPr>
            </w:pPr>
            <w:r w:rsidRPr="00AE763C">
              <w:rPr>
                <w:szCs w:val="28"/>
              </w:rPr>
              <w:t>+ Câu 1: Ở 2 khổ thơ đầu, bạn nhỏ hỏi những điều gì về đất nước?</w:t>
            </w:r>
          </w:p>
          <w:p w:rsidR="000052C7" w:rsidRPr="00AE763C" w:rsidRDefault="00AE763C">
            <w:pPr>
              <w:rPr>
                <w:szCs w:val="28"/>
              </w:rPr>
            </w:pPr>
            <w:r w:rsidRPr="00AE763C">
              <w:rPr>
                <w:szCs w:val="28"/>
              </w:rPr>
              <w:t xml:space="preserve">+ Câu 2: Bạn ấy đã tự suy nghĩ để trả lời câu </w:t>
            </w:r>
            <w:r w:rsidRPr="00AE763C">
              <w:rPr>
                <w:szCs w:val="28"/>
              </w:rPr>
              <w:lastRenderedPageBreak/>
              <w:t>hỏi đó như thế nào?</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HS tham gia trò chơi.</w:t>
            </w:r>
          </w:p>
          <w:p w:rsidR="000052C7" w:rsidRPr="00AE763C" w:rsidRDefault="00AE763C">
            <w:pPr>
              <w:rPr>
                <w:szCs w:val="28"/>
              </w:rPr>
            </w:pPr>
            <w:r w:rsidRPr="00AE763C">
              <w:rPr>
                <w:szCs w:val="28"/>
              </w:rPr>
              <w:t>+ Đọc và trả lời câu hỏi.</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GV nhận xét, tuyên dương.</w:t>
            </w:r>
          </w:p>
          <w:p w:rsidR="000052C7" w:rsidRPr="00AE763C" w:rsidRDefault="00AE763C">
            <w:pPr>
              <w:rPr>
                <w:szCs w:val="28"/>
              </w:rPr>
            </w:pPr>
            <w:r w:rsidRPr="00AE763C">
              <w:rPr>
                <w:szCs w:val="28"/>
              </w:rPr>
              <w:t>- GV dẫn dắt vào bài mới.</w:t>
            </w:r>
          </w:p>
          <w:p w:rsidR="00AE763C" w:rsidRPr="00AE763C" w:rsidRDefault="00AE763C">
            <w:pPr>
              <w:rPr>
                <w:szCs w:val="28"/>
              </w:rPr>
            </w:pPr>
            <w:r w:rsidRPr="00AE763C">
              <w:rPr>
                <w:szCs w:val="28"/>
              </w:rPr>
              <w:drawing>
                <wp:inline distT="0" distB="0" distL="0" distR="0" wp14:anchorId="1CD6FCA2" wp14:editId="0FA13AFC">
                  <wp:extent cx="3206115" cy="17500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06115" cy="1750060"/>
                          </a:xfrm>
                          <a:prstGeom prst="rect">
                            <a:avLst/>
                          </a:prstGeom>
                        </pic:spPr>
                      </pic:pic>
                    </a:graphicData>
                  </a:graphic>
                </wp:inline>
              </w:drawing>
            </w:r>
          </w:p>
          <w:p w:rsidR="000052C7" w:rsidRPr="00AE763C" w:rsidRDefault="00AE763C">
            <w:pPr>
              <w:rPr>
                <w:szCs w:val="28"/>
              </w:rPr>
            </w:pPr>
            <w:r w:rsidRPr="00AE763C">
              <w:rPr>
                <w:b/>
                <w:szCs w:val="28"/>
              </w:rPr>
              <w:t>Kết luận của GV: Mỗi bài đọc giúp các em hiểu hơn về đất nước, quê</w:t>
            </w:r>
            <w:r w:rsidRPr="00AE763C">
              <w:rPr>
                <w:b/>
                <w:szCs w:val="28"/>
              </w:rPr>
              <w:t xml:space="preserve"> hương; từ đó thêm yêu và tự hào về nơi mình đang sống.</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2.1. Hoạt động 1: Đọc văn bản</w:t>
            </w:r>
          </w:p>
          <w:p w:rsidR="000052C7" w:rsidRPr="00AE763C" w:rsidRDefault="00AE763C">
            <w:pPr>
              <w:rPr>
                <w:szCs w:val="28"/>
              </w:rPr>
            </w:pPr>
            <w:r w:rsidRPr="00AE763C">
              <w:rPr>
                <w:b/>
                <w:szCs w:val="28"/>
              </w:rPr>
              <w:t>- Mục tiêu: Đọc đúng từ ngữ, câu, đoạn và toàn bộ bài; biết nhấn giọng các từ ngữ gợi tả, gợi cảm; biết nghỉ hơi ở chỗ có dấu câu.</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w:t>
            </w:r>
            <w:r w:rsidRPr="00AE763C">
              <w:rPr>
                <w:szCs w:val="28"/>
              </w:rPr>
              <w:t>V đọc cả bài (đọc diễn cảm, nhấn giọng ở những từ ngữ giàu sức gợi tả, gợi cảm).</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hướng dẫn đọc:</w:t>
            </w:r>
          </w:p>
          <w:p w:rsidR="000052C7" w:rsidRPr="00AE763C" w:rsidRDefault="00AE763C">
            <w:pPr>
              <w:rPr>
                <w:szCs w:val="28"/>
              </w:rPr>
            </w:pPr>
            <w:r w:rsidRPr="00AE763C">
              <w:rPr>
                <w:szCs w:val="28"/>
              </w:rPr>
              <w:t>- Đọc đúng các tiếng phát âm dễ bị sai.</w:t>
            </w:r>
          </w:p>
          <w:p w:rsidR="000052C7" w:rsidRPr="00AE763C" w:rsidRDefault="00AE763C">
            <w:pPr>
              <w:rPr>
                <w:szCs w:val="28"/>
              </w:rPr>
            </w:pPr>
            <w:r w:rsidRPr="00AE763C">
              <w:rPr>
                <w:szCs w:val="28"/>
              </w:rPr>
              <w:t>- Cách ngắt giọng ở những câu dài.</w:t>
            </w:r>
          </w:p>
          <w:p w:rsidR="000052C7" w:rsidRPr="00AE763C" w:rsidRDefault="00AE763C">
            <w:pPr>
              <w:rPr>
                <w:szCs w:val="28"/>
              </w:rPr>
            </w:pPr>
            <w:r w:rsidRPr="00AE763C">
              <w:rPr>
                <w:szCs w:val="28"/>
              </w:rPr>
              <w:t xml:space="preserve">Từ xa xa,/ trên con đường đất đỏ chạy về làng,/ tôi đã trông </w:t>
            </w:r>
            <w:r w:rsidRPr="00AE763C">
              <w:rPr>
                <w:szCs w:val="28"/>
              </w:rPr>
              <w:t>thấy bóng núi quê tôi/ xanh thẫm trên nền trời mây trắng.// Lá cây bay như làn tóc của một bà tiên/ đang hướng mặt về phía biển.// Lá bạch đàn,/ lá tre xanh tươi/ che rợp những con đường mòn quanh co lên đỉnh núi.//</w:t>
            </w:r>
          </w:p>
          <w:p w:rsidR="000052C7" w:rsidRPr="00AE763C" w:rsidRDefault="00AE763C">
            <w:pPr>
              <w:rPr>
                <w:szCs w:val="28"/>
              </w:rPr>
            </w:pPr>
            <w:r w:rsidRPr="00AE763C">
              <w:rPr>
                <w:szCs w:val="28"/>
              </w:rPr>
              <w:t>+ Nhấn giọng những từ ngữ gợi tả, gợi cả</w:t>
            </w:r>
            <w:r w:rsidRPr="00AE763C">
              <w:rPr>
                <w:szCs w:val="28"/>
              </w:rPr>
              <w:t>m.</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cách đọc.</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Gọi 3 HS đọc nối tiếp 3 đoạn trước lớp.</w:t>
            </w:r>
          </w:p>
          <w:p w:rsidR="000052C7" w:rsidRPr="00AE763C" w:rsidRDefault="00AE763C">
            <w:pPr>
              <w:rPr>
                <w:szCs w:val="28"/>
              </w:rPr>
            </w:pPr>
            <w:r w:rsidRPr="00AE763C">
              <w:rPr>
                <w:szCs w:val="28"/>
              </w:rPr>
              <w:t>Đoạn 1: từ đầu đến nền trời mây trắng.</w:t>
            </w:r>
          </w:p>
          <w:p w:rsidR="000052C7" w:rsidRPr="00AE763C" w:rsidRDefault="00AE763C">
            <w:pPr>
              <w:rPr>
                <w:szCs w:val="28"/>
              </w:rPr>
            </w:pPr>
            <w:r w:rsidRPr="00AE763C">
              <w:rPr>
                <w:szCs w:val="28"/>
              </w:rPr>
              <w:t>Đoạn 2: tiếp theo đến một giếng đá.</w:t>
            </w:r>
          </w:p>
          <w:p w:rsidR="000052C7" w:rsidRPr="00AE763C" w:rsidRDefault="00AE763C">
            <w:pPr>
              <w:rPr>
                <w:szCs w:val="28"/>
              </w:rPr>
            </w:pPr>
            <w:r w:rsidRPr="00AE763C">
              <w:rPr>
                <w:szCs w:val="28"/>
              </w:rPr>
              <w:t>Đoạn 3: phần còn lại.</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đọc nối tiếp theo đoạn.</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làm việc nhóm 3, mỗi HS đọc 1 đoạn (đọc nối tiếp 3 đo</w:t>
            </w:r>
            <w:r w:rsidRPr="00AE763C">
              <w:rPr>
                <w:szCs w:val="28"/>
              </w:rPr>
              <w:t>ạn), đọc nối tiếp 1 - 2 lượt.</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luyện đọc theo nhóm 3.</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HS làm việc cá nhân: Đọc nhẩm toàn bài một lượt.</w:t>
            </w:r>
          </w:p>
          <w:p w:rsidR="000052C7" w:rsidRPr="00AE763C" w:rsidRDefault="00AE763C">
            <w:pPr>
              <w:rPr>
                <w:szCs w:val="28"/>
              </w:rPr>
            </w:pPr>
            <w:r w:rsidRPr="00AE763C">
              <w:rPr>
                <w:szCs w:val="28"/>
              </w:rPr>
              <w:t>- 1 HS đọc cả bài trước lớp.</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đọc nhẩm, sau đó 1 HS đọc trước lớp.</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nhận xét việc luyện đọc của cả lớp.</w:t>
            </w:r>
          </w:p>
          <w:p w:rsidR="000052C7" w:rsidRPr="00AE763C" w:rsidRDefault="00AE763C">
            <w:pPr>
              <w:rPr>
                <w:szCs w:val="28"/>
              </w:rPr>
            </w:pPr>
            <w:r w:rsidRPr="00AE763C">
              <w:rPr>
                <w:b/>
                <w:szCs w:val="28"/>
              </w:rPr>
              <w:t xml:space="preserve">Kết luận của GV: Khi đọc bài văn </w:t>
            </w:r>
            <w:r w:rsidRPr="00AE763C">
              <w:rPr>
                <w:b/>
                <w:szCs w:val="28"/>
              </w:rPr>
              <w:t>tả cảnh, các em cần chú ý giọng đọc nhẹ nhàng, nhấn vào những từ ngữ gợi tả để cảm nhận rõ vẻ đẹp của cảnh vật.</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rút kinh nghiệm.</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2.2. Hoạt động 2: Trả lời câu hỏi</w:t>
            </w:r>
          </w:p>
          <w:p w:rsidR="000052C7" w:rsidRPr="00AE763C" w:rsidRDefault="00AE763C">
            <w:pPr>
              <w:rPr>
                <w:szCs w:val="28"/>
              </w:rPr>
            </w:pPr>
            <w:r w:rsidRPr="00AE763C">
              <w:rPr>
                <w:b/>
                <w:szCs w:val="28"/>
              </w:rPr>
              <w:t xml:space="preserve">- Mục tiêu: Nhận biết vẻ đẹp của ngọn núi quê hương; cảm nhận được tình yêu </w:t>
            </w:r>
            <w:r w:rsidRPr="00AE763C">
              <w:rPr>
                <w:b/>
                <w:szCs w:val="28"/>
              </w:rPr>
              <w:t>quê hương của tác giả; rút ra ý nghĩa của bài đọc.</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gọi HS đọc và trả lời lần lượt 5 câu hỏi trong SGK. GV nhận xét, tuyên dương.</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trả lời lần lượt các câu hỏi.</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hỗ trợ HS gặp khó khăn, lưu ý rèn cách trả lời đầy đủ câu.</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w:t>
            </w:r>
            <w:r w:rsidRPr="00AE763C">
              <w:rPr>
                <w:szCs w:val="28"/>
              </w:rPr>
              <w:t>S trả lời thành câu đầy đủ.</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Câu 1: Tìm trong bài câu văn tả đỉnh núi vào cuối thu sang đông, tả ngọn núi vào mùa hè?</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trả lời: Về cuối thu sang đông, trên đỉnh núi có mây trắng bay như tấm khăn mỏng. Còn về mùa hè, trong ánh chớp sáng loá của cơn gi</w:t>
            </w:r>
            <w:r w:rsidRPr="00AE763C">
              <w:rPr>
                <w:szCs w:val="28"/>
              </w:rPr>
              <w:t>ông, cả ngọn núi hiện ra xanh mướt.</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Câu 2: Chọn từ ngữ có tiếng “xanh” phù hợp với từng sự vật được tả trong bài?</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tìm và nêu các từ ngữ có tiếng “xanh” phù hợp.</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Câu 3: Tìm trong bài những câu văn có hình ảnh so sánh. Em thích hình ảnh nào?</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xml:space="preserve">- HS </w:t>
            </w:r>
            <w:r w:rsidRPr="00AE763C">
              <w:rPr>
                <w:szCs w:val="28"/>
              </w:rPr>
              <w:t>làm việc theo cặp, đọc thầm bài, tìm câu văn có hình ảnh so sánh, nêu ý kiến trước lớp.</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Câu 4: Tác giả cảm nhận được những âm thanh nào, những hương thơm nào của vùng núi quê mình?</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trả lời: Từ xa xa, tác giả nghe thấy tiếng lá bạch đàn và lá tre re</w:t>
            </w:r>
            <w:r w:rsidRPr="00AE763C">
              <w:rPr>
                <w:szCs w:val="28"/>
              </w:rPr>
              <w:t>o, ngửi thấy hương thơm của chè xanh, của bếp nhà ai toả khói.</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Câu 5: Nêu cảm nghĩ của em sau khi đọc bài Núi quê tôi.</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nêu theo hiểu biết và cảm xúc của mình.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mời HS nêu nội dung bài.</w:t>
            </w:r>
          </w:p>
          <w:p w:rsidR="000052C7" w:rsidRPr="00AE763C" w:rsidRDefault="00AE763C">
            <w:pPr>
              <w:rPr>
                <w:szCs w:val="28"/>
              </w:rPr>
            </w:pPr>
            <w:r w:rsidRPr="00AE763C">
              <w:rPr>
                <w:szCs w:val="28"/>
              </w:rPr>
              <w:t>- GV chốt: Hiểu biết về cảnh đẹp của quê hương, từ đó thêm</w:t>
            </w:r>
            <w:r w:rsidRPr="00AE763C">
              <w:rPr>
                <w:szCs w:val="28"/>
              </w:rPr>
              <w:t xml:space="preserve"> yêu quý, tự hào về quê hương, đất nước, có ý thức bảo vệ, giữ gìn những cảnh đẹp đó.</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- 2 - 3 HS nhắc lại nội dung bài.</w:t>
            </w:r>
          </w:p>
        </w:tc>
      </w:tr>
      <w:tr w:rsidR="00AE763C"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color w:val="FF0000"/>
                <w:szCs w:val="28"/>
              </w:rPr>
            </w:pPr>
            <w:r w:rsidRPr="00AE763C">
              <w:rPr>
                <w:color w:val="FF0000"/>
                <w:szCs w:val="28"/>
              </w:rPr>
              <w:lastRenderedPageBreak/>
              <w:t>- GV tích hợp lý tưởng cách mạng, đạo đức, lối sống: Qua bài đọc, giáo viên giúp học sinh hiểu rằng yêu quê hương không chỉ là ngắm nhì</w:t>
            </w:r>
            <w:r w:rsidRPr="00AE763C">
              <w:rPr>
                <w:color w:val="FF0000"/>
                <w:szCs w:val="28"/>
              </w:rPr>
              <w:t>n cảnh đẹp mà còn là biết trân trọng từng hàng cây, con đường, mái nhà, biết giữ gìn môi trường, không xả rác, không phá hoại cảnh quan. Các em cần sống có trách nhiệm với nơi mình sinh sống, biết tự hào về quê hương, biết ơn những người đã xây dựng, gìn g</w:t>
            </w:r>
            <w:r w:rsidRPr="00AE763C">
              <w:rPr>
                <w:color w:val="FF0000"/>
                <w:szCs w:val="28"/>
              </w:rPr>
              <w:t>iữ quê hương và rèn luyện bản thân trở thành người có ích cho gia đình, quê hương, đất nước.</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color w:val="FF0000"/>
                <w:szCs w:val="28"/>
              </w:rPr>
            </w:pPr>
            <w:r w:rsidRPr="00AE763C">
              <w:rPr>
                <w:color w:val="FF0000"/>
                <w:szCs w:val="28"/>
              </w:rPr>
              <w:t>- HS nêu: Em yêu núi quê em, yêu cảnh đẹp quê hương và sẽ có ý thức giữ gìn môi trường, chăm ngoan, học tốt để sau này góp phần làm cho quê hương ngày càng đẹp hơn</w:t>
            </w:r>
            <w:r w:rsidRPr="00AE763C">
              <w:rPr>
                <w:color w:val="FF0000"/>
                <w:szCs w:val="28"/>
              </w:rPr>
              <w:t>.</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Kết luận của GV: Bài văn giúp các em cảm nhận được vẻ đẹp của thiên nhiên quê hương và nhắc nhở mỗi người phải biết yêu quý, bảo vệ cảnh quan, sống có trách nhiệm với quê hương, đất nước.</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ghi nhớ bài học.</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2.3. Hoạt động 3: Luyện đọc l</w:t>
            </w:r>
            <w:r w:rsidRPr="00AE763C">
              <w:rPr>
                <w:b/>
                <w:szCs w:val="28"/>
              </w:rPr>
              <w:t>ại</w:t>
            </w:r>
          </w:p>
          <w:p w:rsidR="000052C7" w:rsidRPr="00AE763C" w:rsidRDefault="00AE763C">
            <w:pPr>
              <w:rPr>
                <w:szCs w:val="28"/>
              </w:rPr>
            </w:pPr>
            <w:r w:rsidRPr="00AE763C">
              <w:rPr>
                <w:b/>
                <w:szCs w:val="28"/>
              </w:rPr>
              <w:t>- Mục tiêu: Luyện đọc diễn cảm toàn bài, thể hiện được tình cảm yêu mến, tự hào về núi quê mình.</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đọc diễn cảm cả bài.</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- 1 HS đọc lại cả bài.</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- 1 HS đọc lại cả bài.</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nhận xét, tuyên dương.</w:t>
            </w:r>
          </w:p>
          <w:p w:rsidR="000052C7" w:rsidRPr="00AE763C" w:rsidRDefault="00AE763C">
            <w:pPr>
              <w:rPr>
                <w:szCs w:val="28"/>
              </w:rPr>
            </w:pPr>
            <w:r w:rsidRPr="00AE763C">
              <w:rPr>
                <w:b/>
                <w:szCs w:val="28"/>
              </w:rPr>
              <w:t xml:space="preserve">Kết luận của GV: </w:t>
            </w:r>
            <w:r w:rsidRPr="00AE763C">
              <w:rPr>
                <w:b/>
                <w:szCs w:val="28"/>
              </w:rPr>
              <w:t>Giọng đọc diễn cảm sẽ giúp các em cảm nhận sâu hơn vẻ đẹp của cảnh vật và tình yêu quê hương trong bài.</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 rút kinh nghiệm.</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3.1. Hoạt động 4: Ôn chữ viết hoa</w:t>
            </w:r>
          </w:p>
          <w:p w:rsidR="000052C7" w:rsidRPr="00AE763C" w:rsidRDefault="00AE763C">
            <w:pPr>
              <w:rPr>
                <w:szCs w:val="28"/>
              </w:rPr>
            </w:pPr>
            <w:r w:rsidRPr="00AE763C">
              <w:rPr>
                <w:b/>
                <w:szCs w:val="28"/>
              </w:rPr>
              <w:t>- Mục tiêu: Ôn lại chữ viết hoa V, X thông qua viết ứng dụng; phát triển năng lực ng</w:t>
            </w:r>
            <w:r w:rsidRPr="00AE763C">
              <w:rPr>
                <w:b/>
                <w:szCs w:val="28"/>
              </w:rPr>
              <w:t>ôn ngữ.</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dùng video giới thiệu lại cách viết chữ hoa V, X.</w:t>
            </w:r>
          </w:p>
          <w:p w:rsidR="000052C7" w:rsidRPr="00AE763C" w:rsidRDefault="00AE763C">
            <w:pPr>
              <w:rPr>
                <w:szCs w:val="28"/>
              </w:rPr>
            </w:pPr>
            <w:r w:rsidRPr="00AE763C">
              <w:rPr>
                <w:szCs w:val="28"/>
              </w:rPr>
              <w:t>- GV viết mẫu lên bảng.</w:t>
            </w:r>
          </w:p>
          <w:p w:rsidR="000052C7" w:rsidRPr="00AE763C" w:rsidRDefault="00AE763C">
            <w:pPr>
              <w:rPr>
                <w:szCs w:val="28"/>
              </w:rPr>
            </w:pPr>
            <w:r w:rsidRPr="00AE763C">
              <w:rPr>
                <w:szCs w:val="28"/>
              </w:rPr>
              <w:t>- GV cho HS viết bảng con (hoặc vở nháp).</w:t>
            </w:r>
          </w:p>
          <w:p w:rsidR="000052C7" w:rsidRPr="00AE763C" w:rsidRDefault="00AE763C">
            <w:pPr>
              <w:rPr>
                <w:szCs w:val="28"/>
              </w:rPr>
            </w:pPr>
            <w:r w:rsidRPr="00AE763C">
              <w:rPr>
                <w:szCs w:val="28"/>
              </w:rPr>
              <w:t>- Nhận xét, sửa sai.</w:t>
            </w:r>
          </w:p>
          <w:p w:rsidR="000052C7" w:rsidRPr="00AE763C" w:rsidRDefault="00AE763C">
            <w:pPr>
              <w:rPr>
                <w:szCs w:val="28"/>
              </w:rPr>
            </w:pPr>
            <w:r w:rsidRPr="00AE763C">
              <w:rPr>
                <w:szCs w:val="28"/>
              </w:rPr>
              <w:t>- GV cho HS viết vào vở.</w:t>
            </w:r>
          </w:p>
          <w:p w:rsidR="000052C7" w:rsidRPr="00AE763C" w:rsidRDefault="00AE763C">
            <w:pPr>
              <w:rPr>
                <w:szCs w:val="28"/>
              </w:rPr>
            </w:pPr>
            <w:r w:rsidRPr="00AE763C">
              <w:rPr>
                <w:szCs w:val="28"/>
              </w:rPr>
              <w:t xml:space="preserve">- GV chấm một số bài, nhận xét tuyên </w:t>
            </w:r>
            <w:r w:rsidRPr="00AE763C">
              <w:rPr>
                <w:szCs w:val="28"/>
              </w:rPr>
              <w:lastRenderedPageBreak/>
              <w:t>dương.</w:t>
            </w:r>
          </w:p>
          <w:p w:rsidR="000052C7" w:rsidRPr="00AE763C" w:rsidRDefault="00AE763C">
            <w:pPr>
              <w:rPr>
                <w:szCs w:val="28"/>
              </w:rPr>
            </w:pPr>
            <w:r w:rsidRPr="00AE763C">
              <w:rPr>
                <w:b/>
                <w:szCs w:val="28"/>
              </w:rPr>
              <w:t xml:space="preserve">Kết luận của GV: </w:t>
            </w:r>
            <w:r w:rsidRPr="00AE763C">
              <w:rPr>
                <w:b/>
                <w:szCs w:val="28"/>
              </w:rPr>
              <w:t>Viết đúng, viết đẹp là một cách thể hiện sự cẩn thận và yêu quý tiếng Việt.</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HS quan sát video, viết bảng con, viết vào vở chữ hoa V, X.</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lastRenderedPageBreak/>
              <w:t>3.2. Hoạt động 5: Viết ứng dụng</w:t>
            </w:r>
          </w:p>
          <w:p w:rsidR="000052C7" w:rsidRPr="00AE763C" w:rsidRDefault="00AE763C">
            <w:pPr>
              <w:rPr>
                <w:szCs w:val="28"/>
              </w:rPr>
            </w:pPr>
            <w:r w:rsidRPr="00AE763C">
              <w:rPr>
                <w:b/>
                <w:szCs w:val="28"/>
              </w:rPr>
              <w:t>- Mục tiêu: Viết đúng tên riêng, câu ứng dụng; rèn kĩ năng trình bày đẹp.</w:t>
            </w:r>
          </w:p>
          <w:p w:rsidR="000052C7" w:rsidRPr="00AE763C" w:rsidRDefault="00AE763C">
            <w:pPr>
              <w:rPr>
                <w:szCs w:val="28"/>
              </w:rPr>
            </w:pPr>
            <w:r w:rsidRPr="00AE763C">
              <w:rPr>
                <w:b/>
                <w:szCs w:val="28"/>
              </w:rPr>
              <w:t>- Cách tiến</w:t>
            </w:r>
            <w:r w:rsidRPr="00AE763C">
              <w:rPr>
                <w:b/>
                <w:szCs w:val="28"/>
              </w:rPr>
              <w:t xml:space="preserve">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mời HS đọc tên riêng.</w:t>
            </w:r>
          </w:p>
          <w:p w:rsidR="000052C7" w:rsidRPr="00AE763C" w:rsidRDefault="00AE763C">
            <w:pPr>
              <w:rPr>
                <w:szCs w:val="28"/>
              </w:rPr>
            </w:pPr>
            <w:r w:rsidRPr="00AE763C">
              <w:rPr>
                <w:szCs w:val="28"/>
              </w:rPr>
              <w:t>- GV giới thiệu cho HS biết tên gọi trước đây của nước ta là Vạn Xuân.</w:t>
            </w:r>
          </w:p>
          <w:p w:rsidR="000052C7" w:rsidRPr="00AE763C" w:rsidRDefault="00AE763C">
            <w:pPr>
              <w:rPr>
                <w:szCs w:val="28"/>
              </w:rPr>
            </w:pPr>
            <w:r w:rsidRPr="00AE763C">
              <w:rPr>
                <w:szCs w:val="28"/>
              </w:rPr>
              <w:t>- GV yêu cầu HS viết tên riêng vào vở.</w:t>
            </w:r>
          </w:p>
          <w:p w:rsidR="000052C7" w:rsidRPr="00AE763C" w:rsidRDefault="00AE763C">
            <w:pPr>
              <w:rPr>
                <w:szCs w:val="28"/>
              </w:rPr>
            </w:pPr>
            <w:r w:rsidRPr="00AE763C">
              <w:rPr>
                <w:szCs w:val="28"/>
              </w:rPr>
              <w:t>- GV nhận xét, tuyên dương, bổ sung.</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đọc tên riêng: Trấn Vũ, Thọ Xương.</w:t>
            </w:r>
          </w:p>
          <w:p w:rsidR="000052C7" w:rsidRPr="00AE763C" w:rsidRDefault="00AE763C">
            <w:pPr>
              <w:rPr>
                <w:szCs w:val="28"/>
              </w:rPr>
            </w:pPr>
            <w:r w:rsidRPr="00AE763C">
              <w:rPr>
                <w:szCs w:val="28"/>
              </w:rPr>
              <w:t>- HS viết tên riêng vào vở.</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xml:space="preserve">- GV </w:t>
            </w:r>
            <w:r w:rsidRPr="00AE763C">
              <w:rPr>
                <w:szCs w:val="28"/>
              </w:rPr>
              <w:t>yêu cầu HS đọc câu.</w:t>
            </w:r>
          </w:p>
          <w:p w:rsidR="000052C7" w:rsidRPr="00AE763C" w:rsidRDefault="00AE763C">
            <w:pPr>
              <w:rPr>
                <w:szCs w:val="28"/>
              </w:rPr>
            </w:pPr>
            <w:r w:rsidRPr="00AE763C">
              <w:rPr>
                <w:szCs w:val="28"/>
              </w:rPr>
              <w:t>- GV giới thiệu câu ứng dụng.</w:t>
            </w:r>
          </w:p>
          <w:p w:rsidR="000052C7" w:rsidRPr="00AE763C" w:rsidRDefault="00AE763C">
            <w:pPr>
              <w:rPr>
                <w:szCs w:val="28"/>
              </w:rPr>
            </w:pPr>
            <w:r w:rsidRPr="00AE763C">
              <w:rPr>
                <w:szCs w:val="28"/>
              </w:rPr>
              <w:t>- GV nhắc HS viết hoa các chữ trong câu thơ: G, T, V, X. Lưu ý cách viết thơ lục bát.</w:t>
            </w:r>
          </w:p>
          <w:p w:rsidR="000052C7" w:rsidRPr="00AE763C" w:rsidRDefault="00AE763C">
            <w:pPr>
              <w:rPr>
                <w:szCs w:val="28"/>
              </w:rPr>
            </w:pPr>
            <w:r w:rsidRPr="00AE763C">
              <w:rPr>
                <w:szCs w:val="28"/>
              </w:rPr>
              <w:t>- GV cho HS viết vào vở.</w:t>
            </w:r>
          </w:p>
          <w:p w:rsidR="000052C7" w:rsidRPr="00AE763C" w:rsidRDefault="00AE763C">
            <w:pPr>
              <w:rPr>
                <w:szCs w:val="28"/>
              </w:rPr>
            </w:pPr>
            <w:r w:rsidRPr="00AE763C">
              <w:rPr>
                <w:szCs w:val="28"/>
              </w:rPr>
              <w:t>- GV yêu cầu nhận xét chéo nhau trong bàn.</w:t>
            </w:r>
          </w:p>
          <w:p w:rsidR="000052C7" w:rsidRPr="00AE763C" w:rsidRDefault="00AE763C">
            <w:pPr>
              <w:rPr>
                <w:szCs w:val="28"/>
              </w:rPr>
            </w:pPr>
            <w:r w:rsidRPr="00AE763C">
              <w:rPr>
                <w:szCs w:val="28"/>
              </w:rPr>
              <w:t>- GV chấm một số bài, nhận xét, tuyên dương.</w:t>
            </w:r>
          </w:p>
          <w:p w:rsidR="000052C7" w:rsidRPr="00AE763C" w:rsidRDefault="00AE763C">
            <w:pPr>
              <w:rPr>
                <w:szCs w:val="28"/>
              </w:rPr>
            </w:pPr>
            <w:r w:rsidRPr="00AE763C">
              <w:rPr>
                <w:b/>
                <w:szCs w:val="28"/>
              </w:rPr>
              <w:t>Kết luậ</w:t>
            </w:r>
            <w:r w:rsidRPr="00AE763C">
              <w:rPr>
                <w:b/>
                <w:szCs w:val="28"/>
              </w:rPr>
              <w:t>n của GV: Viết ứng dụng giúp các em vừa luyện chữ đẹp vừa hiểu thêm về vẻ đẹp, âm thanh của quê hương đất nước.</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- 1 HS đọc câu ứng dụng:</w:t>
            </w:r>
          </w:p>
          <w:p w:rsidR="000052C7" w:rsidRPr="00AE763C" w:rsidRDefault="00AE763C">
            <w:pPr>
              <w:rPr>
                <w:szCs w:val="28"/>
              </w:rPr>
            </w:pPr>
            <w:r w:rsidRPr="00AE763C">
              <w:rPr>
                <w:szCs w:val="28"/>
              </w:rPr>
              <w:t>Gió đưa cành trúc la đà</w:t>
            </w:r>
          </w:p>
          <w:p w:rsidR="000052C7" w:rsidRPr="00AE763C" w:rsidRDefault="00AE763C">
            <w:pPr>
              <w:rPr>
                <w:szCs w:val="28"/>
              </w:rPr>
            </w:pPr>
            <w:r w:rsidRPr="00AE763C">
              <w:rPr>
                <w:szCs w:val="28"/>
              </w:rPr>
              <w:t>Tiếng chuông Trấn Vũ, canh gà Thọ Xương.</w:t>
            </w:r>
          </w:p>
          <w:p w:rsidR="000052C7" w:rsidRPr="00AE763C" w:rsidRDefault="00AE763C">
            <w:pPr>
              <w:rPr>
                <w:szCs w:val="28"/>
              </w:rPr>
            </w:pPr>
            <w:r w:rsidRPr="00AE763C">
              <w:rPr>
                <w:szCs w:val="28"/>
              </w:rPr>
              <w:t>- HS viết câu thơ vào vở và nhận xét chéo nhau.</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 xml:space="preserve">4. </w:t>
            </w:r>
            <w:r w:rsidRPr="00AE763C">
              <w:rPr>
                <w:b/>
                <w:szCs w:val="28"/>
              </w:rPr>
              <w:t>Vận dụng</w:t>
            </w:r>
          </w:p>
          <w:p w:rsidR="000052C7" w:rsidRPr="00AE763C" w:rsidRDefault="00AE763C">
            <w:pPr>
              <w:rPr>
                <w:szCs w:val="28"/>
              </w:rPr>
            </w:pPr>
            <w:r w:rsidRPr="00AE763C">
              <w:rPr>
                <w:b/>
                <w:szCs w:val="28"/>
              </w:rPr>
              <w:t>- Mục tiêu: Củng cố kiến thức đã học; vận dụng vào thực tiễn; tạo không khí vui vẻ, hào hứng sau bài học.</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tổ chức vận dụng để củng cố kiến thức và vận dụng bài học vào thực tiễn cho học sinh.</w:t>
            </w:r>
          </w:p>
          <w:p w:rsidR="000052C7" w:rsidRPr="00AE763C" w:rsidRDefault="00AE763C">
            <w:pPr>
              <w:rPr>
                <w:szCs w:val="28"/>
              </w:rPr>
            </w:pPr>
            <w:r w:rsidRPr="00AE763C">
              <w:rPr>
                <w:szCs w:val="28"/>
              </w:rPr>
              <w:t xml:space="preserve">+ Cho HS quan sát video cảnh </w:t>
            </w:r>
            <w:r w:rsidRPr="00AE763C">
              <w:rPr>
                <w:szCs w:val="28"/>
              </w:rPr>
              <w:t>núi quê tôi.</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tham gia vận dụng kiến thức đã học vào thực tiễn.</w:t>
            </w:r>
          </w:p>
          <w:p w:rsidR="000052C7" w:rsidRPr="00AE763C" w:rsidRDefault="00AE763C">
            <w:pPr>
              <w:rPr>
                <w:szCs w:val="28"/>
              </w:rPr>
            </w:pPr>
            <w:r w:rsidRPr="00AE763C">
              <w:rPr>
                <w:szCs w:val="28"/>
              </w:rPr>
              <w:t>- HS quan sát video.</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nhận xét, tuyên dương.</w:t>
            </w:r>
          </w:p>
          <w:p w:rsidR="000052C7" w:rsidRPr="00AE763C" w:rsidRDefault="00AE763C">
            <w:pPr>
              <w:rPr>
                <w:szCs w:val="28"/>
              </w:rPr>
            </w:pPr>
            <w:r w:rsidRPr="00AE763C">
              <w:rPr>
                <w:b/>
                <w:szCs w:val="28"/>
              </w:rPr>
              <w:t>Kết luận của GV: Mỗi em hãy tiếp tục quan sát và ghi nhớ những cảnh đẹp quê hương để thêm yêu, thêm tự hào về nơi mình đang sống.</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w:t>
            </w:r>
            <w:r w:rsidRPr="00AE763C">
              <w:rPr>
                <w:szCs w:val="28"/>
              </w:rPr>
              <w:t>g nghe, rút kinh nghiệm.</w:t>
            </w:r>
          </w:p>
        </w:tc>
      </w:tr>
    </w:tbl>
    <w:p w:rsidR="000052C7" w:rsidRPr="00AE763C" w:rsidRDefault="00AE763C">
      <w:pPr>
        <w:spacing w:after="0" w:line="240" w:lineRule="auto"/>
        <w:rPr>
          <w:szCs w:val="28"/>
        </w:rPr>
      </w:pPr>
      <w:r w:rsidRPr="00AE763C">
        <w:rPr>
          <w:b/>
          <w:szCs w:val="28"/>
        </w:rPr>
        <w:t>IV. ĐIỀU CHỈNH SAU BÀI DẠY:</w:t>
      </w:r>
    </w:p>
    <w:p w:rsidR="000052C7" w:rsidRPr="00AE763C" w:rsidRDefault="00AE763C">
      <w:pPr>
        <w:spacing w:after="0" w:line="240" w:lineRule="auto"/>
        <w:rPr>
          <w:szCs w:val="28"/>
        </w:rPr>
      </w:pPr>
      <w:r w:rsidRPr="00AE763C">
        <w:rPr>
          <w:szCs w:val="28"/>
        </w:rPr>
        <w:t>.......................................................................................................................................</w:t>
      </w:r>
    </w:p>
    <w:p w:rsidR="000052C7" w:rsidRPr="00AE763C" w:rsidRDefault="00AE763C">
      <w:pPr>
        <w:spacing w:after="0" w:line="240" w:lineRule="auto"/>
        <w:rPr>
          <w:szCs w:val="28"/>
        </w:rPr>
      </w:pPr>
      <w:r w:rsidRPr="00AE763C">
        <w:rPr>
          <w:szCs w:val="28"/>
        </w:rPr>
        <w:lastRenderedPageBreak/>
        <w:t>..................................................................</w:t>
      </w:r>
      <w:r w:rsidRPr="00AE763C">
        <w:rPr>
          <w:szCs w:val="28"/>
        </w:rPr>
        <w:t>.....................................................................</w:t>
      </w:r>
    </w:p>
    <w:p w:rsidR="000052C7" w:rsidRPr="00AE763C" w:rsidRDefault="00AE763C">
      <w:pPr>
        <w:spacing w:after="0" w:line="240" w:lineRule="auto"/>
        <w:rPr>
          <w:szCs w:val="28"/>
        </w:rPr>
      </w:pPr>
      <w:r w:rsidRPr="00AE763C">
        <w:rPr>
          <w:szCs w:val="28"/>
        </w:rPr>
        <w:t>.......................................................................................................................................</w:t>
      </w:r>
    </w:p>
    <w:p w:rsidR="000052C7" w:rsidRPr="00AE763C" w:rsidRDefault="00AE763C">
      <w:pPr>
        <w:spacing w:after="0" w:line="240" w:lineRule="auto"/>
        <w:rPr>
          <w:szCs w:val="28"/>
        </w:rPr>
      </w:pPr>
      <w:r w:rsidRPr="00AE763C">
        <w:rPr>
          <w:szCs w:val="28"/>
        </w:rPr>
        <w:t>..................................................</w:t>
      </w:r>
      <w:r w:rsidRPr="00AE763C">
        <w:rPr>
          <w:szCs w:val="28"/>
        </w:rPr>
        <w:t>.....................................................................................</w:t>
      </w:r>
    </w:p>
    <w:p w:rsidR="000052C7" w:rsidRPr="00AE763C" w:rsidRDefault="00AE763C">
      <w:pPr>
        <w:rPr>
          <w:szCs w:val="28"/>
        </w:rPr>
      </w:pPr>
      <w:r w:rsidRPr="00AE763C">
        <w:rPr>
          <w:szCs w:val="28"/>
        </w:rPr>
        <w:br w:type="page"/>
      </w:r>
    </w:p>
    <w:p w:rsidR="000052C7" w:rsidRPr="00AE763C" w:rsidRDefault="00AE763C">
      <w:pPr>
        <w:spacing w:after="0" w:line="240" w:lineRule="auto"/>
        <w:jc w:val="center"/>
        <w:rPr>
          <w:szCs w:val="28"/>
        </w:rPr>
      </w:pPr>
      <w:r w:rsidRPr="00AE763C">
        <w:rPr>
          <w:b/>
          <w:szCs w:val="28"/>
        </w:rPr>
        <w:lastRenderedPageBreak/>
        <w:t>TIẾNG VIỆT</w:t>
      </w:r>
    </w:p>
    <w:p w:rsidR="000052C7" w:rsidRPr="00AE763C" w:rsidRDefault="00AE763C">
      <w:pPr>
        <w:spacing w:after="0" w:line="240" w:lineRule="auto"/>
        <w:jc w:val="center"/>
        <w:rPr>
          <w:szCs w:val="28"/>
        </w:rPr>
      </w:pPr>
      <w:r w:rsidRPr="00AE763C">
        <w:rPr>
          <w:b/>
          <w:szCs w:val="28"/>
        </w:rPr>
        <w:t>LUYỆN TỪ VÀ CÂU (T3,4)</w:t>
      </w:r>
    </w:p>
    <w:p w:rsidR="000052C7" w:rsidRPr="00AE763C" w:rsidRDefault="00AE763C">
      <w:pPr>
        <w:spacing w:after="0" w:line="240" w:lineRule="auto"/>
        <w:rPr>
          <w:szCs w:val="28"/>
        </w:rPr>
      </w:pPr>
      <w:r w:rsidRPr="00AE763C">
        <w:rPr>
          <w:b/>
          <w:szCs w:val="28"/>
        </w:rPr>
        <w:t>I. YÊU CẦU CẦN ĐẠT:</w:t>
      </w:r>
    </w:p>
    <w:p w:rsidR="000052C7" w:rsidRPr="00AE763C" w:rsidRDefault="00AE763C">
      <w:pPr>
        <w:spacing w:after="0" w:line="240" w:lineRule="auto"/>
        <w:rPr>
          <w:szCs w:val="28"/>
        </w:rPr>
      </w:pPr>
      <w:r w:rsidRPr="00AE763C">
        <w:rPr>
          <w:b/>
          <w:szCs w:val="28"/>
        </w:rPr>
        <w:t>1. Năng lực đặc thù:</w:t>
      </w:r>
    </w:p>
    <w:p w:rsidR="000052C7" w:rsidRPr="00AE763C" w:rsidRDefault="00AE763C">
      <w:pPr>
        <w:spacing w:after="0" w:line="240" w:lineRule="auto"/>
        <w:rPr>
          <w:szCs w:val="28"/>
        </w:rPr>
      </w:pPr>
      <w:r w:rsidRPr="00AE763C">
        <w:rPr>
          <w:szCs w:val="28"/>
        </w:rPr>
        <w:t>- Nhận diện được những từ ngữ có nghĩa giống nhau.</w:t>
      </w:r>
    </w:p>
    <w:p w:rsidR="000052C7" w:rsidRPr="00AE763C" w:rsidRDefault="00AE763C">
      <w:pPr>
        <w:spacing w:after="0" w:line="240" w:lineRule="auto"/>
        <w:rPr>
          <w:szCs w:val="28"/>
        </w:rPr>
      </w:pPr>
      <w:r w:rsidRPr="00AE763C">
        <w:rPr>
          <w:szCs w:val="28"/>
        </w:rPr>
        <w:t xml:space="preserve">- Tìm được các từ ngữ có nghĩa giống với </w:t>
      </w:r>
      <w:r w:rsidRPr="00AE763C">
        <w:rPr>
          <w:szCs w:val="28"/>
        </w:rPr>
        <w:t>các từ cho trước.</w:t>
      </w:r>
    </w:p>
    <w:p w:rsidR="000052C7" w:rsidRPr="00AE763C" w:rsidRDefault="00AE763C">
      <w:pPr>
        <w:spacing w:after="0" w:line="240" w:lineRule="auto"/>
        <w:rPr>
          <w:szCs w:val="28"/>
        </w:rPr>
      </w:pPr>
      <w:r w:rsidRPr="00AE763C">
        <w:rPr>
          <w:szCs w:val="28"/>
        </w:rPr>
        <w:t>- Đặt được câu văn có hình ảnh so sánh.</w:t>
      </w:r>
    </w:p>
    <w:p w:rsidR="000052C7" w:rsidRPr="00AE763C" w:rsidRDefault="00AE763C">
      <w:pPr>
        <w:spacing w:after="0" w:line="240" w:lineRule="auto"/>
        <w:rPr>
          <w:szCs w:val="28"/>
        </w:rPr>
      </w:pPr>
      <w:r w:rsidRPr="00AE763C">
        <w:rPr>
          <w:szCs w:val="28"/>
        </w:rPr>
        <w:t>- Phát triển năng lực ngôn ngữ.</w:t>
      </w:r>
    </w:p>
    <w:p w:rsidR="000052C7" w:rsidRPr="00AE763C" w:rsidRDefault="00AE763C">
      <w:pPr>
        <w:spacing w:after="0" w:line="240" w:lineRule="auto"/>
        <w:rPr>
          <w:szCs w:val="28"/>
        </w:rPr>
      </w:pPr>
      <w:r w:rsidRPr="00AE763C">
        <w:rPr>
          <w:b/>
          <w:szCs w:val="28"/>
        </w:rPr>
        <w:t>2. Năng lực chung.</w:t>
      </w:r>
    </w:p>
    <w:p w:rsidR="000052C7" w:rsidRPr="00AE763C" w:rsidRDefault="00AE763C">
      <w:pPr>
        <w:spacing w:after="0" w:line="240" w:lineRule="auto"/>
        <w:rPr>
          <w:szCs w:val="28"/>
        </w:rPr>
      </w:pPr>
      <w:r w:rsidRPr="00AE763C">
        <w:rPr>
          <w:szCs w:val="28"/>
        </w:rPr>
        <w:t>- Năng lực tự chủ, tự học: lắng nghe, viết bài đúng, kịp thời và hoàn thành các nội dung trong SGK.</w:t>
      </w:r>
    </w:p>
    <w:p w:rsidR="000052C7" w:rsidRPr="00AE763C" w:rsidRDefault="00AE763C">
      <w:pPr>
        <w:spacing w:after="0" w:line="240" w:lineRule="auto"/>
        <w:rPr>
          <w:szCs w:val="28"/>
        </w:rPr>
      </w:pPr>
      <w:r w:rsidRPr="00AE763C">
        <w:rPr>
          <w:szCs w:val="28"/>
        </w:rPr>
        <w:t xml:space="preserve">- Năng lực giải quyết vấn đề và sáng tạo: tham </w:t>
      </w:r>
      <w:r w:rsidRPr="00AE763C">
        <w:rPr>
          <w:szCs w:val="28"/>
        </w:rPr>
        <w:t>gia trò chơi, vận dụng.</w:t>
      </w:r>
    </w:p>
    <w:p w:rsidR="000052C7" w:rsidRPr="00AE763C" w:rsidRDefault="00AE763C">
      <w:pPr>
        <w:spacing w:after="0" w:line="240" w:lineRule="auto"/>
        <w:rPr>
          <w:szCs w:val="28"/>
        </w:rPr>
      </w:pPr>
      <w:r w:rsidRPr="00AE763C">
        <w:rPr>
          <w:szCs w:val="28"/>
        </w:rPr>
        <w:t>- Năng lực giao tiếp và hợp tác: tham gia làm việc nhóm trong các hoạt động học tập.</w:t>
      </w:r>
    </w:p>
    <w:p w:rsidR="000052C7" w:rsidRPr="00AE763C" w:rsidRDefault="00AE763C">
      <w:pPr>
        <w:spacing w:after="0" w:line="240" w:lineRule="auto"/>
        <w:rPr>
          <w:szCs w:val="28"/>
        </w:rPr>
      </w:pPr>
      <w:r w:rsidRPr="00AE763C">
        <w:rPr>
          <w:b/>
          <w:szCs w:val="28"/>
        </w:rPr>
        <w:t>3. Phẩm chất.</w:t>
      </w:r>
    </w:p>
    <w:p w:rsidR="000052C7" w:rsidRPr="00AE763C" w:rsidRDefault="00AE763C">
      <w:pPr>
        <w:spacing w:after="0" w:line="240" w:lineRule="auto"/>
        <w:rPr>
          <w:szCs w:val="28"/>
        </w:rPr>
      </w:pPr>
      <w:r w:rsidRPr="00AE763C">
        <w:rPr>
          <w:szCs w:val="28"/>
        </w:rPr>
        <w:t>- Phẩm chất yêu nước: Biết yêu quê hương, đất nước qua quan sát và tìm hiểu các hình ảnh trong bài.</w:t>
      </w:r>
    </w:p>
    <w:p w:rsidR="000052C7" w:rsidRPr="00AE763C" w:rsidRDefault="00AE763C">
      <w:pPr>
        <w:spacing w:after="0" w:line="240" w:lineRule="auto"/>
        <w:rPr>
          <w:szCs w:val="28"/>
        </w:rPr>
      </w:pPr>
      <w:r w:rsidRPr="00AE763C">
        <w:rPr>
          <w:szCs w:val="28"/>
        </w:rPr>
        <w:t>- Phẩm chất nhân ái: Biết yêu quý</w:t>
      </w:r>
      <w:r w:rsidRPr="00AE763C">
        <w:rPr>
          <w:szCs w:val="28"/>
        </w:rPr>
        <w:t xml:space="preserve"> và tôn trọng bạn trong làm việc nhóm.</w:t>
      </w:r>
    </w:p>
    <w:p w:rsidR="000052C7" w:rsidRPr="00AE763C" w:rsidRDefault="00AE763C">
      <w:pPr>
        <w:spacing w:after="0" w:line="240" w:lineRule="auto"/>
        <w:rPr>
          <w:szCs w:val="28"/>
        </w:rPr>
      </w:pPr>
      <w:r w:rsidRPr="00AE763C">
        <w:rPr>
          <w:szCs w:val="28"/>
        </w:rPr>
        <w:t>- Phẩm chất chăm chỉ: Chăm chỉ viết bài, trả lời câu hỏi.</w:t>
      </w:r>
    </w:p>
    <w:p w:rsidR="000052C7" w:rsidRPr="00AE763C" w:rsidRDefault="00AE763C">
      <w:pPr>
        <w:spacing w:after="0" w:line="240" w:lineRule="auto"/>
        <w:rPr>
          <w:szCs w:val="28"/>
        </w:rPr>
      </w:pPr>
      <w:r w:rsidRPr="00AE763C">
        <w:rPr>
          <w:szCs w:val="28"/>
        </w:rPr>
        <w:t>- Phẩm chất trách nhiệm: Giữ trật tự, học tập nghiêm túc.</w:t>
      </w:r>
    </w:p>
    <w:p w:rsidR="000052C7" w:rsidRPr="00AE763C" w:rsidRDefault="00AE763C">
      <w:pPr>
        <w:spacing w:after="0" w:line="240" w:lineRule="auto"/>
        <w:rPr>
          <w:szCs w:val="28"/>
        </w:rPr>
      </w:pPr>
      <w:r w:rsidRPr="00AE763C">
        <w:rPr>
          <w:b/>
          <w:szCs w:val="28"/>
        </w:rPr>
        <w:t>II. ĐỒ DÙNG DẠY HỌC</w:t>
      </w:r>
    </w:p>
    <w:p w:rsidR="000052C7" w:rsidRPr="00AE763C" w:rsidRDefault="00AE763C">
      <w:pPr>
        <w:spacing w:after="0" w:line="240" w:lineRule="auto"/>
        <w:rPr>
          <w:szCs w:val="28"/>
        </w:rPr>
      </w:pPr>
      <w:r w:rsidRPr="00AE763C">
        <w:rPr>
          <w:szCs w:val="28"/>
        </w:rPr>
        <w:t>- Kế hoạch bài dạy, bài giảng Power point.</w:t>
      </w:r>
    </w:p>
    <w:p w:rsidR="000052C7" w:rsidRPr="00AE763C" w:rsidRDefault="00AE763C">
      <w:pPr>
        <w:spacing w:after="0" w:line="240" w:lineRule="auto"/>
        <w:rPr>
          <w:szCs w:val="28"/>
        </w:rPr>
      </w:pPr>
      <w:r w:rsidRPr="00AE763C">
        <w:rPr>
          <w:szCs w:val="28"/>
        </w:rPr>
        <w:t>- SGK và các thiết bị, học liệu phụ vụ</w:t>
      </w:r>
      <w:r w:rsidRPr="00AE763C">
        <w:rPr>
          <w:szCs w:val="28"/>
        </w:rPr>
        <w:t xml:space="preserve"> cho tiết dạy.</w:t>
      </w:r>
    </w:p>
    <w:p w:rsidR="000052C7" w:rsidRPr="00AE763C" w:rsidRDefault="00AE763C">
      <w:pPr>
        <w:spacing w:after="0" w:line="240" w:lineRule="auto"/>
        <w:rPr>
          <w:szCs w:val="28"/>
        </w:rPr>
      </w:pPr>
      <w:r w:rsidRPr="00AE763C">
        <w:rPr>
          <w:b/>
          <w:szCs w:val="28"/>
        </w:rPr>
        <w:t>III. HOẠT ĐỘNG DẠY HỌC</w:t>
      </w:r>
    </w:p>
    <w:tbl>
      <w:tblPr>
        <w:tblStyle w:val="TableGrid"/>
        <w:tblW w:w="0" w:type="auto"/>
        <w:jc w:val="center"/>
        <w:tblLayout w:type="fixed"/>
        <w:tblLook w:val="04A0" w:firstRow="1" w:lastRow="0" w:firstColumn="1" w:lastColumn="0" w:noHBand="0" w:noVBand="1"/>
      </w:tblPr>
      <w:tblGrid>
        <w:gridCol w:w="5269"/>
        <w:gridCol w:w="5269"/>
      </w:tblGrid>
      <w:tr w:rsidR="000052C7" w:rsidRPr="00AE763C">
        <w:trPr>
          <w:jc w:val="center"/>
        </w:trPr>
        <w:tc>
          <w:tcPr>
            <w:tcW w:w="5269" w:type="dxa"/>
            <w:tcBorders>
              <w:top w:val="single" w:sz="8" w:space="0" w:color="808080"/>
              <w:left w:val="single" w:sz="8" w:space="0" w:color="808080"/>
              <w:bottom w:val="single" w:sz="8" w:space="0" w:color="808080"/>
              <w:right w:val="single" w:sz="8" w:space="0" w:color="808080"/>
            </w:tcBorders>
            <w:shd w:val="clear" w:color="auto" w:fill="D9EAF7"/>
            <w:tcMar>
              <w:top w:w="100" w:type="dxa"/>
              <w:left w:w="120" w:type="dxa"/>
              <w:bottom w:w="100" w:type="dxa"/>
              <w:right w:w="120" w:type="dxa"/>
            </w:tcMar>
            <w:vAlign w:val="center"/>
          </w:tcPr>
          <w:p w:rsidR="000052C7" w:rsidRPr="00AE763C" w:rsidRDefault="00AE763C">
            <w:pPr>
              <w:jc w:val="center"/>
              <w:rPr>
                <w:szCs w:val="28"/>
              </w:rPr>
            </w:pPr>
            <w:r w:rsidRPr="00AE763C">
              <w:rPr>
                <w:b/>
                <w:szCs w:val="28"/>
              </w:rPr>
              <w:t>Hoạt động của giáo viên</w:t>
            </w:r>
          </w:p>
        </w:tc>
        <w:tc>
          <w:tcPr>
            <w:tcW w:w="5269" w:type="dxa"/>
            <w:tcBorders>
              <w:top w:val="single" w:sz="8" w:space="0" w:color="808080"/>
              <w:left w:val="single" w:sz="8" w:space="0" w:color="808080"/>
              <w:bottom w:val="single" w:sz="8" w:space="0" w:color="808080"/>
              <w:right w:val="single" w:sz="8" w:space="0" w:color="808080"/>
            </w:tcBorders>
            <w:shd w:val="clear" w:color="auto" w:fill="D9EAF7"/>
            <w:tcMar>
              <w:top w:w="100" w:type="dxa"/>
              <w:left w:w="120" w:type="dxa"/>
              <w:bottom w:w="100" w:type="dxa"/>
              <w:right w:w="120" w:type="dxa"/>
            </w:tcMar>
            <w:vAlign w:val="center"/>
          </w:tcPr>
          <w:p w:rsidR="000052C7" w:rsidRPr="00AE763C" w:rsidRDefault="00AE763C">
            <w:pPr>
              <w:jc w:val="center"/>
              <w:rPr>
                <w:szCs w:val="28"/>
              </w:rPr>
            </w:pPr>
            <w:r w:rsidRPr="00AE763C">
              <w:rPr>
                <w:b/>
                <w:szCs w:val="28"/>
              </w:rPr>
              <w:t>Hoạt động của học sinh</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1. Khởi động</w:t>
            </w:r>
          </w:p>
          <w:p w:rsidR="000052C7" w:rsidRPr="00AE763C" w:rsidRDefault="00AE763C">
            <w:pPr>
              <w:rPr>
                <w:szCs w:val="28"/>
              </w:rPr>
            </w:pPr>
            <w:r w:rsidRPr="00AE763C">
              <w:rPr>
                <w:b/>
                <w:szCs w:val="28"/>
              </w:rPr>
              <w:t>- Mục tiêu: Tạo không khí vui vẻ, khấn khởi trước giờ học.</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tổ chức trò chơi để khởi động bài học.</w:t>
            </w:r>
          </w:p>
          <w:p w:rsidR="000052C7" w:rsidRPr="00AE763C" w:rsidRDefault="00AE763C">
            <w:pPr>
              <w:rPr>
                <w:szCs w:val="28"/>
              </w:rPr>
            </w:pPr>
            <w:r w:rsidRPr="00AE763C">
              <w:rPr>
                <w:szCs w:val="28"/>
              </w:rPr>
              <w:t xml:space="preserve">+ Câu 1: Tìm trong bài câu văn tả </w:t>
            </w:r>
            <w:r w:rsidRPr="00AE763C">
              <w:rPr>
                <w:szCs w:val="28"/>
              </w:rPr>
              <w:t>đỉnh núi vào cuối thu sang đông, tả ngọn núi vào mùa hè?</w:t>
            </w:r>
          </w:p>
          <w:p w:rsidR="000052C7" w:rsidRPr="00AE763C" w:rsidRDefault="00AE763C">
            <w:pPr>
              <w:rPr>
                <w:szCs w:val="28"/>
              </w:rPr>
            </w:pPr>
            <w:r w:rsidRPr="00AE763C">
              <w:rPr>
                <w:szCs w:val="28"/>
              </w:rPr>
              <w:t>+ Câu 2: Chọn từ ngữ có tiếng “xanh” phù hợp với từng sự vật được tả trong bài?</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tham gia chơi.</w:t>
            </w:r>
          </w:p>
          <w:p w:rsidR="000052C7" w:rsidRPr="00AE763C" w:rsidRDefault="00AE763C">
            <w:pPr>
              <w:rPr>
                <w:szCs w:val="28"/>
              </w:rPr>
            </w:pPr>
            <w:r w:rsidRPr="00AE763C">
              <w:rPr>
                <w:szCs w:val="28"/>
              </w:rPr>
              <w:t>- 1 HS đọc bài và trả lời.</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nhận xét, tuyên dương.</w:t>
            </w:r>
          </w:p>
          <w:p w:rsidR="000052C7" w:rsidRPr="00AE763C" w:rsidRDefault="00AE763C">
            <w:pPr>
              <w:rPr>
                <w:szCs w:val="28"/>
              </w:rPr>
            </w:pPr>
            <w:r w:rsidRPr="00AE763C">
              <w:rPr>
                <w:szCs w:val="28"/>
              </w:rPr>
              <w:t>- GV dẫn dắt vào bài mới.</w:t>
            </w:r>
          </w:p>
          <w:p w:rsidR="000052C7" w:rsidRPr="00AE763C" w:rsidRDefault="00AE763C">
            <w:pPr>
              <w:rPr>
                <w:szCs w:val="28"/>
              </w:rPr>
            </w:pPr>
            <w:r w:rsidRPr="00AE763C">
              <w:rPr>
                <w:b/>
                <w:szCs w:val="28"/>
              </w:rPr>
              <w:t xml:space="preserve">Kết luận của GV: </w:t>
            </w:r>
            <w:r w:rsidRPr="00AE763C">
              <w:rPr>
                <w:b/>
                <w:szCs w:val="28"/>
              </w:rPr>
              <w:t>Khởi động giúp các em ôn lại kiến thức cũ và kết nối với nội dung mới của tiết Luyện từ và câu.</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lắng nghe.</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2.1. Hoạt động 1: Luyện từ và câu</w:t>
            </w:r>
          </w:p>
          <w:p w:rsidR="000052C7" w:rsidRPr="00AE763C" w:rsidRDefault="00AE763C">
            <w:pPr>
              <w:rPr>
                <w:szCs w:val="28"/>
              </w:rPr>
            </w:pPr>
            <w:r w:rsidRPr="00AE763C">
              <w:rPr>
                <w:b/>
                <w:szCs w:val="28"/>
              </w:rPr>
              <w:t xml:space="preserve">- Mục tiêu: Nhận diện được những từ ngữ có nghĩa giống nhau; tìm được từ ngữ phù </w:t>
            </w:r>
            <w:r w:rsidRPr="00AE763C">
              <w:rPr>
                <w:b/>
                <w:szCs w:val="28"/>
              </w:rPr>
              <w:lastRenderedPageBreak/>
              <w:t>hợp thay thế cho từ cho trướ</w:t>
            </w:r>
            <w:r w:rsidRPr="00AE763C">
              <w:rPr>
                <w:b/>
                <w:szCs w:val="28"/>
              </w:rPr>
              <w:t>c.</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GV gọi HS đọc yêu cầu bài 1.</w:t>
            </w:r>
          </w:p>
          <w:p w:rsidR="000052C7" w:rsidRPr="00AE763C" w:rsidRDefault="00AE763C">
            <w:pPr>
              <w:rPr>
                <w:szCs w:val="28"/>
              </w:rPr>
            </w:pPr>
            <w:r w:rsidRPr="00AE763C">
              <w:rPr>
                <w:szCs w:val="28"/>
              </w:rPr>
              <w:t>+ Đọc thầm đoạn văn.</w:t>
            </w:r>
          </w:p>
          <w:p w:rsidR="000052C7" w:rsidRPr="00AE763C" w:rsidRDefault="00AE763C">
            <w:pPr>
              <w:rPr>
                <w:szCs w:val="28"/>
              </w:rPr>
            </w:pPr>
            <w:r w:rsidRPr="00AE763C">
              <w:rPr>
                <w:szCs w:val="28"/>
              </w:rPr>
              <w:t>+ Đọc những câu in đậm.</w:t>
            </w:r>
          </w:p>
          <w:p w:rsidR="000052C7" w:rsidRPr="00AE763C" w:rsidRDefault="00AE763C">
            <w:pPr>
              <w:rPr>
                <w:szCs w:val="28"/>
              </w:rPr>
            </w:pPr>
            <w:r w:rsidRPr="00AE763C">
              <w:rPr>
                <w:szCs w:val="28"/>
              </w:rPr>
              <w:t>+ Tìm những từ ngữ có nghĩa giống nhau trong các câu in đậm.</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đọc yêu cầu và thực hiện theo hướng dẫn.</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giao nhiệm vụ cho các nhóm làm việc.</w:t>
            </w:r>
          </w:p>
          <w:p w:rsidR="000052C7" w:rsidRPr="00AE763C" w:rsidRDefault="00AE763C">
            <w:pPr>
              <w:rPr>
                <w:szCs w:val="28"/>
              </w:rPr>
            </w:pPr>
            <w:r w:rsidRPr="00AE763C">
              <w:rPr>
                <w:szCs w:val="28"/>
              </w:rPr>
              <w:t xml:space="preserve">- Mời </w:t>
            </w:r>
            <w:r w:rsidRPr="00AE763C">
              <w:rPr>
                <w:szCs w:val="28"/>
              </w:rPr>
              <w:t>đại diện nhóm trình bày.</w:t>
            </w:r>
          </w:p>
          <w:p w:rsidR="000052C7" w:rsidRPr="00AE763C" w:rsidRDefault="00AE763C">
            <w:pPr>
              <w:rPr>
                <w:szCs w:val="28"/>
              </w:rPr>
            </w:pPr>
            <w:r w:rsidRPr="00AE763C">
              <w:rPr>
                <w:szCs w:val="28"/>
              </w:rPr>
              <w:t>- Mời các nhóm nhận xét, bổ sung.</w:t>
            </w:r>
          </w:p>
          <w:p w:rsidR="000052C7" w:rsidRPr="00AE763C" w:rsidRDefault="00AE763C">
            <w:pPr>
              <w:rPr>
                <w:szCs w:val="28"/>
              </w:rPr>
            </w:pPr>
            <w:r w:rsidRPr="00AE763C">
              <w:rPr>
                <w:szCs w:val="28"/>
              </w:rPr>
              <w:t>- Nhận xét, chốt đáp án: Im lặng, yên tĩnh, tĩnh lặng.</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Đại diện nhóm trả lời; các nhóm nhận xét, bổ sung.</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mời HS nêu yêu cầu bài tập 2.</w:t>
            </w:r>
          </w:p>
          <w:p w:rsidR="000052C7" w:rsidRPr="00AE763C" w:rsidRDefault="00AE763C">
            <w:pPr>
              <w:rPr>
                <w:szCs w:val="28"/>
              </w:rPr>
            </w:pPr>
            <w:r w:rsidRPr="00AE763C">
              <w:rPr>
                <w:szCs w:val="28"/>
              </w:rPr>
              <w:t>- GV giao nhiệm vụ cho HS suy nghĩ.</w:t>
            </w:r>
          </w:p>
          <w:p w:rsidR="000052C7" w:rsidRPr="00AE763C" w:rsidRDefault="00AE763C">
            <w:pPr>
              <w:rPr>
                <w:szCs w:val="28"/>
              </w:rPr>
            </w:pPr>
            <w:r w:rsidRPr="00AE763C">
              <w:rPr>
                <w:szCs w:val="28"/>
              </w:rPr>
              <w:t>- Mời HS đọc từ đ</w:t>
            </w:r>
            <w:r w:rsidRPr="00AE763C">
              <w:rPr>
                <w:szCs w:val="28"/>
              </w:rPr>
              <w:t>ã lựa chọn.</w:t>
            </w:r>
          </w:p>
          <w:p w:rsidR="000052C7" w:rsidRPr="00AE763C" w:rsidRDefault="00AE763C">
            <w:pPr>
              <w:rPr>
                <w:szCs w:val="28"/>
              </w:rPr>
            </w:pPr>
            <w:r w:rsidRPr="00AE763C">
              <w:rPr>
                <w:szCs w:val="28"/>
              </w:rPr>
              <w:t>- Mời HS khác nhận xét.</w:t>
            </w:r>
          </w:p>
          <w:p w:rsidR="000052C7" w:rsidRPr="00AE763C" w:rsidRDefault="00AE763C">
            <w:pPr>
              <w:rPr>
                <w:szCs w:val="28"/>
              </w:rPr>
            </w:pPr>
            <w:r w:rsidRPr="00AE763C">
              <w:rPr>
                <w:szCs w:val="28"/>
              </w:rPr>
              <w:t>- GV nhận xét, tuyên dương, bổ sung.</w:t>
            </w:r>
          </w:p>
          <w:p w:rsidR="000052C7" w:rsidRPr="00AE763C" w:rsidRDefault="00AE763C">
            <w:pPr>
              <w:rPr>
                <w:szCs w:val="28"/>
              </w:rPr>
            </w:pPr>
            <w:r w:rsidRPr="00AE763C">
              <w:rPr>
                <w:szCs w:val="28"/>
              </w:rPr>
              <w:t>- GV chốt: (chịu khó - chăm chỉ; vàng rực - vàng ruộm; hùng vĩ - sừng sững).</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đọc bài tập 2, suy nghĩ, nêu đáp án và nhận xét.</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yêu cầu HS đọc yêu cầu bài 3.</w:t>
            </w:r>
          </w:p>
          <w:p w:rsidR="000052C7" w:rsidRPr="00AE763C" w:rsidRDefault="00AE763C">
            <w:pPr>
              <w:rPr>
                <w:szCs w:val="28"/>
              </w:rPr>
            </w:pPr>
            <w:r w:rsidRPr="00AE763C">
              <w:rPr>
                <w:szCs w:val="28"/>
              </w:rPr>
              <w:t>- Yêu cầu học si</w:t>
            </w:r>
            <w:r w:rsidRPr="00AE763C">
              <w:rPr>
                <w:szCs w:val="28"/>
              </w:rPr>
              <w:t>nh làm việc cá nhân.</w:t>
            </w:r>
          </w:p>
          <w:p w:rsidR="000052C7" w:rsidRPr="00AE763C" w:rsidRDefault="00AE763C">
            <w:pPr>
              <w:rPr>
                <w:szCs w:val="28"/>
              </w:rPr>
            </w:pPr>
            <w:r w:rsidRPr="00AE763C">
              <w:rPr>
                <w:szCs w:val="28"/>
              </w:rPr>
              <w:t>- Gọi HS trả lời.</w:t>
            </w:r>
          </w:p>
          <w:p w:rsidR="000052C7" w:rsidRPr="00AE763C" w:rsidRDefault="00AE763C">
            <w:pPr>
              <w:rPr>
                <w:szCs w:val="28"/>
              </w:rPr>
            </w:pPr>
            <w:r w:rsidRPr="00AE763C">
              <w:rPr>
                <w:szCs w:val="28"/>
              </w:rPr>
              <w:t>- GV nhận xét, tuyên dương, chốt đáp án.</w:t>
            </w:r>
          </w:p>
          <w:p w:rsidR="000052C7" w:rsidRPr="00AE763C" w:rsidRDefault="00AE763C">
            <w:pPr>
              <w:rPr>
                <w:szCs w:val="28"/>
              </w:rPr>
            </w:pPr>
            <w:r w:rsidRPr="00AE763C">
              <w:rPr>
                <w:b/>
                <w:szCs w:val="28"/>
              </w:rPr>
              <w:t>Kết luận của GV: Các từ ngữ có nghĩa giống nhau giúp câu văn phong phú, sinh động hơn; các em cần biết lựa chọn từ ngữ phù hợp khi nói và viết.</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đọc bài tập 3; 1 - 2 học si</w:t>
            </w:r>
            <w:r w:rsidRPr="00AE763C">
              <w:rPr>
                <w:szCs w:val="28"/>
              </w:rPr>
              <w:t>nh trả lời.</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2.2. Hoạt động 2: Luyện viết đoạn</w:t>
            </w:r>
          </w:p>
          <w:p w:rsidR="000052C7" w:rsidRPr="00AE763C" w:rsidRDefault="00AE763C">
            <w:pPr>
              <w:rPr>
                <w:szCs w:val="28"/>
              </w:rPr>
            </w:pPr>
            <w:r w:rsidRPr="00AE763C">
              <w:rPr>
                <w:b/>
                <w:szCs w:val="28"/>
              </w:rPr>
              <w:t>- Mục tiêu: Quan sát, kể tên cảnh vật trong tranh; viết đoạn văn nêu tình cảm, cảm xúc của em về cảnh vật quê hương.</w:t>
            </w:r>
          </w:p>
          <w:p w:rsidR="000052C7" w:rsidRPr="00AE763C" w:rsidRDefault="00AE763C">
            <w:pPr>
              <w:rPr>
                <w:szCs w:val="28"/>
              </w:rPr>
            </w:pPr>
            <w:r w:rsidRPr="00AE763C">
              <w:rPr>
                <w:b/>
                <w:szCs w:val="28"/>
              </w:rPr>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Gọi HS đọc bài 1. Tranh vẽ cảnh vật gì?</w:t>
            </w:r>
          </w:p>
          <w:p w:rsidR="000052C7" w:rsidRPr="00AE763C" w:rsidRDefault="00AE763C">
            <w:pPr>
              <w:rPr>
                <w:szCs w:val="28"/>
              </w:rPr>
            </w:pPr>
            <w:r w:rsidRPr="00AE763C">
              <w:rPr>
                <w:szCs w:val="28"/>
              </w:rPr>
              <w:t>- Từng HS lựa chọn 1 tranh mình</w:t>
            </w:r>
            <w:r w:rsidRPr="00AE763C">
              <w:rPr>
                <w:szCs w:val="28"/>
              </w:rPr>
              <w:t xml:space="preserve"> thích để quan sát và kể tên cảnh vật được vẽ trong tranh cho các bạn trong nhóm nghe.</w:t>
            </w:r>
          </w:p>
          <w:p w:rsidR="00AE763C" w:rsidRPr="00AE763C" w:rsidRDefault="00AE763C">
            <w:pPr>
              <w:rPr>
                <w:szCs w:val="28"/>
              </w:rPr>
            </w:pPr>
            <w:r w:rsidRPr="00AE763C">
              <w:rPr>
                <w:szCs w:val="28"/>
              </w:rPr>
              <w:lastRenderedPageBreak/>
              <w:drawing>
                <wp:inline distT="0" distB="0" distL="0" distR="0" wp14:anchorId="6B799F8F" wp14:editId="673ED271">
                  <wp:extent cx="3172268" cy="2162477"/>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72268" cy="2162477"/>
                          </a:xfrm>
                          <a:prstGeom prst="rect">
                            <a:avLst/>
                          </a:prstGeom>
                        </pic:spPr>
                      </pic:pic>
                    </a:graphicData>
                  </a:graphic>
                </wp:inline>
              </w:drawing>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HS đọc bài 1; cả lớp quan sát 4 bức tranh; làm việc nhóm.</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Gọi cả nhóm nhận xét.</w:t>
            </w:r>
          </w:p>
          <w:p w:rsidR="000052C7" w:rsidRPr="00AE763C" w:rsidRDefault="00AE763C">
            <w:pPr>
              <w:rPr>
                <w:szCs w:val="28"/>
              </w:rPr>
            </w:pPr>
            <w:r w:rsidRPr="00AE763C">
              <w:rPr>
                <w:szCs w:val="28"/>
              </w:rPr>
              <w:t>- Kể tên những cảnh vật được vẽ trong tranh.</w:t>
            </w:r>
          </w:p>
          <w:p w:rsidR="000052C7" w:rsidRPr="00AE763C" w:rsidRDefault="00AE763C">
            <w:pPr>
              <w:rPr>
                <w:szCs w:val="28"/>
              </w:rPr>
            </w:pPr>
            <w:r w:rsidRPr="00AE763C">
              <w:rPr>
                <w:szCs w:val="28"/>
              </w:rPr>
              <w:t>- GV động viên, khen ngợi các nhóm có c</w:t>
            </w:r>
            <w:r w:rsidRPr="00AE763C">
              <w:rPr>
                <w:szCs w:val="28"/>
              </w:rPr>
              <w:t>ách giới thiệu hay.</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Nhóm trưởng nêu yêu cầu và mời từng bạn kể.</w:t>
            </w:r>
          </w:p>
          <w:p w:rsidR="000052C7" w:rsidRPr="00AE763C" w:rsidRDefault="00AE763C">
            <w:pPr>
              <w:rPr>
                <w:szCs w:val="28"/>
              </w:rPr>
            </w:pPr>
            <w:r w:rsidRPr="00AE763C">
              <w:rPr>
                <w:szCs w:val="28"/>
              </w:rPr>
              <w:t>Tranh 1: Một bạn nhỏ đang ngắm nhìn quang cảnh một khu phố có người và xe đi lại đông vui.</w:t>
            </w:r>
          </w:p>
          <w:p w:rsidR="000052C7" w:rsidRPr="00AE763C" w:rsidRDefault="00AE763C">
            <w:pPr>
              <w:rPr>
                <w:szCs w:val="28"/>
              </w:rPr>
            </w:pPr>
            <w:r w:rsidRPr="00AE763C">
              <w:rPr>
                <w:szCs w:val="28"/>
              </w:rPr>
              <w:t>Tranh 2: Một làng quê Việt Nam có cây rơm, ao cá, các bạn nhỏ đang vui chơi.</w:t>
            </w:r>
          </w:p>
          <w:p w:rsidR="000052C7" w:rsidRPr="00AE763C" w:rsidRDefault="00AE763C">
            <w:pPr>
              <w:rPr>
                <w:szCs w:val="28"/>
              </w:rPr>
            </w:pPr>
            <w:r w:rsidRPr="00AE763C">
              <w:rPr>
                <w:szCs w:val="28"/>
              </w:rPr>
              <w:t>Tranh 3: Vùng quê miền</w:t>
            </w:r>
            <w:r w:rsidRPr="00AE763C">
              <w:rPr>
                <w:szCs w:val="28"/>
              </w:rPr>
              <w:t xml:space="preserve"> núi có ruộng bậc thang, mấy nếp nhà sàn thưa thớt.</w:t>
            </w:r>
          </w:p>
          <w:p w:rsidR="000052C7" w:rsidRPr="00AE763C" w:rsidRDefault="00AE763C">
            <w:pPr>
              <w:rPr>
                <w:szCs w:val="28"/>
              </w:rPr>
            </w:pPr>
            <w:r w:rsidRPr="00AE763C">
              <w:rPr>
                <w:szCs w:val="28"/>
              </w:rPr>
              <w:t>Tranh 4: Một làng quê ở miền biển, có cây dừa, biển cả mênh mông.</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nêu mục đích của bài 2: Bài tập này giúp các em biết viết đoạn văn nêu tình cảm, cảm xúc của em về cảnh vật quê hương.</w:t>
            </w:r>
          </w:p>
          <w:p w:rsidR="000052C7" w:rsidRPr="00AE763C" w:rsidRDefault="00AE763C">
            <w:pPr>
              <w:rPr>
                <w:szCs w:val="28"/>
              </w:rPr>
            </w:pPr>
            <w:r w:rsidRPr="00AE763C">
              <w:rPr>
                <w:szCs w:val="28"/>
              </w:rPr>
              <w:t xml:space="preserve">- GV nói </w:t>
            </w:r>
            <w:r w:rsidRPr="00AE763C">
              <w:rPr>
                <w:szCs w:val="28"/>
              </w:rPr>
              <w:t>thêm: Các em có thể dựa vào những gợi ý trong sách.</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- 1 - 2 em đọc yêu cầu bài 2 và đọc 4 gợi ý.</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GV yêu cầu HS làm việc cá nhân: Từng em suy nghĩ để thực hiện yêu cầu của bài tập; viết đoạn văn vào vở.</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làm việc cá nhân, viết đoạn văn vào vở.</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xml:space="preserve">- GV </w:t>
            </w:r>
            <w:r w:rsidRPr="00AE763C">
              <w:rPr>
                <w:szCs w:val="28"/>
              </w:rPr>
              <w:t>yêu cầu trao đổi bài làm với bạn để sửa lỗi và bổ sung ý hay.</w:t>
            </w:r>
          </w:p>
          <w:p w:rsidR="000052C7" w:rsidRPr="00AE763C" w:rsidRDefault="00AE763C">
            <w:pPr>
              <w:rPr>
                <w:szCs w:val="28"/>
              </w:rPr>
            </w:pPr>
            <w:r w:rsidRPr="00AE763C">
              <w:rPr>
                <w:szCs w:val="28"/>
              </w:rPr>
              <w:t>- GV và cả lớp nhận xét.</w:t>
            </w:r>
          </w:p>
          <w:p w:rsidR="000052C7" w:rsidRPr="00AE763C" w:rsidRDefault="00AE763C">
            <w:pPr>
              <w:rPr>
                <w:szCs w:val="28"/>
              </w:rPr>
            </w:pPr>
            <w:r w:rsidRPr="00AE763C">
              <w:rPr>
                <w:b/>
                <w:szCs w:val="28"/>
              </w:rPr>
              <w:t>Kết luận của GV: Viết đoạn văn về cảnh vật quê hương giúp các em bộc lộ tình cảm, cảm xúc của mình, đồng thời rèn kĩ năng quan sát và dùng từ đặt câu.</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làm việc nhóm</w:t>
            </w:r>
            <w:r w:rsidRPr="00AE763C">
              <w:rPr>
                <w:szCs w:val="28"/>
              </w:rPr>
              <w:t>: Nhóm trưởng mời từng bạn đọc đoạn văn của mình, cả nhóm góp ý; chọn bài hay để đọc trước lớp.</w:t>
            </w:r>
          </w:p>
        </w:tc>
      </w:tr>
      <w:tr w:rsidR="000052C7" w:rsidRPr="00AE763C">
        <w:trPr>
          <w:jc w:val="center"/>
        </w:trPr>
        <w:tc>
          <w:tcPr>
            <w:tcW w:w="9354" w:type="dxa"/>
            <w:gridSpan w:val="2"/>
            <w:tcBorders>
              <w:top w:val="single" w:sz="8" w:space="0" w:color="808080"/>
              <w:left w:val="single" w:sz="8" w:space="0" w:color="808080"/>
              <w:bottom w:val="single" w:sz="8" w:space="0" w:color="808080"/>
              <w:right w:val="single" w:sz="8" w:space="0" w:color="808080"/>
            </w:tcBorders>
            <w:shd w:val="clear" w:color="auto" w:fill="EDEDED"/>
            <w:tcMar>
              <w:top w:w="110" w:type="dxa"/>
              <w:left w:w="120" w:type="dxa"/>
              <w:bottom w:w="110" w:type="dxa"/>
              <w:right w:w="120" w:type="dxa"/>
            </w:tcMar>
          </w:tcPr>
          <w:p w:rsidR="000052C7" w:rsidRPr="00AE763C" w:rsidRDefault="00AE763C">
            <w:pPr>
              <w:rPr>
                <w:szCs w:val="28"/>
              </w:rPr>
            </w:pPr>
            <w:r w:rsidRPr="00AE763C">
              <w:rPr>
                <w:b/>
                <w:szCs w:val="28"/>
              </w:rPr>
              <w:t>3. Vận dụng</w:t>
            </w:r>
          </w:p>
          <w:p w:rsidR="000052C7" w:rsidRPr="00AE763C" w:rsidRDefault="00AE763C">
            <w:pPr>
              <w:rPr>
                <w:szCs w:val="28"/>
              </w:rPr>
            </w:pPr>
            <w:r w:rsidRPr="00AE763C">
              <w:rPr>
                <w:b/>
                <w:szCs w:val="28"/>
              </w:rPr>
              <w:t>- Mục tiêu: Củng cố kiến thức đã học; vận dụng vào thực tiễn; phát triển năng lực ngôn ngữ.</w:t>
            </w:r>
          </w:p>
          <w:p w:rsidR="000052C7" w:rsidRPr="00AE763C" w:rsidRDefault="00AE763C">
            <w:pPr>
              <w:rPr>
                <w:szCs w:val="28"/>
              </w:rPr>
            </w:pPr>
            <w:r w:rsidRPr="00AE763C">
              <w:rPr>
                <w:b/>
                <w:szCs w:val="28"/>
              </w:rPr>
              <w:lastRenderedPageBreak/>
              <w:t>- Cách tiến hành:</w:t>
            </w:r>
          </w:p>
        </w:tc>
      </w:tr>
      <w:tr w:rsidR="000052C7" w:rsidRPr="00AE763C">
        <w:trPr>
          <w:jc w:val="center"/>
        </w:trPr>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lastRenderedPageBreak/>
              <w:t xml:space="preserve">- GV hướng dẫn tìm văn bản theo yêu </w:t>
            </w:r>
            <w:r w:rsidRPr="00AE763C">
              <w:rPr>
                <w:szCs w:val="28"/>
              </w:rPr>
              <w:t>cầu nêu trong sách học sinh. GV nhắc HS đọc ví dụ để biết cách chọn bài đọc theo chủ đề.</w:t>
            </w:r>
          </w:p>
          <w:p w:rsidR="000052C7" w:rsidRPr="00AE763C" w:rsidRDefault="00AE763C">
            <w:pPr>
              <w:rPr>
                <w:szCs w:val="28"/>
              </w:rPr>
            </w:pPr>
            <w:r w:rsidRPr="00AE763C">
              <w:rPr>
                <w:szCs w:val="28"/>
              </w:rPr>
              <w:t>- HS có thể ghi chép các thông tin cơ bản vào phiếu đọc sách của mình.</w:t>
            </w:r>
          </w:p>
          <w:p w:rsidR="000052C7" w:rsidRPr="00AE763C" w:rsidRDefault="00AE763C">
            <w:pPr>
              <w:rPr>
                <w:szCs w:val="28"/>
              </w:rPr>
            </w:pPr>
            <w:r w:rsidRPr="00AE763C">
              <w:rPr>
                <w:szCs w:val="28"/>
              </w:rPr>
              <w:t>- HS nào tìm được câu chuyện, bài thơ theo yêu cầu có thể mang sách vở, truyện đến lớp thì tự đọ</w:t>
            </w:r>
            <w:r w:rsidRPr="00AE763C">
              <w:rPr>
                <w:szCs w:val="28"/>
              </w:rPr>
              <w:t>c hoặc đọc trong nhóm; còn HS nào chưa tìm được thì đọc văn bản được giới thiệu trong sách.</w:t>
            </w:r>
          </w:p>
          <w:p w:rsidR="000052C7" w:rsidRPr="00AE763C" w:rsidRDefault="00AE763C">
            <w:pPr>
              <w:rPr>
                <w:szCs w:val="28"/>
              </w:rPr>
            </w:pPr>
            <w:r w:rsidRPr="00AE763C">
              <w:rPr>
                <w:szCs w:val="28"/>
              </w:rPr>
              <w:t>- GV khuyến khích các em tìm thêm một số hình ảnh về quê hương, đất nước được nói đến trong bài đã đọc.</w:t>
            </w:r>
          </w:p>
          <w:p w:rsidR="000052C7" w:rsidRPr="00AE763C" w:rsidRDefault="00AE763C">
            <w:pPr>
              <w:rPr>
                <w:szCs w:val="28"/>
              </w:rPr>
            </w:pPr>
            <w:r w:rsidRPr="00AE763C">
              <w:rPr>
                <w:szCs w:val="28"/>
              </w:rPr>
              <w:t>- Nhận xét, đánh giá tiết dạy.</w:t>
            </w:r>
          </w:p>
          <w:p w:rsidR="000052C7" w:rsidRPr="00AE763C" w:rsidRDefault="00AE763C">
            <w:pPr>
              <w:rPr>
                <w:szCs w:val="28"/>
              </w:rPr>
            </w:pPr>
            <w:r w:rsidRPr="00AE763C">
              <w:rPr>
                <w:b/>
                <w:szCs w:val="28"/>
              </w:rPr>
              <w:t>Kết luận của GV: Đọc thêm sác</w:t>
            </w:r>
            <w:r w:rsidRPr="00AE763C">
              <w:rPr>
                <w:b/>
                <w:szCs w:val="28"/>
              </w:rPr>
              <w:t>h báo, truyện, thơ về quê hương, đất nước sẽ giúp các em mở rộng hiểu biết và thêm yêu tiếng Việt, yêu quê hương mình.</w:t>
            </w:r>
          </w:p>
        </w:tc>
        <w:tc>
          <w:tcPr>
            <w:tcW w:w="4677" w:type="dxa"/>
            <w:tcBorders>
              <w:top w:val="single" w:sz="8" w:space="0" w:color="808080"/>
              <w:left w:val="single" w:sz="8" w:space="0" w:color="808080"/>
              <w:bottom w:val="single" w:sz="8" w:space="0" w:color="808080"/>
              <w:right w:val="single" w:sz="8" w:space="0" w:color="808080"/>
            </w:tcBorders>
            <w:tcMar>
              <w:top w:w="85" w:type="dxa"/>
              <w:left w:w="110" w:type="dxa"/>
              <w:bottom w:w="85" w:type="dxa"/>
              <w:right w:w="110" w:type="dxa"/>
            </w:tcMar>
            <w:vAlign w:val="center"/>
          </w:tcPr>
          <w:p w:rsidR="000052C7" w:rsidRPr="00AE763C" w:rsidRDefault="00AE763C">
            <w:pPr>
              <w:rPr>
                <w:szCs w:val="28"/>
              </w:rPr>
            </w:pPr>
            <w:r w:rsidRPr="00AE763C">
              <w:rPr>
                <w:szCs w:val="28"/>
              </w:rPr>
              <w:t>- HS tìm văn bản.</w:t>
            </w:r>
          </w:p>
          <w:p w:rsidR="000052C7" w:rsidRPr="00AE763C" w:rsidRDefault="00AE763C">
            <w:pPr>
              <w:rPr>
                <w:szCs w:val="28"/>
              </w:rPr>
            </w:pPr>
            <w:r w:rsidRPr="00AE763C">
              <w:rPr>
                <w:szCs w:val="28"/>
              </w:rPr>
              <w:t>Tên bài đọc là gì? Bài viết về nơi nào? Ở đâu? Cách tác giả miêu tả có gì hay?</w:t>
            </w:r>
          </w:p>
          <w:p w:rsidR="000052C7" w:rsidRPr="00AE763C" w:rsidRDefault="00AE763C">
            <w:pPr>
              <w:rPr>
                <w:szCs w:val="28"/>
              </w:rPr>
            </w:pPr>
            <w:r w:rsidRPr="00AE763C">
              <w:rPr>
                <w:szCs w:val="28"/>
              </w:rPr>
              <w:t>- HS lắng nghe, về nhà thực hiện.</w:t>
            </w:r>
          </w:p>
        </w:tc>
      </w:tr>
    </w:tbl>
    <w:p w:rsidR="000052C7" w:rsidRPr="00AE763C" w:rsidRDefault="00AE763C">
      <w:pPr>
        <w:spacing w:after="0" w:line="240" w:lineRule="auto"/>
        <w:rPr>
          <w:szCs w:val="28"/>
        </w:rPr>
      </w:pPr>
      <w:r w:rsidRPr="00AE763C">
        <w:rPr>
          <w:b/>
          <w:szCs w:val="28"/>
        </w:rPr>
        <w:t>IV. Đ</w:t>
      </w:r>
      <w:r w:rsidRPr="00AE763C">
        <w:rPr>
          <w:b/>
          <w:szCs w:val="28"/>
        </w:rPr>
        <w:t>IỀU CHỈNH SAU BÀI DẠY:</w:t>
      </w:r>
    </w:p>
    <w:p w:rsidR="000052C7" w:rsidRPr="00AE763C" w:rsidRDefault="00AE763C">
      <w:pPr>
        <w:spacing w:after="0" w:line="240" w:lineRule="auto"/>
        <w:rPr>
          <w:szCs w:val="28"/>
        </w:rPr>
      </w:pPr>
      <w:r w:rsidRPr="00AE763C">
        <w:rPr>
          <w:szCs w:val="28"/>
        </w:rPr>
        <w:t>.......................................................................................................................................</w:t>
      </w:r>
    </w:p>
    <w:p w:rsidR="000052C7" w:rsidRPr="00AE763C" w:rsidRDefault="00AE763C">
      <w:pPr>
        <w:spacing w:after="0" w:line="240" w:lineRule="auto"/>
        <w:rPr>
          <w:szCs w:val="28"/>
        </w:rPr>
      </w:pPr>
      <w:r w:rsidRPr="00AE763C">
        <w:rPr>
          <w:szCs w:val="28"/>
        </w:rPr>
        <w:t>.................................................................................................</w:t>
      </w:r>
      <w:r w:rsidRPr="00AE763C">
        <w:rPr>
          <w:szCs w:val="28"/>
        </w:rPr>
        <w:t>......................................</w:t>
      </w:r>
    </w:p>
    <w:p w:rsidR="000052C7" w:rsidRPr="00AE763C" w:rsidRDefault="00AE763C">
      <w:pPr>
        <w:spacing w:after="0" w:line="240" w:lineRule="auto"/>
        <w:rPr>
          <w:szCs w:val="28"/>
        </w:rPr>
      </w:pPr>
      <w:r w:rsidRPr="00AE763C">
        <w:rPr>
          <w:szCs w:val="28"/>
        </w:rPr>
        <w:t>.......................................................................................................................................</w:t>
      </w:r>
      <w:bookmarkEnd w:id="0"/>
    </w:p>
    <w:sectPr w:rsidR="000052C7" w:rsidRPr="00AE763C" w:rsidSect="00034616">
      <w:pgSz w:w="12240" w:h="15840"/>
      <w:pgMar w:top="850" w:right="794"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3"/>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52C7"/>
    <w:rsid w:val="00034616"/>
    <w:rsid w:val="0006063C"/>
    <w:rsid w:val="0015074B"/>
    <w:rsid w:val="0029639D"/>
    <w:rsid w:val="00326F90"/>
    <w:rsid w:val="00AA1D8D"/>
    <w:rsid w:val="00AE763C"/>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EDF5E3"/>
  <w14:defaultImageDpi w14:val="300"/>
  <w15:docId w15:val="{12788AF5-0377-4AED-88AE-FD8628810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B5A6E-41B9-44C1-886D-415B33DE5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5535</Words>
  <Characters>31555</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37016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Tran</cp:lastModifiedBy>
  <cp:revision>2</cp:revision>
  <dcterms:created xsi:type="dcterms:W3CDTF">2026-03-26T01:41:00Z</dcterms:created>
  <dcterms:modified xsi:type="dcterms:W3CDTF">2026-03-26T01:41:00Z</dcterms:modified>
  <cp:category/>
</cp:coreProperties>
</file>