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03BD9" w14:textId="77777777" w:rsidR="00E93216" w:rsidRDefault="000E3BDE" w:rsidP="004E2872">
      <w:pPr>
        <w:shd w:val="clear" w:color="auto" w:fill="FFFFFF" w:themeFill="background1"/>
        <w:spacing w:after="0" w:line="240" w:lineRule="auto"/>
        <w:jc w:val="center"/>
      </w:pPr>
      <w:r>
        <w:rPr>
          <w:b/>
          <w:sz w:val="28"/>
        </w:rPr>
        <w:t>KẾ HOẠCH BÀI DẠY MÔN TIẾNG VIỆT LỚP 2 – TUẦN 17</w:t>
      </w:r>
    </w:p>
    <w:p w14:paraId="7F54D682" w14:textId="77777777" w:rsidR="00E93216" w:rsidRDefault="000E3BDE" w:rsidP="004E2872">
      <w:pPr>
        <w:shd w:val="clear" w:color="auto" w:fill="FFFFFF" w:themeFill="background1"/>
        <w:spacing w:after="0" w:line="240" w:lineRule="auto"/>
        <w:jc w:val="center"/>
      </w:pPr>
      <w:r>
        <w:rPr>
          <w:b/>
          <w:sz w:val="28"/>
        </w:rPr>
        <w:t>CHỦ ĐỀ 4: MÁI ẤM GIA ĐÌNH</w:t>
      </w:r>
    </w:p>
    <w:p w14:paraId="74B641F8" w14:textId="77777777" w:rsidR="00E93216" w:rsidRDefault="000E3BDE" w:rsidP="004E2872">
      <w:pPr>
        <w:shd w:val="clear" w:color="auto" w:fill="FFFFFF" w:themeFill="background1"/>
        <w:spacing w:after="0" w:line="240" w:lineRule="auto"/>
        <w:jc w:val="center"/>
      </w:pPr>
      <w:r>
        <w:rPr>
          <w:b/>
          <w:sz w:val="28"/>
        </w:rPr>
        <w:t>BÀI 31: ÁNH SÁNG CỦA YÊU THƯƠNG</w:t>
      </w:r>
    </w:p>
    <w:p w14:paraId="0F0DB3F8" w14:textId="77777777" w:rsidR="00E93216" w:rsidRDefault="000E3BDE" w:rsidP="004E2872">
      <w:pPr>
        <w:shd w:val="clear" w:color="auto" w:fill="FFFFFF" w:themeFill="background1"/>
        <w:spacing w:after="0" w:line="240" w:lineRule="auto"/>
        <w:jc w:val="center"/>
      </w:pPr>
      <w:r>
        <w:rPr>
          <w:b/>
          <w:sz w:val="28"/>
        </w:rPr>
        <w:t>TIẾT 1 – 2: ĐỌC</w:t>
      </w:r>
    </w:p>
    <w:p w14:paraId="1BBDE1BA" w14:textId="77777777" w:rsidR="00E93216" w:rsidRDefault="000E3BDE" w:rsidP="004E2872">
      <w:pPr>
        <w:shd w:val="clear" w:color="auto" w:fill="FFFFFF" w:themeFill="background1"/>
        <w:spacing w:after="0" w:line="240" w:lineRule="auto"/>
      </w:pPr>
      <w:r>
        <w:rPr>
          <w:b/>
        </w:rPr>
        <w:t>I. YÊU CẦU CẦN ĐẠT</w:t>
      </w:r>
    </w:p>
    <w:p w14:paraId="5E894BA0" w14:textId="77777777" w:rsidR="00E93216" w:rsidRDefault="000E3BDE" w:rsidP="004E2872">
      <w:pPr>
        <w:shd w:val="clear" w:color="auto" w:fill="FFFFFF" w:themeFill="background1"/>
        <w:spacing w:after="0" w:line="240" w:lineRule="auto"/>
      </w:pPr>
      <w:r>
        <w:t>Sau bài học, HS sẽ:</w:t>
      </w:r>
    </w:p>
    <w:p w14:paraId="542715A9" w14:textId="77777777" w:rsidR="00E93216" w:rsidRDefault="000E3BDE" w:rsidP="004E2872">
      <w:pPr>
        <w:shd w:val="clear" w:color="auto" w:fill="FFFFFF" w:themeFill="background1"/>
        <w:spacing w:after="0" w:line="240" w:lineRule="auto"/>
      </w:pPr>
      <w:r>
        <w:rPr>
          <w:b/>
        </w:rPr>
        <w:t>1. Năng lực đặc thù</w:t>
      </w:r>
    </w:p>
    <w:p w14:paraId="7A76DABE" w14:textId="77777777" w:rsidR="00E93216" w:rsidRDefault="000E3BDE" w:rsidP="004E2872">
      <w:pPr>
        <w:shd w:val="clear" w:color="auto" w:fill="FFFFFF" w:themeFill="background1"/>
        <w:spacing w:after="0" w:line="240" w:lineRule="auto"/>
      </w:pPr>
      <w:r>
        <w:t>- Đọc đúng, rõ ràng bài Ánh sáng của yêu thương; phát âm đúng các tiếng dễ đọc sai như Ê-đi-xơn, ruột thừa, mổ gấp, đột nhiên; biết đọc lời người kể, lời Ê-đi-xơn và lời bác sĩ với giọng phù hợp.</w:t>
      </w:r>
    </w:p>
    <w:p w14:paraId="3CB2AFDF" w14:textId="77777777" w:rsidR="00E93216" w:rsidRDefault="000E3BDE" w:rsidP="004E2872">
      <w:pPr>
        <w:shd w:val="clear" w:color="auto" w:fill="FFFFFF" w:themeFill="background1"/>
        <w:spacing w:after="0" w:line="240" w:lineRule="auto"/>
      </w:pPr>
      <w:r>
        <w:t>- Hiểu nghĩa các từ ngữ: Ê-đi-xơn, ái ngại, sắt tây; trả lời đúng các câu hỏi trong SGK; nêu được nội dung bài: tình yêu thương, lòng hiếu thảo và sự nhanh trí của Ê-đi-xơn giúp mẹ được phẫu thuật kịp thời.</w:t>
      </w:r>
    </w:p>
    <w:p w14:paraId="2E11D9CD" w14:textId="77777777" w:rsidR="00E93216" w:rsidRDefault="000E3BDE" w:rsidP="004E2872">
      <w:pPr>
        <w:shd w:val="clear" w:color="auto" w:fill="FFFFFF" w:themeFill="background1"/>
        <w:spacing w:after="0" w:line="240" w:lineRule="auto"/>
      </w:pPr>
      <w:r>
        <w:t>- Biết tìm chi tiết trong bài, nêu ý kiến về nhân vật yêu thích và liên hệ việc làm phù hợp khi người thân bị ốm.</w:t>
      </w:r>
    </w:p>
    <w:p w14:paraId="7DDD5480" w14:textId="77777777" w:rsidR="00E93216" w:rsidRDefault="000E3BDE" w:rsidP="004E2872">
      <w:pPr>
        <w:shd w:val="clear" w:color="auto" w:fill="FFFFFF" w:themeFill="background1"/>
        <w:spacing w:after="0" w:line="240" w:lineRule="auto"/>
      </w:pPr>
      <w:r>
        <w:rPr>
          <w:b/>
        </w:rPr>
        <w:t>2. Năng lực chung</w:t>
      </w:r>
    </w:p>
    <w:p w14:paraId="2EFFBA32" w14:textId="77777777" w:rsidR="00E93216" w:rsidRDefault="000E3BDE" w:rsidP="004E2872">
      <w:pPr>
        <w:shd w:val="clear" w:color="auto" w:fill="FFFFFF" w:themeFill="background1"/>
        <w:spacing w:after="0" w:line="240" w:lineRule="auto"/>
      </w:pPr>
      <w:r>
        <w:t>- Tự chủ và tự học: tự chuẩn bị SGK, đọc thầm, luyện đọc theo hướng dẫn.</w:t>
      </w:r>
    </w:p>
    <w:p w14:paraId="2396E835" w14:textId="77777777" w:rsidR="00E93216" w:rsidRDefault="000E3BDE" w:rsidP="004E2872">
      <w:pPr>
        <w:shd w:val="clear" w:color="auto" w:fill="FFFFFF" w:themeFill="background1"/>
        <w:spacing w:after="0" w:line="240" w:lineRule="auto"/>
      </w:pPr>
      <w:r>
        <w:t>- Giao tiếp và hợp tác: thảo luận nhóm, lắng nghe bạn đọc và góp ý lịch sự.</w:t>
      </w:r>
    </w:p>
    <w:p w14:paraId="6F56FD23" w14:textId="77777777" w:rsidR="00E93216" w:rsidRDefault="000E3BDE" w:rsidP="004E2872">
      <w:pPr>
        <w:shd w:val="clear" w:color="auto" w:fill="FFFFFF" w:themeFill="background1"/>
        <w:spacing w:after="0" w:line="240" w:lineRule="auto"/>
      </w:pPr>
      <w:r>
        <w:t>- Giải quyết vấn đề: biết lựa chọn chi tiết trong bài để trả lời câu hỏi.</w:t>
      </w:r>
    </w:p>
    <w:p w14:paraId="773A1748" w14:textId="77777777" w:rsidR="00E93216" w:rsidRDefault="000E3BDE" w:rsidP="004E2872">
      <w:pPr>
        <w:shd w:val="clear" w:color="auto" w:fill="FFFFFF" w:themeFill="background1"/>
        <w:spacing w:after="0" w:line="240" w:lineRule="auto"/>
      </w:pPr>
      <w:r>
        <w:rPr>
          <w:b/>
        </w:rPr>
        <w:t>3. Phẩm chất</w:t>
      </w:r>
    </w:p>
    <w:p w14:paraId="0A9C10D5" w14:textId="77777777" w:rsidR="00E93216" w:rsidRDefault="000E3BDE" w:rsidP="004E2872">
      <w:pPr>
        <w:shd w:val="clear" w:color="auto" w:fill="FFFFFF" w:themeFill="background1"/>
        <w:spacing w:after="0" w:line="240" w:lineRule="auto"/>
      </w:pPr>
      <w:r>
        <w:t>- Nhân ái: biết yêu thương, quan tâm, chăm sóc cha mẹ và người thân trong gia đình.</w:t>
      </w:r>
    </w:p>
    <w:p w14:paraId="203E6F9B" w14:textId="77777777" w:rsidR="00E93216" w:rsidRDefault="000E3BDE" w:rsidP="004E2872">
      <w:pPr>
        <w:shd w:val="clear" w:color="auto" w:fill="FFFFFF" w:themeFill="background1"/>
        <w:spacing w:after="0" w:line="240" w:lineRule="auto"/>
      </w:pPr>
      <w:r>
        <w:t>- Chăm chỉ, trách nhiệm: tích cực luyện đọc, hoàn thành nhiệm vụ học tập.</w:t>
      </w:r>
    </w:p>
    <w:p w14:paraId="164C57F1" w14:textId="77777777" w:rsidR="00E93216" w:rsidRDefault="000E3BDE" w:rsidP="004E2872">
      <w:pPr>
        <w:shd w:val="clear" w:color="auto" w:fill="FFFFFF" w:themeFill="background1"/>
        <w:spacing w:after="0" w:line="240" w:lineRule="auto"/>
      </w:pPr>
      <w:r>
        <w:rPr>
          <w:b/>
          <w:color w:val="C00000"/>
        </w:rPr>
        <w:t>4. Tích hợp</w:t>
      </w:r>
    </w:p>
    <w:p w14:paraId="09D668BC" w14:textId="77777777" w:rsidR="00E93216" w:rsidRDefault="000E3BDE" w:rsidP="004E2872">
      <w:pPr>
        <w:shd w:val="clear" w:color="auto" w:fill="FFFFFF" w:themeFill="background1"/>
        <w:spacing w:after="0" w:line="240" w:lineRule="auto"/>
      </w:pPr>
      <w:r>
        <w:rPr>
          <w:color w:val="C00000"/>
        </w:rPr>
        <w:t>- Đạo đức, lối sống: Giáo dục học sinh lòng hiếu thảo, biết yêu thương, quan tâm và chăm sóc cha mẹ, hình thành lối sống nhân ái, trách nhiệm trong gia đình và cuộc sống hằng ngày.</w:t>
      </w:r>
    </w:p>
    <w:p w14:paraId="017C9FE9" w14:textId="77777777" w:rsidR="00E93216" w:rsidRDefault="000E3BDE" w:rsidP="004E2872">
      <w:pPr>
        <w:shd w:val="clear" w:color="auto" w:fill="FFFFFF" w:themeFill="background1"/>
        <w:spacing w:after="0" w:line="240" w:lineRule="auto"/>
      </w:pPr>
      <w:r>
        <w:rPr>
          <w:b/>
        </w:rPr>
        <w:t>II. ĐỒ DÙNG DẠY HỌC</w:t>
      </w:r>
    </w:p>
    <w:p w14:paraId="250F562F" w14:textId="77777777" w:rsidR="00E93216" w:rsidRDefault="000E3BDE" w:rsidP="004E2872">
      <w:pPr>
        <w:shd w:val="clear" w:color="auto" w:fill="FFFFFF" w:themeFill="background1"/>
        <w:spacing w:after="0" w:line="240" w:lineRule="auto"/>
      </w:pPr>
      <w:r>
        <w:rPr>
          <w:b/>
        </w:rPr>
        <w:t>1. Giáo viên</w:t>
      </w:r>
    </w:p>
    <w:p w14:paraId="586A06D1" w14:textId="77777777" w:rsidR="00E93216" w:rsidRDefault="000E3BDE" w:rsidP="004E2872">
      <w:pPr>
        <w:shd w:val="clear" w:color="auto" w:fill="FFFFFF" w:themeFill="background1"/>
        <w:spacing w:after="0" w:line="240" w:lineRule="auto"/>
      </w:pPr>
      <w:r>
        <w:t>- SGK Tiếng Việt 2, máy tính, máy chiếu; tranh minh họa bài đọc; phiếu thảo luận nhóm.</w:t>
      </w:r>
    </w:p>
    <w:p w14:paraId="769458AD" w14:textId="77777777" w:rsidR="00E93216" w:rsidRDefault="000E3BDE" w:rsidP="004E2872">
      <w:pPr>
        <w:shd w:val="clear" w:color="auto" w:fill="FFFFFF" w:themeFill="background1"/>
        <w:spacing w:after="0" w:line="240" w:lineRule="auto"/>
      </w:pPr>
      <w:r>
        <w:t>- Hình ảnh hoặc câu chuyện ngắn về việc chăm sóc người thân khi người thân bị mệt.</w:t>
      </w:r>
    </w:p>
    <w:p w14:paraId="341AD7CA" w14:textId="77777777" w:rsidR="00E93216" w:rsidRDefault="000E3BDE" w:rsidP="004E2872">
      <w:pPr>
        <w:shd w:val="clear" w:color="auto" w:fill="FFFFFF" w:themeFill="background1"/>
        <w:spacing w:after="0" w:line="240" w:lineRule="auto"/>
      </w:pPr>
      <w:r>
        <w:rPr>
          <w:b/>
        </w:rPr>
        <w:t>2. Học sinh</w:t>
      </w:r>
    </w:p>
    <w:p w14:paraId="04D52C70" w14:textId="77777777" w:rsidR="00E93216" w:rsidRDefault="000E3BDE" w:rsidP="004E2872">
      <w:pPr>
        <w:shd w:val="clear" w:color="auto" w:fill="FFFFFF" w:themeFill="background1"/>
        <w:spacing w:after="0" w:line="240" w:lineRule="auto"/>
      </w:pPr>
      <w:r>
        <w:t>- SGK, vở ghi, bút, bảng con; chuẩn bị trước bài đọc.</w:t>
      </w:r>
    </w:p>
    <w:p w14:paraId="0116862E" w14:textId="77777777" w:rsidR="00E93216" w:rsidRDefault="000E3BDE" w:rsidP="004E2872">
      <w:pPr>
        <w:shd w:val="clear" w:color="auto" w:fill="FFFFFF" w:themeFill="background1"/>
        <w:spacing w:after="0" w:line="240" w:lineRule="auto"/>
      </w:pPr>
      <w:r>
        <w:rPr>
          <w:b/>
        </w:rPr>
        <w:t>III. CÁC HOẠT ĐỘNG DẠY HỌC CHỦ YẾU</w:t>
      </w:r>
    </w:p>
    <w:tbl>
      <w:tblPr>
        <w:tblStyle w:val="TableGrid"/>
        <w:tblW w:w="0" w:type="auto"/>
        <w:jc w:val="center"/>
        <w:tblLook w:val="04A0" w:firstRow="1" w:lastRow="0" w:firstColumn="1" w:lastColumn="0" w:noHBand="0" w:noVBand="1"/>
      </w:tblPr>
      <w:tblGrid>
        <w:gridCol w:w="5103"/>
        <w:gridCol w:w="5103"/>
      </w:tblGrid>
      <w:tr w:rsidR="00E93216" w14:paraId="54DB05CD" w14:textId="77777777" w:rsidTr="004E2872">
        <w:trPr>
          <w:jc w:val="center"/>
        </w:trPr>
        <w:tc>
          <w:tcPr>
            <w:tcW w:w="5103" w:type="dxa"/>
            <w:tcBorders>
              <w:top w:val="single" w:sz="6" w:space="0" w:color="000000"/>
              <w:left w:val="single" w:sz="6" w:space="0" w:color="000000"/>
              <w:bottom w:val="single" w:sz="4" w:space="0" w:color="000000"/>
              <w:right w:val="single" w:sz="6" w:space="0" w:color="000000"/>
            </w:tcBorders>
            <w:shd w:val="clear" w:color="auto" w:fill="D9EAF7"/>
          </w:tcPr>
          <w:p w14:paraId="58263CBF" w14:textId="77777777" w:rsidR="00E93216" w:rsidRDefault="000E3BDE" w:rsidP="004E2872">
            <w:pPr>
              <w:shd w:val="clear" w:color="auto" w:fill="FFFFFF" w:themeFill="background1"/>
            </w:pPr>
            <w:r>
              <w:rPr>
                <w:b/>
              </w:rPr>
              <w:t>Hoạt động của GV</w:t>
            </w:r>
          </w:p>
        </w:tc>
        <w:tc>
          <w:tcPr>
            <w:tcW w:w="5103" w:type="dxa"/>
            <w:tcBorders>
              <w:top w:val="single" w:sz="6" w:space="0" w:color="000000"/>
              <w:left w:val="single" w:sz="6" w:space="0" w:color="000000"/>
              <w:bottom w:val="single" w:sz="4" w:space="0" w:color="000000"/>
              <w:right w:val="single" w:sz="6" w:space="0" w:color="000000"/>
            </w:tcBorders>
            <w:shd w:val="clear" w:color="auto" w:fill="D9EAF7"/>
          </w:tcPr>
          <w:p w14:paraId="4DF54168" w14:textId="77777777" w:rsidR="00E93216" w:rsidRDefault="000E3BDE" w:rsidP="004E2872">
            <w:pPr>
              <w:shd w:val="clear" w:color="auto" w:fill="FFFFFF" w:themeFill="background1"/>
            </w:pPr>
            <w:r>
              <w:rPr>
                <w:b/>
              </w:rPr>
              <w:t>Hoạt động của HS</w:t>
            </w:r>
          </w:p>
        </w:tc>
      </w:tr>
      <w:tr w:rsidR="00E93216" w14:paraId="00BC34AB" w14:textId="77777777" w:rsidTr="004E2872">
        <w:trPr>
          <w:jc w:val="center"/>
        </w:trPr>
        <w:tc>
          <w:tcPr>
            <w:tcW w:w="10206" w:type="dxa"/>
            <w:gridSpan w:val="2"/>
            <w:tcBorders>
              <w:top w:val="single" w:sz="4" w:space="0" w:color="000000"/>
              <w:left w:val="single" w:sz="4" w:space="0" w:color="000000"/>
              <w:bottom w:val="nil"/>
              <w:right w:val="single" w:sz="4" w:space="0" w:color="000000"/>
            </w:tcBorders>
            <w:shd w:val="clear" w:color="auto" w:fill="EDEDED"/>
          </w:tcPr>
          <w:p w14:paraId="717A6D33" w14:textId="77777777" w:rsidR="00E93216" w:rsidRDefault="000E3BDE" w:rsidP="004E2872">
            <w:pPr>
              <w:shd w:val="clear" w:color="auto" w:fill="FFFFFF" w:themeFill="background1"/>
            </w:pPr>
            <w:r>
              <w:rPr>
                <w:b/>
              </w:rPr>
              <w:t>TIẾT 1</w:t>
            </w:r>
          </w:p>
        </w:tc>
      </w:tr>
      <w:tr w:rsidR="00E93216" w14:paraId="7976C6AB" w14:textId="77777777" w:rsidTr="004E2872">
        <w:trPr>
          <w:jc w:val="center"/>
        </w:trPr>
        <w:tc>
          <w:tcPr>
            <w:tcW w:w="10206" w:type="dxa"/>
            <w:gridSpan w:val="2"/>
            <w:tcBorders>
              <w:top w:val="nil"/>
              <w:left w:val="single" w:sz="4" w:space="0" w:color="000000"/>
              <w:bottom w:val="single" w:sz="4" w:space="0" w:color="000000"/>
              <w:right w:val="single" w:sz="4" w:space="0" w:color="000000"/>
            </w:tcBorders>
            <w:shd w:val="clear" w:color="auto" w:fill="E2F0D9"/>
          </w:tcPr>
          <w:p w14:paraId="4F3D3067" w14:textId="77777777" w:rsidR="00E93216" w:rsidRDefault="000E3BDE" w:rsidP="004E2872">
            <w:pPr>
              <w:shd w:val="clear" w:color="auto" w:fill="FFFFFF" w:themeFill="background1"/>
              <w:jc w:val="center"/>
            </w:pPr>
            <w:r>
              <w:rPr>
                <w:b/>
              </w:rPr>
              <w:t>1. KHỞI ĐỘNG (5 phút)</w:t>
            </w:r>
            <w:r>
              <w:rPr>
                <w:b/>
              </w:rPr>
              <w:br/>
              <w:t>Mục tiêu: HS chia sẻ được việc làm giúp đỡ, động viên người thân khi bị mệt; tạo tâm thế vào bài đọc.</w:t>
            </w:r>
          </w:p>
        </w:tc>
      </w:tr>
      <w:tr w:rsidR="00E93216" w14:paraId="496DCF09" w14:textId="77777777" w:rsidTr="004E2872">
        <w:trPr>
          <w:jc w:val="center"/>
        </w:trPr>
        <w:tc>
          <w:tcPr>
            <w:tcW w:w="5103" w:type="dxa"/>
            <w:tcBorders>
              <w:top w:val="single" w:sz="4" w:space="0" w:color="000000"/>
              <w:bottom w:val="nil"/>
            </w:tcBorders>
          </w:tcPr>
          <w:p w14:paraId="5CB07EF6" w14:textId="77777777" w:rsidR="00E93216" w:rsidRDefault="000E3BDE" w:rsidP="004E2872">
            <w:pPr>
              <w:shd w:val="clear" w:color="auto" w:fill="FFFFFF" w:themeFill="background1"/>
            </w:pPr>
            <w:r>
              <w:t>- GV yêu cầu HS trao đổi nhóm đôi: Nếu người thân bị mệt, em có thể làm gì để giúp đỡ, động viên?</w:t>
            </w:r>
          </w:p>
          <w:p w14:paraId="7A03927C" w14:textId="77777777" w:rsidR="00E93216" w:rsidRDefault="000E3BDE" w:rsidP="004E2872">
            <w:pPr>
              <w:shd w:val="clear" w:color="auto" w:fill="FFFFFF" w:themeFill="background1"/>
            </w:pPr>
            <w:r>
              <w:t>- GV gợi ý: Người thân đó là ai? Người ấy bị mệt như thế nào? Em đã làm gì hoặc nói gì để động viên?</w:t>
            </w:r>
          </w:p>
        </w:tc>
        <w:tc>
          <w:tcPr>
            <w:tcW w:w="5103" w:type="dxa"/>
            <w:tcBorders>
              <w:top w:val="single" w:sz="4" w:space="0" w:color="000000"/>
              <w:bottom w:val="nil"/>
            </w:tcBorders>
          </w:tcPr>
          <w:p w14:paraId="76178732" w14:textId="77777777" w:rsidR="00E93216" w:rsidRDefault="000E3BDE" w:rsidP="004E2872">
            <w:pPr>
              <w:shd w:val="clear" w:color="auto" w:fill="FFFFFF" w:themeFill="background1"/>
            </w:pPr>
            <w:r>
              <w:t>- HS trao đổi nhóm đôi.</w:t>
            </w:r>
          </w:p>
          <w:p w14:paraId="7FAA7595" w14:textId="77777777" w:rsidR="00E93216" w:rsidRDefault="000E3BDE" w:rsidP="004E2872">
            <w:pPr>
              <w:shd w:val="clear" w:color="auto" w:fill="FFFFFF" w:themeFill="background1"/>
            </w:pPr>
            <w:r>
              <w:t>- HS nêu việc làm cụ thể: lấy nước cho mẹ, đọc truyện cho bà nghe, báo người lớn, nhắc người thân uống thuốc theo hướng dẫn của người lớn, nói lời động viên.</w:t>
            </w:r>
          </w:p>
        </w:tc>
      </w:tr>
      <w:tr w:rsidR="00E93216" w14:paraId="677A514C" w14:textId="77777777" w:rsidTr="004E2872">
        <w:trPr>
          <w:jc w:val="center"/>
        </w:trPr>
        <w:tc>
          <w:tcPr>
            <w:tcW w:w="5103" w:type="dxa"/>
            <w:tcBorders>
              <w:top w:val="nil"/>
              <w:bottom w:val="single" w:sz="4" w:space="0" w:color="000000"/>
            </w:tcBorders>
          </w:tcPr>
          <w:p w14:paraId="14AC7A7E" w14:textId="77777777" w:rsidR="00E93216" w:rsidRDefault="000E3BDE" w:rsidP="004E2872">
            <w:pPr>
              <w:shd w:val="clear" w:color="auto" w:fill="FFFFFF" w:themeFill="background1"/>
            </w:pPr>
            <w:r>
              <w:t>- GV mời một số HS chia sẻ trước lớp; nhận xét và dẫn vào bài: Tình yêu thương có thể giúp chúng ta nghĩ ra những việc làm rất ý nghĩa. Hôm nay, các em cùng đọc bài Ánh sáng của yêu thương.</w:t>
            </w:r>
          </w:p>
        </w:tc>
        <w:tc>
          <w:tcPr>
            <w:tcW w:w="5103" w:type="dxa"/>
            <w:tcBorders>
              <w:top w:val="nil"/>
              <w:bottom w:val="single" w:sz="4" w:space="0" w:color="000000"/>
            </w:tcBorders>
          </w:tcPr>
          <w:p w14:paraId="37E3EEAB" w14:textId="77777777" w:rsidR="00E93216" w:rsidRDefault="000E3BDE" w:rsidP="004E2872">
            <w:pPr>
              <w:shd w:val="clear" w:color="auto" w:fill="FFFFFF" w:themeFill="background1"/>
            </w:pPr>
            <w:r>
              <w:t>- HS chia sẻ trước lớp.</w:t>
            </w:r>
          </w:p>
          <w:p w14:paraId="3E47E71E" w14:textId="77777777" w:rsidR="00E93216" w:rsidRDefault="000E3BDE" w:rsidP="004E2872">
            <w:pPr>
              <w:shd w:val="clear" w:color="auto" w:fill="FFFFFF" w:themeFill="background1"/>
            </w:pPr>
            <w:r>
              <w:t>- HS lắng nghe, mở SGK trang 130 và ghi tên bài.</w:t>
            </w:r>
          </w:p>
        </w:tc>
      </w:tr>
      <w:tr w:rsidR="00E93216" w14:paraId="0BA2237B"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2F0D9"/>
          </w:tcPr>
          <w:p w14:paraId="5A8DC3EC" w14:textId="77777777" w:rsidR="00E93216" w:rsidRDefault="000E3BDE" w:rsidP="004E2872">
            <w:pPr>
              <w:shd w:val="clear" w:color="auto" w:fill="FFFFFF" w:themeFill="background1"/>
              <w:jc w:val="center"/>
            </w:pPr>
            <w:r>
              <w:rPr>
                <w:b/>
              </w:rPr>
              <w:t>2. ĐỌC VĂN BẢN (28 phút)</w:t>
            </w:r>
            <w:r>
              <w:rPr>
                <w:b/>
              </w:rPr>
              <w:br/>
              <w:t xml:space="preserve">Mục tiêu: HS đọc đúng, trôi chảy bài đọc; biết chia đoạn, đọc từ khó, hiểu nghĩa từ khó </w:t>
            </w:r>
            <w:r>
              <w:rPr>
                <w:b/>
              </w:rPr>
              <w:lastRenderedPageBreak/>
              <w:t>và bước đầu nắm nội dung bài.</w:t>
            </w:r>
          </w:p>
        </w:tc>
      </w:tr>
      <w:tr w:rsidR="00E93216" w14:paraId="70AA11A8" w14:textId="77777777" w:rsidTr="004E2872">
        <w:trPr>
          <w:jc w:val="center"/>
        </w:trPr>
        <w:tc>
          <w:tcPr>
            <w:tcW w:w="5103" w:type="dxa"/>
            <w:tcBorders>
              <w:top w:val="single" w:sz="4" w:space="0" w:color="000000"/>
              <w:bottom w:val="nil"/>
            </w:tcBorders>
          </w:tcPr>
          <w:p w14:paraId="6637EAFE" w14:textId="77777777" w:rsidR="00E93216" w:rsidRDefault="000E3BDE" w:rsidP="004E2872">
            <w:pPr>
              <w:shd w:val="clear" w:color="auto" w:fill="FFFFFF" w:themeFill="background1"/>
            </w:pPr>
            <w:r>
              <w:lastRenderedPageBreak/>
              <w:t>- GV yêu cầu HS quan sát tranh minh họa bài đọc và nêu nội dung tranh.</w:t>
            </w:r>
          </w:p>
          <w:p w14:paraId="0A3EECCA" w14:textId="2EF4136C" w:rsidR="00E93216" w:rsidRDefault="00E93216" w:rsidP="004E2872">
            <w:pPr>
              <w:shd w:val="clear" w:color="auto" w:fill="FFFFFF" w:themeFill="background1"/>
              <w:jc w:val="center"/>
            </w:pPr>
          </w:p>
        </w:tc>
        <w:tc>
          <w:tcPr>
            <w:tcW w:w="5103" w:type="dxa"/>
            <w:tcBorders>
              <w:top w:val="single" w:sz="4" w:space="0" w:color="000000"/>
              <w:bottom w:val="nil"/>
            </w:tcBorders>
          </w:tcPr>
          <w:p w14:paraId="2B0EC50B" w14:textId="77777777" w:rsidR="00E93216" w:rsidRDefault="000E3BDE" w:rsidP="004E2872">
            <w:pPr>
              <w:shd w:val="clear" w:color="auto" w:fill="FFFFFF" w:themeFill="background1"/>
            </w:pPr>
            <w:r>
              <w:t>- HS quan sát tranh và nêu: Tranh vẽ mẹ Ê-đi-xơn bị ốm, bác sĩ đến khám, Ê-đi-xơn rất lo lắng; trong phòng có đèn nến và gương.</w:t>
            </w:r>
          </w:p>
        </w:tc>
      </w:tr>
      <w:tr w:rsidR="00E93216" w14:paraId="54E1D25C" w14:textId="77777777" w:rsidTr="004E2872">
        <w:trPr>
          <w:jc w:val="center"/>
        </w:trPr>
        <w:tc>
          <w:tcPr>
            <w:tcW w:w="5103" w:type="dxa"/>
            <w:tcBorders>
              <w:top w:val="nil"/>
              <w:bottom w:val="nil"/>
            </w:tcBorders>
          </w:tcPr>
          <w:p w14:paraId="477451FE" w14:textId="77777777" w:rsidR="00E93216" w:rsidRDefault="000E3BDE" w:rsidP="004E2872">
            <w:pPr>
              <w:shd w:val="clear" w:color="auto" w:fill="FFFFFF" w:themeFill="background1"/>
            </w:pPr>
            <w:r>
              <w:rPr>
                <w:b/>
              </w:rPr>
              <w:t>- a. GV đọc mẫu.</w:t>
            </w:r>
          </w:p>
          <w:p w14:paraId="547A4FC5" w14:textId="77777777" w:rsidR="00E93216" w:rsidRDefault="000E3BDE" w:rsidP="004E2872">
            <w:pPr>
              <w:shd w:val="clear" w:color="auto" w:fill="FFFFFF" w:themeFill="background1"/>
            </w:pPr>
            <w:r>
              <w:t>- GV giới thiệu ngắn gọn bài đọc, đọc mẫu toàn bài với giọng kể chậm rãi, cảm động; nhấn giọng ở các từ ngữ thể hiện sự lo lắng và sáng kiến của Ê-đi-xơn.</w:t>
            </w:r>
          </w:p>
        </w:tc>
        <w:tc>
          <w:tcPr>
            <w:tcW w:w="5103" w:type="dxa"/>
            <w:tcBorders>
              <w:top w:val="nil"/>
              <w:bottom w:val="nil"/>
            </w:tcBorders>
          </w:tcPr>
          <w:p w14:paraId="735311E1" w14:textId="77777777" w:rsidR="00E93216" w:rsidRDefault="000E3BDE" w:rsidP="004E2872">
            <w:pPr>
              <w:shd w:val="clear" w:color="auto" w:fill="FFFFFF" w:themeFill="background1"/>
            </w:pPr>
            <w:r>
              <w:t>- HS lắng nghe, đọc thầm theo và chú ý giọng đọc của GV.</w:t>
            </w:r>
          </w:p>
        </w:tc>
      </w:tr>
      <w:tr w:rsidR="00E93216" w14:paraId="788E843B" w14:textId="77777777" w:rsidTr="004E2872">
        <w:trPr>
          <w:jc w:val="center"/>
        </w:trPr>
        <w:tc>
          <w:tcPr>
            <w:tcW w:w="5103" w:type="dxa"/>
            <w:tcBorders>
              <w:top w:val="nil"/>
              <w:bottom w:val="nil"/>
            </w:tcBorders>
          </w:tcPr>
          <w:p w14:paraId="764FE35E" w14:textId="77777777" w:rsidR="00E93216" w:rsidRDefault="000E3BDE" w:rsidP="004E2872">
            <w:pPr>
              <w:shd w:val="clear" w:color="auto" w:fill="FFFFFF" w:themeFill="background1"/>
            </w:pPr>
            <w:r>
              <w:rPr>
                <w:b/>
              </w:rPr>
              <w:t>- b. HS luyện đọc từng đoạn, kết hợp đọc từ khó và giải nghĩa từ.</w:t>
            </w:r>
          </w:p>
          <w:p w14:paraId="71D28614" w14:textId="77777777" w:rsidR="00E93216" w:rsidRDefault="000E3BDE" w:rsidP="004E2872">
            <w:pPr>
              <w:shd w:val="clear" w:color="auto" w:fill="FFFFFF" w:themeFill="background1"/>
            </w:pPr>
            <w:r>
              <w:t>- GV hỏi: Bài đọc được chia làm mấy đoạn?</w:t>
            </w:r>
          </w:p>
        </w:tc>
        <w:tc>
          <w:tcPr>
            <w:tcW w:w="5103" w:type="dxa"/>
            <w:tcBorders>
              <w:top w:val="nil"/>
              <w:bottom w:val="nil"/>
            </w:tcBorders>
          </w:tcPr>
          <w:p w14:paraId="346EB410" w14:textId="77777777" w:rsidR="00E93216" w:rsidRDefault="000E3BDE" w:rsidP="004E2872">
            <w:pPr>
              <w:shd w:val="clear" w:color="auto" w:fill="FFFFFF" w:themeFill="background1"/>
            </w:pPr>
            <w:r>
              <w:t>- HS trả lời: Bài đọc chia làm 4 đoạn.</w:t>
            </w:r>
          </w:p>
          <w:p w14:paraId="15FE9AF6" w14:textId="77777777" w:rsidR="00E93216" w:rsidRDefault="000E3BDE" w:rsidP="004E2872">
            <w:pPr>
              <w:shd w:val="clear" w:color="auto" w:fill="FFFFFF" w:themeFill="background1"/>
            </w:pPr>
            <w:r>
              <w:t>+ Đoạn 1: Từ đầu đến mời bác sĩ.</w:t>
            </w:r>
          </w:p>
          <w:p w14:paraId="638B9E57" w14:textId="77777777" w:rsidR="00E93216" w:rsidRDefault="000E3BDE" w:rsidP="004E2872">
            <w:pPr>
              <w:shd w:val="clear" w:color="auto" w:fill="FFFFFF" w:themeFill="background1"/>
            </w:pPr>
            <w:r>
              <w:t>+ Đoạn 2: Tiếp theo đến mới mổ được cháu ạ!</w:t>
            </w:r>
          </w:p>
          <w:p w14:paraId="7E465AAD" w14:textId="77777777" w:rsidR="00E93216" w:rsidRDefault="000E3BDE" w:rsidP="004E2872">
            <w:pPr>
              <w:shd w:val="clear" w:color="auto" w:fill="FFFFFF" w:themeFill="background1"/>
            </w:pPr>
            <w:r>
              <w:t>+ Đoạn 3: Tiếp theo đến ánh sáng.</w:t>
            </w:r>
          </w:p>
          <w:p w14:paraId="6C118E57" w14:textId="77777777" w:rsidR="00E93216" w:rsidRDefault="000E3BDE" w:rsidP="004E2872">
            <w:pPr>
              <w:shd w:val="clear" w:color="auto" w:fill="FFFFFF" w:themeFill="background1"/>
            </w:pPr>
            <w:r>
              <w:t>+ Đoạn 4: Phần còn lại.</w:t>
            </w:r>
          </w:p>
        </w:tc>
      </w:tr>
      <w:tr w:rsidR="00E93216" w14:paraId="22CE3200" w14:textId="77777777" w:rsidTr="004E2872">
        <w:trPr>
          <w:jc w:val="center"/>
        </w:trPr>
        <w:tc>
          <w:tcPr>
            <w:tcW w:w="5103" w:type="dxa"/>
            <w:tcBorders>
              <w:top w:val="nil"/>
              <w:bottom w:val="nil"/>
            </w:tcBorders>
          </w:tcPr>
          <w:p w14:paraId="0E73C98B" w14:textId="77777777" w:rsidR="00E93216" w:rsidRDefault="000E3BDE" w:rsidP="004E2872">
            <w:pPr>
              <w:shd w:val="clear" w:color="auto" w:fill="FFFFFF" w:themeFill="background1"/>
            </w:pPr>
            <w:r>
              <w:t>- GV tổ chức cho HS đọc nối tiếp đoạn lần 1; yêu cầu HS phát hiện từ khó đọc.</w:t>
            </w:r>
          </w:p>
        </w:tc>
        <w:tc>
          <w:tcPr>
            <w:tcW w:w="5103" w:type="dxa"/>
            <w:tcBorders>
              <w:top w:val="nil"/>
              <w:bottom w:val="nil"/>
            </w:tcBorders>
          </w:tcPr>
          <w:p w14:paraId="0B078196" w14:textId="77777777" w:rsidR="00E93216" w:rsidRDefault="000E3BDE" w:rsidP="004E2872">
            <w:pPr>
              <w:shd w:val="clear" w:color="auto" w:fill="FFFFFF" w:themeFill="background1"/>
            </w:pPr>
            <w:r>
              <w:t>- HS đọc nối tiếp từng đoạn.</w:t>
            </w:r>
          </w:p>
          <w:p w14:paraId="3A0311C9" w14:textId="77777777" w:rsidR="00E93216" w:rsidRDefault="000E3BDE" w:rsidP="004E2872">
            <w:pPr>
              <w:shd w:val="clear" w:color="auto" w:fill="FFFFFF" w:themeFill="background1"/>
            </w:pPr>
            <w:r>
              <w:t>- HS nêu từ khó: Ê-đi-xơn, ruột thừa, mổ gấp, đột nhiên, rạng rỡ, sắt tây.</w:t>
            </w:r>
          </w:p>
        </w:tc>
      </w:tr>
      <w:tr w:rsidR="00E93216" w14:paraId="2C6699BF" w14:textId="77777777" w:rsidTr="004E2872">
        <w:trPr>
          <w:jc w:val="center"/>
        </w:trPr>
        <w:tc>
          <w:tcPr>
            <w:tcW w:w="5103" w:type="dxa"/>
            <w:tcBorders>
              <w:top w:val="nil"/>
              <w:bottom w:val="nil"/>
            </w:tcBorders>
          </w:tcPr>
          <w:p w14:paraId="5B60E5A4" w14:textId="77777777" w:rsidR="00E93216" w:rsidRDefault="000E3BDE" w:rsidP="004E2872">
            <w:pPr>
              <w:shd w:val="clear" w:color="auto" w:fill="FFFFFF" w:themeFill="background1"/>
            </w:pPr>
            <w:r>
              <w:t>- GV hướng dẫn HS luyện đọc từ khó và câu dài: “Xin bác sĩ cứu mẹ cháu!”; “Đủ ánh sáng, bác mới mổ được cháu ạ!”.</w:t>
            </w:r>
          </w:p>
        </w:tc>
        <w:tc>
          <w:tcPr>
            <w:tcW w:w="5103" w:type="dxa"/>
            <w:tcBorders>
              <w:top w:val="nil"/>
              <w:bottom w:val="nil"/>
            </w:tcBorders>
          </w:tcPr>
          <w:p w14:paraId="2F56B4E6" w14:textId="77777777" w:rsidR="00E93216" w:rsidRDefault="000E3BDE" w:rsidP="004E2872">
            <w:pPr>
              <w:shd w:val="clear" w:color="auto" w:fill="FFFFFF" w:themeFill="background1"/>
            </w:pPr>
            <w:r>
              <w:t>- HS luyện đọc cá nhân, nhóm, đồng thanh các từ khó và câu dài theo hướng dẫn.</w:t>
            </w:r>
          </w:p>
        </w:tc>
      </w:tr>
      <w:tr w:rsidR="00E93216" w14:paraId="6F2513C0" w14:textId="77777777" w:rsidTr="004E2872">
        <w:trPr>
          <w:jc w:val="center"/>
        </w:trPr>
        <w:tc>
          <w:tcPr>
            <w:tcW w:w="5103" w:type="dxa"/>
            <w:tcBorders>
              <w:top w:val="nil"/>
              <w:bottom w:val="nil"/>
            </w:tcBorders>
          </w:tcPr>
          <w:p w14:paraId="77250515" w14:textId="77777777" w:rsidR="00E93216" w:rsidRDefault="000E3BDE" w:rsidP="004E2872">
            <w:pPr>
              <w:shd w:val="clear" w:color="auto" w:fill="FFFFFF" w:themeFill="background1"/>
            </w:pPr>
            <w:r>
              <w:t>- GV tổ chức cho HS đọc nối tiếp đoạn lần 2; hướng dẫn đọc lời Ê-đi-xơn với giọng lo lắng, khẩn khoản; lời bác sĩ ái ngại; lời kể chậm rãi.</w:t>
            </w:r>
          </w:p>
        </w:tc>
        <w:tc>
          <w:tcPr>
            <w:tcW w:w="5103" w:type="dxa"/>
            <w:tcBorders>
              <w:top w:val="nil"/>
              <w:bottom w:val="nil"/>
            </w:tcBorders>
          </w:tcPr>
          <w:p w14:paraId="6240E885" w14:textId="77777777" w:rsidR="00E93216" w:rsidRDefault="000E3BDE" w:rsidP="004E2872">
            <w:pPr>
              <w:shd w:val="clear" w:color="auto" w:fill="FFFFFF" w:themeFill="background1"/>
            </w:pPr>
            <w:r>
              <w:t>- HS đọc nối tiếp đoạn lần 2, biết điều chỉnh giọng đọc cho phù hợp với nhân vật.</w:t>
            </w:r>
          </w:p>
        </w:tc>
      </w:tr>
      <w:tr w:rsidR="00E93216" w14:paraId="45D295EE" w14:textId="77777777" w:rsidTr="004E2872">
        <w:trPr>
          <w:jc w:val="center"/>
        </w:trPr>
        <w:tc>
          <w:tcPr>
            <w:tcW w:w="5103" w:type="dxa"/>
            <w:tcBorders>
              <w:top w:val="nil"/>
              <w:bottom w:val="nil"/>
            </w:tcBorders>
          </w:tcPr>
          <w:p w14:paraId="7C7399FE" w14:textId="77777777" w:rsidR="00E93216" w:rsidRDefault="000E3BDE" w:rsidP="004E2872">
            <w:pPr>
              <w:shd w:val="clear" w:color="auto" w:fill="FFFFFF" w:themeFill="background1"/>
            </w:pPr>
            <w:r>
              <w:t>- GV yêu cầu HS đọc phần Từ ngữ và giải nghĩa các từ trong SGK.</w:t>
            </w:r>
          </w:p>
        </w:tc>
        <w:tc>
          <w:tcPr>
            <w:tcW w:w="5103" w:type="dxa"/>
            <w:tcBorders>
              <w:top w:val="nil"/>
              <w:bottom w:val="nil"/>
            </w:tcBorders>
          </w:tcPr>
          <w:p w14:paraId="79E79F2E" w14:textId="77777777" w:rsidR="00E93216" w:rsidRDefault="000E3BDE" w:rsidP="004E2872">
            <w:pPr>
              <w:shd w:val="clear" w:color="auto" w:fill="FFFFFF" w:themeFill="background1"/>
            </w:pPr>
            <w:r>
              <w:t>- HS đọc và nêu nghĩa: Ê-đi-xơn là nhà bác học người Mỹ; ái ngại là thương cảm, có phần lo lắng; sắt tây là sắt dát mỏng có tráng lớp chống gỉ, sáng bóng.</w:t>
            </w:r>
          </w:p>
        </w:tc>
      </w:tr>
      <w:tr w:rsidR="00E93216" w14:paraId="11A0F262" w14:textId="77777777" w:rsidTr="004E2872">
        <w:trPr>
          <w:jc w:val="center"/>
        </w:trPr>
        <w:tc>
          <w:tcPr>
            <w:tcW w:w="5103" w:type="dxa"/>
            <w:tcBorders>
              <w:top w:val="nil"/>
              <w:bottom w:val="nil"/>
            </w:tcBorders>
          </w:tcPr>
          <w:p w14:paraId="3ACEACCB" w14:textId="77777777" w:rsidR="00E93216" w:rsidRDefault="000E3BDE" w:rsidP="004E2872">
            <w:pPr>
              <w:shd w:val="clear" w:color="auto" w:fill="FFFFFF" w:themeFill="background1"/>
            </w:pPr>
            <w:r>
              <w:rPr>
                <w:b/>
              </w:rPr>
              <w:t>- c. HS luyện đọc trong nhóm.</w:t>
            </w:r>
          </w:p>
          <w:p w14:paraId="25C7BFB7" w14:textId="77777777" w:rsidR="00E93216" w:rsidRDefault="000E3BDE" w:rsidP="004E2872">
            <w:pPr>
              <w:shd w:val="clear" w:color="auto" w:fill="FFFFFF" w:themeFill="background1"/>
            </w:pPr>
            <w:r>
              <w:t>- GV tổ chức HS luyện đọc nhóm 4, mỗi em đọc một đoạn; nhắc HS góp ý cách phát âm, ngắt nghỉ cho nhau.</w:t>
            </w:r>
          </w:p>
        </w:tc>
        <w:tc>
          <w:tcPr>
            <w:tcW w:w="5103" w:type="dxa"/>
            <w:tcBorders>
              <w:top w:val="nil"/>
              <w:bottom w:val="nil"/>
            </w:tcBorders>
          </w:tcPr>
          <w:p w14:paraId="7B128C65" w14:textId="77777777" w:rsidR="00E93216" w:rsidRDefault="000E3BDE" w:rsidP="004E2872">
            <w:pPr>
              <w:shd w:val="clear" w:color="auto" w:fill="FFFFFF" w:themeFill="background1"/>
            </w:pPr>
            <w:r>
              <w:t>- HS luyện đọc nhóm 4; từng bạn đọc, các bạn còn lại lắng nghe và góp ý nhẹ nhàng.</w:t>
            </w:r>
          </w:p>
        </w:tc>
      </w:tr>
      <w:tr w:rsidR="00E93216" w14:paraId="3F860C08" w14:textId="77777777" w:rsidTr="004E2872">
        <w:trPr>
          <w:jc w:val="center"/>
        </w:trPr>
        <w:tc>
          <w:tcPr>
            <w:tcW w:w="5103" w:type="dxa"/>
            <w:tcBorders>
              <w:top w:val="nil"/>
              <w:bottom w:val="nil"/>
            </w:tcBorders>
          </w:tcPr>
          <w:p w14:paraId="667F5E75" w14:textId="77777777" w:rsidR="00E93216" w:rsidRDefault="000E3BDE" w:rsidP="004E2872">
            <w:pPr>
              <w:shd w:val="clear" w:color="auto" w:fill="FFFFFF" w:themeFill="background1"/>
            </w:pPr>
            <w:r>
              <w:t>- GV tổ chức cho 2 nhóm thi đọc nối tiếp trước lớp; nhận xét, tuyên dương nhóm đọc tiến bộ.</w:t>
            </w:r>
          </w:p>
        </w:tc>
        <w:tc>
          <w:tcPr>
            <w:tcW w:w="5103" w:type="dxa"/>
            <w:tcBorders>
              <w:top w:val="nil"/>
              <w:bottom w:val="nil"/>
            </w:tcBorders>
          </w:tcPr>
          <w:p w14:paraId="3F57ABEF" w14:textId="77777777" w:rsidR="00E93216" w:rsidRDefault="000E3BDE" w:rsidP="004E2872">
            <w:pPr>
              <w:shd w:val="clear" w:color="auto" w:fill="FFFFFF" w:themeFill="background1"/>
            </w:pPr>
            <w:r>
              <w:t>- Hai nhóm thi đọc nối tiếp.</w:t>
            </w:r>
          </w:p>
          <w:p w14:paraId="216BCC37" w14:textId="77777777" w:rsidR="00E93216" w:rsidRDefault="000E3BDE" w:rsidP="004E2872">
            <w:pPr>
              <w:shd w:val="clear" w:color="auto" w:fill="FFFFFF" w:themeFill="background1"/>
            </w:pPr>
            <w:r>
              <w:t>- HS nhận xét bạn đọc đúng, rõ, biết ngắt nghỉ.</w:t>
            </w:r>
          </w:p>
        </w:tc>
      </w:tr>
      <w:tr w:rsidR="00E93216" w14:paraId="19475F1A" w14:textId="77777777" w:rsidTr="004E2872">
        <w:trPr>
          <w:jc w:val="center"/>
        </w:trPr>
        <w:tc>
          <w:tcPr>
            <w:tcW w:w="5103" w:type="dxa"/>
            <w:tcBorders>
              <w:top w:val="nil"/>
              <w:bottom w:val="single" w:sz="4" w:space="0" w:color="000000"/>
            </w:tcBorders>
          </w:tcPr>
          <w:p w14:paraId="148875A3" w14:textId="77777777" w:rsidR="00E93216" w:rsidRDefault="000E3BDE" w:rsidP="004E2872">
            <w:pPr>
              <w:shd w:val="clear" w:color="auto" w:fill="FFFFFF" w:themeFill="background1"/>
            </w:pPr>
            <w:r>
              <w:t>- d. Đọc toàn bài.</w:t>
            </w:r>
          </w:p>
          <w:p w14:paraId="5215A2D0" w14:textId="77777777" w:rsidR="00E93216" w:rsidRDefault="000E3BDE" w:rsidP="004E2872">
            <w:pPr>
              <w:shd w:val="clear" w:color="auto" w:fill="FFFFFF" w:themeFill="background1"/>
            </w:pPr>
            <w:r>
              <w:t>- GV gọi 1 – 2 HS đọc toàn bài; nhận xét chung.</w:t>
            </w:r>
          </w:p>
        </w:tc>
        <w:tc>
          <w:tcPr>
            <w:tcW w:w="5103" w:type="dxa"/>
            <w:tcBorders>
              <w:top w:val="nil"/>
              <w:bottom w:val="single" w:sz="4" w:space="0" w:color="000000"/>
            </w:tcBorders>
          </w:tcPr>
          <w:p w14:paraId="2313F309" w14:textId="77777777" w:rsidR="00E93216" w:rsidRDefault="000E3BDE" w:rsidP="004E2872">
            <w:pPr>
              <w:shd w:val="clear" w:color="auto" w:fill="FFFFFF" w:themeFill="background1"/>
            </w:pPr>
            <w:r>
              <w:t>- 1 – 2 HS đọc toàn bài.</w:t>
            </w:r>
          </w:p>
          <w:p w14:paraId="4F5F6235" w14:textId="77777777" w:rsidR="00E93216" w:rsidRDefault="000E3BDE" w:rsidP="004E2872">
            <w:pPr>
              <w:shd w:val="clear" w:color="auto" w:fill="FFFFFF" w:themeFill="background1"/>
            </w:pPr>
            <w:r>
              <w:t>- Cả lớp theo dõi, nhận xét và rút kinh nghiệm.</w:t>
            </w:r>
          </w:p>
        </w:tc>
      </w:tr>
      <w:tr w:rsidR="00E93216" w14:paraId="536C8D77"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2F0D9"/>
          </w:tcPr>
          <w:p w14:paraId="621825BC" w14:textId="77777777" w:rsidR="00E93216" w:rsidRDefault="000E3BDE" w:rsidP="004E2872">
            <w:pPr>
              <w:shd w:val="clear" w:color="auto" w:fill="FFFFFF" w:themeFill="background1"/>
              <w:jc w:val="center"/>
            </w:pPr>
            <w:r>
              <w:rPr>
                <w:b/>
              </w:rPr>
              <w:t>3. VẬN DỤNG (2 phút)</w:t>
            </w:r>
            <w:r>
              <w:rPr>
                <w:b/>
              </w:rPr>
              <w:br/>
              <w:t>Mục tiêu: HS củng cố nội dung tiết học và chuẩn bị tốt cho tiết đọc hiểu.</w:t>
            </w:r>
          </w:p>
        </w:tc>
      </w:tr>
      <w:tr w:rsidR="00E93216" w14:paraId="610D43B5" w14:textId="77777777" w:rsidTr="004E2872">
        <w:trPr>
          <w:jc w:val="center"/>
        </w:trPr>
        <w:tc>
          <w:tcPr>
            <w:tcW w:w="5103" w:type="dxa"/>
            <w:tcBorders>
              <w:top w:val="single" w:sz="4" w:space="0" w:color="000000"/>
              <w:bottom w:val="single" w:sz="4" w:space="0" w:color="000000"/>
            </w:tcBorders>
          </w:tcPr>
          <w:p w14:paraId="067BE4DA" w14:textId="77777777" w:rsidR="00E93216" w:rsidRDefault="000E3BDE" w:rsidP="004E2872">
            <w:pPr>
              <w:shd w:val="clear" w:color="auto" w:fill="FFFFFF" w:themeFill="background1"/>
            </w:pPr>
            <w:r>
              <w:t>- GV dặn HS luyện đọc lại bài ở nhà, chuẩn bị trả lời các câu hỏi trong SGK.</w:t>
            </w:r>
          </w:p>
        </w:tc>
        <w:tc>
          <w:tcPr>
            <w:tcW w:w="5103" w:type="dxa"/>
            <w:tcBorders>
              <w:top w:val="single" w:sz="4" w:space="0" w:color="000000"/>
              <w:bottom w:val="single" w:sz="4" w:space="0" w:color="000000"/>
            </w:tcBorders>
          </w:tcPr>
          <w:p w14:paraId="5A0731C5" w14:textId="77777777" w:rsidR="00E93216" w:rsidRDefault="000E3BDE" w:rsidP="004E2872">
            <w:pPr>
              <w:shd w:val="clear" w:color="auto" w:fill="FFFFFF" w:themeFill="background1"/>
            </w:pPr>
            <w:r>
              <w:t>- HS ghi nhớ: luyện đọc bài Ánh sáng của yêu thương và chuẩn bị phần trả lời câu hỏi.</w:t>
            </w:r>
          </w:p>
        </w:tc>
      </w:tr>
      <w:tr w:rsidR="00E93216" w14:paraId="6417D686"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DEDED"/>
          </w:tcPr>
          <w:p w14:paraId="54EB5B3B" w14:textId="77777777" w:rsidR="00E93216" w:rsidRDefault="000E3BDE" w:rsidP="004E2872">
            <w:pPr>
              <w:shd w:val="clear" w:color="auto" w:fill="FFFFFF" w:themeFill="background1"/>
            </w:pPr>
            <w:r>
              <w:rPr>
                <w:b/>
              </w:rPr>
              <w:t>TIẾT 2</w:t>
            </w:r>
          </w:p>
        </w:tc>
      </w:tr>
      <w:tr w:rsidR="00E93216" w14:paraId="37590B5D"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2F0D9"/>
          </w:tcPr>
          <w:p w14:paraId="018DC8B2" w14:textId="77777777" w:rsidR="00E93216" w:rsidRDefault="000E3BDE" w:rsidP="004E2872">
            <w:pPr>
              <w:shd w:val="clear" w:color="auto" w:fill="FFFFFF" w:themeFill="background1"/>
              <w:jc w:val="center"/>
            </w:pPr>
            <w:r>
              <w:rPr>
                <w:b/>
              </w:rPr>
              <w:t>3. ĐỌC HIỂU (22 phút)</w:t>
            </w:r>
            <w:r>
              <w:rPr>
                <w:b/>
              </w:rPr>
              <w:br/>
              <w:t>Mục tiêu: HS trả lời đúng câu hỏi SGK; nhận biết tình yêu thương, lòng hiếu thảo của Ê-đi-xơn; biết liên hệ việc quan tâm, chăm sóc cha mẹ và người thân.</w:t>
            </w:r>
          </w:p>
        </w:tc>
      </w:tr>
      <w:tr w:rsidR="00E93216" w14:paraId="394A8439" w14:textId="77777777" w:rsidTr="004E2872">
        <w:trPr>
          <w:jc w:val="center"/>
        </w:trPr>
        <w:tc>
          <w:tcPr>
            <w:tcW w:w="5103" w:type="dxa"/>
            <w:tcBorders>
              <w:top w:val="single" w:sz="4" w:space="0" w:color="000000"/>
              <w:bottom w:val="nil"/>
            </w:tcBorders>
          </w:tcPr>
          <w:p w14:paraId="6E15B930" w14:textId="77777777" w:rsidR="00E93216" w:rsidRDefault="000E3BDE" w:rsidP="004E2872">
            <w:pPr>
              <w:shd w:val="clear" w:color="auto" w:fill="FFFFFF" w:themeFill="background1"/>
            </w:pPr>
            <w:r>
              <w:t>- Câu 1: Khi thấy mẹ đau bụng dữ dội, Ê-đi-xơn đã làm gì?</w:t>
            </w:r>
          </w:p>
          <w:p w14:paraId="526E59E7" w14:textId="77777777" w:rsidR="00E93216" w:rsidRDefault="000E3BDE" w:rsidP="004E2872">
            <w:pPr>
              <w:shd w:val="clear" w:color="auto" w:fill="FFFFFF" w:themeFill="background1"/>
            </w:pPr>
            <w:r>
              <w:t>- GV yêu cầu HS đọc thầm đoạn 1 và trả lời.</w:t>
            </w:r>
          </w:p>
        </w:tc>
        <w:tc>
          <w:tcPr>
            <w:tcW w:w="5103" w:type="dxa"/>
            <w:tcBorders>
              <w:top w:val="single" w:sz="4" w:space="0" w:color="000000"/>
              <w:bottom w:val="nil"/>
            </w:tcBorders>
          </w:tcPr>
          <w:p w14:paraId="6E7BC94F" w14:textId="77777777" w:rsidR="00E93216" w:rsidRDefault="000E3BDE" w:rsidP="004E2872">
            <w:pPr>
              <w:shd w:val="clear" w:color="auto" w:fill="FFFFFF" w:themeFill="background1"/>
            </w:pPr>
            <w:r>
              <w:t>- HS đọc thầm đoạn 1.</w:t>
            </w:r>
          </w:p>
          <w:p w14:paraId="1DE6C61A" w14:textId="77777777" w:rsidR="00E93216" w:rsidRDefault="000E3BDE" w:rsidP="004E2872">
            <w:pPr>
              <w:shd w:val="clear" w:color="auto" w:fill="FFFFFF" w:themeFill="background1"/>
            </w:pPr>
            <w:r>
              <w:t>- HS trả lời: Khi thấy mẹ đau bụng dữ dội, Ê-đi-xơn đã chạy đi mời bác sĩ đến khám cho mẹ.</w:t>
            </w:r>
          </w:p>
        </w:tc>
      </w:tr>
      <w:tr w:rsidR="00E93216" w14:paraId="7BD2F6FB" w14:textId="77777777" w:rsidTr="004E2872">
        <w:trPr>
          <w:jc w:val="center"/>
        </w:trPr>
        <w:tc>
          <w:tcPr>
            <w:tcW w:w="5103" w:type="dxa"/>
            <w:tcBorders>
              <w:top w:val="nil"/>
              <w:bottom w:val="nil"/>
            </w:tcBorders>
          </w:tcPr>
          <w:p w14:paraId="7ABF620F" w14:textId="77777777" w:rsidR="00E93216" w:rsidRDefault="000E3BDE" w:rsidP="004E2872">
            <w:pPr>
              <w:shd w:val="clear" w:color="auto" w:fill="FFFFFF" w:themeFill="background1"/>
            </w:pPr>
            <w:r>
              <w:t>- GV hỏi thêm: Bác sĩ cho biết mẹ Ê-đi-xơn bị làm sao và cần làm gì?</w:t>
            </w:r>
          </w:p>
        </w:tc>
        <w:tc>
          <w:tcPr>
            <w:tcW w:w="5103" w:type="dxa"/>
            <w:tcBorders>
              <w:top w:val="nil"/>
              <w:bottom w:val="nil"/>
            </w:tcBorders>
          </w:tcPr>
          <w:p w14:paraId="1B21D41C" w14:textId="77777777" w:rsidR="00E93216" w:rsidRDefault="000E3BDE" w:rsidP="004E2872">
            <w:pPr>
              <w:shd w:val="clear" w:color="auto" w:fill="FFFFFF" w:themeFill="background1"/>
            </w:pPr>
            <w:r>
              <w:t>- HS trả lời: Mẹ Ê-đi-xơn bị đau ruột thừa, phải mổ gấp.</w:t>
            </w:r>
          </w:p>
        </w:tc>
      </w:tr>
      <w:tr w:rsidR="00E93216" w14:paraId="2F22C809" w14:textId="77777777" w:rsidTr="004E2872">
        <w:trPr>
          <w:jc w:val="center"/>
        </w:trPr>
        <w:tc>
          <w:tcPr>
            <w:tcW w:w="5103" w:type="dxa"/>
            <w:tcBorders>
              <w:top w:val="nil"/>
              <w:bottom w:val="nil"/>
            </w:tcBorders>
          </w:tcPr>
          <w:p w14:paraId="6759FFF4" w14:textId="77777777" w:rsidR="00E93216" w:rsidRDefault="000E3BDE" w:rsidP="004E2872">
            <w:pPr>
              <w:shd w:val="clear" w:color="auto" w:fill="FFFFFF" w:themeFill="background1"/>
            </w:pPr>
            <w:r>
              <w:lastRenderedPageBreak/>
              <w:t>- Câu 2: Ê-đi-xơn đã làm cách nào để mẹ được phẫu thuật kịp thời?</w:t>
            </w:r>
          </w:p>
          <w:p w14:paraId="02BD2EC0" w14:textId="77777777" w:rsidR="00E93216" w:rsidRDefault="000E3BDE" w:rsidP="004E2872">
            <w:pPr>
              <w:shd w:val="clear" w:color="auto" w:fill="FFFFFF" w:themeFill="background1"/>
            </w:pPr>
            <w:r>
              <w:t>- GV yêu cầu HS đọc thầm đoạn 3, 4 và thảo luận nhóm 4.</w:t>
            </w:r>
          </w:p>
        </w:tc>
        <w:tc>
          <w:tcPr>
            <w:tcW w:w="5103" w:type="dxa"/>
            <w:tcBorders>
              <w:top w:val="nil"/>
              <w:bottom w:val="nil"/>
            </w:tcBorders>
          </w:tcPr>
          <w:p w14:paraId="2EB73FF0" w14:textId="77777777" w:rsidR="00E93216" w:rsidRDefault="000E3BDE" w:rsidP="004E2872">
            <w:pPr>
              <w:shd w:val="clear" w:color="auto" w:fill="FFFFFF" w:themeFill="background1"/>
            </w:pPr>
            <w:r>
              <w:t>- HS thảo luận nhóm 4.</w:t>
            </w:r>
          </w:p>
          <w:p w14:paraId="471C98E8" w14:textId="77777777" w:rsidR="00E93216" w:rsidRDefault="000E3BDE" w:rsidP="004E2872">
            <w:pPr>
              <w:shd w:val="clear" w:color="auto" w:fill="FFFFFF" w:themeFill="background1"/>
            </w:pPr>
            <w:r>
              <w:t>- HS trả lời: Ê-đi-xơn thắp tất cả đèn nến trong nhà, đặt trước gương để ánh sáng hắt lại, làm căn phòng sáng trưng, giúp mẹ được phẫu thuật kịp thời.</w:t>
            </w:r>
          </w:p>
        </w:tc>
      </w:tr>
      <w:tr w:rsidR="00E93216" w14:paraId="7CA5BC15" w14:textId="77777777" w:rsidTr="004E2872">
        <w:trPr>
          <w:jc w:val="center"/>
        </w:trPr>
        <w:tc>
          <w:tcPr>
            <w:tcW w:w="5103" w:type="dxa"/>
            <w:tcBorders>
              <w:top w:val="nil"/>
              <w:bottom w:val="nil"/>
            </w:tcBorders>
          </w:tcPr>
          <w:p w14:paraId="6460CD3F" w14:textId="77777777" w:rsidR="00E93216" w:rsidRDefault="000E3BDE" w:rsidP="004E2872">
            <w:pPr>
              <w:shd w:val="clear" w:color="auto" w:fill="FFFFFF" w:themeFill="background1"/>
            </w:pPr>
            <w:r>
              <w:t>- Câu 3: Những việc làm của Ê-đi-xơn cho thấy tình cảm của cậu dành cho mẹ như thế nào?</w:t>
            </w:r>
          </w:p>
        </w:tc>
        <w:tc>
          <w:tcPr>
            <w:tcW w:w="5103" w:type="dxa"/>
            <w:tcBorders>
              <w:top w:val="nil"/>
              <w:bottom w:val="nil"/>
            </w:tcBorders>
          </w:tcPr>
          <w:p w14:paraId="70AECAC4" w14:textId="77777777" w:rsidR="00E93216" w:rsidRDefault="000E3BDE" w:rsidP="004E2872">
            <w:pPr>
              <w:shd w:val="clear" w:color="auto" w:fill="FFFFFF" w:themeFill="background1"/>
            </w:pPr>
            <w:r>
              <w:t>- HS trả lời: Những việc làm ấy cho thấy Ê-đi-xơn rất yêu thương mẹ, hiếu thảo, lo lắng cho mẹ, bình tĩnh và nhanh trí khi mẹ gặp nguy hiểm.</w:t>
            </w:r>
          </w:p>
        </w:tc>
      </w:tr>
      <w:tr w:rsidR="00E93216" w14:paraId="36BE8E06" w14:textId="77777777" w:rsidTr="004E2872">
        <w:trPr>
          <w:jc w:val="center"/>
        </w:trPr>
        <w:tc>
          <w:tcPr>
            <w:tcW w:w="5103" w:type="dxa"/>
            <w:tcBorders>
              <w:top w:val="nil"/>
              <w:bottom w:val="nil"/>
            </w:tcBorders>
          </w:tcPr>
          <w:p w14:paraId="7D2D6DA2" w14:textId="77777777" w:rsidR="00E93216" w:rsidRDefault="000E3BDE" w:rsidP="004E2872">
            <w:pPr>
              <w:shd w:val="clear" w:color="auto" w:fill="FFFFFF" w:themeFill="background1"/>
            </w:pPr>
            <w:r>
              <w:t>- GV hỏi dẫn tích hợp: Khi người thân trong gia đình bị ốm hoặc gặp khó khăn, em nên thể hiện tình yêu thương bằng những việc làm nào?</w:t>
            </w:r>
          </w:p>
          <w:p w14:paraId="52D3D15E" w14:textId="77777777" w:rsidR="00E93216" w:rsidRDefault="000E3BDE" w:rsidP="004E2872">
            <w:pPr>
              <w:shd w:val="clear" w:color="auto" w:fill="FFFFFF" w:themeFill="background1"/>
            </w:pPr>
            <w:r>
              <w:rPr>
                <w:color w:val="C00000"/>
              </w:rPr>
              <w:t>- Tích hợp đạo đức, lối sống: GV giúp HS nhận ra lòng hiếu thảo không chỉ thể hiện bằng lời nói mà còn bằng việc làm phù hợp với lứa tuổi: báo ngay cho người lớn khi người thân bị mệt, lấy nước, lấy khăn, nói lời động viên, giữ trật tự để người bệnh nghỉ ngơi, không tự ý cho người bệnh uống thuốc khi chưa có người lớn hướng dẫn. Qua việc làm của Ê-đi-xơn, HS hiểu cần biết yêu thương, quan tâm và có trách nhiệm với cha mẹ, ông bà, anh chị em trong gia đình.</w:t>
            </w:r>
          </w:p>
        </w:tc>
        <w:tc>
          <w:tcPr>
            <w:tcW w:w="5103" w:type="dxa"/>
            <w:tcBorders>
              <w:top w:val="nil"/>
              <w:bottom w:val="nil"/>
            </w:tcBorders>
          </w:tcPr>
          <w:p w14:paraId="2313E42F" w14:textId="77777777" w:rsidR="00E93216" w:rsidRDefault="000E3BDE" w:rsidP="004E2872">
            <w:pPr>
              <w:shd w:val="clear" w:color="auto" w:fill="FFFFFF" w:themeFill="background1"/>
            </w:pPr>
            <w:r>
              <w:t>- HS nêu: Em sẽ báo người lớn, lấy nước, lấy khăn, hỏi thăm, nói lời động viên, giúp việc nhỏ trong nhà và không làm ồn khi người thân nghỉ ngơi.</w:t>
            </w:r>
          </w:p>
          <w:p w14:paraId="4D259B2B" w14:textId="77777777" w:rsidR="00E93216" w:rsidRDefault="000E3BDE" w:rsidP="004E2872">
            <w:pPr>
              <w:shd w:val="clear" w:color="auto" w:fill="FFFFFF" w:themeFill="background1"/>
            </w:pPr>
            <w:r>
              <w:rPr>
                <w:color w:val="C00000"/>
              </w:rPr>
              <w:t>- HS lắng nghe, liên hệ bản thân và nêu một việc mình có thể làm để chăm sóc người thân.</w:t>
            </w:r>
          </w:p>
        </w:tc>
      </w:tr>
      <w:tr w:rsidR="00E93216" w14:paraId="4F8A3BC8" w14:textId="77777777" w:rsidTr="004E2872">
        <w:trPr>
          <w:jc w:val="center"/>
        </w:trPr>
        <w:tc>
          <w:tcPr>
            <w:tcW w:w="5103" w:type="dxa"/>
            <w:tcBorders>
              <w:top w:val="nil"/>
              <w:bottom w:val="nil"/>
            </w:tcBorders>
          </w:tcPr>
          <w:p w14:paraId="475B4802" w14:textId="77777777" w:rsidR="00E93216" w:rsidRDefault="000E3BDE" w:rsidP="004E2872">
            <w:pPr>
              <w:shd w:val="clear" w:color="auto" w:fill="FFFFFF" w:themeFill="background1"/>
            </w:pPr>
            <w:r>
              <w:t>- Câu 4: Trong câu chuyện trên, em thích nhân vật nào nhất? Vì sao?</w:t>
            </w:r>
          </w:p>
          <w:p w14:paraId="13E647AD" w14:textId="77777777" w:rsidR="00E93216" w:rsidRDefault="000E3BDE" w:rsidP="004E2872">
            <w:pPr>
              <w:shd w:val="clear" w:color="auto" w:fill="FFFFFF" w:themeFill="background1"/>
            </w:pPr>
            <w:r>
              <w:t>- GV khuyến khích HS nêu ý kiến riêng và giải thích rõ lí do.</w:t>
            </w:r>
          </w:p>
        </w:tc>
        <w:tc>
          <w:tcPr>
            <w:tcW w:w="5103" w:type="dxa"/>
            <w:tcBorders>
              <w:top w:val="nil"/>
              <w:bottom w:val="nil"/>
            </w:tcBorders>
          </w:tcPr>
          <w:p w14:paraId="04586E40" w14:textId="77777777" w:rsidR="00E93216" w:rsidRDefault="000E3BDE" w:rsidP="004E2872">
            <w:pPr>
              <w:shd w:val="clear" w:color="auto" w:fill="FFFFFF" w:themeFill="background1"/>
            </w:pPr>
            <w:r>
              <w:t>- HS nêu ý kiến. Ví dụ: Em thích Ê-đi-xơn vì cậu rất thương mẹ, nhanh trí và nghĩ ra cách giúp bác sĩ mổ cho mẹ kịp thời.</w:t>
            </w:r>
          </w:p>
        </w:tc>
      </w:tr>
      <w:tr w:rsidR="00E93216" w14:paraId="5F067632" w14:textId="77777777" w:rsidTr="004E2872">
        <w:trPr>
          <w:jc w:val="center"/>
        </w:trPr>
        <w:tc>
          <w:tcPr>
            <w:tcW w:w="5103" w:type="dxa"/>
            <w:tcBorders>
              <w:top w:val="nil"/>
              <w:bottom w:val="nil"/>
            </w:tcBorders>
          </w:tcPr>
          <w:p w14:paraId="052439C8" w14:textId="77777777" w:rsidR="00E93216" w:rsidRDefault="000E3BDE" w:rsidP="004E2872">
            <w:pPr>
              <w:shd w:val="clear" w:color="auto" w:fill="FFFFFF" w:themeFill="background1"/>
            </w:pPr>
            <w:r>
              <w:rPr>
                <w:b/>
              </w:rPr>
              <w:t>- Hoạt động 1: Những chi tiết nào cho thấy Ê-đi-xơn rất lo cho sức khỏe của mẹ?</w:t>
            </w:r>
          </w:p>
          <w:p w14:paraId="59C96421" w14:textId="77777777" w:rsidR="00E93216" w:rsidRDefault="000E3BDE" w:rsidP="004E2872">
            <w:pPr>
              <w:shd w:val="clear" w:color="auto" w:fill="FFFFFF" w:themeFill="background1"/>
            </w:pPr>
            <w:r>
              <w:t>- GV yêu cầu HS tìm chi tiết trong bài.</w:t>
            </w:r>
          </w:p>
        </w:tc>
        <w:tc>
          <w:tcPr>
            <w:tcW w:w="5103" w:type="dxa"/>
            <w:tcBorders>
              <w:top w:val="nil"/>
              <w:bottom w:val="nil"/>
            </w:tcBorders>
          </w:tcPr>
          <w:p w14:paraId="1E1321DA" w14:textId="77777777" w:rsidR="00E93216" w:rsidRDefault="000E3BDE" w:rsidP="004E2872">
            <w:pPr>
              <w:shd w:val="clear" w:color="auto" w:fill="FFFFFF" w:themeFill="background1"/>
            </w:pPr>
            <w:r>
              <w:t>- HS trả lời: Chi tiết cho thấy Ê-đi-xơn rất lo cho mẹ là cậu chạy đi mời bác sĩ; khẩn khoản nói “Xin bác sĩ cứu mẹ cháu!”; thương mẹ nên ôm đầu suy nghĩ; nét mặt rạng rỡ khi nghĩ ra cách giúp mẹ.</w:t>
            </w:r>
          </w:p>
        </w:tc>
      </w:tr>
      <w:tr w:rsidR="00E93216" w14:paraId="19E1A81F" w14:textId="77777777" w:rsidTr="004E2872">
        <w:trPr>
          <w:jc w:val="center"/>
        </w:trPr>
        <w:tc>
          <w:tcPr>
            <w:tcW w:w="5103" w:type="dxa"/>
            <w:tcBorders>
              <w:top w:val="nil"/>
              <w:bottom w:val="nil"/>
            </w:tcBorders>
          </w:tcPr>
          <w:p w14:paraId="15F13961" w14:textId="77777777" w:rsidR="00E93216" w:rsidRDefault="000E3BDE" w:rsidP="004E2872">
            <w:pPr>
              <w:shd w:val="clear" w:color="auto" w:fill="FFFFFF" w:themeFill="background1"/>
            </w:pPr>
            <w:r>
              <w:rPr>
                <w:b/>
              </w:rPr>
              <w:t>- Hoạt động 2: Tìm câu văn trong bài phù hợp với bức tranh sau.</w:t>
            </w:r>
          </w:p>
          <w:p w14:paraId="6232F037" w14:textId="77777777" w:rsidR="00E93216" w:rsidRDefault="000E3BDE" w:rsidP="004E2872">
            <w:pPr>
              <w:shd w:val="clear" w:color="auto" w:fill="FFFFFF" w:themeFill="background1"/>
            </w:pPr>
            <w:r>
              <w:t>- GV cho HS quan sát tranh và tìm câu văn tương ứng.</w:t>
            </w:r>
          </w:p>
          <w:p w14:paraId="57364DBD" w14:textId="6499E847" w:rsidR="00E93216" w:rsidRDefault="00E93216" w:rsidP="004E2872">
            <w:pPr>
              <w:shd w:val="clear" w:color="auto" w:fill="FFFFFF" w:themeFill="background1"/>
              <w:jc w:val="center"/>
            </w:pPr>
          </w:p>
        </w:tc>
        <w:tc>
          <w:tcPr>
            <w:tcW w:w="5103" w:type="dxa"/>
            <w:tcBorders>
              <w:top w:val="nil"/>
              <w:bottom w:val="nil"/>
            </w:tcBorders>
          </w:tcPr>
          <w:p w14:paraId="59512ABE" w14:textId="77777777" w:rsidR="00E93216" w:rsidRDefault="000E3BDE" w:rsidP="004E2872">
            <w:pPr>
              <w:shd w:val="clear" w:color="auto" w:fill="FFFFFF" w:themeFill="background1"/>
            </w:pPr>
            <w:r>
              <w:t>- HS trả lời: Câu văn phù hợp là: “Thương mẹ, Ê-đi-xơn ôm đầu suy nghĩ.”</w:t>
            </w:r>
          </w:p>
        </w:tc>
      </w:tr>
      <w:tr w:rsidR="00E93216" w14:paraId="71A55007" w14:textId="77777777" w:rsidTr="004E2872">
        <w:trPr>
          <w:jc w:val="center"/>
        </w:trPr>
        <w:tc>
          <w:tcPr>
            <w:tcW w:w="5103" w:type="dxa"/>
            <w:tcBorders>
              <w:top w:val="nil"/>
              <w:bottom w:val="single" w:sz="4" w:space="0" w:color="000000"/>
            </w:tcBorders>
          </w:tcPr>
          <w:p w14:paraId="00FB72B9" w14:textId="77777777" w:rsidR="00E93216" w:rsidRDefault="000E3BDE" w:rsidP="004E2872">
            <w:pPr>
              <w:shd w:val="clear" w:color="auto" w:fill="FFFFFF" w:themeFill="background1"/>
            </w:pPr>
            <w:r>
              <w:t>- GV kết luận: Câu chuyện ca ngợi tình yêu thương, lòng hiếu thảo và sự nhanh trí của Ê-đi-xơn; từ đó nhắc chúng ta biết quan tâm, chăm sóc người thân bằng những việc làm vừa sức.</w:t>
            </w:r>
          </w:p>
        </w:tc>
        <w:tc>
          <w:tcPr>
            <w:tcW w:w="5103" w:type="dxa"/>
            <w:tcBorders>
              <w:top w:val="nil"/>
              <w:bottom w:val="single" w:sz="4" w:space="0" w:color="000000"/>
            </w:tcBorders>
          </w:tcPr>
          <w:p w14:paraId="496CE54B" w14:textId="77777777" w:rsidR="00E93216" w:rsidRDefault="000E3BDE" w:rsidP="004E2872">
            <w:pPr>
              <w:shd w:val="clear" w:color="auto" w:fill="FFFFFF" w:themeFill="background1"/>
            </w:pPr>
            <w:r>
              <w:t>- HS lắng nghe và nhắc lại nội dung chính của bài.</w:t>
            </w:r>
          </w:p>
        </w:tc>
      </w:tr>
      <w:tr w:rsidR="00E93216" w14:paraId="781C08D8"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2F0D9"/>
          </w:tcPr>
          <w:p w14:paraId="6DFC036B" w14:textId="77777777" w:rsidR="00E93216" w:rsidRDefault="000E3BDE" w:rsidP="004E2872">
            <w:pPr>
              <w:shd w:val="clear" w:color="auto" w:fill="FFFFFF" w:themeFill="background1"/>
              <w:jc w:val="center"/>
            </w:pPr>
            <w:r>
              <w:rPr>
                <w:b/>
              </w:rPr>
              <w:t>4. LUYỆN ĐỌC LẠI (10 phút)</w:t>
            </w:r>
            <w:r>
              <w:rPr>
                <w:b/>
              </w:rPr>
              <w:br/>
              <w:t>Mục tiêu: HS đọc lại bài với giọng phù hợp, biết thể hiện lời nhân vật.</w:t>
            </w:r>
          </w:p>
        </w:tc>
      </w:tr>
      <w:tr w:rsidR="00E93216" w14:paraId="6B51DEDF" w14:textId="77777777" w:rsidTr="004E2872">
        <w:trPr>
          <w:jc w:val="center"/>
        </w:trPr>
        <w:tc>
          <w:tcPr>
            <w:tcW w:w="5103" w:type="dxa"/>
            <w:tcBorders>
              <w:top w:val="single" w:sz="4" w:space="0" w:color="000000"/>
              <w:bottom w:val="nil"/>
            </w:tcBorders>
          </w:tcPr>
          <w:p w14:paraId="668C32BD" w14:textId="77777777" w:rsidR="00E93216" w:rsidRDefault="000E3BDE" w:rsidP="004E2872">
            <w:pPr>
              <w:shd w:val="clear" w:color="auto" w:fill="FFFFFF" w:themeFill="background1"/>
            </w:pPr>
            <w:r>
              <w:t>- GV hướng dẫn HS luyện đọc đoạn có lời Ê-đi-xơn và lời bác sĩ; nhắc HS đọc lời Ê-đi-xơn khẩn khoản, lời bác sĩ ái ngại.</w:t>
            </w:r>
          </w:p>
        </w:tc>
        <w:tc>
          <w:tcPr>
            <w:tcW w:w="5103" w:type="dxa"/>
            <w:tcBorders>
              <w:top w:val="single" w:sz="4" w:space="0" w:color="000000"/>
              <w:bottom w:val="nil"/>
            </w:tcBorders>
          </w:tcPr>
          <w:p w14:paraId="2B8368A2" w14:textId="77777777" w:rsidR="00E93216" w:rsidRDefault="000E3BDE" w:rsidP="004E2872">
            <w:pPr>
              <w:shd w:val="clear" w:color="auto" w:fill="FFFFFF" w:themeFill="background1"/>
            </w:pPr>
            <w:r>
              <w:t>- HS luyện đọc theo nhóm 3: người kể chuyện, Ê-đi-xơn, bác sĩ.</w:t>
            </w:r>
          </w:p>
        </w:tc>
      </w:tr>
      <w:tr w:rsidR="00E93216" w14:paraId="436AB2C1" w14:textId="77777777" w:rsidTr="004E2872">
        <w:trPr>
          <w:jc w:val="center"/>
        </w:trPr>
        <w:tc>
          <w:tcPr>
            <w:tcW w:w="5103" w:type="dxa"/>
            <w:tcBorders>
              <w:top w:val="nil"/>
              <w:bottom w:val="single" w:sz="4" w:space="0" w:color="000000"/>
            </w:tcBorders>
          </w:tcPr>
          <w:p w14:paraId="3EE010EA" w14:textId="77777777" w:rsidR="00E93216" w:rsidRDefault="000E3BDE" w:rsidP="004E2872">
            <w:pPr>
              <w:shd w:val="clear" w:color="auto" w:fill="FFFFFF" w:themeFill="background1"/>
            </w:pPr>
            <w:r>
              <w:t>- GV mời một số nhóm đọc phân vai trước lớp; nhận xét, tuyên dương.</w:t>
            </w:r>
          </w:p>
        </w:tc>
        <w:tc>
          <w:tcPr>
            <w:tcW w:w="5103" w:type="dxa"/>
            <w:tcBorders>
              <w:top w:val="nil"/>
              <w:bottom w:val="single" w:sz="4" w:space="0" w:color="000000"/>
            </w:tcBorders>
          </w:tcPr>
          <w:p w14:paraId="34F5BD3F" w14:textId="77777777" w:rsidR="00E93216" w:rsidRDefault="000E3BDE" w:rsidP="004E2872">
            <w:pPr>
              <w:shd w:val="clear" w:color="auto" w:fill="FFFFFF" w:themeFill="background1"/>
            </w:pPr>
            <w:r>
              <w:t>- Các nhóm đọc phân vai.</w:t>
            </w:r>
          </w:p>
          <w:p w14:paraId="5269E45D" w14:textId="77777777" w:rsidR="00E93216" w:rsidRDefault="000E3BDE" w:rsidP="004E2872">
            <w:pPr>
              <w:shd w:val="clear" w:color="auto" w:fill="FFFFFF" w:themeFill="background1"/>
            </w:pPr>
            <w:r>
              <w:t>- HS nhận xét về giọng đọc, cách ngắt nghỉ, mức độ rõ ràng.</w:t>
            </w:r>
          </w:p>
        </w:tc>
      </w:tr>
      <w:tr w:rsidR="00E93216" w14:paraId="2EDA14AB"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2F0D9"/>
          </w:tcPr>
          <w:p w14:paraId="6F587053" w14:textId="77777777" w:rsidR="00E93216" w:rsidRDefault="000E3BDE" w:rsidP="004E2872">
            <w:pPr>
              <w:shd w:val="clear" w:color="auto" w:fill="FFFFFF" w:themeFill="background1"/>
              <w:jc w:val="center"/>
            </w:pPr>
            <w:r>
              <w:rPr>
                <w:b/>
              </w:rPr>
              <w:lastRenderedPageBreak/>
              <w:t>5. VẬN DỤNG (3 phút)</w:t>
            </w:r>
            <w:r>
              <w:rPr>
                <w:b/>
              </w:rPr>
              <w:br/>
              <w:t>Mục tiêu: HS biết vận dụng bài học vào việc quan tâm người thân.</w:t>
            </w:r>
          </w:p>
        </w:tc>
      </w:tr>
      <w:tr w:rsidR="00E93216" w14:paraId="5D9C285F" w14:textId="77777777" w:rsidTr="004E2872">
        <w:trPr>
          <w:jc w:val="center"/>
        </w:trPr>
        <w:tc>
          <w:tcPr>
            <w:tcW w:w="5103" w:type="dxa"/>
            <w:tcBorders>
              <w:top w:val="single" w:sz="4" w:space="0" w:color="000000"/>
            </w:tcBorders>
          </w:tcPr>
          <w:p w14:paraId="7F57A8FA" w14:textId="77777777" w:rsidR="00E93216" w:rsidRDefault="000E3BDE" w:rsidP="004E2872">
            <w:pPr>
              <w:shd w:val="clear" w:color="auto" w:fill="FFFFFF" w:themeFill="background1"/>
            </w:pPr>
            <w:r>
              <w:t>- GV yêu cầu HS nêu một việc sẽ làm khi thấy người thân mệt hoặc cần giúp đỡ; dặn HS chuẩn bị tiết Viết chữ hoa P.</w:t>
            </w:r>
          </w:p>
        </w:tc>
        <w:tc>
          <w:tcPr>
            <w:tcW w:w="5103" w:type="dxa"/>
            <w:tcBorders>
              <w:top w:val="single" w:sz="4" w:space="0" w:color="000000"/>
            </w:tcBorders>
          </w:tcPr>
          <w:p w14:paraId="60FA7C40" w14:textId="77777777" w:rsidR="00E93216" w:rsidRDefault="000E3BDE" w:rsidP="004E2872">
            <w:pPr>
              <w:shd w:val="clear" w:color="auto" w:fill="FFFFFF" w:themeFill="background1"/>
            </w:pPr>
            <w:r>
              <w:t>- HS nêu: Em sẽ hỏi thăm, lấy nước, báo người lớn, giúp việc nhà.</w:t>
            </w:r>
          </w:p>
          <w:p w14:paraId="047D7FCA" w14:textId="77777777" w:rsidR="00E93216" w:rsidRDefault="000E3BDE" w:rsidP="004E2872">
            <w:pPr>
              <w:shd w:val="clear" w:color="auto" w:fill="FFFFFF" w:themeFill="background1"/>
            </w:pPr>
            <w:r>
              <w:t>- HS ghi nhớ chuẩn bị tiết sau.</w:t>
            </w:r>
          </w:p>
        </w:tc>
      </w:tr>
    </w:tbl>
    <w:p w14:paraId="0D19F8C3" w14:textId="773BB010" w:rsidR="00E93216" w:rsidRDefault="000E3BDE" w:rsidP="004E2872">
      <w:pPr>
        <w:shd w:val="clear" w:color="auto" w:fill="FFFFFF" w:themeFill="background1"/>
        <w:spacing w:after="0" w:line="240" w:lineRule="auto"/>
      </w:pPr>
      <w:r>
        <w:rPr>
          <w:b/>
        </w:rPr>
        <w:t>IV. ĐIỀU CHỈNH SAU TIẾT HỌC (NẾU CÓ)</w:t>
      </w:r>
    </w:p>
    <w:p w14:paraId="38690FEE" w14:textId="77777777" w:rsidR="00E93216" w:rsidRDefault="000E3BDE" w:rsidP="004E2872">
      <w:pPr>
        <w:shd w:val="clear" w:color="auto" w:fill="FFFFFF" w:themeFill="background1"/>
        <w:spacing w:after="0" w:line="240" w:lineRule="auto"/>
        <w:jc w:val="center"/>
      </w:pPr>
      <w:r>
        <w:rPr>
          <w:b/>
          <w:sz w:val="28"/>
        </w:rPr>
        <w:t>KẾ HOẠCH BÀI DẠY MÔN TIẾNG VIỆT LỚP 2 – TUẦN 17</w:t>
      </w:r>
    </w:p>
    <w:p w14:paraId="3194F50E" w14:textId="77777777" w:rsidR="00E93216" w:rsidRDefault="000E3BDE" w:rsidP="004E2872">
      <w:pPr>
        <w:shd w:val="clear" w:color="auto" w:fill="FFFFFF" w:themeFill="background1"/>
        <w:spacing w:after="0" w:line="240" w:lineRule="auto"/>
        <w:jc w:val="center"/>
      </w:pPr>
      <w:r>
        <w:rPr>
          <w:b/>
          <w:sz w:val="28"/>
        </w:rPr>
        <w:t>CHỦ ĐỀ 4: MÁI ẤM GIA ĐÌNH</w:t>
      </w:r>
    </w:p>
    <w:p w14:paraId="3A89DA86" w14:textId="77777777" w:rsidR="00E93216" w:rsidRDefault="000E3BDE" w:rsidP="004E2872">
      <w:pPr>
        <w:shd w:val="clear" w:color="auto" w:fill="FFFFFF" w:themeFill="background1"/>
        <w:spacing w:after="0" w:line="240" w:lineRule="auto"/>
        <w:jc w:val="center"/>
      </w:pPr>
      <w:r>
        <w:rPr>
          <w:b/>
          <w:sz w:val="28"/>
        </w:rPr>
        <w:t>BÀI 31: ÁNH SÁNG CỦA YÊU THƯƠNG</w:t>
      </w:r>
    </w:p>
    <w:p w14:paraId="5591289C" w14:textId="77777777" w:rsidR="00E93216" w:rsidRDefault="000E3BDE" w:rsidP="004E2872">
      <w:pPr>
        <w:shd w:val="clear" w:color="auto" w:fill="FFFFFF" w:themeFill="background1"/>
        <w:spacing w:after="0" w:line="240" w:lineRule="auto"/>
        <w:jc w:val="center"/>
      </w:pPr>
      <w:r>
        <w:rPr>
          <w:b/>
          <w:sz w:val="28"/>
        </w:rPr>
        <w:t>TIẾT 3: VIẾT CHỮ HOA P</w:t>
      </w:r>
    </w:p>
    <w:p w14:paraId="3CCFD206" w14:textId="77777777" w:rsidR="00E93216" w:rsidRDefault="000E3BDE" w:rsidP="004E2872">
      <w:pPr>
        <w:shd w:val="clear" w:color="auto" w:fill="FFFFFF" w:themeFill="background1"/>
        <w:spacing w:after="0" w:line="240" w:lineRule="auto"/>
      </w:pPr>
      <w:r>
        <w:rPr>
          <w:b/>
        </w:rPr>
        <w:t>I. YÊU CẦU CẦN ĐẠT</w:t>
      </w:r>
    </w:p>
    <w:p w14:paraId="0BB8F27F" w14:textId="77777777" w:rsidR="00E93216" w:rsidRDefault="000E3BDE" w:rsidP="004E2872">
      <w:pPr>
        <w:shd w:val="clear" w:color="auto" w:fill="FFFFFF" w:themeFill="background1"/>
        <w:spacing w:after="0" w:line="240" w:lineRule="auto"/>
      </w:pPr>
      <w:r>
        <w:t>Sau bài học, HS sẽ:</w:t>
      </w:r>
    </w:p>
    <w:p w14:paraId="513B9C19" w14:textId="77777777" w:rsidR="00E93216" w:rsidRDefault="000E3BDE" w:rsidP="004E2872">
      <w:pPr>
        <w:shd w:val="clear" w:color="auto" w:fill="FFFFFF" w:themeFill="background1"/>
        <w:spacing w:after="0" w:line="240" w:lineRule="auto"/>
      </w:pPr>
      <w:r>
        <w:rPr>
          <w:b/>
        </w:rPr>
        <w:t>1. Năng lực đặc thù</w:t>
      </w:r>
    </w:p>
    <w:p w14:paraId="76E03A21" w14:textId="77777777" w:rsidR="00E93216" w:rsidRDefault="000E3BDE" w:rsidP="004E2872">
      <w:pPr>
        <w:shd w:val="clear" w:color="auto" w:fill="FFFFFF" w:themeFill="background1"/>
        <w:spacing w:after="0" w:line="240" w:lineRule="auto"/>
      </w:pPr>
      <w:r>
        <w:t>- Viết đúng chữ hoa P cỡ vừa và cỡ nhỏ; nắm được quy trình viết chữ hoa P, cách nối chữ P với chữ h trong tiếng Phượng.</w:t>
      </w:r>
    </w:p>
    <w:p w14:paraId="1322F608" w14:textId="77777777" w:rsidR="00E93216" w:rsidRDefault="000E3BDE" w:rsidP="004E2872">
      <w:pPr>
        <w:shd w:val="clear" w:color="auto" w:fill="FFFFFF" w:themeFill="background1"/>
        <w:spacing w:after="0" w:line="240" w:lineRule="auto"/>
      </w:pPr>
      <w:r>
        <w:t>- Viết đúng câu ứng dụng: Phượng nở đỏ rực một góc trời; trình bày sạch, đẹp, đúng khoảng cách và dấu câu.</w:t>
      </w:r>
    </w:p>
    <w:p w14:paraId="3F455611" w14:textId="77777777" w:rsidR="00E93216" w:rsidRDefault="000E3BDE" w:rsidP="004E2872">
      <w:pPr>
        <w:shd w:val="clear" w:color="auto" w:fill="FFFFFF" w:themeFill="background1"/>
        <w:spacing w:after="0" w:line="240" w:lineRule="auto"/>
      </w:pPr>
      <w:r>
        <w:rPr>
          <w:b/>
        </w:rPr>
        <w:t>2. Năng lực chung</w:t>
      </w:r>
    </w:p>
    <w:p w14:paraId="620396C0" w14:textId="77777777" w:rsidR="00E93216" w:rsidRDefault="000E3BDE" w:rsidP="004E2872">
      <w:pPr>
        <w:shd w:val="clear" w:color="auto" w:fill="FFFFFF" w:themeFill="background1"/>
        <w:spacing w:after="0" w:line="240" w:lineRule="auto"/>
      </w:pPr>
      <w:r>
        <w:t>- Tự chủ và tự học: tự quan sát mẫu chữ, điều chỉnh tư thế ngồi viết.</w:t>
      </w:r>
    </w:p>
    <w:p w14:paraId="3EBB3604" w14:textId="77777777" w:rsidR="00E93216" w:rsidRDefault="000E3BDE" w:rsidP="004E2872">
      <w:pPr>
        <w:shd w:val="clear" w:color="auto" w:fill="FFFFFF" w:themeFill="background1"/>
        <w:spacing w:after="0" w:line="240" w:lineRule="auto"/>
      </w:pPr>
      <w:r>
        <w:t>- Giao tiếp và hợp tác: nhận xét, góp ý chữ viết của bạn.</w:t>
      </w:r>
    </w:p>
    <w:p w14:paraId="2F14115E" w14:textId="77777777" w:rsidR="00E93216" w:rsidRDefault="000E3BDE" w:rsidP="004E2872">
      <w:pPr>
        <w:shd w:val="clear" w:color="auto" w:fill="FFFFFF" w:themeFill="background1"/>
        <w:spacing w:after="0" w:line="240" w:lineRule="auto"/>
      </w:pPr>
      <w:r>
        <w:rPr>
          <w:b/>
        </w:rPr>
        <w:t>3. Phẩm chất</w:t>
      </w:r>
    </w:p>
    <w:p w14:paraId="2FEB1BCA" w14:textId="77777777" w:rsidR="00E93216" w:rsidRDefault="000E3BDE" w:rsidP="004E2872">
      <w:pPr>
        <w:shd w:val="clear" w:color="auto" w:fill="FFFFFF" w:themeFill="background1"/>
        <w:spacing w:after="0" w:line="240" w:lineRule="auto"/>
      </w:pPr>
      <w:r>
        <w:t>- Chăm chỉ: luyện viết cẩn thận, kiên trì.</w:t>
      </w:r>
    </w:p>
    <w:p w14:paraId="6995E9A6" w14:textId="77777777" w:rsidR="00E93216" w:rsidRDefault="000E3BDE" w:rsidP="004E2872">
      <w:pPr>
        <w:shd w:val="clear" w:color="auto" w:fill="FFFFFF" w:themeFill="background1"/>
        <w:spacing w:after="0" w:line="240" w:lineRule="auto"/>
      </w:pPr>
      <w:r>
        <w:t>- Trách nhiệm: giữ vở sạch, viết đúng yêu cầu.</w:t>
      </w:r>
    </w:p>
    <w:p w14:paraId="37317A45" w14:textId="77777777" w:rsidR="00E93216" w:rsidRDefault="000E3BDE" w:rsidP="004E2872">
      <w:pPr>
        <w:shd w:val="clear" w:color="auto" w:fill="FFFFFF" w:themeFill="background1"/>
        <w:spacing w:after="0" w:line="240" w:lineRule="auto"/>
      </w:pPr>
      <w:r>
        <w:rPr>
          <w:b/>
        </w:rPr>
        <w:t>II. ĐỒ DÙNG DẠY HỌC</w:t>
      </w:r>
    </w:p>
    <w:p w14:paraId="002C714D" w14:textId="77777777" w:rsidR="00E93216" w:rsidRDefault="000E3BDE" w:rsidP="004E2872">
      <w:pPr>
        <w:shd w:val="clear" w:color="auto" w:fill="FFFFFF" w:themeFill="background1"/>
        <w:spacing w:after="0" w:line="240" w:lineRule="auto"/>
      </w:pPr>
      <w:r>
        <w:rPr>
          <w:b/>
        </w:rPr>
        <w:t>1. Giáo viên</w:t>
      </w:r>
    </w:p>
    <w:p w14:paraId="44034E58" w14:textId="77777777" w:rsidR="00E93216" w:rsidRDefault="000E3BDE" w:rsidP="004E2872">
      <w:pPr>
        <w:shd w:val="clear" w:color="auto" w:fill="FFFFFF" w:themeFill="background1"/>
        <w:spacing w:after="0" w:line="240" w:lineRule="auto"/>
      </w:pPr>
      <w:r>
        <w:t>- Mẫu chữ hoa P; bảng phụ viết câu ứng dụng; máy chiếu hoặc tranh chữ mẫu.</w:t>
      </w:r>
    </w:p>
    <w:p w14:paraId="4DE168BA" w14:textId="77777777" w:rsidR="00E93216" w:rsidRDefault="000E3BDE" w:rsidP="004E2872">
      <w:pPr>
        <w:shd w:val="clear" w:color="auto" w:fill="FFFFFF" w:themeFill="background1"/>
        <w:spacing w:after="0" w:line="240" w:lineRule="auto"/>
      </w:pPr>
      <w:r>
        <w:rPr>
          <w:b/>
        </w:rPr>
        <w:t>2. Học sinh</w:t>
      </w:r>
    </w:p>
    <w:p w14:paraId="5B7B78DE" w14:textId="77777777" w:rsidR="00E93216" w:rsidRDefault="000E3BDE" w:rsidP="004E2872">
      <w:pPr>
        <w:shd w:val="clear" w:color="auto" w:fill="FFFFFF" w:themeFill="background1"/>
        <w:spacing w:after="0" w:line="240" w:lineRule="auto"/>
      </w:pPr>
      <w:r>
        <w:t>- Vở Tập viết, bảng con, phấn/bút, SGK.</w:t>
      </w:r>
    </w:p>
    <w:p w14:paraId="2AD8B990" w14:textId="77777777" w:rsidR="00E93216" w:rsidRDefault="000E3BDE" w:rsidP="004E2872">
      <w:pPr>
        <w:shd w:val="clear" w:color="auto" w:fill="FFFFFF" w:themeFill="background1"/>
        <w:spacing w:after="0" w:line="240" w:lineRule="auto"/>
      </w:pPr>
      <w:r>
        <w:rPr>
          <w:b/>
        </w:rPr>
        <w:t>III. CÁC HOẠT ĐỘNG DẠY HỌC CHỦ YẾU</w:t>
      </w:r>
    </w:p>
    <w:tbl>
      <w:tblPr>
        <w:tblStyle w:val="TableGrid"/>
        <w:tblW w:w="0" w:type="auto"/>
        <w:jc w:val="center"/>
        <w:tblLook w:val="04A0" w:firstRow="1" w:lastRow="0" w:firstColumn="1" w:lastColumn="0" w:noHBand="0" w:noVBand="1"/>
      </w:tblPr>
      <w:tblGrid>
        <w:gridCol w:w="5103"/>
        <w:gridCol w:w="5103"/>
      </w:tblGrid>
      <w:tr w:rsidR="00E93216" w14:paraId="473A4C5B" w14:textId="77777777" w:rsidTr="004E2872">
        <w:trPr>
          <w:jc w:val="center"/>
        </w:trPr>
        <w:tc>
          <w:tcPr>
            <w:tcW w:w="5103" w:type="dxa"/>
            <w:tcBorders>
              <w:top w:val="single" w:sz="6" w:space="0" w:color="000000"/>
              <w:left w:val="single" w:sz="6" w:space="0" w:color="000000"/>
              <w:bottom w:val="single" w:sz="4" w:space="0" w:color="000000"/>
              <w:right w:val="single" w:sz="6" w:space="0" w:color="000000"/>
            </w:tcBorders>
            <w:shd w:val="clear" w:color="auto" w:fill="D9EAF7"/>
          </w:tcPr>
          <w:p w14:paraId="575385C7" w14:textId="77777777" w:rsidR="00E93216" w:rsidRDefault="000E3BDE" w:rsidP="004E2872">
            <w:pPr>
              <w:shd w:val="clear" w:color="auto" w:fill="FFFFFF" w:themeFill="background1"/>
            </w:pPr>
            <w:r>
              <w:rPr>
                <w:b/>
              </w:rPr>
              <w:t>Hoạt động của GV</w:t>
            </w:r>
          </w:p>
        </w:tc>
        <w:tc>
          <w:tcPr>
            <w:tcW w:w="5103" w:type="dxa"/>
            <w:tcBorders>
              <w:top w:val="single" w:sz="6" w:space="0" w:color="000000"/>
              <w:left w:val="single" w:sz="6" w:space="0" w:color="000000"/>
              <w:bottom w:val="single" w:sz="4" w:space="0" w:color="000000"/>
              <w:right w:val="single" w:sz="6" w:space="0" w:color="000000"/>
            </w:tcBorders>
            <w:shd w:val="clear" w:color="auto" w:fill="D9EAF7"/>
          </w:tcPr>
          <w:p w14:paraId="3A401389" w14:textId="77777777" w:rsidR="00E93216" w:rsidRDefault="000E3BDE" w:rsidP="004E2872">
            <w:pPr>
              <w:shd w:val="clear" w:color="auto" w:fill="FFFFFF" w:themeFill="background1"/>
            </w:pPr>
            <w:r>
              <w:rPr>
                <w:b/>
              </w:rPr>
              <w:t>Hoạt động của HS</w:t>
            </w:r>
          </w:p>
        </w:tc>
      </w:tr>
      <w:tr w:rsidR="00E93216" w14:paraId="0C5769E5"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2F0D9"/>
          </w:tcPr>
          <w:p w14:paraId="229013E1" w14:textId="77777777" w:rsidR="00E93216" w:rsidRDefault="000E3BDE" w:rsidP="004E2872">
            <w:pPr>
              <w:shd w:val="clear" w:color="auto" w:fill="FFFFFF" w:themeFill="background1"/>
              <w:jc w:val="center"/>
            </w:pPr>
            <w:r>
              <w:rPr>
                <w:b/>
              </w:rPr>
              <w:t>1. KHỞI ĐỘNG (3 phút)</w:t>
            </w:r>
            <w:r>
              <w:rPr>
                <w:b/>
              </w:rPr>
              <w:br/>
              <w:t>Mục tiêu: HS ôn lại tư thế ngồi viết, cách cầm bút và tạo hứng thú luyện viết.</w:t>
            </w:r>
          </w:p>
        </w:tc>
      </w:tr>
      <w:tr w:rsidR="00E93216" w14:paraId="35A4CEC0" w14:textId="77777777" w:rsidTr="004E2872">
        <w:trPr>
          <w:jc w:val="center"/>
        </w:trPr>
        <w:tc>
          <w:tcPr>
            <w:tcW w:w="5103" w:type="dxa"/>
            <w:tcBorders>
              <w:top w:val="single" w:sz="4" w:space="0" w:color="000000"/>
              <w:bottom w:val="single" w:sz="4" w:space="0" w:color="000000"/>
            </w:tcBorders>
          </w:tcPr>
          <w:p w14:paraId="108630CA" w14:textId="77777777" w:rsidR="00E93216" w:rsidRDefault="000E3BDE" w:rsidP="004E2872">
            <w:pPr>
              <w:shd w:val="clear" w:color="auto" w:fill="FFFFFF" w:themeFill="background1"/>
            </w:pPr>
            <w:r>
              <w:t>- GV tổ chức trò chơi nhanh: Nêu 3 việc cần nhớ khi viết bài.</w:t>
            </w:r>
          </w:p>
        </w:tc>
        <w:tc>
          <w:tcPr>
            <w:tcW w:w="5103" w:type="dxa"/>
            <w:tcBorders>
              <w:top w:val="single" w:sz="4" w:space="0" w:color="000000"/>
              <w:bottom w:val="single" w:sz="4" w:space="0" w:color="000000"/>
            </w:tcBorders>
          </w:tcPr>
          <w:p w14:paraId="070A6A83" w14:textId="77777777" w:rsidR="00E93216" w:rsidRDefault="000E3BDE" w:rsidP="004E2872">
            <w:pPr>
              <w:shd w:val="clear" w:color="auto" w:fill="FFFFFF" w:themeFill="background1"/>
            </w:pPr>
            <w:r>
              <w:t>- HS nêu: Ngồi thẳng lưng, cầm bút đúng cách, để vở hơi nghiêng, viết nắn nót.</w:t>
            </w:r>
          </w:p>
        </w:tc>
      </w:tr>
      <w:tr w:rsidR="00E93216" w14:paraId="21300C5C"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2F0D9"/>
          </w:tcPr>
          <w:p w14:paraId="0E9C6735" w14:textId="77777777" w:rsidR="00E93216" w:rsidRDefault="000E3BDE" w:rsidP="004E2872">
            <w:pPr>
              <w:shd w:val="clear" w:color="auto" w:fill="FFFFFF" w:themeFill="background1"/>
              <w:jc w:val="center"/>
            </w:pPr>
            <w:r>
              <w:rPr>
                <w:b/>
              </w:rPr>
              <w:t>2. VIẾT CHỮ HOA P (15 phút)</w:t>
            </w:r>
            <w:r>
              <w:rPr>
                <w:b/>
              </w:rPr>
              <w:br/>
              <w:t>Mục tiêu: HS quan sát, nhận xét và viết đúng chữ hoa P.</w:t>
            </w:r>
          </w:p>
        </w:tc>
      </w:tr>
      <w:tr w:rsidR="00E93216" w14:paraId="03CDBA90" w14:textId="77777777" w:rsidTr="004E2872">
        <w:trPr>
          <w:jc w:val="center"/>
        </w:trPr>
        <w:tc>
          <w:tcPr>
            <w:tcW w:w="5103" w:type="dxa"/>
            <w:tcBorders>
              <w:top w:val="single" w:sz="4" w:space="0" w:color="000000"/>
              <w:bottom w:val="nil"/>
            </w:tcBorders>
          </w:tcPr>
          <w:p w14:paraId="4B56F06D" w14:textId="77777777" w:rsidR="00E93216" w:rsidRDefault="000E3BDE" w:rsidP="004E2872">
            <w:pPr>
              <w:shd w:val="clear" w:color="auto" w:fill="FFFFFF" w:themeFill="background1"/>
            </w:pPr>
            <w:r>
              <w:rPr>
                <w:b/>
              </w:rPr>
              <w:t>- Hoạt động 1: Viết chữ hoa P.</w:t>
            </w:r>
          </w:p>
          <w:p w14:paraId="6152589E" w14:textId="77777777" w:rsidR="00E93216" w:rsidRDefault="000E3BDE" w:rsidP="004E2872">
            <w:pPr>
              <w:shd w:val="clear" w:color="auto" w:fill="FFFFFF" w:themeFill="background1"/>
            </w:pPr>
            <w:r>
              <w:t>- GV yêu cầu HS quan sát chữ mẫu P trong SGK và nhận xét độ cao, độ rộng, các nét của chữ.</w:t>
            </w:r>
          </w:p>
          <w:p w14:paraId="2F1E8921" w14:textId="7F70E805" w:rsidR="00E93216" w:rsidRDefault="00E93216" w:rsidP="004E2872">
            <w:pPr>
              <w:shd w:val="clear" w:color="auto" w:fill="FFFFFF" w:themeFill="background1"/>
              <w:jc w:val="center"/>
            </w:pPr>
          </w:p>
        </w:tc>
        <w:tc>
          <w:tcPr>
            <w:tcW w:w="5103" w:type="dxa"/>
            <w:tcBorders>
              <w:top w:val="single" w:sz="4" w:space="0" w:color="000000"/>
              <w:bottom w:val="nil"/>
            </w:tcBorders>
          </w:tcPr>
          <w:p w14:paraId="417F87C3" w14:textId="77777777" w:rsidR="00E93216" w:rsidRDefault="000E3BDE" w:rsidP="004E2872">
            <w:pPr>
              <w:shd w:val="clear" w:color="auto" w:fill="FFFFFF" w:themeFill="background1"/>
            </w:pPr>
            <w:r>
              <w:t>- HS quan sát chữ mẫu.</w:t>
            </w:r>
          </w:p>
          <w:p w14:paraId="54881656" w14:textId="77777777" w:rsidR="00E93216" w:rsidRDefault="000E3BDE" w:rsidP="004E2872">
            <w:pPr>
              <w:shd w:val="clear" w:color="auto" w:fill="FFFFFF" w:themeFill="background1"/>
            </w:pPr>
            <w:r>
              <w:t>- HS trả lời: Chữ hoa P cao 5 li, rộng khoảng 4 li; gồm nét móc ngược trái và nét cong trên tạo vòng khép kín ở phần trên.</w:t>
            </w:r>
          </w:p>
        </w:tc>
      </w:tr>
      <w:tr w:rsidR="00E93216" w14:paraId="3A931997" w14:textId="77777777" w:rsidTr="004E2872">
        <w:trPr>
          <w:jc w:val="center"/>
        </w:trPr>
        <w:tc>
          <w:tcPr>
            <w:tcW w:w="5103" w:type="dxa"/>
            <w:tcBorders>
              <w:top w:val="nil"/>
              <w:bottom w:val="nil"/>
            </w:tcBorders>
          </w:tcPr>
          <w:p w14:paraId="067AC736" w14:textId="77777777" w:rsidR="00E93216" w:rsidRDefault="000E3BDE" w:rsidP="004E2872">
            <w:pPr>
              <w:shd w:val="clear" w:color="auto" w:fill="FFFFFF" w:themeFill="background1"/>
            </w:pPr>
            <w:r>
              <w:t>- GV hướng dẫn quy trình viết: Đặt bút trên đường kẻ 6, viết nét móc ngược trái từ trên xuống, lượn cong ở chân nét; sau đó lia bút lên phần trên để viết nét cong tạo bụng chữ P, dừng bút gần đường kẻ 4.</w:t>
            </w:r>
          </w:p>
        </w:tc>
        <w:tc>
          <w:tcPr>
            <w:tcW w:w="5103" w:type="dxa"/>
            <w:tcBorders>
              <w:top w:val="nil"/>
              <w:bottom w:val="nil"/>
            </w:tcBorders>
          </w:tcPr>
          <w:p w14:paraId="2F390C21" w14:textId="77777777" w:rsidR="00E93216" w:rsidRDefault="000E3BDE" w:rsidP="004E2872">
            <w:pPr>
              <w:shd w:val="clear" w:color="auto" w:fill="FFFFFF" w:themeFill="background1"/>
            </w:pPr>
            <w:r>
              <w:t>- HS quan sát GV viết mẫu trên bảng, dùng ngón tay viết mô phỏng quy trình chữ P trên mặt bàn.</w:t>
            </w:r>
          </w:p>
        </w:tc>
      </w:tr>
      <w:tr w:rsidR="00E93216" w14:paraId="009E46D2" w14:textId="77777777" w:rsidTr="004E2872">
        <w:trPr>
          <w:jc w:val="center"/>
        </w:trPr>
        <w:tc>
          <w:tcPr>
            <w:tcW w:w="5103" w:type="dxa"/>
            <w:tcBorders>
              <w:top w:val="nil"/>
              <w:bottom w:val="single" w:sz="4" w:space="0" w:color="000000"/>
            </w:tcBorders>
          </w:tcPr>
          <w:p w14:paraId="38499A43" w14:textId="77777777" w:rsidR="00E93216" w:rsidRDefault="000E3BDE" w:rsidP="004E2872">
            <w:pPr>
              <w:shd w:val="clear" w:color="auto" w:fill="FFFFFF" w:themeFill="background1"/>
            </w:pPr>
            <w:r>
              <w:t>- GV cho HS viết chữ P vào bảng con; quan sát, sửa lỗi về độ cao, độ rộng, nét cong.</w:t>
            </w:r>
          </w:p>
        </w:tc>
        <w:tc>
          <w:tcPr>
            <w:tcW w:w="5103" w:type="dxa"/>
            <w:tcBorders>
              <w:top w:val="nil"/>
              <w:bottom w:val="single" w:sz="4" w:space="0" w:color="000000"/>
            </w:tcBorders>
          </w:tcPr>
          <w:p w14:paraId="7AAFBF19" w14:textId="77777777" w:rsidR="00E93216" w:rsidRDefault="000E3BDE" w:rsidP="004E2872">
            <w:pPr>
              <w:shd w:val="clear" w:color="auto" w:fill="FFFFFF" w:themeFill="background1"/>
            </w:pPr>
            <w:r>
              <w:t>- HS viết chữ P vào bảng con 2 lần.</w:t>
            </w:r>
          </w:p>
          <w:p w14:paraId="43431C37" w14:textId="77777777" w:rsidR="00E93216" w:rsidRDefault="000E3BDE" w:rsidP="004E2872">
            <w:pPr>
              <w:shd w:val="clear" w:color="auto" w:fill="FFFFFF" w:themeFill="background1"/>
            </w:pPr>
            <w:r>
              <w:t>- HS sửa lỗi theo nhận xét của GV.</w:t>
            </w:r>
          </w:p>
        </w:tc>
      </w:tr>
      <w:tr w:rsidR="00E93216" w14:paraId="18D86263"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2F0D9"/>
          </w:tcPr>
          <w:p w14:paraId="530F9BC9" w14:textId="77777777" w:rsidR="00E93216" w:rsidRDefault="000E3BDE" w:rsidP="004E2872">
            <w:pPr>
              <w:shd w:val="clear" w:color="auto" w:fill="FFFFFF" w:themeFill="background1"/>
              <w:jc w:val="center"/>
            </w:pPr>
            <w:r>
              <w:rPr>
                <w:b/>
              </w:rPr>
              <w:t>3. VIẾT ỨNG DỤNG (12 phút)</w:t>
            </w:r>
            <w:r>
              <w:rPr>
                <w:b/>
              </w:rPr>
              <w:br/>
              <w:t xml:space="preserve">Mục tiêu: HS viết đúng câu ứng dụng, biết nối chữ hoa với chữ thường, đặt dấu thanh và </w:t>
            </w:r>
            <w:r>
              <w:rPr>
                <w:b/>
              </w:rPr>
              <w:lastRenderedPageBreak/>
              <w:t>dấu câu đúng vị trí.</w:t>
            </w:r>
          </w:p>
        </w:tc>
      </w:tr>
      <w:tr w:rsidR="00E93216" w14:paraId="797027E1" w14:textId="77777777" w:rsidTr="004E2872">
        <w:trPr>
          <w:jc w:val="center"/>
        </w:trPr>
        <w:tc>
          <w:tcPr>
            <w:tcW w:w="5103" w:type="dxa"/>
            <w:tcBorders>
              <w:top w:val="single" w:sz="4" w:space="0" w:color="000000"/>
              <w:bottom w:val="nil"/>
            </w:tcBorders>
          </w:tcPr>
          <w:p w14:paraId="40433247" w14:textId="77777777" w:rsidR="00E93216" w:rsidRDefault="000E3BDE" w:rsidP="004E2872">
            <w:pPr>
              <w:shd w:val="clear" w:color="auto" w:fill="FFFFFF" w:themeFill="background1"/>
            </w:pPr>
            <w:r>
              <w:rPr>
                <w:b/>
              </w:rPr>
              <w:lastRenderedPageBreak/>
              <w:t>- Hoạt động 2: Viết ứng dụng: Phượng nở đỏ rực một góc trời.</w:t>
            </w:r>
          </w:p>
          <w:p w14:paraId="6CEC9E1D" w14:textId="77777777" w:rsidR="00E93216" w:rsidRDefault="000E3BDE" w:rsidP="004E2872">
            <w:pPr>
              <w:shd w:val="clear" w:color="auto" w:fill="FFFFFF" w:themeFill="background1"/>
            </w:pPr>
            <w:r>
              <w:t>- GV yêu cầu HS đọc câu ứng dụng và nêu chữ cần viết hoa.</w:t>
            </w:r>
          </w:p>
        </w:tc>
        <w:tc>
          <w:tcPr>
            <w:tcW w:w="5103" w:type="dxa"/>
            <w:tcBorders>
              <w:top w:val="single" w:sz="4" w:space="0" w:color="000000"/>
              <w:bottom w:val="nil"/>
            </w:tcBorders>
          </w:tcPr>
          <w:p w14:paraId="4C7AB3F3" w14:textId="77777777" w:rsidR="00E93216" w:rsidRDefault="000E3BDE" w:rsidP="004E2872">
            <w:pPr>
              <w:shd w:val="clear" w:color="auto" w:fill="FFFFFF" w:themeFill="background1"/>
            </w:pPr>
            <w:r>
              <w:t>- HS đọc: Phượng nở đỏ rực một góc trời.</w:t>
            </w:r>
          </w:p>
          <w:p w14:paraId="1A563D08" w14:textId="77777777" w:rsidR="00E93216" w:rsidRDefault="000E3BDE" w:rsidP="004E2872">
            <w:pPr>
              <w:shd w:val="clear" w:color="auto" w:fill="FFFFFF" w:themeFill="background1"/>
            </w:pPr>
            <w:r>
              <w:t>- HS nêu: Chữ Phượng viết hoa chữ P vì đứng đầu câu.</w:t>
            </w:r>
          </w:p>
        </w:tc>
      </w:tr>
      <w:tr w:rsidR="00E93216" w14:paraId="3DA56AB1" w14:textId="77777777" w:rsidTr="004E2872">
        <w:trPr>
          <w:jc w:val="center"/>
        </w:trPr>
        <w:tc>
          <w:tcPr>
            <w:tcW w:w="5103" w:type="dxa"/>
            <w:tcBorders>
              <w:top w:val="nil"/>
              <w:bottom w:val="nil"/>
            </w:tcBorders>
          </w:tcPr>
          <w:p w14:paraId="5EB6E9FB" w14:textId="77777777" w:rsidR="00E93216" w:rsidRDefault="000E3BDE" w:rsidP="004E2872">
            <w:pPr>
              <w:shd w:val="clear" w:color="auto" w:fill="FFFFFF" w:themeFill="background1"/>
            </w:pPr>
            <w:r>
              <w:t>- GV hướng dẫn: Trong tiếng Phượng, nối chữ P hoa với h sao cho nét nối mềm; chữ g, h cao 2,5 li; chữ t cao 1,5 li; các chữ còn lại cao 1 li; dấu nặng đặt dưới ơ trong Phượng, dấu hỏi đặt trên o trong nở, dấu sắc đặt trên o trong góc; cuối câu có dấu chấm.</w:t>
            </w:r>
          </w:p>
        </w:tc>
        <w:tc>
          <w:tcPr>
            <w:tcW w:w="5103" w:type="dxa"/>
            <w:tcBorders>
              <w:top w:val="nil"/>
              <w:bottom w:val="nil"/>
            </w:tcBorders>
          </w:tcPr>
          <w:p w14:paraId="2A3B3D24" w14:textId="77777777" w:rsidR="00E93216" w:rsidRDefault="000E3BDE" w:rsidP="004E2872">
            <w:pPr>
              <w:shd w:val="clear" w:color="auto" w:fill="FFFFFF" w:themeFill="background1"/>
            </w:pPr>
            <w:r>
              <w:t>- HS lắng nghe, nhắc lại: Viết hoa chữ P, đúng khoảng cách giữa các chữ, đặt dấu thanh đúng vị trí và viết dấu chấm cuối câu.</w:t>
            </w:r>
          </w:p>
        </w:tc>
      </w:tr>
      <w:tr w:rsidR="00E93216" w14:paraId="685072B1" w14:textId="77777777" w:rsidTr="004E2872">
        <w:trPr>
          <w:jc w:val="center"/>
        </w:trPr>
        <w:tc>
          <w:tcPr>
            <w:tcW w:w="5103" w:type="dxa"/>
            <w:tcBorders>
              <w:top w:val="nil"/>
              <w:bottom w:val="single" w:sz="4" w:space="0" w:color="000000"/>
            </w:tcBorders>
          </w:tcPr>
          <w:p w14:paraId="0DFACF43" w14:textId="77777777" w:rsidR="00E93216" w:rsidRDefault="000E3BDE" w:rsidP="004E2872">
            <w:pPr>
              <w:shd w:val="clear" w:color="auto" w:fill="FFFFFF" w:themeFill="background1"/>
            </w:pPr>
            <w:r>
              <w:t>- GV cho HS viết câu ứng dụng vào vở; theo dõi, uốn nắn tư thế ngồi và cách cầm bút.</w:t>
            </w:r>
          </w:p>
        </w:tc>
        <w:tc>
          <w:tcPr>
            <w:tcW w:w="5103" w:type="dxa"/>
            <w:tcBorders>
              <w:top w:val="nil"/>
              <w:bottom w:val="single" w:sz="4" w:space="0" w:color="000000"/>
            </w:tcBorders>
          </w:tcPr>
          <w:p w14:paraId="69EDF156" w14:textId="77777777" w:rsidR="00E93216" w:rsidRDefault="000E3BDE" w:rsidP="004E2872">
            <w:pPr>
              <w:shd w:val="clear" w:color="auto" w:fill="FFFFFF" w:themeFill="background1"/>
            </w:pPr>
            <w:r>
              <w:t>- HS viết vào vở Tập viết: Phượng nở đỏ rực một góc trời.</w:t>
            </w:r>
          </w:p>
        </w:tc>
      </w:tr>
      <w:tr w:rsidR="00E93216" w14:paraId="2B4F691A"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2F0D9"/>
          </w:tcPr>
          <w:p w14:paraId="714CD334" w14:textId="77777777" w:rsidR="00E93216" w:rsidRDefault="000E3BDE" w:rsidP="004E2872">
            <w:pPr>
              <w:shd w:val="clear" w:color="auto" w:fill="FFFFFF" w:themeFill="background1"/>
              <w:jc w:val="center"/>
            </w:pPr>
            <w:r>
              <w:rPr>
                <w:b/>
              </w:rPr>
              <w:t>4. VẬN DỤNG (5 phút)</w:t>
            </w:r>
            <w:r>
              <w:rPr>
                <w:b/>
              </w:rPr>
              <w:br/>
              <w:t>Mục tiêu: HS tự rà soát bài viết và hình thành thói quen viết cẩn thận.</w:t>
            </w:r>
          </w:p>
        </w:tc>
      </w:tr>
      <w:tr w:rsidR="00E93216" w14:paraId="4C2607A1" w14:textId="77777777" w:rsidTr="004E2872">
        <w:trPr>
          <w:jc w:val="center"/>
        </w:trPr>
        <w:tc>
          <w:tcPr>
            <w:tcW w:w="5103" w:type="dxa"/>
            <w:tcBorders>
              <w:top w:val="single" w:sz="4" w:space="0" w:color="000000"/>
              <w:bottom w:val="nil"/>
            </w:tcBorders>
          </w:tcPr>
          <w:p w14:paraId="207FE3FD" w14:textId="77777777" w:rsidR="00E93216" w:rsidRDefault="000E3BDE" w:rsidP="004E2872">
            <w:pPr>
              <w:shd w:val="clear" w:color="auto" w:fill="FFFFFF" w:themeFill="background1"/>
            </w:pPr>
            <w:r>
              <w:t>- GV yêu cầu HS đổi vở cho bạn, cùng kiểm tra 3 tiêu chí: đúng chữ P, đúng khoảng cách, đúng dấu câu.</w:t>
            </w:r>
          </w:p>
        </w:tc>
        <w:tc>
          <w:tcPr>
            <w:tcW w:w="5103" w:type="dxa"/>
            <w:tcBorders>
              <w:top w:val="single" w:sz="4" w:space="0" w:color="000000"/>
              <w:bottom w:val="nil"/>
            </w:tcBorders>
          </w:tcPr>
          <w:p w14:paraId="655A16B5" w14:textId="77777777" w:rsidR="00E93216" w:rsidRDefault="000E3BDE" w:rsidP="004E2872">
            <w:pPr>
              <w:shd w:val="clear" w:color="auto" w:fill="FFFFFF" w:themeFill="background1"/>
            </w:pPr>
            <w:r>
              <w:t>- HS đổi vở, nhận xét nhẹ nhàng cho bạn và tự sửa lỗi nếu có.</w:t>
            </w:r>
          </w:p>
        </w:tc>
      </w:tr>
      <w:tr w:rsidR="00E93216" w14:paraId="706CDCF5" w14:textId="77777777" w:rsidTr="004E2872">
        <w:trPr>
          <w:jc w:val="center"/>
        </w:trPr>
        <w:tc>
          <w:tcPr>
            <w:tcW w:w="5103" w:type="dxa"/>
            <w:tcBorders>
              <w:top w:val="nil"/>
            </w:tcBorders>
          </w:tcPr>
          <w:p w14:paraId="69FF7836" w14:textId="77777777" w:rsidR="00E93216" w:rsidRDefault="000E3BDE" w:rsidP="004E2872">
            <w:pPr>
              <w:shd w:val="clear" w:color="auto" w:fill="FFFFFF" w:themeFill="background1"/>
            </w:pPr>
            <w:r>
              <w:t>- GV nhận xét, tuyên dương; dặn HS luyện thêm chữ P và chuẩn bị tiết Nói và nghe.</w:t>
            </w:r>
          </w:p>
        </w:tc>
        <w:tc>
          <w:tcPr>
            <w:tcW w:w="5103" w:type="dxa"/>
            <w:tcBorders>
              <w:top w:val="nil"/>
            </w:tcBorders>
          </w:tcPr>
          <w:p w14:paraId="08B3AFD3" w14:textId="77777777" w:rsidR="00E93216" w:rsidRDefault="000E3BDE" w:rsidP="004E2872">
            <w:pPr>
              <w:shd w:val="clear" w:color="auto" w:fill="FFFFFF" w:themeFill="background1"/>
            </w:pPr>
            <w:r>
              <w:t>- HS lắng nghe và ghi nhớ nhiệm vụ.</w:t>
            </w:r>
          </w:p>
        </w:tc>
      </w:tr>
    </w:tbl>
    <w:p w14:paraId="1B65A2C2" w14:textId="77777777" w:rsidR="00E93216" w:rsidRDefault="000E3BDE" w:rsidP="004E2872">
      <w:pPr>
        <w:shd w:val="clear" w:color="auto" w:fill="FFFFFF" w:themeFill="background1"/>
        <w:spacing w:after="0" w:line="240" w:lineRule="auto"/>
      </w:pPr>
      <w:r>
        <w:rPr>
          <w:b/>
        </w:rPr>
        <w:t>IV. ĐIỀU CHỈNH SAU TIẾT HỌC (NẾU CÓ)</w:t>
      </w:r>
    </w:p>
    <w:p w14:paraId="2521BAC7" w14:textId="06985BD5" w:rsidR="000E3BDE" w:rsidRDefault="000E3BDE" w:rsidP="004E2872">
      <w:pPr>
        <w:shd w:val="clear" w:color="auto" w:fill="FFFFFF" w:themeFill="background1"/>
      </w:pPr>
    </w:p>
    <w:p w14:paraId="1A073704" w14:textId="77777777" w:rsidR="00E93216" w:rsidRDefault="000E3BDE" w:rsidP="004E2872">
      <w:pPr>
        <w:shd w:val="clear" w:color="auto" w:fill="FFFFFF" w:themeFill="background1"/>
        <w:spacing w:after="0" w:line="240" w:lineRule="auto"/>
        <w:jc w:val="center"/>
      </w:pPr>
      <w:r>
        <w:rPr>
          <w:b/>
          <w:sz w:val="28"/>
        </w:rPr>
        <w:t>KẾ HOẠCH BÀI DẠY MÔN TIẾNG VIỆT LỚP 2 – TUẦN 17</w:t>
      </w:r>
    </w:p>
    <w:p w14:paraId="21D65C50" w14:textId="77777777" w:rsidR="00E93216" w:rsidRDefault="000E3BDE" w:rsidP="004E2872">
      <w:pPr>
        <w:shd w:val="clear" w:color="auto" w:fill="FFFFFF" w:themeFill="background1"/>
        <w:spacing w:after="0" w:line="240" w:lineRule="auto"/>
        <w:jc w:val="center"/>
      </w:pPr>
      <w:r>
        <w:rPr>
          <w:b/>
          <w:sz w:val="28"/>
        </w:rPr>
        <w:t>CHỦ ĐỀ 4: MÁI ẤM GIA ĐÌNH</w:t>
      </w:r>
    </w:p>
    <w:p w14:paraId="37A023F5" w14:textId="77777777" w:rsidR="00E93216" w:rsidRDefault="000E3BDE" w:rsidP="004E2872">
      <w:pPr>
        <w:shd w:val="clear" w:color="auto" w:fill="FFFFFF" w:themeFill="background1"/>
        <w:spacing w:after="0" w:line="240" w:lineRule="auto"/>
        <w:jc w:val="center"/>
      </w:pPr>
      <w:r>
        <w:rPr>
          <w:b/>
          <w:sz w:val="28"/>
        </w:rPr>
        <w:t>BÀI 31: ÁNH SÁNG CỦA YÊU THƯƠNG</w:t>
      </w:r>
    </w:p>
    <w:p w14:paraId="15903F01" w14:textId="77777777" w:rsidR="00E93216" w:rsidRDefault="000E3BDE" w:rsidP="004E2872">
      <w:pPr>
        <w:shd w:val="clear" w:color="auto" w:fill="FFFFFF" w:themeFill="background1"/>
        <w:spacing w:after="0" w:line="240" w:lineRule="auto"/>
        <w:jc w:val="center"/>
      </w:pPr>
      <w:r>
        <w:rPr>
          <w:b/>
          <w:sz w:val="28"/>
        </w:rPr>
        <w:t>TIẾT 4: NÓI VÀ NGHE</w:t>
      </w:r>
    </w:p>
    <w:p w14:paraId="59CDCA66" w14:textId="77777777" w:rsidR="00E93216" w:rsidRDefault="000E3BDE" w:rsidP="004E2872">
      <w:pPr>
        <w:shd w:val="clear" w:color="auto" w:fill="FFFFFF" w:themeFill="background1"/>
        <w:spacing w:after="0" w:line="240" w:lineRule="auto"/>
      </w:pPr>
      <w:r>
        <w:rPr>
          <w:b/>
        </w:rPr>
        <w:t>I. YÊU CẦU CẦN ĐẠT</w:t>
      </w:r>
    </w:p>
    <w:p w14:paraId="46DA9E5F" w14:textId="77777777" w:rsidR="00E93216" w:rsidRDefault="000E3BDE" w:rsidP="004E2872">
      <w:pPr>
        <w:shd w:val="clear" w:color="auto" w:fill="FFFFFF" w:themeFill="background1"/>
        <w:spacing w:after="0" w:line="240" w:lineRule="auto"/>
      </w:pPr>
      <w:r>
        <w:t>Sau bài học, HS sẽ:</w:t>
      </w:r>
    </w:p>
    <w:p w14:paraId="4BFA6AE4" w14:textId="77777777" w:rsidR="00E93216" w:rsidRDefault="000E3BDE" w:rsidP="004E2872">
      <w:pPr>
        <w:shd w:val="clear" w:color="auto" w:fill="FFFFFF" w:themeFill="background1"/>
        <w:spacing w:after="0" w:line="240" w:lineRule="auto"/>
      </w:pPr>
      <w:r>
        <w:rPr>
          <w:b/>
        </w:rPr>
        <w:t>1. Năng lực đặc thù</w:t>
      </w:r>
    </w:p>
    <w:p w14:paraId="60E39880" w14:textId="77777777" w:rsidR="00E93216" w:rsidRDefault="000E3BDE" w:rsidP="004E2872">
      <w:pPr>
        <w:shd w:val="clear" w:color="auto" w:fill="FFFFFF" w:themeFill="background1"/>
        <w:spacing w:after="0" w:line="240" w:lineRule="auto"/>
      </w:pPr>
      <w:r>
        <w:t>- Quan sát tranh, nói được sự việc trong từng tranh minh họa câu chuyện Ánh sáng của yêu thương.</w:t>
      </w:r>
    </w:p>
    <w:p w14:paraId="165E4104" w14:textId="77777777" w:rsidR="00E93216" w:rsidRDefault="000E3BDE" w:rsidP="004E2872">
      <w:pPr>
        <w:shd w:val="clear" w:color="auto" w:fill="FFFFFF" w:themeFill="background1"/>
        <w:spacing w:after="0" w:line="240" w:lineRule="auto"/>
      </w:pPr>
      <w:r>
        <w:t>- Sắp xếp được tranh theo đúng trình tự câu chuyện; kể lại được 1 – 2 đoạn của câu chuyện bằng lời của mình.</w:t>
      </w:r>
    </w:p>
    <w:p w14:paraId="38F0FA1D" w14:textId="77777777" w:rsidR="00E93216" w:rsidRDefault="000E3BDE" w:rsidP="004E2872">
      <w:pPr>
        <w:shd w:val="clear" w:color="auto" w:fill="FFFFFF" w:themeFill="background1"/>
        <w:spacing w:after="0" w:line="240" w:lineRule="auto"/>
      </w:pPr>
      <w:r>
        <w:rPr>
          <w:b/>
        </w:rPr>
        <w:t>2. Năng lực chung</w:t>
      </w:r>
    </w:p>
    <w:p w14:paraId="0FB80534" w14:textId="77777777" w:rsidR="00E93216" w:rsidRDefault="000E3BDE" w:rsidP="004E2872">
      <w:pPr>
        <w:shd w:val="clear" w:color="auto" w:fill="FFFFFF" w:themeFill="background1"/>
        <w:spacing w:after="0" w:line="240" w:lineRule="auto"/>
      </w:pPr>
      <w:r>
        <w:t>- Giao tiếp và hợp tác: kể chuyện trong nhóm, lắng nghe và góp ý cho bạn.</w:t>
      </w:r>
    </w:p>
    <w:p w14:paraId="21AC4720" w14:textId="77777777" w:rsidR="00E93216" w:rsidRDefault="000E3BDE" w:rsidP="004E2872">
      <w:pPr>
        <w:shd w:val="clear" w:color="auto" w:fill="FFFFFF" w:themeFill="background1"/>
        <w:spacing w:after="0" w:line="240" w:lineRule="auto"/>
      </w:pPr>
      <w:r>
        <w:t>- Tự chủ và tự học: mạnh dạn nói trước lớp, biết điều chỉnh lời kể.</w:t>
      </w:r>
    </w:p>
    <w:p w14:paraId="6931690B" w14:textId="77777777" w:rsidR="00E93216" w:rsidRDefault="000E3BDE" w:rsidP="004E2872">
      <w:pPr>
        <w:shd w:val="clear" w:color="auto" w:fill="FFFFFF" w:themeFill="background1"/>
        <w:spacing w:after="0" w:line="240" w:lineRule="auto"/>
      </w:pPr>
      <w:r>
        <w:rPr>
          <w:b/>
        </w:rPr>
        <w:t>3. Phẩm chất</w:t>
      </w:r>
    </w:p>
    <w:p w14:paraId="2797C3B5" w14:textId="77777777" w:rsidR="00E93216" w:rsidRDefault="000E3BDE" w:rsidP="004E2872">
      <w:pPr>
        <w:shd w:val="clear" w:color="auto" w:fill="FFFFFF" w:themeFill="background1"/>
        <w:spacing w:after="0" w:line="240" w:lineRule="auto"/>
      </w:pPr>
      <w:r>
        <w:t>- Nhân ái: biết trân trọng tình yêu thương của con dành cho cha mẹ.</w:t>
      </w:r>
    </w:p>
    <w:p w14:paraId="043BC223" w14:textId="77777777" w:rsidR="00E93216" w:rsidRDefault="000E3BDE" w:rsidP="004E2872">
      <w:pPr>
        <w:shd w:val="clear" w:color="auto" w:fill="FFFFFF" w:themeFill="background1"/>
        <w:spacing w:after="0" w:line="240" w:lineRule="auto"/>
      </w:pPr>
      <w:r>
        <w:t>- Trách nhiệm: biết thực hiện việc làm phù hợp để giúp người thân.</w:t>
      </w:r>
    </w:p>
    <w:p w14:paraId="039361DB" w14:textId="77777777" w:rsidR="00E93216" w:rsidRDefault="000E3BDE" w:rsidP="004E2872">
      <w:pPr>
        <w:shd w:val="clear" w:color="auto" w:fill="FFFFFF" w:themeFill="background1"/>
        <w:spacing w:after="0" w:line="240" w:lineRule="auto"/>
      </w:pPr>
      <w:r>
        <w:rPr>
          <w:b/>
        </w:rPr>
        <w:t>II. ĐỒ DÙNG DẠY HỌC</w:t>
      </w:r>
    </w:p>
    <w:p w14:paraId="481DB752" w14:textId="77777777" w:rsidR="00E93216" w:rsidRDefault="000E3BDE" w:rsidP="004E2872">
      <w:pPr>
        <w:shd w:val="clear" w:color="auto" w:fill="FFFFFF" w:themeFill="background1"/>
        <w:spacing w:after="0" w:line="240" w:lineRule="auto"/>
      </w:pPr>
      <w:r>
        <w:rPr>
          <w:b/>
        </w:rPr>
        <w:t>1. Giáo viên</w:t>
      </w:r>
    </w:p>
    <w:p w14:paraId="370E9770" w14:textId="77777777" w:rsidR="00E93216" w:rsidRDefault="000E3BDE" w:rsidP="004E2872">
      <w:pPr>
        <w:shd w:val="clear" w:color="auto" w:fill="FFFFFF" w:themeFill="background1"/>
        <w:spacing w:after="0" w:line="240" w:lineRule="auto"/>
      </w:pPr>
      <w:r>
        <w:t>- Tranh minh họa 4 sự việc của câu chuyện; máy chiếu.</w:t>
      </w:r>
    </w:p>
    <w:p w14:paraId="45D46493" w14:textId="77777777" w:rsidR="00E93216" w:rsidRDefault="000E3BDE" w:rsidP="004E2872">
      <w:pPr>
        <w:shd w:val="clear" w:color="auto" w:fill="FFFFFF" w:themeFill="background1"/>
        <w:spacing w:after="0" w:line="240" w:lineRule="auto"/>
      </w:pPr>
      <w:r>
        <w:rPr>
          <w:b/>
        </w:rPr>
        <w:t>2. Học sinh</w:t>
      </w:r>
    </w:p>
    <w:p w14:paraId="002340C9" w14:textId="77777777" w:rsidR="00E93216" w:rsidRDefault="000E3BDE" w:rsidP="004E2872">
      <w:pPr>
        <w:shd w:val="clear" w:color="auto" w:fill="FFFFFF" w:themeFill="background1"/>
        <w:spacing w:after="0" w:line="240" w:lineRule="auto"/>
      </w:pPr>
      <w:r>
        <w:t>- SGK, tranh hoặc câu chuyện chuẩn bị ở nhà.</w:t>
      </w:r>
    </w:p>
    <w:p w14:paraId="63790947" w14:textId="77777777" w:rsidR="00E93216" w:rsidRDefault="000E3BDE" w:rsidP="004E2872">
      <w:pPr>
        <w:shd w:val="clear" w:color="auto" w:fill="FFFFFF" w:themeFill="background1"/>
        <w:spacing w:after="0" w:line="240" w:lineRule="auto"/>
      </w:pPr>
      <w:r>
        <w:rPr>
          <w:b/>
        </w:rPr>
        <w:t>III. CÁC HOẠT ĐỘNG DẠY HỌC CHỦ YẾU</w:t>
      </w:r>
    </w:p>
    <w:tbl>
      <w:tblPr>
        <w:tblStyle w:val="TableGrid"/>
        <w:tblW w:w="0" w:type="auto"/>
        <w:jc w:val="center"/>
        <w:tblLook w:val="04A0" w:firstRow="1" w:lastRow="0" w:firstColumn="1" w:lastColumn="0" w:noHBand="0" w:noVBand="1"/>
      </w:tblPr>
      <w:tblGrid>
        <w:gridCol w:w="5103"/>
        <w:gridCol w:w="5103"/>
      </w:tblGrid>
      <w:tr w:rsidR="00E93216" w14:paraId="7D282E4E" w14:textId="77777777" w:rsidTr="004E2872">
        <w:trPr>
          <w:jc w:val="center"/>
        </w:trPr>
        <w:tc>
          <w:tcPr>
            <w:tcW w:w="5103" w:type="dxa"/>
            <w:tcBorders>
              <w:top w:val="single" w:sz="6" w:space="0" w:color="000000"/>
              <w:left w:val="single" w:sz="6" w:space="0" w:color="000000"/>
              <w:bottom w:val="single" w:sz="4" w:space="0" w:color="000000"/>
              <w:right w:val="single" w:sz="6" w:space="0" w:color="000000"/>
            </w:tcBorders>
            <w:shd w:val="clear" w:color="auto" w:fill="D9EAF7"/>
          </w:tcPr>
          <w:p w14:paraId="3565D3B8" w14:textId="77777777" w:rsidR="00E93216" w:rsidRDefault="000E3BDE" w:rsidP="004E2872">
            <w:pPr>
              <w:shd w:val="clear" w:color="auto" w:fill="FFFFFF" w:themeFill="background1"/>
            </w:pPr>
            <w:r>
              <w:rPr>
                <w:b/>
              </w:rPr>
              <w:t>Hoạt động của GV</w:t>
            </w:r>
          </w:p>
        </w:tc>
        <w:tc>
          <w:tcPr>
            <w:tcW w:w="5103" w:type="dxa"/>
            <w:tcBorders>
              <w:top w:val="single" w:sz="6" w:space="0" w:color="000000"/>
              <w:left w:val="single" w:sz="6" w:space="0" w:color="000000"/>
              <w:bottom w:val="single" w:sz="4" w:space="0" w:color="000000"/>
              <w:right w:val="single" w:sz="6" w:space="0" w:color="000000"/>
            </w:tcBorders>
            <w:shd w:val="clear" w:color="auto" w:fill="D9EAF7"/>
          </w:tcPr>
          <w:p w14:paraId="1E78036D" w14:textId="77777777" w:rsidR="00E93216" w:rsidRDefault="000E3BDE" w:rsidP="004E2872">
            <w:pPr>
              <w:shd w:val="clear" w:color="auto" w:fill="FFFFFF" w:themeFill="background1"/>
            </w:pPr>
            <w:r>
              <w:rPr>
                <w:b/>
              </w:rPr>
              <w:t>Hoạt động của HS</w:t>
            </w:r>
          </w:p>
        </w:tc>
      </w:tr>
      <w:tr w:rsidR="00E93216" w14:paraId="5F735A04"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2F0D9"/>
          </w:tcPr>
          <w:p w14:paraId="09857202" w14:textId="77777777" w:rsidR="00E93216" w:rsidRDefault="000E3BDE" w:rsidP="004E2872">
            <w:pPr>
              <w:shd w:val="clear" w:color="auto" w:fill="FFFFFF" w:themeFill="background1"/>
              <w:jc w:val="center"/>
            </w:pPr>
            <w:r>
              <w:rPr>
                <w:b/>
              </w:rPr>
              <w:t>1. KHỞI ĐỘNG (3 phút)</w:t>
            </w:r>
            <w:r>
              <w:rPr>
                <w:b/>
              </w:rPr>
              <w:br/>
              <w:t>Mục tiêu: HS nhớ lại nội dung câu chuyện đã đọc.</w:t>
            </w:r>
          </w:p>
        </w:tc>
      </w:tr>
      <w:tr w:rsidR="00E93216" w14:paraId="0EDF42D2" w14:textId="77777777" w:rsidTr="004E2872">
        <w:trPr>
          <w:jc w:val="center"/>
        </w:trPr>
        <w:tc>
          <w:tcPr>
            <w:tcW w:w="5103" w:type="dxa"/>
            <w:tcBorders>
              <w:top w:val="single" w:sz="4" w:space="0" w:color="000000"/>
              <w:bottom w:val="single" w:sz="4" w:space="0" w:color="000000"/>
            </w:tcBorders>
          </w:tcPr>
          <w:p w14:paraId="67513A7F" w14:textId="77777777" w:rsidR="00E93216" w:rsidRDefault="000E3BDE" w:rsidP="004E2872">
            <w:pPr>
              <w:shd w:val="clear" w:color="auto" w:fill="FFFFFF" w:themeFill="background1"/>
            </w:pPr>
            <w:r>
              <w:t xml:space="preserve">- GV hỏi: Câu chuyện Ánh sáng của yêu </w:t>
            </w:r>
            <w:r>
              <w:lastRenderedPageBreak/>
              <w:t>thương kể về ai và việc gì?</w:t>
            </w:r>
          </w:p>
        </w:tc>
        <w:tc>
          <w:tcPr>
            <w:tcW w:w="5103" w:type="dxa"/>
            <w:tcBorders>
              <w:top w:val="single" w:sz="4" w:space="0" w:color="000000"/>
              <w:bottom w:val="single" w:sz="4" w:space="0" w:color="000000"/>
            </w:tcBorders>
          </w:tcPr>
          <w:p w14:paraId="323DFB52" w14:textId="77777777" w:rsidR="00E93216" w:rsidRDefault="000E3BDE" w:rsidP="004E2872">
            <w:pPr>
              <w:shd w:val="clear" w:color="auto" w:fill="FFFFFF" w:themeFill="background1"/>
            </w:pPr>
            <w:r>
              <w:lastRenderedPageBreak/>
              <w:t>- HS trả lời: Câu chuyện kể về cậu bé Ê-đi-</w:t>
            </w:r>
            <w:r>
              <w:lastRenderedPageBreak/>
              <w:t>xơn rất thương mẹ và nghĩ ra cách làm căn phòng sáng để bác sĩ mổ cho mẹ.</w:t>
            </w:r>
          </w:p>
        </w:tc>
      </w:tr>
      <w:tr w:rsidR="00E93216" w14:paraId="4A43035B"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2F0D9"/>
          </w:tcPr>
          <w:p w14:paraId="26133773" w14:textId="77777777" w:rsidR="00E93216" w:rsidRDefault="000E3BDE" w:rsidP="004E2872">
            <w:pPr>
              <w:shd w:val="clear" w:color="auto" w:fill="FFFFFF" w:themeFill="background1"/>
              <w:jc w:val="center"/>
            </w:pPr>
            <w:r>
              <w:rPr>
                <w:b/>
              </w:rPr>
              <w:lastRenderedPageBreak/>
              <w:t>2. QUAN SÁT TRANH, NÓI VỀ SỰ VIỆC TRONG TỪNG TRANH (10 phút)</w:t>
            </w:r>
            <w:r>
              <w:rPr>
                <w:b/>
              </w:rPr>
              <w:br/>
              <w:t>Mục tiêu: HS nói được nội dung chính của từng tranh.</w:t>
            </w:r>
          </w:p>
        </w:tc>
      </w:tr>
      <w:tr w:rsidR="00E93216" w14:paraId="5A9D37CD" w14:textId="77777777" w:rsidTr="004E2872">
        <w:trPr>
          <w:jc w:val="center"/>
        </w:trPr>
        <w:tc>
          <w:tcPr>
            <w:tcW w:w="5103" w:type="dxa"/>
            <w:tcBorders>
              <w:top w:val="single" w:sz="4" w:space="0" w:color="000000"/>
              <w:bottom w:val="single" w:sz="4" w:space="0" w:color="000000"/>
            </w:tcBorders>
          </w:tcPr>
          <w:p w14:paraId="07E485F7" w14:textId="77777777" w:rsidR="00E93216" w:rsidRDefault="000E3BDE" w:rsidP="004E2872">
            <w:pPr>
              <w:shd w:val="clear" w:color="auto" w:fill="FFFFFF" w:themeFill="background1"/>
            </w:pPr>
            <w:r>
              <w:rPr>
                <w:b/>
              </w:rPr>
              <w:t>- Hoạt động 1: Quan sát các tranh minh họa câu chuyện Ánh sáng của yêu thương, nói về sự việc trong từng tranh.</w:t>
            </w:r>
          </w:p>
          <w:p w14:paraId="64F40847" w14:textId="77777777" w:rsidR="00E93216" w:rsidRDefault="000E3BDE" w:rsidP="004E2872">
            <w:pPr>
              <w:shd w:val="clear" w:color="auto" w:fill="FFFFFF" w:themeFill="background1"/>
            </w:pPr>
            <w:r>
              <w:t>- GV yêu cầu HS quan sát 4 tranh trong SGK, thảo luận nhóm 4 và nêu nội dung từng tranh.</w:t>
            </w:r>
          </w:p>
          <w:p w14:paraId="00EE8ACD" w14:textId="29820E2A" w:rsidR="00E93216" w:rsidRDefault="00E93216" w:rsidP="004E2872">
            <w:pPr>
              <w:shd w:val="clear" w:color="auto" w:fill="FFFFFF" w:themeFill="background1"/>
              <w:jc w:val="center"/>
            </w:pPr>
          </w:p>
        </w:tc>
        <w:tc>
          <w:tcPr>
            <w:tcW w:w="5103" w:type="dxa"/>
            <w:tcBorders>
              <w:top w:val="single" w:sz="4" w:space="0" w:color="000000"/>
              <w:bottom w:val="single" w:sz="4" w:space="0" w:color="000000"/>
            </w:tcBorders>
          </w:tcPr>
          <w:p w14:paraId="5A4F8960" w14:textId="77777777" w:rsidR="00E93216" w:rsidRDefault="000E3BDE" w:rsidP="004E2872">
            <w:pPr>
              <w:shd w:val="clear" w:color="auto" w:fill="FFFFFF" w:themeFill="background1"/>
            </w:pPr>
            <w:r>
              <w:t>- HS quan sát tranh, thảo luận nhóm 4.</w:t>
            </w:r>
          </w:p>
          <w:p w14:paraId="38561CD7" w14:textId="77777777" w:rsidR="00E93216" w:rsidRDefault="000E3BDE" w:rsidP="004E2872">
            <w:pPr>
              <w:shd w:val="clear" w:color="auto" w:fill="FFFFFF" w:themeFill="background1"/>
            </w:pPr>
            <w:r>
              <w:t>- HS nêu: Tranh 1: Mẹ Ê-đi-xơn bị đau, Ê-đi-xơn lo lắng. Tranh 2: Ê-đi-xơn chạy đi mời bác sĩ. Tranh 3: Bác sĩ đến khám và chuẩn bị phẫu thuật cho mẹ. Tranh 4: Ê-đi-xơn mượn gương để làm căn phòng sáng hơn.</w:t>
            </w:r>
          </w:p>
        </w:tc>
      </w:tr>
      <w:tr w:rsidR="00E93216" w14:paraId="3105EED9"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2F0D9"/>
          </w:tcPr>
          <w:p w14:paraId="5C728930" w14:textId="77777777" w:rsidR="00E93216" w:rsidRDefault="000E3BDE" w:rsidP="004E2872">
            <w:pPr>
              <w:shd w:val="clear" w:color="auto" w:fill="FFFFFF" w:themeFill="background1"/>
              <w:jc w:val="center"/>
            </w:pPr>
            <w:r>
              <w:rPr>
                <w:b/>
              </w:rPr>
              <w:t>3. SẮP XẾP TRANH THEO TRÌNH TỰ CÂU CHUYỆN (7 phút)</w:t>
            </w:r>
            <w:r>
              <w:rPr>
                <w:b/>
              </w:rPr>
              <w:br/>
              <w:t>Mục tiêu: HS sắp xếp đúng trình tự các sự việc.</w:t>
            </w:r>
          </w:p>
        </w:tc>
      </w:tr>
      <w:tr w:rsidR="00E93216" w14:paraId="61972836" w14:textId="77777777" w:rsidTr="004E2872">
        <w:trPr>
          <w:jc w:val="center"/>
        </w:trPr>
        <w:tc>
          <w:tcPr>
            <w:tcW w:w="5103" w:type="dxa"/>
            <w:tcBorders>
              <w:top w:val="single" w:sz="4" w:space="0" w:color="000000"/>
              <w:bottom w:val="nil"/>
            </w:tcBorders>
          </w:tcPr>
          <w:p w14:paraId="4BA8D0B3" w14:textId="77777777" w:rsidR="00E93216" w:rsidRDefault="000E3BDE" w:rsidP="004E2872">
            <w:pPr>
              <w:shd w:val="clear" w:color="auto" w:fill="FFFFFF" w:themeFill="background1"/>
            </w:pPr>
            <w:r>
              <w:rPr>
                <w:b/>
              </w:rPr>
              <w:t>- Hoạt động 2: Sắp xếp các tranh theo trình tự của câu chuyện.</w:t>
            </w:r>
          </w:p>
          <w:p w14:paraId="265B4303" w14:textId="77777777" w:rsidR="00E93216" w:rsidRDefault="000E3BDE" w:rsidP="004E2872">
            <w:pPr>
              <w:shd w:val="clear" w:color="auto" w:fill="FFFFFF" w:themeFill="background1"/>
            </w:pPr>
            <w:r>
              <w:t>- GV yêu cầu các nhóm dùng số thứ tự để sắp xếp tranh.</w:t>
            </w:r>
          </w:p>
        </w:tc>
        <w:tc>
          <w:tcPr>
            <w:tcW w:w="5103" w:type="dxa"/>
            <w:tcBorders>
              <w:top w:val="single" w:sz="4" w:space="0" w:color="000000"/>
              <w:bottom w:val="nil"/>
            </w:tcBorders>
          </w:tcPr>
          <w:p w14:paraId="162697B8" w14:textId="77777777" w:rsidR="00E93216" w:rsidRDefault="000E3BDE" w:rsidP="004E2872">
            <w:pPr>
              <w:shd w:val="clear" w:color="auto" w:fill="FFFFFF" w:themeFill="background1"/>
            </w:pPr>
            <w:r>
              <w:t>- HS thảo luận và thống nhất: Thứ tự đúng là 1 – 2 – 3 – 4.</w:t>
            </w:r>
          </w:p>
        </w:tc>
      </w:tr>
      <w:tr w:rsidR="00E93216" w14:paraId="4E2BC4EE" w14:textId="77777777" w:rsidTr="004E2872">
        <w:trPr>
          <w:jc w:val="center"/>
        </w:trPr>
        <w:tc>
          <w:tcPr>
            <w:tcW w:w="5103" w:type="dxa"/>
            <w:tcBorders>
              <w:top w:val="nil"/>
              <w:bottom w:val="single" w:sz="4" w:space="0" w:color="000000"/>
            </w:tcBorders>
          </w:tcPr>
          <w:p w14:paraId="7EEE8C8F" w14:textId="77777777" w:rsidR="00E93216" w:rsidRDefault="000E3BDE" w:rsidP="004E2872">
            <w:pPr>
              <w:shd w:val="clear" w:color="auto" w:fill="FFFFFF" w:themeFill="background1"/>
            </w:pPr>
            <w:r>
              <w:t>- GV gọi đại diện nhóm trình bày, yêu cầu nhóm giải thích vì sao chọn thứ tự đó.</w:t>
            </w:r>
          </w:p>
        </w:tc>
        <w:tc>
          <w:tcPr>
            <w:tcW w:w="5103" w:type="dxa"/>
            <w:tcBorders>
              <w:top w:val="nil"/>
              <w:bottom w:val="single" w:sz="4" w:space="0" w:color="000000"/>
            </w:tcBorders>
          </w:tcPr>
          <w:p w14:paraId="20934E33" w14:textId="77777777" w:rsidR="00E93216" w:rsidRDefault="000E3BDE" w:rsidP="004E2872">
            <w:pPr>
              <w:shd w:val="clear" w:color="auto" w:fill="FFFFFF" w:themeFill="background1"/>
            </w:pPr>
            <w:r>
              <w:t>- HS trình bày: Mẹ đau trước, Ê-đi-xơn đi mời bác sĩ, bác sĩ đến khám, sau đó Ê-đi-xơn mượn gương để giúp căn phòng đủ sáng.</w:t>
            </w:r>
          </w:p>
        </w:tc>
      </w:tr>
      <w:tr w:rsidR="00E93216" w14:paraId="1D807B34"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2F0D9"/>
          </w:tcPr>
          <w:p w14:paraId="002EC677" w14:textId="77777777" w:rsidR="00E93216" w:rsidRDefault="000E3BDE" w:rsidP="004E2872">
            <w:pPr>
              <w:shd w:val="clear" w:color="auto" w:fill="FFFFFF" w:themeFill="background1"/>
              <w:jc w:val="center"/>
            </w:pPr>
            <w:r>
              <w:rPr>
                <w:b/>
              </w:rPr>
              <w:t>4. KỂ LẠI 1 – 2 ĐOẠN CỦA CÂU CHUYỆN (12 phút)</w:t>
            </w:r>
            <w:r>
              <w:rPr>
                <w:b/>
              </w:rPr>
              <w:br/>
              <w:t>Mục tiêu: HS kể được một phần câu chuyện bằng lời của mình, lời kể rõ ý, đúng trình tự.</w:t>
            </w:r>
          </w:p>
        </w:tc>
      </w:tr>
      <w:tr w:rsidR="00E93216" w14:paraId="19B09BE4" w14:textId="77777777" w:rsidTr="004E2872">
        <w:trPr>
          <w:jc w:val="center"/>
        </w:trPr>
        <w:tc>
          <w:tcPr>
            <w:tcW w:w="5103" w:type="dxa"/>
            <w:tcBorders>
              <w:top w:val="single" w:sz="4" w:space="0" w:color="000000"/>
              <w:bottom w:val="nil"/>
            </w:tcBorders>
          </w:tcPr>
          <w:p w14:paraId="650347AA" w14:textId="77777777" w:rsidR="00E93216" w:rsidRDefault="000E3BDE" w:rsidP="004E2872">
            <w:pPr>
              <w:shd w:val="clear" w:color="auto" w:fill="FFFFFF" w:themeFill="background1"/>
            </w:pPr>
            <w:r>
              <w:rPr>
                <w:b/>
              </w:rPr>
              <w:t>- Hoạt động 3: Chọn kể 1 – 2 đoạn của câu chuyện theo tranh vừa sắp xếp.</w:t>
            </w:r>
          </w:p>
          <w:p w14:paraId="49E141D0" w14:textId="77777777" w:rsidR="00E93216" w:rsidRDefault="000E3BDE" w:rsidP="004E2872">
            <w:pPr>
              <w:shd w:val="clear" w:color="auto" w:fill="FFFFFF" w:themeFill="background1"/>
            </w:pPr>
            <w:r>
              <w:t>- GV hướng dẫn HS chọn tranh mình thích, tập kể trong nhóm đôi.</w:t>
            </w:r>
          </w:p>
        </w:tc>
        <w:tc>
          <w:tcPr>
            <w:tcW w:w="5103" w:type="dxa"/>
            <w:tcBorders>
              <w:top w:val="single" w:sz="4" w:space="0" w:color="000000"/>
              <w:bottom w:val="nil"/>
            </w:tcBorders>
          </w:tcPr>
          <w:p w14:paraId="61A6A878" w14:textId="77777777" w:rsidR="00E93216" w:rsidRDefault="000E3BDE" w:rsidP="004E2872">
            <w:pPr>
              <w:shd w:val="clear" w:color="auto" w:fill="FFFFFF" w:themeFill="background1"/>
            </w:pPr>
            <w:r>
              <w:t>- HS chọn 1 – 2 tranh, tập kể trong nhóm đôi.</w:t>
            </w:r>
          </w:p>
          <w:p w14:paraId="5199F09D" w14:textId="77777777" w:rsidR="00E93216" w:rsidRDefault="000E3BDE" w:rsidP="004E2872">
            <w:pPr>
              <w:shd w:val="clear" w:color="auto" w:fill="FFFFFF" w:themeFill="background1"/>
            </w:pPr>
            <w:r>
              <w:t>- HS dùng lời kể của mình, có thể mở đầu: Hôm ấy, mẹ Ê-đi-xơn bị đau bụng dữ dội...</w:t>
            </w:r>
          </w:p>
        </w:tc>
      </w:tr>
      <w:tr w:rsidR="00E93216" w14:paraId="7E2060D0" w14:textId="77777777" w:rsidTr="004E2872">
        <w:trPr>
          <w:jc w:val="center"/>
        </w:trPr>
        <w:tc>
          <w:tcPr>
            <w:tcW w:w="5103" w:type="dxa"/>
            <w:tcBorders>
              <w:top w:val="nil"/>
              <w:bottom w:val="single" w:sz="4" w:space="0" w:color="000000"/>
            </w:tcBorders>
          </w:tcPr>
          <w:p w14:paraId="2759400A" w14:textId="77777777" w:rsidR="00E93216" w:rsidRDefault="000E3BDE" w:rsidP="004E2872">
            <w:pPr>
              <w:shd w:val="clear" w:color="auto" w:fill="FFFFFF" w:themeFill="background1"/>
            </w:pPr>
            <w:r>
              <w:t>- GV mời một số HS kể trước lớp; nhắc HS nhìn tranh, kể đúng trình tự, giọng kể tự nhiên.</w:t>
            </w:r>
          </w:p>
        </w:tc>
        <w:tc>
          <w:tcPr>
            <w:tcW w:w="5103" w:type="dxa"/>
            <w:tcBorders>
              <w:top w:val="nil"/>
              <w:bottom w:val="single" w:sz="4" w:space="0" w:color="000000"/>
            </w:tcBorders>
          </w:tcPr>
          <w:p w14:paraId="25FA7AAE" w14:textId="77777777" w:rsidR="00E93216" w:rsidRDefault="000E3BDE" w:rsidP="004E2872">
            <w:pPr>
              <w:shd w:val="clear" w:color="auto" w:fill="FFFFFF" w:themeFill="background1"/>
            </w:pPr>
            <w:r>
              <w:t>- HS kể trước lớp.</w:t>
            </w:r>
          </w:p>
          <w:p w14:paraId="15411DC9" w14:textId="77777777" w:rsidR="00E93216" w:rsidRDefault="000E3BDE" w:rsidP="004E2872">
            <w:pPr>
              <w:shd w:val="clear" w:color="auto" w:fill="FFFFFF" w:themeFill="background1"/>
            </w:pPr>
            <w:r>
              <w:t>- HS nhận xét bạn: kể đủ ý, rõ lời, đúng thứ tự tranh.</w:t>
            </w:r>
          </w:p>
        </w:tc>
      </w:tr>
      <w:tr w:rsidR="00E93216" w14:paraId="151184E7"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2F0D9"/>
          </w:tcPr>
          <w:p w14:paraId="3B2EFFA1" w14:textId="77777777" w:rsidR="00E93216" w:rsidRDefault="000E3BDE" w:rsidP="004E2872">
            <w:pPr>
              <w:shd w:val="clear" w:color="auto" w:fill="FFFFFF" w:themeFill="background1"/>
              <w:jc w:val="center"/>
            </w:pPr>
            <w:r>
              <w:rPr>
                <w:b/>
              </w:rPr>
              <w:t>5. VẬN DỤNG (3 phút)</w:t>
            </w:r>
            <w:r>
              <w:rPr>
                <w:b/>
              </w:rPr>
              <w:br/>
              <w:t>Mục tiêu: HS biết kể lại câu chuyện cho người thân và chia sẻ bài học về tình yêu thương.</w:t>
            </w:r>
          </w:p>
        </w:tc>
      </w:tr>
      <w:tr w:rsidR="00E93216" w14:paraId="2DB04A22" w14:textId="77777777" w:rsidTr="004E2872">
        <w:trPr>
          <w:jc w:val="center"/>
        </w:trPr>
        <w:tc>
          <w:tcPr>
            <w:tcW w:w="5103" w:type="dxa"/>
            <w:tcBorders>
              <w:top w:val="single" w:sz="4" w:space="0" w:color="000000"/>
            </w:tcBorders>
          </w:tcPr>
          <w:p w14:paraId="5C245B59" w14:textId="77777777" w:rsidR="00E93216" w:rsidRDefault="000E3BDE" w:rsidP="004E2872">
            <w:pPr>
              <w:shd w:val="clear" w:color="auto" w:fill="FFFFFF" w:themeFill="background1"/>
            </w:pPr>
            <w:r>
              <w:t>- GV yêu cầu HS nêu bài học rút ra từ câu chuyện; dặn HS về nhà kể về cậu bé Ê-đi-xơn trong câu chuyện Ánh sáng của yêu thương cho người thân nghe.</w:t>
            </w:r>
          </w:p>
        </w:tc>
        <w:tc>
          <w:tcPr>
            <w:tcW w:w="5103" w:type="dxa"/>
            <w:tcBorders>
              <w:top w:val="single" w:sz="4" w:space="0" w:color="000000"/>
            </w:tcBorders>
          </w:tcPr>
          <w:p w14:paraId="79D13F78" w14:textId="77777777" w:rsidR="00E93216" w:rsidRDefault="000E3BDE" w:rsidP="004E2872">
            <w:pPr>
              <w:shd w:val="clear" w:color="auto" w:fill="FFFFFF" w:themeFill="background1"/>
            </w:pPr>
            <w:r>
              <w:t>- HS nêu: Cần yêu thương, quan tâm, chăm sóc cha mẹ và người thân.</w:t>
            </w:r>
          </w:p>
          <w:p w14:paraId="6B7CCC23" w14:textId="77777777" w:rsidR="00E93216" w:rsidRDefault="000E3BDE" w:rsidP="004E2872">
            <w:pPr>
              <w:shd w:val="clear" w:color="auto" w:fill="FFFFFF" w:themeFill="background1"/>
            </w:pPr>
            <w:r>
              <w:t>- HS ghi nhớ kể chuyện cho người thân nghe.</w:t>
            </w:r>
          </w:p>
        </w:tc>
      </w:tr>
    </w:tbl>
    <w:p w14:paraId="5726A6BF" w14:textId="52FA7298" w:rsidR="000E3BDE" w:rsidRDefault="000E3BDE" w:rsidP="004E2872">
      <w:pPr>
        <w:shd w:val="clear" w:color="auto" w:fill="FFFFFF" w:themeFill="background1"/>
        <w:spacing w:after="0" w:line="240" w:lineRule="auto"/>
      </w:pPr>
      <w:r>
        <w:rPr>
          <w:b/>
        </w:rPr>
        <w:t>IV. ĐIỀU CHỈNH SAU TIẾT HỌC (NẾU CÓ)</w:t>
      </w:r>
    </w:p>
    <w:p w14:paraId="00D7D6AA" w14:textId="77777777" w:rsidR="00E93216" w:rsidRDefault="000E3BDE" w:rsidP="004E2872">
      <w:pPr>
        <w:shd w:val="clear" w:color="auto" w:fill="FFFFFF" w:themeFill="background1"/>
        <w:spacing w:after="0" w:line="240" w:lineRule="auto"/>
        <w:jc w:val="center"/>
      </w:pPr>
      <w:r>
        <w:rPr>
          <w:b/>
          <w:sz w:val="28"/>
        </w:rPr>
        <w:t>KẾ HOẠCH BÀI DẠY MÔN TIẾNG VIỆT LỚP 2 – TUẦN 17</w:t>
      </w:r>
    </w:p>
    <w:p w14:paraId="7352F319" w14:textId="77777777" w:rsidR="00E93216" w:rsidRDefault="000E3BDE" w:rsidP="004E2872">
      <w:pPr>
        <w:shd w:val="clear" w:color="auto" w:fill="FFFFFF" w:themeFill="background1"/>
        <w:spacing w:after="0" w:line="240" w:lineRule="auto"/>
        <w:jc w:val="center"/>
      </w:pPr>
      <w:r>
        <w:rPr>
          <w:b/>
          <w:sz w:val="28"/>
        </w:rPr>
        <w:t>CHỦ ĐỀ 4: MÁI ẤM GIA ĐÌNH</w:t>
      </w:r>
    </w:p>
    <w:p w14:paraId="504500E4" w14:textId="77777777" w:rsidR="00E93216" w:rsidRDefault="000E3BDE" w:rsidP="004E2872">
      <w:pPr>
        <w:shd w:val="clear" w:color="auto" w:fill="FFFFFF" w:themeFill="background1"/>
        <w:spacing w:after="0" w:line="240" w:lineRule="auto"/>
        <w:jc w:val="center"/>
      </w:pPr>
      <w:r>
        <w:rPr>
          <w:b/>
          <w:sz w:val="28"/>
        </w:rPr>
        <w:t>BÀI 32: CHƠI CHONG CHÓNG</w:t>
      </w:r>
    </w:p>
    <w:p w14:paraId="0240051F" w14:textId="77777777" w:rsidR="00E93216" w:rsidRDefault="000E3BDE" w:rsidP="004E2872">
      <w:pPr>
        <w:shd w:val="clear" w:color="auto" w:fill="FFFFFF" w:themeFill="background1"/>
        <w:spacing w:after="0" w:line="240" w:lineRule="auto"/>
        <w:jc w:val="center"/>
      </w:pPr>
      <w:r>
        <w:rPr>
          <w:b/>
          <w:sz w:val="28"/>
        </w:rPr>
        <w:t>TIẾT 1 – 2: ĐỌC</w:t>
      </w:r>
    </w:p>
    <w:p w14:paraId="6D112504" w14:textId="77777777" w:rsidR="00E93216" w:rsidRDefault="000E3BDE" w:rsidP="004E2872">
      <w:pPr>
        <w:shd w:val="clear" w:color="auto" w:fill="FFFFFF" w:themeFill="background1"/>
        <w:spacing w:after="0" w:line="240" w:lineRule="auto"/>
      </w:pPr>
      <w:r>
        <w:rPr>
          <w:b/>
        </w:rPr>
        <w:t>I. YÊU CẦU CẦN ĐẠT</w:t>
      </w:r>
    </w:p>
    <w:p w14:paraId="45C5F17B" w14:textId="77777777" w:rsidR="00E93216" w:rsidRDefault="000E3BDE" w:rsidP="004E2872">
      <w:pPr>
        <w:shd w:val="clear" w:color="auto" w:fill="FFFFFF" w:themeFill="background1"/>
        <w:spacing w:after="0" w:line="240" w:lineRule="auto"/>
      </w:pPr>
      <w:r>
        <w:t>Sau bài học, HS sẽ:</w:t>
      </w:r>
    </w:p>
    <w:p w14:paraId="55CDE329" w14:textId="77777777" w:rsidR="00E93216" w:rsidRDefault="000E3BDE" w:rsidP="004E2872">
      <w:pPr>
        <w:shd w:val="clear" w:color="auto" w:fill="FFFFFF" w:themeFill="background1"/>
        <w:spacing w:after="0" w:line="240" w:lineRule="auto"/>
      </w:pPr>
      <w:r>
        <w:rPr>
          <w:b/>
        </w:rPr>
        <w:t>1. Năng lực đặc thù</w:t>
      </w:r>
    </w:p>
    <w:p w14:paraId="56906FD0" w14:textId="77777777" w:rsidR="00E93216" w:rsidRDefault="000E3BDE" w:rsidP="004E2872">
      <w:pPr>
        <w:shd w:val="clear" w:color="auto" w:fill="FFFFFF" w:themeFill="background1"/>
        <w:spacing w:after="0" w:line="240" w:lineRule="auto"/>
      </w:pPr>
      <w:r>
        <w:t>- Đọc đúng, rõ ràng bài Chơi chong chóng; phát âm đúng các tiếng/từ dễ đọc sai như chong chóng, quạt máy, phụng phịu, thoang thoảng, phùng má; biết đọc bài với giọng vui tươi, nhẹ nhàng.</w:t>
      </w:r>
    </w:p>
    <w:p w14:paraId="7E1E692F" w14:textId="77777777" w:rsidR="00E93216" w:rsidRDefault="000E3BDE" w:rsidP="004E2872">
      <w:pPr>
        <w:shd w:val="clear" w:color="auto" w:fill="FFFFFF" w:themeFill="background1"/>
        <w:spacing w:after="0" w:line="240" w:lineRule="auto"/>
      </w:pPr>
      <w:r>
        <w:t>- Hiểu nghĩa từ cười toe; trả lời đúng câu hỏi SGK; nêu được nội dung bài: tình cảm anh em yêu thương, nhường nhịn, biết làm cho nhau vui khi chơi cùng nhau.</w:t>
      </w:r>
    </w:p>
    <w:p w14:paraId="6FB61C1E" w14:textId="77777777" w:rsidR="00E93216" w:rsidRDefault="000E3BDE" w:rsidP="004E2872">
      <w:pPr>
        <w:shd w:val="clear" w:color="auto" w:fill="FFFFFF" w:themeFill="background1"/>
        <w:spacing w:after="0" w:line="240" w:lineRule="auto"/>
      </w:pPr>
      <w:r>
        <w:t>- Tìm được từ ngữ trong bài tả chiếc chong chóng và biết nêu cách ứng xử phù hợp nếu là nhân vật Mai.</w:t>
      </w:r>
    </w:p>
    <w:p w14:paraId="3861A867" w14:textId="77777777" w:rsidR="00E93216" w:rsidRDefault="000E3BDE" w:rsidP="004E2872">
      <w:pPr>
        <w:shd w:val="clear" w:color="auto" w:fill="FFFFFF" w:themeFill="background1"/>
        <w:spacing w:after="0" w:line="240" w:lineRule="auto"/>
      </w:pPr>
      <w:r>
        <w:rPr>
          <w:b/>
        </w:rPr>
        <w:t>2. Năng lực chung</w:t>
      </w:r>
    </w:p>
    <w:p w14:paraId="15865ADA" w14:textId="77777777" w:rsidR="00E93216" w:rsidRDefault="000E3BDE" w:rsidP="004E2872">
      <w:pPr>
        <w:shd w:val="clear" w:color="auto" w:fill="FFFFFF" w:themeFill="background1"/>
        <w:spacing w:after="0" w:line="240" w:lineRule="auto"/>
      </w:pPr>
      <w:r>
        <w:lastRenderedPageBreak/>
        <w:t>- Tự chủ và tự học: đọc thầm, luyện đọc và tự sửa lỗi đọc.</w:t>
      </w:r>
    </w:p>
    <w:p w14:paraId="5E581218" w14:textId="77777777" w:rsidR="00E93216" w:rsidRDefault="000E3BDE" w:rsidP="004E2872">
      <w:pPr>
        <w:shd w:val="clear" w:color="auto" w:fill="FFFFFF" w:themeFill="background1"/>
        <w:spacing w:after="0" w:line="240" w:lineRule="auto"/>
      </w:pPr>
      <w:r>
        <w:t>- Giao tiếp và hợp tác: thảo luận nhóm, chia sẻ câu trả lời và nhận xét bạn.</w:t>
      </w:r>
    </w:p>
    <w:p w14:paraId="73BB05B2" w14:textId="77777777" w:rsidR="00E93216" w:rsidRDefault="000E3BDE" w:rsidP="004E2872">
      <w:pPr>
        <w:shd w:val="clear" w:color="auto" w:fill="FFFFFF" w:themeFill="background1"/>
        <w:spacing w:after="0" w:line="240" w:lineRule="auto"/>
      </w:pPr>
      <w:r>
        <w:t>- Giải quyết vấn đề: dựa vào chi tiết trong bài để trả lời câu hỏi.</w:t>
      </w:r>
    </w:p>
    <w:p w14:paraId="68D67BD7" w14:textId="77777777" w:rsidR="00E93216" w:rsidRDefault="000E3BDE" w:rsidP="004E2872">
      <w:pPr>
        <w:shd w:val="clear" w:color="auto" w:fill="FFFFFF" w:themeFill="background1"/>
        <w:spacing w:after="0" w:line="240" w:lineRule="auto"/>
      </w:pPr>
      <w:r>
        <w:rPr>
          <w:b/>
        </w:rPr>
        <w:t>3. Phẩm chất</w:t>
      </w:r>
    </w:p>
    <w:p w14:paraId="0759E2D1" w14:textId="77777777" w:rsidR="00E93216" w:rsidRDefault="000E3BDE" w:rsidP="004E2872">
      <w:pPr>
        <w:shd w:val="clear" w:color="auto" w:fill="FFFFFF" w:themeFill="background1"/>
        <w:spacing w:after="0" w:line="240" w:lineRule="auto"/>
      </w:pPr>
      <w:r>
        <w:t>- Nhân ái: biết yêu thương, nhường nhịn anh chị em trong gia đình.</w:t>
      </w:r>
    </w:p>
    <w:p w14:paraId="1E5F1B22" w14:textId="77777777" w:rsidR="00E93216" w:rsidRDefault="000E3BDE" w:rsidP="004E2872">
      <w:pPr>
        <w:shd w:val="clear" w:color="auto" w:fill="FFFFFF" w:themeFill="background1"/>
        <w:spacing w:after="0" w:line="240" w:lineRule="auto"/>
      </w:pPr>
      <w:r>
        <w:t>- Chăm chỉ, trách nhiệm: tích cực tham gia đọc và thảo luận.</w:t>
      </w:r>
    </w:p>
    <w:p w14:paraId="41A0AB76" w14:textId="77777777" w:rsidR="00E93216" w:rsidRDefault="000E3BDE" w:rsidP="004E2872">
      <w:pPr>
        <w:shd w:val="clear" w:color="auto" w:fill="FFFFFF" w:themeFill="background1"/>
        <w:spacing w:after="0" w:line="240" w:lineRule="auto"/>
      </w:pPr>
      <w:r>
        <w:rPr>
          <w:b/>
          <w:color w:val="C00000"/>
        </w:rPr>
        <w:t>4. Tích hợp</w:t>
      </w:r>
    </w:p>
    <w:p w14:paraId="4BDEABFA" w14:textId="77777777" w:rsidR="00E93216" w:rsidRDefault="000E3BDE" w:rsidP="004E2872">
      <w:pPr>
        <w:shd w:val="clear" w:color="auto" w:fill="FFFFFF" w:themeFill="background1"/>
        <w:spacing w:after="0" w:line="240" w:lineRule="auto"/>
      </w:pPr>
      <w:r>
        <w:rPr>
          <w:color w:val="C00000"/>
        </w:rPr>
        <w:t>- Đạo đức, lối sống: Giáo dục học sinh tình cảm anh em yêu thương, đoàn kết, nhường nhịn và ứng xử đúng mực trong gia đình.</w:t>
      </w:r>
    </w:p>
    <w:p w14:paraId="3878750E" w14:textId="77777777" w:rsidR="00E93216" w:rsidRDefault="000E3BDE" w:rsidP="004E2872">
      <w:pPr>
        <w:shd w:val="clear" w:color="auto" w:fill="FFFFFF" w:themeFill="background1"/>
        <w:spacing w:after="0" w:line="240" w:lineRule="auto"/>
      </w:pPr>
      <w:r>
        <w:rPr>
          <w:b/>
        </w:rPr>
        <w:t>II. ĐỒ DÙNG DẠY HỌC</w:t>
      </w:r>
    </w:p>
    <w:p w14:paraId="002F6EC2" w14:textId="77777777" w:rsidR="00E93216" w:rsidRDefault="000E3BDE" w:rsidP="004E2872">
      <w:pPr>
        <w:shd w:val="clear" w:color="auto" w:fill="FFFFFF" w:themeFill="background1"/>
        <w:spacing w:after="0" w:line="240" w:lineRule="auto"/>
      </w:pPr>
      <w:r>
        <w:rPr>
          <w:b/>
        </w:rPr>
        <w:t>1. Giáo viên</w:t>
      </w:r>
    </w:p>
    <w:p w14:paraId="36B8C5B2" w14:textId="77777777" w:rsidR="00E93216" w:rsidRDefault="000E3BDE" w:rsidP="004E2872">
      <w:pPr>
        <w:shd w:val="clear" w:color="auto" w:fill="FFFFFF" w:themeFill="background1"/>
        <w:spacing w:after="0" w:line="240" w:lineRule="auto"/>
      </w:pPr>
      <w:r>
        <w:t>- SGK, máy chiếu; tranh minh họa trò chơi chong chóng; phiếu câu hỏi đọc hiểu.</w:t>
      </w:r>
    </w:p>
    <w:p w14:paraId="69850080" w14:textId="77777777" w:rsidR="00E93216" w:rsidRDefault="000E3BDE" w:rsidP="004E2872">
      <w:pPr>
        <w:shd w:val="clear" w:color="auto" w:fill="FFFFFF" w:themeFill="background1"/>
        <w:spacing w:after="0" w:line="240" w:lineRule="auto"/>
      </w:pPr>
      <w:r>
        <w:rPr>
          <w:b/>
        </w:rPr>
        <w:t>2. Học sinh</w:t>
      </w:r>
    </w:p>
    <w:p w14:paraId="2E7117A0" w14:textId="77777777" w:rsidR="00E93216" w:rsidRDefault="000E3BDE" w:rsidP="004E2872">
      <w:pPr>
        <w:shd w:val="clear" w:color="auto" w:fill="FFFFFF" w:themeFill="background1"/>
        <w:spacing w:after="0" w:line="240" w:lineRule="auto"/>
      </w:pPr>
      <w:r>
        <w:t>- SGK, vở ghi; chuẩn bị chia sẻ về trò chơi cùng anh chị em.</w:t>
      </w:r>
    </w:p>
    <w:p w14:paraId="43A428E5" w14:textId="77777777" w:rsidR="00E93216" w:rsidRDefault="000E3BDE" w:rsidP="004E2872">
      <w:pPr>
        <w:shd w:val="clear" w:color="auto" w:fill="FFFFFF" w:themeFill="background1"/>
        <w:spacing w:after="0" w:line="240" w:lineRule="auto"/>
      </w:pPr>
      <w:r>
        <w:rPr>
          <w:b/>
        </w:rPr>
        <w:t>III. CÁC HOẠT ĐỘNG DẠY HỌC CHỦ YẾU</w:t>
      </w:r>
    </w:p>
    <w:tbl>
      <w:tblPr>
        <w:tblStyle w:val="TableGrid"/>
        <w:tblW w:w="0" w:type="auto"/>
        <w:jc w:val="center"/>
        <w:tblLook w:val="04A0" w:firstRow="1" w:lastRow="0" w:firstColumn="1" w:lastColumn="0" w:noHBand="0" w:noVBand="1"/>
      </w:tblPr>
      <w:tblGrid>
        <w:gridCol w:w="5103"/>
        <w:gridCol w:w="5103"/>
      </w:tblGrid>
      <w:tr w:rsidR="00E93216" w14:paraId="2B82BE00" w14:textId="77777777" w:rsidTr="004E2872">
        <w:trPr>
          <w:jc w:val="center"/>
        </w:trPr>
        <w:tc>
          <w:tcPr>
            <w:tcW w:w="5103" w:type="dxa"/>
            <w:tcBorders>
              <w:top w:val="single" w:sz="6" w:space="0" w:color="000000"/>
              <w:left w:val="single" w:sz="6" w:space="0" w:color="000000"/>
              <w:bottom w:val="nil"/>
              <w:right w:val="single" w:sz="6" w:space="0" w:color="000000"/>
            </w:tcBorders>
            <w:shd w:val="clear" w:color="auto" w:fill="D9EAF7"/>
          </w:tcPr>
          <w:p w14:paraId="0BC1B5E2" w14:textId="77777777" w:rsidR="00E93216" w:rsidRDefault="000E3BDE" w:rsidP="004E2872">
            <w:pPr>
              <w:shd w:val="clear" w:color="auto" w:fill="FFFFFF" w:themeFill="background1"/>
            </w:pPr>
            <w:r>
              <w:rPr>
                <w:b/>
              </w:rPr>
              <w:t>Hoạt động của GV</w:t>
            </w:r>
          </w:p>
        </w:tc>
        <w:tc>
          <w:tcPr>
            <w:tcW w:w="5103" w:type="dxa"/>
            <w:tcBorders>
              <w:top w:val="single" w:sz="6" w:space="0" w:color="000000"/>
              <w:left w:val="single" w:sz="6" w:space="0" w:color="000000"/>
              <w:bottom w:val="nil"/>
              <w:right w:val="single" w:sz="6" w:space="0" w:color="000000"/>
            </w:tcBorders>
            <w:shd w:val="clear" w:color="auto" w:fill="D9EAF7"/>
          </w:tcPr>
          <w:p w14:paraId="216B46AA" w14:textId="77777777" w:rsidR="00E93216" w:rsidRDefault="000E3BDE" w:rsidP="004E2872">
            <w:pPr>
              <w:shd w:val="clear" w:color="auto" w:fill="FFFFFF" w:themeFill="background1"/>
            </w:pPr>
            <w:r>
              <w:rPr>
                <w:b/>
              </w:rPr>
              <w:t>Hoạt động của HS</w:t>
            </w:r>
          </w:p>
        </w:tc>
      </w:tr>
      <w:tr w:rsidR="00E93216" w14:paraId="495FA840" w14:textId="77777777" w:rsidTr="004E2872">
        <w:trPr>
          <w:jc w:val="center"/>
        </w:trPr>
        <w:tc>
          <w:tcPr>
            <w:tcW w:w="10206" w:type="dxa"/>
            <w:gridSpan w:val="2"/>
            <w:tcBorders>
              <w:top w:val="nil"/>
              <w:left w:val="nil"/>
              <w:bottom w:val="nil"/>
              <w:right w:val="nil"/>
            </w:tcBorders>
            <w:shd w:val="clear" w:color="auto" w:fill="EDEDED"/>
          </w:tcPr>
          <w:p w14:paraId="51BFE276" w14:textId="77777777" w:rsidR="00E93216" w:rsidRDefault="000E3BDE" w:rsidP="004E2872">
            <w:pPr>
              <w:shd w:val="clear" w:color="auto" w:fill="FFFFFF" w:themeFill="background1"/>
            </w:pPr>
            <w:r>
              <w:rPr>
                <w:b/>
              </w:rPr>
              <w:t>TIẾT 1</w:t>
            </w:r>
          </w:p>
        </w:tc>
      </w:tr>
      <w:tr w:rsidR="00E93216" w14:paraId="5B7089E5" w14:textId="77777777" w:rsidTr="004E2872">
        <w:trPr>
          <w:jc w:val="center"/>
        </w:trPr>
        <w:tc>
          <w:tcPr>
            <w:tcW w:w="10206" w:type="dxa"/>
            <w:gridSpan w:val="2"/>
            <w:tcBorders>
              <w:top w:val="nil"/>
              <w:left w:val="nil"/>
              <w:bottom w:val="nil"/>
              <w:right w:val="nil"/>
            </w:tcBorders>
            <w:shd w:val="clear" w:color="auto" w:fill="E2F0D9"/>
          </w:tcPr>
          <w:p w14:paraId="75C681DA" w14:textId="77777777" w:rsidR="00E93216" w:rsidRDefault="000E3BDE" w:rsidP="004E2872">
            <w:pPr>
              <w:shd w:val="clear" w:color="auto" w:fill="FFFFFF" w:themeFill="background1"/>
              <w:jc w:val="center"/>
            </w:pPr>
            <w:r>
              <w:rPr>
                <w:b/>
              </w:rPr>
              <w:t>1. KHỞI ĐỘNG (5 phút)</w:t>
            </w:r>
            <w:r>
              <w:rPr>
                <w:b/>
              </w:rPr>
              <w:br/>
              <w:t>Mục tiêu: HS chia sẻ được trò chơi cùng anh chị em, tạo tâm thế vào bài đọc.</w:t>
            </w:r>
          </w:p>
        </w:tc>
      </w:tr>
      <w:tr w:rsidR="00E93216" w14:paraId="65B1D78D" w14:textId="77777777" w:rsidTr="004E2872">
        <w:trPr>
          <w:jc w:val="center"/>
        </w:trPr>
        <w:tc>
          <w:tcPr>
            <w:tcW w:w="5103" w:type="dxa"/>
            <w:tcBorders>
              <w:top w:val="nil"/>
              <w:bottom w:val="nil"/>
            </w:tcBorders>
          </w:tcPr>
          <w:p w14:paraId="07670038" w14:textId="77777777" w:rsidR="00E93216" w:rsidRDefault="000E3BDE" w:rsidP="004E2872">
            <w:pPr>
              <w:shd w:val="clear" w:color="auto" w:fill="FFFFFF" w:themeFill="background1"/>
            </w:pPr>
            <w:r>
              <w:t>- GV yêu cầu HS quan sát tranh và trả lời: Em thích chơi trò chơi gì với anh chị em của mình?</w:t>
            </w:r>
          </w:p>
          <w:p w14:paraId="158018A6" w14:textId="542454B4" w:rsidR="00E93216" w:rsidRDefault="00E93216" w:rsidP="004E2872">
            <w:pPr>
              <w:shd w:val="clear" w:color="auto" w:fill="FFFFFF" w:themeFill="background1"/>
              <w:jc w:val="center"/>
            </w:pPr>
          </w:p>
        </w:tc>
        <w:tc>
          <w:tcPr>
            <w:tcW w:w="5103" w:type="dxa"/>
            <w:tcBorders>
              <w:top w:val="nil"/>
              <w:bottom w:val="nil"/>
            </w:tcBorders>
          </w:tcPr>
          <w:p w14:paraId="6E3E4389" w14:textId="77777777" w:rsidR="00E93216" w:rsidRDefault="000E3BDE" w:rsidP="004E2872">
            <w:pPr>
              <w:shd w:val="clear" w:color="auto" w:fill="FFFFFF" w:themeFill="background1"/>
            </w:pPr>
            <w:r>
              <w:t>- HS quan sát tranh và trả lời: Em thích chơi kéo xe, đá bóng, chơi búp bê, xếp hình, chơi chong chóng với anh chị em.</w:t>
            </w:r>
          </w:p>
        </w:tc>
      </w:tr>
      <w:tr w:rsidR="00E93216" w14:paraId="75911A89" w14:textId="77777777" w:rsidTr="004E2872">
        <w:trPr>
          <w:jc w:val="center"/>
        </w:trPr>
        <w:tc>
          <w:tcPr>
            <w:tcW w:w="5103" w:type="dxa"/>
            <w:tcBorders>
              <w:top w:val="nil"/>
              <w:bottom w:val="single" w:sz="4" w:space="0" w:color="000000"/>
            </w:tcBorders>
          </w:tcPr>
          <w:p w14:paraId="72A734EE" w14:textId="77777777" w:rsidR="00E93216" w:rsidRDefault="000E3BDE" w:rsidP="004E2872">
            <w:pPr>
              <w:shd w:val="clear" w:color="auto" w:fill="FFFFFF" w:themeFill="background1"/>
            </w:pPr>
            <w:r>
              <w:t>- GV dẫn vào bài: Khi chơi cùng nhau, anh chị em cần biết nhường nhịn để ai cũng vui. Hôm nay, các em cùng đọc bài Chơi chong chóng.</w:t>
            </w:r>
          </w:p>
        </w:tc>
        <w:tc>
          <w:tcPr>
            <w:tcW w:w="5103" w:type="dxa"/>
            <w:tcBorders>
              <w:top w:val="nil"/>
              <w:bottom w:val="single" w:sz="4" w:space="0" w:color="000000"/>
            </w:tcBorders>
          </w:tcPr>
          <w:p w14:paraId="13A68035" w14:textId="77777777" w:rsidR="00E93216" w:rsidRDefault="000E3BDE" w:rsidP="004E2872">
            <w:pPr>
              <w:shd w:val="clear" w:color="auto" w:fill="FFFFFF" w:themeFill="background1"/>
            </w:pPr>
            <w:r>
              <w:t>- HS lắng nghe, mở SGK trang 133 và ghi tên bài.</w:t>
            </w:r>
          </w:p>
        </w:tc>
      </w:tr>
      <w:tr w:rsidR="00E93216" w14:paraId="460531B8"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2F0D9"/>
          </w:tcPr>
          <w:p w14:paraId="5AB3FD31" w14:textId="77777777" w:rsidR="00E93216" w:rsidRDefault="000E3BDE" w:rsidP="004E2872">
            <w:pPr>
              <w:shd w:val="clear" w:color="auto" w:fill="FFFFFF" w:themeFill="background1"/>
              <w:jc w:val="center"/>
            </w:pPr>
            <w:r>
              <w:rPr>
                <w:b/>
              </w:rPr>
              <w:t>2. ĐỌC VĂN BẢN (28 phút)</w:t>
            </w:r>
            <w:r>
              <w:rPr>
                <w:b/>
              </w:rPr>
              <w:br/>
              <w:t>Mục tiêu: HS đọc đúng, trôi chảy bài đọc; hiểu từ khó và bước đầu nắm nội dung bài.</w:t>
            </w:r>
          </w:p>
        </w:tc>
      </w:tr>
      <w:tr w:rsidR="00E93216" w14:paraId="583A283D" w14:textId="77777777" w:rsidTr="004E2872">
        <w:trPr>
          <w:jc w:val="center"/>
        </w:trPr>
        <w:tc>
          <w:tcPr>
            <w:tcW w:w="5103" w:type="dxa"/>
            <w:tcBorders>
              <w:top w:val="single" w:sz="4" w:space="0" w:color="000000"/>
              <w:bottom w:val="nil"/>
            </w:tcBorders>
          </w:tcPr>
          <w:p w14:paraId="50512F6B" w14:textId="77777777" w:rsidR="00E93216" w:rsidRDefault="000E3BDE" w:rsidP="004E2872">
            <w:pPr>
              <w:shd w:val="clear" w:color="auto" w:fill="FFFFFF" w:themeFill="background1"/>
            </w:pPr>
            <w:r>
              <w:t>- GV yêu cầu HS quan sát tranh minh họa bài đọc và nêu nội dung tranh.</w:t>
            </w:r>
          </w:p>
          <w:p w14:paraId="5594F1F6" w14:textId="7D662EF4" w:rsidR="00E93216" w:rsidRDefault="00E93216" w:rsidP="004E2872">
            <w:pPr>
              <w:shd w:val="clear" w:color="auto" w:fill="FFFFFF" w:themeFill="background1"/>
              <w:jc w:val="center"/>
            </w:pPr>
          </w:p>
        </w:tc>
        <w:tc>
          <w:tcPr>
            <w:tcW w:w="5103" w:type="dxa"/>
            <w:tcBorders>
              <w:top w:val="single" w:sz="4" w:space="0" w:color="000000"/>
              <w:bottom w:val="nil"/>
            </w:tcBorders>
          </w:tcPr>
          <w:p w14:paraId="4E135F41" w14:textId="77777777" w:rsidR="00E93216" w:rsidRDefault="000E3BDE" w:rsidP="004E2872">
            <w:pPr>
              <w:shd w:val="clear" w:color="auto" w:fill="FFFFFF" w:themeFill="background1"/>
            </w:pPr>
            <w:r>
              <w:t>- HS nêu: Tranh vẽ hai anh em đang cầm chong chóng chạy chơi rất vui trước sân nhà.</w:t>
            </w:r>
          </w:p>
        </w:tc>
      </w:tr>
      <w:tr w:rsidR="00E93216" w14:paraId="34835F4C" w14:textId="77777777" w:rsidTr="004E2872">
        <w:trPr>
          <w:jc w:val="center"/>
        </w:trPr>
        <w:tc>
          <w:tcPr>
            <w:tcW w:w="5103" w:type="dxa"/>
            <w:tcBorders>
              <w:top w:val="nil"/>
              <w:bottom w:val="nil"/>
            </w:tcBorders>
          </w:tcPr>
          <w:p w14:paraId="4A268E04" w14:textId="77777777" w:rsidR="00E93216" w:rsidRDefault="000E3BDE" w:rsidP="004E2872">
            <w:pPr>
              <w:shd w:val="clear" w:color="auto" w:fill="FFFFFF" w:themeFill="background1"/>
            </w:pPr>
            <w:r>
              <w:rPr>
                <w:b/>
              </w:rPr>
              <w:t>- a. GV đọc mẫu.</w:t>
            </w:r>
          </w:p>
          <w:p w14:paraId="442311D6" w14:textId="77777777" w:rsidR="00E93216" w:rsidRDefault="000E3BDE" w:rsidP="004E2872">
            <w:pPr>
              <w:shd w:val="clear" w:color="auto" w:fill="FFFFFF" w:themeFill="background1"/>
            </w:pPr>
            <w:r>
              <w:t>- GV đọc mẫu toàn bài với giọng vui tươi, nhấn giọng ở các từ ngữ tả niềm vui của An và Mai khi chơi chong chóng.</w:t>
            </w:r>
          </w:p>
        </w:tc>
        <w:tc>
          <w:tcPr>
            <w:tcW w:w="5103" w:type="dxa"/>
            <w:tcBorders>
              <w:top w:val="nil"/>
              <w:bottom w:val="nil"/>
            </w:tcBorders>
          </w:tcPr>
          <w:p w14:paraId="1070052E" w14:textId="77777777" w:rsidR="00E93216" w:rsidRDefault="000E3BDE" w:rsidP="004E2872">
            <w:pPr>
              <w:shd w:val="clear" w:color="auto" w:fill="FFFFFF" w:themeFill="background1"/>
            </w:pPr>
            <w:r>
              <w:t>- HS lắng nghe, đọc thầm theo.</w:t>
            </w:r>
          </w:p>
        </w:tc>
      </w:tr>
      <w:tr w:rsidR="00E93216" w14:paraId="4A18747E" w14:textId="77777777" w:rsidTr="004E2872">
        <w:trPr>
          <w:jc w:val="center"/>
        </w:trPr>
        <w:tc>
          <w:tcPr>
            <w:tcW w:w="5103" w:type="dxa"/>
            <w:tcBorders>
              <w:top w:val="nil"/>
              <w:bottom w:val="nil"/>
            </w:tcBorders>
          </w:tcPr>
          <w:p w14:paraId="2EEBB92F" w14:textId="77777777" w:rsidR="00E93216" w:rsidRDefault="000E3BDE" w:rsidP="004E2872">
            <w:pPr>
              <w:shd w:val="clear" w:color="auto" w:fill="FFFFFF" w:themeFill="background1"/>
            </w:pPr>
            <w:r>
              <w:rPr>
                <w:b/>
              </w:rPr>
              <w:t>- b. HS luyện đọc từng đoạn, kết hợp đọc từ khó và giải nghĩa từ.</w:t>
            </w:r>
          </w:p>
          <w:p w14:paraId="242BF9FF" w14:textId="77777777" w:rsidR="00E93216" w:rsidRDefault="000E3BDE" w:rsidP="004E2872">
            <w:pPr>
              <w:shd w:val="clear" w:color="auto" w:fill="FFFFFF" w:themeFill="background1"/>
            </w:pPr>
            <w:r>
              <w:t>- GV hỏi: Bài đọc được chia làm mấy đoạn?</w:t>
            </w:r>
          </w:p>
        </w:tc>
        <w:tc>
          <w:tcPr>
            <w:tcW w:w="5103" w:type="dxa"/>
            <w:tcBorders>
              <w:top w:val="nil"/>
              <w:bottom w:val="nil"/>
            </w:tcBorders>
          </w:tcPr>
          <w:p w14:paraId="46226EC6" w14:textId="77777777" w:rsidR="00E93216" w:rsidRDefault="000E3BDE" w:rsidP="004E2872">
            <w:pPr>
              <w:shd w:val="clear" w:color="auto" w:fill="FFFFFF" w:themeFill="background1"/>
            </w:pPr>
            <w:r>
              <w:t>- HS trả lời: Bài đọc có thể chia làm 3 đoạn.</w:t>
            </w:r>
          </w:p>
          <w:p w14:paraId="3200722E" w14:textId="77777777" w:rsidR="00E93216" w:rsidRDefault="000E3BDE" w:rsidP="004E2872">
            <w:pPr>
              <w:shd w:val="clear" w:color="auto" w:fill="FFFFFF" w:themeFill="background1"/>
            </w:pPr>
            <w:r>
              <w:t>+ Đoạn 1: Từ đầu đến rất lạ.</w:t>
            </w:r>
          </w:p>
          <w:p w14:paraId="562916CA" w14:textId="77777777" w:rsidR="00E93216" w:rsidRDefault="000E3BDE" w:rsidP="004E2872">
            <w:pPr>
              <w:shd w:val="clear" w:color="auto" w:fill="FFFFFF" w:themeFill="background1"/>
            </w:pPr>
            <w:r>
              <w:t>+ Đoạn 2: Tiếp theo đến buồn thiu.</w:t>
            </w:r>
          </w:p>
          <w:p w14:paraId="015C398D" w14:textId="77777777" w:rsidR="00E93216" w:rsidRDefault="000E3BDE" w:rsidP="004E2872">
            <w:pPr>
              <w:shd w:val="clear" w:color="auto" w:fill="FFFFFF" w:themeFill="background1"/>
            </w:pPr>
            <w:r>
              <w:t>+ Đoạn 3: Phần còn lại.</w:t>
            </w:r>
          </w:p>
        </w:tc>
      </w:tr>
      <w:tr w:rsidR="00E93216" w14:paraId="69EAF2D4" w14:textId="77777777" w:rsidTr="004E2872">
        <w:trPr>
          <w:jc w:val="center"/>
        </w:trPr>
        <w:tc>
          <w:tcPr>
            <w:tcW w:w="5103" w:type="dxa"/>
            <w:tcBorders>
              <w:top w:val="nil"/>
              <w:bottom w:val="nil"/>
            </w:tcBorders>
          </w:tcPr>
          <w:p w14:paraId="2739EE4D" w14:textId="77777777" w:rsidR="00E93216" w:rsidRDefault="000E3BDE" w:rsidP="004E2872">
            <w:pPr>
              <w:shd w:val="clear" w:color="auto" w:fill="FFFFFF" w:themeFill="background1"/>
            </w:pPr>
            <w:r>
              <w:t>- GV tổ chức HS đọc nối tiếp đoạn lần 1 và nêu từ khó đọc.</w:t>
            </w:r>
          </w:p>
        </w:tc>
        <w:tc>
          <w:tcPr>
            <w:tcW w:w="5103" w:type="dxa"/>
            <w:tcBorders>
              <w:top w:val="nil"/>
              <w:bottom w:val="nil"/>
            </w:tcBorders>
          </w:tcPr>
          <w:p w14:paraId="7477CDD2" w14:textId="77777777" w:rsidR="00E93216" w:rsidRDefault="000E3BDE" w:rsidP="004E2872">
            <w:pPr>
              <w:shd w:val="clear" w:color="auto" w:fill="FFFFFF" w:themeFill="background1"/>
            </w:pPr>
            <w:r>
              <w:t>- HS đọc nối tiếp đoạn.</w:t>
            </w:r>
          </w:p>
          <w:p w14:paraId="331FE6ED" w14:textId="77777777" w:rsidR="00E93216" w:rsidRDefault="000E3BDE" w:rsidP="004E2872">
            <w:pPr>
              <w:shd w:val="clear" w:color="auto" w:fill="FFFFFF" w:themeFill="background1"/>
            </w:pPr>
            <w:r>
              <w:t>- HS nêu từ khó: chong chóng, cái cán, cánh giấy, phụng phịu, quạt máy, phùng má, cười toe.</w:t>
            </w:r>
          </w:p>
        </w:tc>
      </w:tr>
      <w:tr w:rsidR="00E93216" w14:paraId="56542A04" w14:textId="77777777" w:rsidTr="004E2872">
        <w:trPr>
          <w:jc w:val="center"/>
        </w:trPr>
        <w:tc>
          <w:tcPr>
            <w:tcW w:w="5103" w:type="dxa"/>
            <w:tcBorders>
              <w:top w:val="nil"/>
              <w:bottom w:val="nil"/>
            </w:tcBorders>
          </w:tcPr>
          <w:p w14:paraId="75729BF5" w14:textId="77777777" w:rsidR="00E93216" w:rsidRDefault="000E3BDE" w:rsidP="004E2872">
            <w:pPr>
              <w:shd w:val="clear" w:color="auto" w:fill="FFFFFF" w:themeFill="background1"/>
            </w:pPr>
            <w:r>
              <w:t>- GV hướng dẫn đọc từ khó; hướng dẫn ngắt câu: “Mỗi chiếc chong chóng/ chỉ có một cái cán nhỏ và dài,/ một đầu gắn bốn cánh giấy mỏng,/ xinh như một bông hoa.”</w:t>
            </w:r>
          </w:p>
        </w:tc>
        <w:tc>
          <w:tcPr>
            <w:tcW w:w="5103" w:type="dxa"/>
            <w:tcBorders>
              <w:top w:val="nil"/>
              <w:bottom w:val="nil"/>
            </w:tcBorders>
          </w:tcPr>
          <w:p w14:paraId="48D60A41" w14:textId="77777777" w:rsidR="00E93216" w:rsidRDefault="000E3BDE" w:rsidP="004E2872">
            <w:pPr>
              <w:shd w:val="clear" w:color="auto" w:fill="FFFFFF" w:themeFill="background1"/>
            </w:pPr>
            <w:r>
              <w:t>- HS luyện đọc từ khó và câu dài cá nhân, nhóm, đồng thanh.</w:t>
            </w:r>
          </w:p>
        </w:tc>
      </w:tr>
      <w:tr w:rsidR="00E93216" w14:paraId="714A7441" w14:textId="77777777" w:rsidTr="004E2872">
        <w:trPr>
          <w:jc w:val="center"/>
        </w:trPr>
        <w:tc>
          <w:tcPr>
            <w:tcW w:w="5103" w:type="dxa"/>
            <w:tcBorders>
              <w:top w:val="nil"/>
              <w:bottom w:val="nil"/>
            </w:tcBorders>
          </w:tcPr>
          <w:p w14:paraId="75DCC373" w14:textId="77777777" w:rsidR="00E93216" w:rsidRDefault="000E3BDE" w:rsidP="004E2872">
            <w:pPr>
              <w:shd w:val="clear" w:color="auto" w:fill="FFFFFF" w:themeFill="background1"/>
            </w:pPr>
            <w:r>
              <w:t>- GV tổ chức HS đọc nối tiếp đoạn lần 2; yêu cầu HS đọc phần Từ ngữ trong SGK.</w:t>
            </w:r>
          </w:p>
        </w:tc>
        <w:tc>
          <w:tcPr>
            <w:tcW w:w="5103" w:type="dxa"/>
            <w:tcBorders>
              <w:top w:val="nil"/>
              <w:bottom w:val="nil"/>
            </w:tcBorders>
          </w:tcPr>
          <w:p w14:paraId="3143177A" w14:textId="77777777" w:rsidR="00E93216" w:rsidRDefault="000E3BDE" w:rsidP="004E2872">
            <w:pPr>
              <w:shd w:val="clear" w:color="auto" w:fill="FFFFFF" w:themeFill="background1"/>
            </w:pPr>
            <w:r>
              <w:t>- HS đọc nối tiếp đoạn lần 2.</w:t>
            </w:r>
          </w:p>
          <w:p w14:paraId="75E8712B" w14:textId="77777777" w:rsidR="00E93216" w:rsidRDefault="000E3BDE" w:rsidP="004E2872">
            <w:pPr>
              <w:shd w:val="clear" w:color="auto" w:fill="FFFFFF" w:themeFill="background1"/>
            </w:pPr>
            <w:r>
              <w:t>- HS nêu nghĩa: Cười toe là cười với khuôn miệng mở rộng sang hai bên, thể hiện sự vui sướng, thích thú.</w:t>
            </w:r>
          </w:p>
        </w:tc>
      </w:tr>
      <w:tr w:rsidR="00E93216" w14:paraId="7155293A" w14:textId="77777777" w:rsidTr="004E2872">
        <w:trPr>
          <w:jc w:val="center"/>
        </w:trPr>
        <w:tc>
          <w:tcPr>
            <w:tcW w:w="5103" w:type="dxa"/>
            <w:tcBorders>
              <w:top w:val="nil"/>
              <w:bottom w:val="nil"/>
            </w:tcBorders>
          </w:tcPr>
          <w:p w14:paraId="505AE8B5" w14:textId="77777777" w:rsidR="00E93216" w:rsidRDefault="000E3BDE" w:rsidP="004E2872">
            <w:pPr>
              <w:shd w:val="clear" w:color="auto" w:fill="FFFFFF" w:themeFill="background1"/>
            </w:pPr>
            <w:r>
              <w:rPr>
                <w:b/>
              </w:rPr>
              <w:lastRenderedPageBreak/>
              <w:t>- c. HS luyện đọc trong nhóm.</w:t>
            </w:r>
          </w:p>
          <w:p w14:paraId="4A9E54C6" w14:textId="77777777" w:rsidR="00E93216" w:rsidRDefault="000E3BDE" w:rsidP="004E2872">
            <w:pPr>
              <w:shd w:val="clear" w:color="auto" w:fill="FFFFFF" w:themeFill="background1"/>
            </w:pPr>
            <w:r>
              <w:t>- GV tổ chức HS đọc nhóm 3, mỗi em đọc một đoạn.</w:t>
            </w:r>
          </w:p>
        </w:tc>
        <w:tc>
          <w:tcPr>
            <w:tcW w:w="5103" w:type="dxa"/>
            <w:tcBorders>
              <w:top w:val="nil"/>
              <w:bottom w:val="nil"/>
            </w:tcBorders>
          </w:tcPr>
          <w:p w14:paraId="372714C9" w14:textId="77777777" w:rsidR="00E93216" w:rsidRDefault="000E3BDE" w:rsidP="004E2872">
            <w:pPr>
              <w:shd w:val="clear" w:color="auto" w:fill="FFFFFF" w:themeFill="background1"/>
            </w:pPr>
            <w:r>
              <w:t>- HS luyện đọc nhóm 3, góp ý cách phát âm và ngắt nghỉ cho bạn.</w:t>
            </w:r>
          </w:p>
        </w:tc>
      </w:tr>
      <w:tr w:rsidR="00E93216" w14:paraId="534DF780" w14:textId="77777777" w:rsidTr="004E2872">
        <w:trPr>
          <w:jc w:val="center"/>
        </w:trPr>
        <w:tc>
          <w:tcPr>
            <w:tcW w:w="5103" w:type="dxa"/>
            <w:tcBorders>
              <w:top w:val="nil"/>
              <w:bottom w:val="nil"/>
            </w:tcBorders>
          </w:tcPr>
          <w:p w14:paraId="6B1B777A" w14:textId="77777777" w:rsidR="00E93216" w:rsidRDefault="000E3BDE" w:rsidP="004E2872">
            <w:pPr>
              <w:shd w:val="clear" w:color="auto" w:fill="FFFFFF" w:themeFill="background1"/>
            </w:pPr>
            <w:r>
              <w:t>- GV mời 2 nhóm thi đọc nối tiếp trước lớp; nhận xét.</w:t>
            </w:r>
          </w:p>
        </w:tc>
        <w:tc>
          <w:tcPr>
            <w:tcW w:w="5103" w:type="dxa"/>
            <w:tcBorders>
              <w:top w:val="nil"/>
              <w:bottom w:val="nil"/>
            </w:tcBorders>
          </w:tcPr>
          <w:p w14:paraId="17C36242" w14:textId="77777777" w:rsidR="00E93216" w:rsidRDefault="000E3BDE" w:rsidP="004E2872">
            <w:pPr>
              <w:shd w:val="clear" w:color="auto" w:fill="FFFFFF" w:themeFill="background1"/>
            </w:pPr>
            <w:r>
              <w:t>- Hai nhóm thi đọc.</w:t>
            </w:r>
          </w:p>
          <w:p w14:paraId="3D9D36D9" w14:textId="77777777" w:rsidR="00E93216" w:rsidRDefault="000E3BDE" w:rsidP="004E2872">
            <w:pPr>
              <w:shd w:val="clear" w:color="auto" w:fill="FFFFFF" w:themeFill="background1"/>
            </w:pPr>
            <w:r>
              <w:t>- HS nhận xét nhóm đọc đúng, rõ, giọng vui tươi.</w:t>
            </w:r>
          </w:p>
        </w:tc>
      </w:tr>
      <w:tr w:rsidR="00E93216" w14:paraId="27780791" w14:textId="77777777" w:rsidTr="004E2872">
        <w:trPr>
          <w:jc w:val="center"/>
        </w:trPr>
        <w:tc>
          <w:tcPr>
            <w:tcW w:w="5103" w:type="dxa"/>
            <w:tcBorders>
              <w:top w:val="nil"/>
              <w:bottom w:val="single" w:sz="4" w:space="0" w:color="000000"/>
            </w:tcBorders>
          </w:tcPr>
          <w:p w14:paraId="711CCD14" w14:textId="77777777" w:rsidR="00E93216" w:rsidRDefault="000E3BDE" w:rsidP="004E2872">
            <w:pPr>
              <w:shd w:val="clear" w:color="auto" w:fill="FFFFFF" w:themeFill="background1"/>
            </w:pPr>
            <w:r>
              <w:t>- d. Đọc toàn bài.</w:t>
            </w:r>
          </w:p>
          <w:p w14:paraId="78F46176" w14:textId="77777777" w:rsidR="00E93216" w:rsidRDefault="000E3BDE" w:rsidP="004E2872">
            <w:pPr>
              <w:shd w:val="clear" w:color="auto" w:fill="FFFFFF" w:themeFill="background1"/>
            </w:pPr>
            <w:r>
              <w:t>- GV gọi HS đọc toàn bài.</w:t>
            </w:r>
          </w:p>
        </w:tc>
        <w:tc>
          <w:tcPr>
            <w:tcW w:w="5103" w:type="dxa"/>
            <w:tcBorders>
              <w:top w:val="nil"/>
              <w:bottom w:val="single" w:sz="4" w:space="0" w:color="000000"/>
            </w:tcBorders>
          </w:tcPr>
          <w:p w14:paraId="524BECF8" w14:textId="77777777" w:rsidR="00E93216" w:rsidRDefault="000E3BDE" w:rsidP="004E2872">
            <w:pPr>
              <w:shd w:val="clear" w:color="auto" w:fill="FFFFFF" w:themeFill="background1"/>
            </w:pPr>
            <w:r>
              <w:t>- 1 – 2 HS đọc toàn bài.</w:t>
            </w:r>
          </w:p>
          <w:p w14:paraId="45CEBEBC" w14:textId="77777777" w:rsidR="00E93216" w:rsidRDefault="000E3BDE" w:rsidP="004E2872">
            <w:pPr>
              <w:shd w:val="clear" w:color="auto" w:fill="FFFFFF" w:themeFill="background1"/>
            </w:pPr>
            <w:r>
              <w:t>- Cả lớp theo dõi và nhận xét.</w:t>
            </w:r>
          </w:p>
        </w:tc>
      </w:tr>
      <w:tr w:rsidR="00E93216" w14:paraId="6A61B006"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2F0D9"/>
          </w:tcPr>
          <w:p w14:paraId="42C71447" w14:textId="77777777" w:rsidR="00E93216" w:rsidRDefault="000E3BDE" w:rsidP="004E2872">
            <w:pPr>
              <w:shd w:val="clear" w:color="auto" w:fill="FFFFFF" w:themeFill="background1"/>
              <w:jc w:val="center"/>
            </w:pPr>
            <w:r>
              <w:rPr>
                <w:b/>
              </w:rPr>
              <w:t>3. VẬN DỤNG (2 phút)</w:t>
            </w:r>
            <w:r>
              <w:rPr>
                <w:b/>
              </w:rPr>
              <w:br/>
              <w:t>Mục tiêu: HS củng cố phần đọc và chuẩn bị đọc hiểu.</w:t>
            </w:r>
          </w:p>
        </w:tc>
      </w:tr>
      <w:tr w:rsidR="00E93216" w14:paraId="72D4F41C" w14:textId="77777777" w:rsidTr="004E2872">
        <w:trPr>
          <w:jc w:val="center"/>
        </w:trPr>
        <w:tc>
          <w:tcPr>
            <w:tcW w:w="5103" w:type="dxa"/>
            <w:tcBorders>
              <w:top w:val="single" w:sz="4" w:space="0" w:color="000000"/>
              <w:bottom w:val="single" w:sz="4" w:space="0" w:color="000000"/>
            </w:tcBorders>
          </w:tcPr>
          <w:p w14:paraId="40AAB3EA" w14:textId="77777777" w:rsidR="00E93216" w:rsidRDefault="000E3BDE" w:rsidP="004E2872">
            <w:pPr>
              <w:shd w:val="clear" w:color="auto" w:fill="FFFFFF" w:themeFill="background1"/>
            </w:pPr>
            <w:r>
              <w:t>- GV dặn HS luyện đọc lại bài, chú ý các từ khó; chuẩn bị câu hỏi đọc hiểu.</w:t>
            </w:r>
          </w:p>
        </w:tc>
        <w:tc>
          <w:tcPr>
            <w:tcW w:w="5103" w:type="dxa"/>
            <w:tcBorders>
              <w:top w:val="single" w:sz="4" w:space="0" w:color="000000"/>
              <w:bottom w:val="single" w:sz="4" w:space="0" w:color="000000"/>
            </w:tcBorders>
          </w:tcPr>
          <w:p w14:paraId="6FC4FAC3" w14:textId="77777777" w:rsidR="00E93216" w:rsidRDefault="000E3BDE" w:rsidP="004E2872">
            <w:pPr>
              <w:shd w:val="clear" w:color="auto" w:fill="FFFFFF" w:themeFill="background1"/>
            </w:pPr>
            <w:r>
              <w:t>- HS ghi nhớ nhiệm vụ.</w:t>
            </w:r>
          </w:p>
        </w:tc>
      </w:tr>
      <w:tr w:rsidR="00E93216" w14:paraId="6C4EA4E9"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DEDED"/>
          </w:tcPr>
          <w:p w14:paraId="6EA5DE50" w14:textId="77777777" w:rsidR="00E93216" w:rsidRDefault="000E3BDE" w:rsidP="004E2872">
            <w:pPr>
              <w:shd w:val="clear" w:color="auto" w:fill="FFFFFF" w:themeFill="background1"/>
            </w:pPr>
            <w:r>
              <w:rPr>
                <w:b/>
              </w:rPr>
              <w:t>TIẾT 2</w:t>
            </w:r>
          </w:p>
        </w:tc>
      </w:tr>
      <w:tr w:rsidR="00E93216" w14:paraId="0BE7EACF"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2F0D9"/>
          </w:tcPr>
          <w:p w14:paraId="2019769B" w14:textId="77777777" w:rsidR="00E93216" w:rsidRDefault="000E3BDE" w:rsidP="004E2872">
            <w:pPr>
              <w:shd w:val="clear" w:color="auto" w:fill="FFFFFF" w:themeFill="background1"/>
              <w:jc w:val="center"/>
            </w:pPr>
            <w:r>
              <w:rPr>
                <w:b/>
              </w:rPr>
              <w:t>3. ĐỌC HIỂU (22 phút)</w:t>
            </w:r>
            <w:r>
              <w:rPr>
                <w:b/>
              </w:rPr>
              <w:br/>
              <w:t>Mục tiêu: HS trả lời đúng câu hỏi SGK; nêu được tình cảm anh em An và Mai; biết liên hệ cách nhường nhịn khi chơi với anh chị em.</w:t>
            </w:r>
          </w:p>
        </w:tc>
      </w:tr>
      <w:tr w:rsidR="00E93216" w14:paraId="094BD790" w14:textId="77777777" w:rsidTr="004E2872">
        <w:trPr>
          <w:jc w:val="center"/>
        </w:trPr>
        <w:tc>
          <w:tcPr>
            <w:tcW w:w="5103" w:type="dxa"/>
            <w:tcBorders>
              <w:top w:val="single" w:sz="4" w:space="0" w:color="000000"/>
              <w:bottom w:val="nil"/>
            </w:tcBorders>
          </w:tcPr>
          <w:p w14:paraId="5B27BA26" w14:textId="77777777" w:rsidR="00E93216" w:rsidRDefault="000E3BDE" w:rsidP="004E2872">
            <w:pPr>
              <w:shd w:val="clear" w:color="auto" w:fill="FFFFFF" w:themeFill="background1"/>
            </w:pPr>
            <w:r>
              <w:t>- Câu 1: Tìm chi tiết cho thấy An rất thích chơi chong chóng.</w:t>
            </w:r>
          </w:p>
          <w:p w14:paraId="1E1D316D" w14:textId="77777777" w:rsidR="00E93216" w:rsidRDefault="000E3BDE" w:rsidP="004E2872">
            <w:pPr>
              <w:shd w:val="clear" w:color="auto" w:fill="FFFFFF" w:themeFill="background1"/>
            </w:pPr>
            <w:r>
              <w:t>- GV yêu cầu HS đọc thầm đoạn 1 và tìm chi tiết.</w:t>
            </w:r>
          </w:p>
        </w:tc>
        <w:tc>
          <w:tcPr>
            <w:tcW w:w="5103" w:type="dxa"/>
            <w:tcBorders>
              <w:top w:val="single" w:sz="4" w:space="0" w:color="000000"/>
              <w:bottom w:val="nil"/>
            </w:tcBorders>
          </w:tcPr>
          <w:p w14:paraId="60FDF278" w14:textId="77777777" w:rsidR="00E93216" w:rsidRDefault="000E3BDE" w:rsidP="004E2872">
            <w:pPr>
              <w:shd w:val="clear" w:color="auto" w:fill="FFFFFF" w:themeFill="background1"/>
            </w:pPr>
            <w:r>
              <w:t>- HS trả lời: An yêu thích những chiếc chong chóng giấy; An thích chạy thật nhanh để chong chóng không ngừng quay trong gió; chong chóng tạo ra tiếng u u rất lạ.</w:t>
            </w:r>
          </w:p>
        </w:tc>
      </w:tr>
      <w:tr w:rsidR="00E93216" w14:paraId="54B0920F" w14:textId="77777777" w:rsidTr="004E2872">
        <w:trPr>
          <w:jc w:val="center"/>
        </w:trPr>
        <w:tc>
          <w:tcPr>
            <w:tcW w:w="5103" w:type="dxa"/>
            <w:tcBorders>
              <w:top w:val="nil"/>
              <w:bottom w:val="nil"/>
            </w:tcBorders>
          </w:tcPr>
          <w:p w14:paraId="3D996D5B" w14:textId="77777777" w:rsidR="00E93216" w:rsidRDefault="000E3BDE" w:rsidP="004E2872">
            <w:pPr>
              <w:shd w:val="clear" w:color="auto" w:fill="FFFFFF" w:themeFill="background1"/>
            </w:pPr>
            <w:r>
              <w:t>- Câu 2: Vì sao An luôn thắng khi thi chơi chong chóng cùng bé Mai?</w:t>
            </w:r>
          </w:p>
        </w:tc>
        <w:tc>
          <w:tcPr>
            <w:tcW w:w="5103" w:type="dxa"/>
            <w:tcBorders>
              <w:top w:val="nil"/>
              <w:bottom w:val="nil"/>
            </w:tcBorders>
          </w:tcPr>
          <w:p w14:paraId="4204FED2" w14:textId="77777777" w:rsidR="00E93216" w:rsidRDefault="000E3BDE" w:rsidP="004E2872">
            <w:pPr>
              <w:shd w:val="clear" w:color="auto" w:fill="FFFFFF" w:themeFill="background1"/>
            </w:pPr>
            <w:r>
              <w:t>- HS trả lời: Vì An chạy nhanh hơn nên chong chóng quay lâu hơn, còn Mai bé hơn nên chong chóng quay được một lúc rồi dừng lại.</w:t>
            </w:r>
          </w:p>
        </w:tc>
      </w:tr>
      <w:tr w:rsidR="00E93216" w14:paraId="58879BD2" w14:textId="77777777" w:rsidTr="004E2872">
        <w:trPr>
          <w:jc w:val="center"/>
        </w:trPr>
        <w:tc>
          <w:tcPr>
            <w:tcW w:w="5103" w:type="dxa"/>
            <w:tcBorders>
              <w:top w:val="nil"/>
              <w:bottom w:val="nil"/>
            </w:tcBorders>
          </w:tcPr>
          <w:p w14:paraId="14E02623" w14:textId="77777777" w:rsidR="00E93216" w:rsidRDefault="000E3BDE" w:rsidP="004E2872">
            <w:pPr>
              <w:shd w:val="clear" w:color="auto" w:fill="FFFFFF" w:themeFill="background1"/>
            </w:pPr>
            <w:r>
              <w:t>- Câu 3: An nghĩ ra cách gì để bé Mai vui?</w:t>
            </w:r>
          </w:p>
        </w:tc>
        <w:tc>
          <w:tcPr>
            <w:tcW w:w="5103" w:type="dxa"/>
            <w:tcBorders>
              <w:top w:val="nil"/>
              <w:bottom w:val="nil"/>
            </w:tcBorders>
          </w:tcPr>
          <w:p w14:paraId="7623DAA3" w14:textId="77777777" w:rsidR="00E93216" w:rsidRDefault="000E3BDE" w:rsidP="004E2872">
            <w:pPr>
              <w:shd w:val="clear" w:color="auto" w:fill="FFFFFF" w:themeFill="background1"/>
            </w:pPr>
            <w:r>
              <w:t>- HS trả lời: An để Mai đứng cạnh quạt máy cho chong chóng quay, còn An phùng má thổi phù phù cho chong chóng quay. Mai cười toe vì thấy gió cũng giống như anh.</w:t>
            </w:r>
          </w:p>
        </w:tc>
      </w:tr>
      <w:tr w:rsidR="00E93216" w14:paraId="3E8750D9" w14:textId="77777777" w:rsidTr="004E2872">
        <w:trPr>
          <w:jc w:val="center"/>
        </w:trPr>
        <w:tc>
          <w:tcPr>
            <w:tcW w:w="5103" w:type="dxa"/>
            <w:tcBorders>
              <w:top w:val="nil"/>
              <w:bottom w:val="nil"/>
            </w:tcBorders>
          </w:tcPr>
          <w:p w14:paraId="6571A3D3" w14:textId="77777777" w:rsidR="00E93216" w:rsidRDefault="000E3BDE" w:rsidP="004E2872">
            <w:pPr>
              <w:shd w:val="clear" w:color="auto" w:fill="FFFFFF" w:themeFill="background1"/>
            </w:pPr>
            <w:r>
              <w:t>- Câu 4: Qua câu chuyện, em thấy tình cảm của anh em An và Mai thế nào?</w:t>
            </w:r>
          </w:p>
        </w:tc>
        <w:tc>
          <w:tcPr>
            <w:tcW w:w="5103" w:type="dxa"/>
            <w:tcBorders>
              <w:top w:val="nil"/>
              <w:bottom w:val="nil"/>
            </w:tcBorders>
          </w:tcPr>
          <w:p w14:paraId="53A6BC01" w14:textId="77777777" w:rsidR="00E93216" w:rsidRDefault="000E3BDE" w:rsidP="004E2872">
            <w:pPr>
              <w:shd w:val="clear" w:color="auto" w:fill="FFFFFF" w:themeFill="background1"/>
            </w:pPr>
            <w:r>
              <w:t>- HS trả lời: Anh em An và Mai rất yêu thương nhau; An biết nhường nhịn, nghĩ cách làm em vui; Mai yêu quý anh và vui khi chơi cùng anh.</w:t>
            </w:r>
          </w:p>
        </w:tc>
      </w:tr>
      <w:tr w:rsidR="00E93216" w14:paraId="24AFE559" w14:textId="77777777" w:rsidTr="004E2872">
        <w:trPr>
          <w:jc w:val="center"/>
        </w:trPr>
        <w:tc>
          <w:tcPr>
            <w:tcW w:w="5103" w:type="dxa"/>
            <w:tcBorders>
              <w:top w:val="nil"/>
              <w:bottom w:val="nil"/>
            </w:tcBorders>
          </w:tcPr>
          <w:p w14:paraId="6835708B" w14:textId="77777777" w:rsidR="00E93216" w:rsidRDefault="000E3BDE" w:rsidP="004E2872">
            <w:pPr>
              <w:shd w:val="clear" w:color="auto" w:fill="FFFFFF" w:themeFill="background1"/>
            </w:pPr>
            <w:r>
              <w:t>- GV hỏi dẫn tích hợp: Khi chơi cùng anh chị em hoặc bạn nhỏ hơn mình, em nên làm gì để mọi người đều vui?</w:t>
            </w:r>
          </w:p>
          <w:p w14:paraId="652B6AEC" w14:textId="77777777" w:rsidR="00E93216" w:rsidRDefault="000E3BDE" w:rsidP="004E2872">
            <w:pPr>
              <w:shd w:val="clear" w:color="auto" w:fill="FFFFFF" w:themeFill="background1"/>
            </w:pPr>
            <w:r>
              <w:rPr>
                <w:color w:val="C00000"/>
              </w:rPr>
              <w:t>- Tích hợp đạo đức, lối sống: GV giáo dục HS biết yêu thương, đoàn kết và nhường nhịn trong gia đình. Khi chơi cùng anh chị em, các em không nên chỉ muốn thắng hoặc giành phần hơn cho mình; cần biết chia sẻ đồ chơi, hướng dẫn em nhỏ, chờ đến lượt, nói lời nhẹ nhàng và biết xin lỗi nếu làm bạn buồn. Cách An nghĩ ra để Mai vui là một biểu hiện đẹp của tình cảm anh em.</w:t>
            </w:r>
          </w:p>
        </w:tc>
        <w:tc>
          <w:tcPr>
            <w:tcW w:w="5103" w:type="dxa"/>
            <w:tcBorders>
              <w:top w:val="nil"/>
              <w:bottom w:val="nil"/>
            </w:tcBorders>
          </w:tcPr>
          <w:p w14:paraId="4DB1C530" w14:textId="77777777" w:rsidR="00E93216" w:rsidRDefault="000E3BDE" w:rsidP="004E2872">
            <w:pPr>
              <w:shd w:val="clear" w:color="auto" w:fill="FFFFFF" w:themeFill="background1"/>
            </w:pPr>
            <w:r>
              <w:t>- HS nêu: Em sẽ chia sẻ đồ chơi, nhường em nhỏ chơi trước, không trêu chọc khi em thua, giúp em biết cách chơi.</w:t>
            </w:r>
          </w:p>
          <w:p w14:paraId="37E69A08" w14:textId="77777777" w:rsidR="00E93216" w:rsidRDefault="000E3BDE" w:rsidP="004E2872">
            <w:pPr>
              <w:shd w:val="clear" w:color="auto" w:fill="FFFFFF" w:themeFill="background1"/>
            </w:pPr>
            <w:r>
              <w:rPr>
                <w:color w:val="C00000"/>
              </w:rPr>
              <w:t>- HS liên hệ: Khi chơi với anh chị em, em sẽ biết nhường nhịn và cùng tạo niềm vui cho nhau.</w:t>
            </w:r>
          </w:p>
        </w:tc>
      </w:tr>
      <w:tr w:rsidR="00E93216" w14:paraId="1A013898" w14:textId="77777777" w:rsidTr="004E2872">
        <w:trPr>
          <w:jc w:val="center"/>
        </w:trPr>
        <w:tc>
          <w:tcPr>
            <w:tcW w:w="5103" w:type="dxa"/>
            <w:tcBorders>
              <w:top w:val="nil"/>
              <w:bottom w:val="nil"/>
            </w:tcBorders>
          </w:tcPr>
          <w:p w14:paraId="0AFE42E7" w14:textId="77777777" w:rsidR="00E93216" w:rsidRDefault="000E3BDE" w:rsidP="004E2872">
            <w:pPr>
              <w:shd w:val="clear" w:color="auto" w:fill="FFFFFF" w:themeFill="background1"/>
            </w:pPr>
            <w:r>
              <w:rPr>
                <w:b/>
              </w:rPr>
              <w:t>- Hoạt động 1: Tìm từ ngữ trong bài đọc tả chiếc chong chóng.</w:t>
            </w:r>
          </w:p>
        </w:tc>
        <w:tc>
          <w:tcPr>
            <w:tcW w:w="5103" w:type="dxa"/>
            <w:tcBorders>
              <w:top w:val="nil"/>
              <w:bottom w:val="nil"/>
            </w:tcBorders>
          </w:tcPr>
          <w:p w14:paraId="57595AE7" w14:textId="77777777" w:rsidR="00E93216" w:rsidRDefault="000E3BDE" w:rsidP="004E2872">
            <w:pPr>
              <w:shd w:val="clear" w:color="auto" w:fill="FFFFFF" w:themeFill="background1"/>
            </w:pPr>
            <w:r>
              <w:t>- HS trả lời: Từ ngữ tả chiếc chong chóng là: cái cán nhỏ và dài, bốn cánh giấy mỏng, xinh như một bông hoa, tiếng u u rất lạ.</w:t>
            </w:r>
          </w:p>
        </w:tc>
      </w:tr>
      <w:tr w:rsidR="00E93216" w14:paraId="50BEA489" w14:textId="77777777" w:rsidTr="004E2872">
        <w:trPr>
          <w:jc w:val="center"/>
        </w:trPr>
        <w:tc>
          <w:tcPr>
            <w:tcW w:w="5103" w:type="dxa"/>
            <w:tcBorders>
              <w:top w:val="nil"/>
              <w:bottom w:val="nil"/>
            </w:tcBorders>
          </w:tcPr>
          <w:p w14:paraId="3BE4EF8B" w14:textId="77777777" w:rsidR="00E93216" w:rsidRDefault="000E3BDE" w:rsidP="004E2872">
            <w:pPr>
              <w:shd w:val="clear" w:color="auto" w:fill="FFFFFF" w:themeFill="background1"/>
            </w:pPr>
            <w:r>
              <w:rPr>
                <w:b/>
              </w:rPr>
              <w:t>- Hoạt động 2: Nếu em là Mai, em sẽ nói gì với anh An sau khi chơi?</w:t>
            </w:r>
          </w:p>
        </w:tc>
        <w:tc>
          <w:tcPr>
            <w:tcW w:w="5103" w:type="dxa"/>
            <w:tcBorders>
              <w:top w:val="nil"/>
              <w:bottom w:val="nil"/>
            </w:tcBorders>
          </w:tcPr>
          <w:p w14:paraId="58C6768B" w14:textId="77777777" w:rsidR="00E93216" w:rsidRDefault="000E3BDE" w:rsidP="004E2872">
            <w:pPr>
              <w:shd w:val="clear" w:color="auto" w:fill="FFFFFF" w:themeFill="background1"/>
            </w:pPr>
            <w:r>
              <w:t>- HS trả lời theo ý riêng. Ví dụ: Em cảm ơn anh An vì đã nghĩ cách cho em vui. Em sẽ rủ anh cùng làm thêm chong chóng và chơi vui vẻ với anh.</w:t>
            </w:r>
          </w:p>
        </w:tc>
      </w:tr>
      <w:tr w:rsidR="00E93216" w14:paraId="23B45AC7" w14:textId="77777777" w:rsidTr="004E2872">
        <w:trPr>
          <w:jc w:val="center"/>
        </w:trPr>
        <w:tc>
          <w:tcPr>
            <w:tcW w:w="5103" w:type="dxa"/>
            <w:tcBorders>
              <w:top w:val="nil"/>
              <w:bottom w:val="single" w:sz="4" w:space="0" w:color="000000"/>
            </w:tcBorders>
          </w:tcPr>
          <w:p w14:paraId="3CBB0724" w14:textId="77777777" w:rsidR="00E93216" w:rsidRDefault="000E3BDE" w:rsidP="004E2872">
            <w:pPr>
              <w:shd w:val="clear" w:color="auto" w:fill="FFFFFF" w:themeFill="background1"/>
            </w:pPr>
            <w:r>
              <w:t xml:space="preserve">- GV kết luận: Câu chuyện cho thấy tình cảm </w:t>
            </w:r>
            <w:r>
              <w:lastRenderedPageBreak/>
              <w:t>anh em thân thiết; người anh biết yêu thương, nhường nhịn và làm cho em vui.</w:t>
            </w:r>
          </w:p>
        </w:tc>
        <w:tc>
          <w:tcPr>
            <w:tcW w:w="5103" w:type="dxa"/>
            <w:tcBorders>
              <w:top w:val="nil"/>
              <w:bottom w:val="single" w:sz="4" w:space="0" w:color="000000"/>
            </w:tcBorders>
          </w:tcPr>
          <w:p w14:paraId="6E0DD514" w14:textId="77777777" w:rsidR="00E93216" w:rsidRDefault="000E3BDE" w:rsidP="004E2872">
            <w:pPr>
              <w:shd w:val="clear" w:color="auto" w:fill="FFFFFF" w:themeFill="background1"/>
            </w:pPr>
            <w:r>
              <w:lastRenderedPageBreak/>
              <w:t>- HS lắng nghe và nhắc lại nội dung bài.</w:t>
            </w:r>
          </w:p>
        </w:tc>
      </w:tr>
      <w:tr w:rsidR="00E93216" w14:paraId="1E505346"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2F0D9"/>
          </w:tcPr>
          <w:p w14:paraId="590B372B" w14:textId="77777777" w:rsidR="00E93216" w:rsidRDefault="000E3BDE" w:rsidP="004E2872">
            <w:pPr>
              <w:shd w:val="clear" w:color="auto" w:fill="FFFFFF" w:themeFill="background1"/>
              <w:jc w:val="center"/>
            </w:pPr>
            <w:r>
              <w:rPr>
                <w:b/>
              </w:rPr>
              <w:t>4. LUYỆN ĐỌC LẠI (10 phút)</w:t>
            </w:r>
            <w:r>
              <w:rPr>
                <w:b/>
              </w:rPr>
              <w:br/>
              <w:t>Mục tiêu: HS đọc diễn cảm đoạn văn, biết thể hiện giọng vui tươi.</w:t>
            </w:r>
          </w:p>
        </w:tc>
      </w:tr>
      <w:tr w:rsidR="00E93216" w14:paraId="74065E93" w14:textId="77777777" w:rsidTr="004E2872">
        <w:trPr>
          <w:jc w:val="center"/>
        </w:trPr>
        <w:tc>
          <w:tcPr>
            <w:tcW w:w="5103" w:type="dxa"/>
            <w:tcBorders>
              <w:top w:val="single" w:sz="4" w:space="0" w:color="000000"/>
              <w:bottom w:val="nil"/>
            </w:tcBorders>
          </w:tcPr>
          <w:p w14:paraId="0A97786E" w14:textId="77777777" w:rsidR="00E93216" w:rsidRDefault="000E3BDE" w:rsidP="004E2872">
            <w:pPr>
              <w:shd w:val="clear" w:color="auto" w:fill="FFFFFF" w:themeFill="background1"/>
            </w:pPr>
            <w:r>
              <w:t>- GV chọn đoạn cuối, hướng dẫn HS đọc giọng vui, nhấn vào các từ cười toe, thích chí, mê chong chóng.</w:t>
            </w:r>
          </w:p>
        </w:tc>
        <w:tc>
          <w:tcPr>
            <w:tcW w:w="5103" w:type="dxa"/>
            <w:tcBorders>
              <w:top w:val="single" w:sz="4" w:space="0" w:color="000000"/>
              <w:bottom w:val="nil"/>
            </w:tcBorders>
          </w:tcPr>
          <w:p w14:paraId="6FF3B8D3" w14:textId="77777777" w:rsidR="00E93216" w:rsidRDefault="000E3BDE" w:rsidP="004E2872">
            <w:pPr>
              <w:shd w:val="clear" w:color="auto" w:fill="FFFFFF" w:themeFill="background1"/>
            </w:pPr>
            <w:r>
              <w:t>- HS luyện đọc đoạn cuối theo nhóm đôi.</w:t>
            </w:r>
          </w:p>
        </w:tc>
      </w:tr>
      <w:tr w:rsidR="00E93216" w14:paraId="524F9B07" w14:textId="77777777" w:rsidTr="004E2872">
        <w:trPr>
          <w:jc w:val="center"/>
        </w:trPr>
        <w:tc>
          <w:tcPr>
            <w:tcW w:w="5103" w:type="dxa"/>
            <w:tcBorders>
              <w:top w:val="nil"/>
              <w:bottom w:val="single" w:sz="4" w:space="0" w:color="000000"/>
            </w:tcBorders>
          </w:tcPr>
          <w:p w14:paraId="33672B35" w14:textId="77777777" w:rsidR="00E93216" w:rsidRDefault="000E3BDE" w:rsidP="004E2872">
            <w:pPr>
              <w:shd w:val="clear" w:color="auto" w:fill="FFFFFF" w:themeFill="background1"/>
            </w:pPr>
            <w:r>
              <w:t>- GV tổ chức thi đọc đoạn yêu thích; nhận xét, tuyên dương.</w:t>
            </w:r>
          </w:p>
        </w:tc>
        <w:tc>
          <w:tcPr>
            <w:tcW w:w="5103" w:type="dxa"/>
            <w:tcBorders>
              <w:top w:val="nil"/>
              <w:bottom w:val="single" w:sz="4" w:space="0" w:color="000000"/>
            </w:tcBorders>
          </w:tcPr>
          <w:p w14:paraId="17F16932" w14:textId="77777777" w:rsidR="00E93216" w:rsidRDefault="000E3BDE" w:rsidP="004E2872">
            <w:pPr>
              <w:shd w:val="clear" w:color="auto" w:fill="FFFFFF" w:themeFill="background1"/>
            </w:pPr>
            <w:r>
              <w:t>- HS thi đọc.</w:t>
            </w:r>
          </w:p>
          <w:p w14:paraId="235D6DF2" w14:textId="77777777" w:rsidR="00E93216" w:rsidRDefault="000E3BDE" w:rsidP="004E2872">
            <w:pPr>
              <w:shd w:val="clear" w:color="auto" w:fill="FFFFFF" w:themeFill="background1"/>
            </w:pPr>
            <w:r>
              <w:t>- Cả lớp nhận xét bạn đọc rõ, diễn cảm.</w:t>
            </w:r>
          </w:p>
        </w:tc>
      </w:tr>
      <w:tr w:rsidR="00E93216" w14:paraId="0D917BDE"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2F0D9"/>
          </w:tcPr>
          <w:p w14:paraId="52FB4BA3" w14:textId="77777777" w:rsidR="00E93216" w:rsidRDefault="000E3BDE" w:rsidP="004E2872">
            <w:pPr>
              <w:shd w:val="clear" w:color="auto" w:fill="FFFFFF" w:themeFill="background1"/>
              <w:jc w:val="center"/>
            </w:pPr>
            <w:r>
              <w:rPr>
                <w:b/>
              </w:rPr>
              <w:t>5. VẬN DỤNG (3 phút)</w:t>
            </w:r>
            <w:r>
              <w:rPr>
                <w:b/>
              </w:rPr>
              <w:br/>
              <w:t>Mục tiêu: HS liên hệ cách ứng xử khi chơi với anh chị em.</w:t>
            </w:r>
          </w:p>
        </w:tc>
      </w:tr>
      <w:tr w:rsidR="00E93216" w14:paraId="545FF7F1" w14:textId="77777777" w:rsidTr="004E2872">
        <w:trPr>
          <w:jc w:val="center"/>
        </w:trPr>
        <w:tc>
          <w:tcPr>
            <w:tcW w:w="5103" w:type="dxa"/>
            <w:tcBorders>
              <w:top w:val="single" w:sz="4" w:space="0" w:color="000000"/>
            </w:tcBorders>
          </w:tcPr>
          <w:p w14:paraId="2149AA59" w14:textId="77777777" w:rsidR="00E93216" w:rsidRDefault="000E3BDE" w:rsidP="004E2872">
            <w:pPr>
              <w:shd w:val="clear" w:color="auto" w:fill="FFFFFF" w:themeFill="background1"/>
            </w:pPr>
            <w:r>
              <w:t>- GV yêu cầu HS nêu một việc sẽ làm để chơi vui vẻ với anh chị em; dặn HS chuẩn bị tiết Nghe – viết.</w:t>
            </w:r>
          </w:p>
        </w:tc>
        <w:tc>
          <w:tcPr>
            <w:tcW w:w="5103" w:type="dxa"/>
            <w:tcBorders>
              <w:top w:val="single" w:sz="4" w:space="0" w:color="000000"/>
            </w:tcBorders>
          </w:tcPr>
          <w:p w14:paraId="2218E2BD" w14:textId="77777777" w:rsidR="00E93216" w:rsidRDefault="000E3BDE" w:rsidP="004E2872">
            <w:pPr>
              <w:shd w:val="clear" w:color="auto" w:fill="FFFFFF" w:themeFill="background1"/>
            </w:pPr>
            <w:r>
              <w:t>- HS nêu: Em sẽ nhường em nhỏ, chia sẻ đồ chơi, không giành thắng thua.</w:t>
            </w:r>
          </w:p>
          <w:p w14:paraId="2FBF2E4C" w14:textId="77777777" w:rsidR="00E93216" w:rsidRDefault="000E3BDE" w:rsidP="004E2872">
            <w:pPr>
              <w:shd w:val="clear" w:color="auto" w:fill="FFFFFF" w:themeFill="background1"/>
            </w:pPr>
            <w:r>
              <w:t>- HS ghi nhớ chuẩn bị tiết sau.</w:t>
            </w:r>
          </w:p>
        </w:tc>
      </w:tr>
    </w:tbl>
    <w:p w14:paraId="26346A9C" w14:textId="14DD1284" w:rsidR="00E93216" w:rsidRDefault="000E3BDE" w:rsidP="004E2872">
      <w:pPr>
        <w:shd w:val="clear" w:color="auto" w:fill="FFFFFF" w:themeFill="background1"/>
        <w:spacing w:after="0" w:line="240" w:lineRule="auto"/>
        <w:rPr>
          <w:b/>
        </w:rPr>
      </w:pPr>
      <w:r>
        <w:rPr>
          <w:b/>
        </w:rPr>
        <w:t>IV. ĐIỀU CHỈNH SAU TIẾT HỌC (NẾU CÓ)</w:t>
      </w:r>
    </w:p>
    <w:p w14:paraId="4E67FA5D" w14:textId="77777777" w:rsidR="004E2872" w:rsidRDefault="004E2872" w:rsidP="004E2872">
      <w:pPr>
        <w:shd w:val="clear" w:color="auto" w:fill="FFFFFF" w:themeFill="background1"/>
        <w:spacing w:after="0" w:line="240" w:lineRule="auto"/>
      </w:pPr>
    </w:p>
    <w:p w14:paraId="43EAA103" w14:textId="77777777" w:rsidR="00E93216" w:rsidRDefault="000E3BDE" w:rsidP="004E2872">
      <w:pPr>
        <w:shd w:val="clear" w:color="auto" w:fill="FFFFFF" w:themeFill="background1"/>
        <w:spacing w:after="0" w:line="240" w:lineRule="auto"/>
        <w:jc w:val="center"/>
      </w:pPr>
      <w:r>
        <w:rPr>
          <w:b/>
          <w:sz w:val="28"/>
        </w:rPr>
        <w:t>KẾ HOẠCH BÀI DẠY MÔN TIẾNG VIỆT LỚP 2 – TUẦN 17</w:t>
      </w:r>
    </w:p>
    <w:p w14:paraId="1B2FDA3A" w14:textId="77777777" w:rsidR="00E93216" w:rsidRDefault="000E3BDE" w:rsidP="004E2872">
      <w:pPr>
        <w:shd w:val="clear" w:color="auto" w:fill="FFFFFF" w:themeFill="background1"/>
        <w:spacing w:after="0" w:line="240" w:lineRule="auto"/>
        <w:jc w:val="center"/>
      </w:pPr>
      <w:r>
        <w:rPr>
          <w:b/>
          <w:sz w:val="28"/>
        </w:rPr>
        <w:t>CHỦ ĐỀ 4: MÁI ẤM GIA ĐÌNH</w:t>
      </w:r>
    </w:p>
    <w:p w14:paraId="15D3B50B" w14:textId="77777777" w:rsidR="00E93216" w:rsidRDefault="000E3BDE" w:rsidP="004E2872">
      <w:pPr>
        <w:shd w:val="clear" w:color="auto" w:fill="FFFFFF" w:themeFill="background1"/>
        <w:spacing w:after="0" w:line="240" w:lineRule="auto"/>
        <w:jc w:val="center"/>
      </w:pPr>
      <w:r>
        <w:rPr>
          <w:b/>
          <w:sz w:val="28"/>
        </w:rPr>
        <w:t>BÀI 32: CHƠI CHONG CHÓNG</w:t>
      </w:r>
    </w:p>
    <w:p w14:paraId="75D535E5" w14:textId="77777777" w:rsidR="00E93216" w:rsidRDefault="000E3BDE" w:rsidP="004E2872">
      <w:pPr>
        <w:shd w:val="clear" w:color="auto" w:fill="FFFFFF" w:themeFill="background1"/>
        <w:spacing w:after="0" w:line="240" w:lineRule="auto"/>
        <w:jc w:val="center"/>
      </w:pPr>
      <w:r>
        <w:rPr>
          <w:b/>
          <w:sz w:val="28"/>
        </w:rPr>
        <w:t>TIẾT 3: VIẾT</w:t>
      </w:r>
    </w:p>
    <w:p w14:paraId="0F81764D" w14:textId="77777777" w:rsidR="00E93216" w:rsidRDefault="000E3BDE" w:rsidP="004E2872">
      <w:pPr>
        <w:shd w:val="clear" w:color="auto" w:fill="FFFFFF" w:themeFill="background1"/>
        <w:spacing w:after="0" w:line="240" w:lineRule="auto"/>
      </w:pPr>
      <w:r>
        <w:rPr>
          <w:b/>
        </w:rPr>
        <w:t>I. YÊU CẦU CẦN ĐẠT</w:t>
      </w:r>
    </w:p>
    <w:p w14:paraId="74A40EDC" w14:textId="77777777" w:rsidR="00E93216" w:rsidRDefault="000E3BDE" w:rsidP="004E2872">
      <w:pPr>
        <w:shd w:val="clear" w:color="auto" w:fill="FFFFFF" w:themeFill="background1"/>
        <w:spacing w:after="0" w:line="240" w:lineRule="auto"/>
      </w:pPr>
      <w:r>
        <w:t>Sau bài học, HS sẽ:</w:t>
      </w:r>
    </w:p>
    <w:p w14:paraId="54DAF22D" w14:textId="77777777" w:rsidR="00E93216" w:rsidRDefault="000E3BDE" w:rsidP="004E2872">
      <w:pPr>
        <w:shd w:val="clear" w:color="auto" w:fill="FFFFFF" w:themeFill="background1"/>
        <w:spacing w:after="0" w:line="240" w:lineRule="auto"/>
      </w:pPr>
      <w:r>
        <w:rPr>
          <w:b/>
        </w:rPr>
        <w:t>1. Năng lực đặc thù</w:t>
      </w:r>
    </w:p>
    <w:p w14:paraId="6E8983AF" w14:textId="77777777" w:rsidR="00E93216" w:rsidRDefault="000E3BDE" w:rsidP="004E2872">
      <w:pPr>
        <w:shd w:val="clear" w:color="auto" w:fill="FFFFFF" w:themeFill="background1"/>
        <w:spacing w:after="0" w:line="240" w:lineRule="auto"/>
      </w:pPr>
      <w:r>
        <w:t>- Nghe – viết đúng đoạn văn Chơi chong chóng từ đầu đến háo hức; viết đúng chính tả, trình bày sạch đẹp.</w:t>
      </w:r>
    </w:p>
    <w:p w14:paraId="2C8DBA86" w14:textId="77777777" w:rsidR="00E93216" w:rsidRDefault="000E3BDE" w:rsidP="004E2872">
      <w:pPr>
        <w:shd w:val="clear" w:color="auto" w:fill="FFFFFF" w:themeFill="background1"/>
        <w:spacing w:after="0" w:line="240" w:lineRule="auto"/>
      </w:pPr>
      <w:r>
        <w:t>- Làm đúng bài tập phân biệt iu/ưu; tìm được từ ngữ chỉ sự vật có tiếng chứa ăt, ăc, ât hoặc âc theo tranh.</w:t>
      </w:r>
    </w:p>
    <w:p w14:paraId="54397A86" w14:textId="77777777" w:rsidR="00E93216" w:rsidRDefault="000E3BDE" w:rsidP="004E2872">
      <w:pPr>
        <w:shd w:val="clear" w:color="auto" w:fill="FFFFFF" w:themeFill="background1"/>
        <w:spacing w:after="0" w:line="240" w:lineRule="auto"/>
      </w:pPr>
      <w:r>
        <w:rPr>
          <w:b/>
        </w:rPr>
        <w:t>2. Năng lực chung</w:t>
      </w:r>
    </w:p>
    <w:p w14:paraId="3C1E4A56" w14:textId="77777777" w:rsidR="00E93216" w:rsidRDefault="000E3BDE" w:rsidP="004E2872">
      <w:pPr>
        <w:shd w:val="clear" w:color="auto" w:fill="FFFFFF" w:themeFill="background1"/>
        <w:spacing w:after="0" w:line="240" w:lineRule="auto"/>
      </w:pPr>
      <w:r>
        <w:t>- Tự chủ và tự học: nghe, nhớ và viết đúng đoạn chính tả.</w:t>
      </w:r>
    </w:p>
    <w:p w14:paraId="71168F0B" w14:textId="77777777" w:rsidR="00E93216" w:rsidRDefault="000E3BDE" w:rsidP="004E2872">
      <w:pPr>
        <w:shd w:val="clear" w:color="auto" w:fill="FFFFFF" w:themeFill="background1"/>
        <w:spacing w:after="0" w:line="240" w:lineRule="auto"/>
      </w:pPr>
      <w:r>
        <w:t>- Giao tiếp và hợp tác: thảo luận nhóm đôi khi làm bài tập chính tả.</w:t>
      </w:r>
    </w:p>
    <w:p w14:paraId="097A95FB" w14:textId="77777777" w:rsidR="00E93216" w:rsidRDefault="000E3BDE" w:rsidP="004E2872">
      <w:pPr>
        <w:shd w:val="clear" w:color="auto" w:fill="FFFFFF" w:themeFill="background1"/>
        <w:spacing w:after="0" w:line="240" w:lineRule="auto"/>
      </w:pPr>
      <w:r>
        <w:rPr>
          <w:b/>
        </w:rPr>
        <w:t>3. Phẩm chất</w:t>
      </w:r>
    </w:p>
    <w:p w14:paraId="3ED870C3" w14:textId="77777777" w:rsidR="00E93216" w:rsidRDefault="000E3BDE" w:rsidP="004E2872">
      <w:pPr>
        <w:shd w:val="clear" w:color="auto" w:fill="FFFFFF" w:themeFill="background1"/>
        <w:spacing w:after="0" w:line="240" w:lineRule="auto"/>
      </w:pPr>
      <w:r>
        <w:t>- Chăm chỉ: viết bài cẩn thận, rèn chữ giữ vở.</w:t>
      </w:r>
    </w:p>
    <w:p w14:paraId="106AB39F" w14:textId="77777777" w:rsidR="00E93216" w:rsidRDefault="000E3BDE" w:rsidP="004E2872">
      <w:pPr>
        <w:shd w:val="clear" w:color="auto" w:fill="FFFFFF" w:themeFill="background1"/>
        <w:spacing w:after="0" w:line="240" w:lineRule="auto"/>
      </w:pPr>
      <w:r>
        <w:t>- Trách nhiệm: tự kiểm tra và sửa lỗi chính tả.</w:t>
      </w:r>
    </w:p>
    <w:p w14:paraId="687998E0" w14:textId="77777777" w:rsidR="00E93216" w:rsidRDefault="000E3BDE" w:rsidP="004E2872">
      <w:pPr>
        <w:shd w:val="clear" w:color="auto" w:fill="FFFFFF" w:themeFill="background1"/>
        <w:spacing w:after="0" w:line="240" w:lineRule="auto"/>
      </w:pPr>
      <w:r>
        <w:rPr>
          <w:b/>
        </w:rPr>
        <w:t>II. ĐỒ DÙNG DẠY HỌC</w:t>
      </w:r>
    </w:p>
    <w:p w14:paraId="1BEAB978" w14:textId="77777777" w:rsidR="00E93216" w:rsidRDefault="000E3BDE" w:rsidP="004E2872">
      <w:pPr>
        <w:shd w:val="clear" w:color="auto" w:fill="FFFFFF" w:themeFill="background1"/>
        <w:spacing w:after="0" w:line="240" w:lineRule="auto"/>
      </w:pPr>
      <w:r>
        <w:rPr>
          <w:b/>
        </w:rPr>
        <w:t>1. Giáo viên</w:t>
      </w:r>
    </w:p>
    <w:p w14:paraId="16DA003F" w14:textId="77777777" w:rsidR="00E93216" w:rsidRDefault="000E3BDE" w:rsidP="004E2872">
      <w:pPr>
        <w:shd w:val="clear" w:color="auto" w:fill="FFFFFF" w:themeFill="background1"/>
        <w:spacing w:after="0" w:line="240" w:lineRule="auto"/>
      </w:pPr>
      <w:r>
        <w:t>- Bảng phụ/slide đoạn chính tả, tranh Hoạt động 2a, 2b trong SGK.</w:t>
      </w:r>
    </w:p>
    <w:p w14:paraId="44482796" w14:textId="77777777" w:rsidR="00E93216" w:rsidRDefault="000E3BDE" w:rsidP="004E2872">
      <w:pPr>
        <w:shd w:val="clear" w:color="auto" w:fill="FFFFFF" w:themeFill="background1"/>
        <w:spacing w:after="0" w:line="240" w:lineRule="auto"/>
      </w:pPr>
      <w:r>
        <w:rPr>
          <w:b/>
        </w:rPr>
        <w:t>2. Học sinh</w:t>
      </w:r>
    </w:p>
    <w:p w14:paraId="1F236FE6" w14:textId="77777777" w:rsidR="00E93216" w:rsidRDefault="000E3BDE" w:rsidP="004E2872">
      <w:pPr>
        <w:shd w:val="clear" w:color="auto" w:fill="FFFFFF" w:themeFill="background1"/>
        <w:spacing w:after="0" w:line="240" w:lineRule="auto"/>
      </w:pPr>
      <w:r>
        <w:t>- Vở chính tả, bảng con, SGK.</w:t>
      </w:r>
    </w:p>
    <w:p w14:paraId="2D888C31" w14:textId="77777777" w:rsidR="00E93216" w:rsidRDefault="000E3BDE" w:rsidP="004E2872">
      <w:pPr>
        <w:shd w:val="clear" w:color="auto" w:fill="FFFFFF" w:themeFill="background1"/>
        <w:spacing w:after="0" w:line="240" w:lineRule="auto"/>
      </w:pPr>
      <w:r>
        <w:rPr>
          <w:b/>
        </w:rPr>
        <w:t>III. CÁC HOẠT ĐỘNG DẠY HỌC CHỦ YẾU</w:t>
      </w:r>
    </w:p>
    <w:tbl>
      <w:tblPr>
        <w:tblStyle w:val="TableGrid"/>
        <w:tblW w:w="0" w:type="auto"/>
        <w:jc w:val="center"/>
        <w:tblLook w:val="04A0" w:firstRow="1" w:lastRow="0" w:firstColumn="1" w:lastColumn="0" w:noHBand="0" w:noVBand="1"/>
      </w:tblPr>
      <w:tblGrid>
        <w:gridCol w:w="5103"/>
        <w:gridCol w:w="5103"/>
      </w:tblGrid>
      <w:tr w:rsidR="00E93216" w14:paraId="0C3D2815" w14:textId="77777777" w:rsidTr="004E2872">
        <w:trPr>
          <w:jc w:val="center"/>
        </w:trPr>
        <w:tc>
          <w:tcPr>
            <w:tcW w:w="5103" w:type="dxa"/>
            <w:tcBorders>
              <w:top w:val="single" w:sz="6" w:space="0" w:color="000000"/>
              <w:left w:val="single" w:sz="6" w:space="0" w:color="000000"/>
              <w:bottom w:val="single" w:sz="4" w:space="0" w:color="000000"/>
              <w:right w:val="single" w:sz="6" w:space="0" w:color="000000"/>
            </w:tcBorders>
            <w:shd w:val="clear" w:color="auto" w:fill="D9EAF7"/>
          </w:tcPr>
          <w:p w14:paraId="6A771222" w14:textId="77777777" w:rsidR="00E93216" w:rsidRDefault="000E3BDE" w:rsidP="004E2872">
            <w:pPr>
              <w:shd w:val="clear" w:color="auto" w:fill="FFFFFF" w:themeFill="background1"/>
            </w:pPr>
            <w:r>
              <w:rPr>
                <w:b/>
              </w:rPr>
              <w:t>Hoạt động của GV</w:t>
            </w:r>
          </w:p>
        </w:tc>
        <w:tc>
          <w:tcPr>
            <w:tcW w:w="5103" w:type="dxa"/>
            <w:tcBorders>
              <w:top w:val="single" w:sz="6" w:space="0" w:color="000000"/>
              <w:left w:val="single" w:sz="6" w:space="0" w:color="000000"/>
              <w:bottom w:val="single" w:sz="4" w:space="0" w:color="000000"/>
              <w:right w:val="single" w:sz="6" w:space="0" w:color="000000"/>
            </w:tcBorders>
            <w:shd w:val="clear" w:color="auto" w:fill="D9EAF7"/>
          </w:tcPr>
          <w:p w14:paraId="74FF967D" w14:textId="77777777" w:rsidR="00E93216" w:rsidRDefault="000E3BDE" w:rsidP="004E2872">
            <w:pPr>
              <w:shd w:val="clear" w:color="auto" w:fill="FFFFFF" w:themeFill="background1"/>
            </w:pPr>
            <w:r>
              <w:rPr>
                <w:b/>
              </w:rPr>
              <w:t>Hoạt động của HS</w:t>
            </w:r>
          </w:p>
        </w:tc>
      </w:tr>
      <w:tr w:rsidR="00E93216" w14:paraId="6638C799"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2F0D9"/>
          </w:tcPr>
          <w:p w14:paraId="21376C0C" w14:textId="77777777" w:rsidR="00E93216" w:rsidRDefault="000E3BDE" w:rsidP="004E2872">
            <w:pPr>
              <w:shd w:val="clear" w:color="auto" w:fill="FFFFFF" w:themeFill="background1"/>
              <w:jc w:val="center"/>
            </w:pPr>
            <w:r>
              <w:rPr>
                <w:b/>
              </w:rPr>
              <w:t>1. KHỞI ĐỘNG (3 phút)</w:t>
            </w:r>
            <w:r>
              <w:rPr>
                <w:b/>
              </w:rPr>
              <w:br/>
              <w:t>Mục tiêu: HS ôn từ khó và chuẩn bị viết chính tả.</w:t>
            </w:r>
          </w:p>
        </w:tc>
      </w:tr>
      <w:tr w:rsidR="00E93216" w14:paraId="0737469E" w14:textId="77777777" w:rsidTr="004E2872">
        <w:trPr>
          <w:jc w:val="center"/>
        </w:trPr>
        <w:tc>
          <w:tcPr>
            <w:tcW w:w="5103" w:type="dxa"/>
            <w:tcBorders>
              <w:top w:val="single" w:sz="4" w:space="0" w:color="000000"/>
              <w:bottom w:val="single" w:sz="4" w:space="0" w:color="000000"/>
            </w:tcBorders>
          </w:tcPr>
          <w:p w14:paraId="2B4E1E1D" w14:textId="77777777" w:rsidR="00E93216" w:rsidRDefault="000E3BDE" w:rsidP="004E2872">
            <w:pPr>
              <w:shd w:val="clear" w:color="auto" w:fill="FFFFFF" w:themeFill="background1"/>
            </w:pPr>
            <w:r>
              <w:t>- GV cho HS đọc nhanh các từ: chong chóng, cánh giấy, bông hoa, háo hức.</w:t>
            </w:r>
          </w:p>
        </w:tc>
        <w:tc>
          <w:tcPr>
            <w:tcW w:w="5103" w:type="dxa"/>
            <w:tcBorders>
              <w:top w:val="single" w:sz="4" w:space="0" w:color="000000"/>
              <w:bottom w:val="single" w:sz="4" w:space="0" w:color="000000"/>
            </w:tcBorders>
          </w:tcPr>
          <w:p w14:paraId="6EE5F6BB" w14:textId="77777777" w:rsidR="00E93216" w:rsidRDefault="000E3BDE" w:rsidP="004E2872">
            <w:pPr>
              <w:shd w:val="clear" w:color="auto" w:fill="FFFFFF" w:themeFill="background1"/>
            </w:pPr>
            <w:r>
              <w:t>- HS đọc cá nhân, đồng thanh các từ và chú ý cách viết.</w:t>
            </w:r>
          </w:p>
        </w:tc>
      </w:tr>
      <w:tr w:rsidR="00E93216" w14:paraId="1200EA4F"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2F0D9"/>
          </w:tcPr>
          <w:p w14:paraId="6E9CD76A" w14:textId="77777777" w:rsidR="00E93216" w:rsidRDefault="000E3BDE" w:rsidP="004E2872">
            <w:pPr>
              <w:shd w:val="clear" w:color="auto" w:fill="FFFFFF" w:themeFill="background1"/>
              <w:jc w:val="center"/>
            </w:pPr>
            <w:r>
              <w:rPr>
                <w:b/>
              </w:rPr>
              <w:t>2. NGHE – VIẾT (17 phút)</w:t>
            </w:r>
            <w:r>
              <w:rPr>
                <w:b/>
              </w:rPr>
              <w:br/>
              <w:t>Mục tiêu: HS nghe và viết đúng đoạn Chơi chong chóng từ đầu đến háo hức.</w:t>
            </w:r>
          </w:p>
        </w:tc>
      </w:tr>
      <w:tr w:rsidR="00E93216" w14:paraId="263DC5CA" w14:textId="77777777" w:rsidTr="004E2872">
        <w:trPr>
          <w:jc w:val="center"/>
        </w:trPr>
        <w:tc>
          <w:tcPr>
            <w:tcW w:w="5103" w:type="dxa"/>
            <w:tcBorders>
              <w:top w:val="single" w:sz="4" w:space="0" w:color="000000"/>
              <w:bottom w:val="nil"/>
            </w:tcBorders>
          </w:tcPr>
          <w:p w14:paraId="48298249" w14:textId="77777777" w:rsidR="00E93216" w:rsidRDefault="000E3BDE" w:rsidP="004E2872">
            <w:pPr>
              <w:shd w:val="clear" w:color="auto" w:fill="FFFFFF" w:themeFill="background1"/>
            </w:pPr>
            <w:r>
              <w:rPr>
                <w:b/>
              </w:rPr>
              <w:t>- Hoạt động 1: Nghe – viết: Chơi chong chóng (từ đầu đến háo hức).</w:t>
            </w:r>
          </w:p>
          <w:p w14:paraId="7B77FD16" w14:textId="77777777" w:rsidR="00E93216" w:rsidRDefault="000E3BDE" w:rsidP="004E2872">
            <w:pPr>
              <w:shd w:val="clear" w:color="auto" w:fill="FFFFFF" w:themeFill="background1"/>
            </w:pPr>
            <w:r>
              <w:t>- GV đọc đoạn chính tả một lần, yêu cầu HS theo dõi trong SGK.</w:t>
            </w:r>
          </w:p>
        </w:tc>
        <w:tc>
          <w:tcPr>
            <w:tcW w:w="5103" w:type="dxa"/>
            <w:tcBorders>
              <w:top w:val="single" w:sz="4" w:space="0" w:color="000000"/>
              <w:bottom w:val="nil"/>
            </w:tcBorders>
          </w:tcPr>
          <w:p w14:paraId="45353BA3" w14:textId="77777777" w:rsidR="00E93216" w:rsidRDefault="000E3BDE" w:rsidP="004E2872">
            <w:pPr>
              <w:shd w:val="clear" w:color="auto" w:fill="FFFFFF" w:themeFill="background1"/>
            </w:pPr>
            <w:r>
              <w:t>- HS theo dõi đoạn viết trong SGK và lắng nghe GV đọc mẫu.</w:t>
            </w:r>
          </w:p>
        </w:tc>
      </w:tr>
      <w:tr w:rsidR="00E93216" w14:paraId="35C08475" w14:textId="77777777" w:rsidTr="004E2872">
        <w:trPr>
          <w:jc w:val="center"/>
        </w:trPr>
        <w:tc>
          <w:tcPr>
            <w:tcW w:w="5103" w:type="dxa"/>
            <w:tcBorders>
              <w:top w:val="nil"/>
              <w:bottom w:val="nil"/>
            </w:tcBorders>
          </w:tcPr>
          <w:p w14:paraId="2AD9AD9A" w14:textId="77777777" w:rsidR="00E93216" w:rsidRDefault="000E3BDE" w:rsidP="004E2872">
            <w:pPr>
              <w:shd w:val="clear" w:color="auto" w:fill="FFFFFF" w:themeFill="background1"/>
            </w:pPr>
            <w:r>
              <w:lastRenderedPageBreak/>
              <w:t>- GV hỏi: Đoạn viết nói về điều gì? Những chữ nào cần viết hoa?</w:t>
            </w:r>
          </w:p>
        </w:tc>
        <w:tc>
          <w:tcPr>
            <w:tcW w:w="5103" w:type="dxa"/>
            <w:tcBorders>
              <w:top w:val="nil"/>
              <w:bottom w:val="nil"/>
            </w:tcBorders>
          </w:tcPr>
          <w:p w14:paraId="7BE5B0E7" w14:textId="77777777" w:rsidR="00E93216" w:rsidRDefault="000E3BDE" w:rsidP="004E2872">
            <w:pPr>
              <w:shd w:val="clear" w:color="auto" w:fill="FFFFFF" w:themeFill="background1"/>
            </w:pPr>
            <w:r>
              <w:t>- HS trả lời: Đoạn viết tả những chiếc chong chóng giấy mà An yêu thích. Chữ đầu câu và tên riêng An phải viết hoa.</w:t>
            </w:r>
          </w:p>
        </w:tc>
      </w:tr>
      <w:tr w:rsidR="00E93216" w14:paraId="1C9DA3D5" w14:textId="77777777" w:rsidTr="004E2872">
        <w:trPr>
          <w:jc w:val="center"/>
        </w:trPr>
        <w:tc>
          <w:tcPr>
            <w:tcW w:w="5103" w:type="dxa"/>
            <w:tcBorders>
              <w:top w:val="nil"/>
              <w:bottom w:val="nil"/>
            </w:tcBorders>
          </w:tcPr>
          <w:p w14:paraId="35A63DC4" w14:textId="77777777" w:rsidR="00E93216" w:rsidRDefault="000E3BDE" w:rsidP="004E2872">
            <w:pPr>
              <w:shd w:val="clear" w:color="auto" w:fill="FFFFFF" w:themeFill="background1"/>
            </w:pPr>
            <w:r>
              <w:t>- GV hướng dẫn viết từ khó: chong chóng, cánh giấy, bông hoa, háo hức; nhắc HS viết dấu thanh đúng vị trí.</w:t>
            </w:r>
          </w:p>
        </w:tc>
        <w:tc>
          <w:tcPr>
            <w:tcW w:w="5103" w:type="dxa"/>
            <w:tcBorders>
              <w:top w:val="nil"/>
              <w:bottom w:val="nil"/>
            </w:tcBorders>
          </w:tcPr>
          <w:p w14:paraId="459C6A0F" w14:textId="77777777" w:rsidR="00E93216" w:rsidRDefault="000E3BDE" w:rsidP="004E2872">
            <w:pPr>
              <w:shd w:val="clear" w:color="auto" w:fill="FFFFFF" w:themeFill="background1"/>
            </w:pPr>
            <w:r>
              <w:t>- HS viết từ khó vào bảng con: chong chóng, cánh giấy, bông hoa, háo hức.</w:t>
            </w:r>
          </w:p>
        </w:tc>
      </w:tr>
      <w:tr w:rsidR="00E93216" w14:paraId="748CCB28" w14:textId="77777777" w:rsidTr="004E2872">
        <w:trPr>
          <w:jc w:val="center"/>
        </w:trPr>
        <w:tc>
          <w:tcPr>
            <w:tcW w:w="5103" w:type="dxa"/>
            <w:tcBorders>
              <w:top w:val="nil"/>
              <w:bottom w:val="nil"/>
            </w:tcBorders>
          </w:tcPr>
          <w:p w14:paraId="66A2E8CF" w14:textId="77777777" w:rsidR="00E93216" w:rsidRDefault="000E3BDE" w:rsidP="004E2872">
            <w:pPr>
              <w:shd w:val="clear" w:color="auto" w:fill="FFFFFF" w:themeFill="background1"/>
            </w:pPr>
            <w:r>
              <w:t>- GV đọc từng cụm từ cho HS viết; đọc lại toàn đoạn cho HS soát lỗi.</w:t>
            </w:r>
          </w:p>
        </w:tc>
        <w:tc>
          <w:tcPr>
            <w:tcW w:w="5103" w:type="dxa"/>
            <w:tcBorders>
              <w:top w:val="nil"/>
              <w:bottom w:val="nil"/>
            </w:tcBorders>
          </w:tcPr>
          <w:p w14:paraId="12CA4384" w14:textId="77777777" w:rsidR="00E93216" w:rsidRDefault="000E3BDE" w:rsidP="004E2872">
            <w:pPr>
              <w:shd w:val="clear" w:color="auto" w:fill="FFFFFF" w:themeFill="background1"/>
            </w:pPr>
            <w:r>
              <w:t>- HS nghe – viết vào vở, sau đó soát lỗi bằng bút chì.</w:t>
            </w:r>
          </w:p>
        </w:tc>
      </w:tr>
      <w:tr w:rsidR="00E93216" w14:paraId="7A15C3F3" w14:textId="77777777" w:rsidTr="004E2872">
        <w:trPr>
          <w:jc w:val="center"/>
        </w:trPr>
        <w:tc>
          <w:tcPr>
            <w:tcW w:w="5103" w:type="dxa"/>
            <w:tcBorders>
              <w:top w:val="nil"/>
              <w:bottom w:val="single" w:sz="4" w:space="0" w:color="000000"/>
            </w:tcBorders>
          </w:tcPr>
          <w:p w14:paraId="585AC42D" w14:textId="77777777" w:rsidR="00E93216" w:rsidRDefault="000E3BDE" w:rsidP="004E2872">
            <w:pPr>
              <w:shd w:val="clear" w:color="auto" w:fill="FFFFFF" w:themeFill="background1"/>
            </w:pPr>
            <w:r>
              <w:t>- GV thu một số vở nhận xét nhanh; tuyên dương HS viết đúng, trình bày sạch.</w:t>
            </w:r>
          </w:p>
        </w:tc>
        <w:tc>
          <w:tcPr>
            <w:tcW w:w="5103" w:type="dxa"/>
            <w:tcBorders>
              <w:top w:val="nil"/>
              <w:bottom w:val="single" w:sz="4" w:space="0" w:color="000000"/>
            </w:tcBorders>
          </w:tcPr>
          <w:p w14:paraId="2D24DBEC" w14:textId="77777777" w:rsidR="00E93216" w:rsidRDefault="000E3BDE" w:rsidP="004E2872">
            <w:pPr>
              <w:shd w:val="clear" w:color="auto" w:fill="FFFFFF" w:themeFill="background1"/>
            </w:pPr>
            <w:r>
              <w:t>- HS lắng nghe nhận xét và tự sửa lỗi nếu có.</w:t>
            </w:r>
          </w:p>
        </w:tc>
      </w:tr>
      <w:tr w:rsidR="00E93216" w14:paraId="37948332"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2F0D9"/>
          </w:tcPr>
          <w:p w14:paraId="300B2B9A" w14:textId="77777777" w:rsidR="00E93216" w:rsidRDefault="000E3BDE" w:rsidP="004E2872">
            <w:pPr>
              <w:shd w:val="clear" w:color="auto" w:fill="FFFFFF" w:themeFill="background1"/>
              <w:jc w:val="center"/>
            </w:pPr>
            <w:r>
              <w:rPr>
                <w:b/>
              </w:rPr>
              <w:t>3. LUYỆN TẬP CHÍNH TẢ (13 phút)</w:t>
            </w:r>
            <w:r>
              <w:rPr>
                <w:b/>
              </w:rPr>
              <w:br/>
              <w:t>Mục tiêu: HS phân biệt được iu/ưu và tìm từ có tiếng chứa ăt, ăc, ât hoặc âc.</w:t>
            </w:r>
          </w:p>
        </w:tc>
      </w:tr>
      <w:tr w:rsidR="00E93216" w14:paraId="4E3B4AD0" w14:textId="77777777" w:rsidTr="004E2872">
        <w:trPr>
          <w:jc w:val="center"/>
        </w:trPr>
        <w:tc>
          <w:tcPr>
            <w:tcW w:w="5103" w:type="dxa"/>
            <w:tcBorders>
              <w:top w:val="single" w:sz="4" w:space="0" w:color="000000"/>
              <w:bottom w:val="nil"/>
            </w:tcBorders>
          </w:tcPr>
          <w:p w14:paraId="5779DD3E" w14:textId="77777777" w:rsidR="00E93216" w:rsidRDefault="000E3BDE" w:rsidP="004E2872">
            <w:pPr>
              <w:shd w:val="clear" w:color="auto" w:fill="FFFFFF" w:themeFill="background1"/>
            </w:pPr>
            <w:r>
              <w:rPr>
                <w:b/>
              </w:rPr>
              <w:t>- Hoạt động 2: Chọn a hoặc b.</w:t>
            </w:r>
          </w:p>
          <w:p w14:paraId="792989AF" w14:textId="77777777" w:rsidR="00E93216" w:rsidRDefault="000E3BDE" w:rsidP="004E2872">
            <w:pPr>
              <w:shd w:val="clear" w:color="auto" w:fill="FFFFFF" w:themeFill="background1"/>
            </w:pPr>
            <w:r>
              <w:rPr>
                <w:b/>
              </w:rPr>
              <w:t>- a. Chọn iu hoặc ưu thay cho ô vuông.</w:t>
            </w:r>
          </w:p>
          <w:p w14:paraId="4993E992" w14:textId="77777777" w:rsidR="00E93216" w:rsidRDefault="000E3BDE" w:rsidP="004E2872">
            <w:pPr>
              <w:shd w:val="clear" w:color="auto" w:fill="FFFFFF" w:themeFill="background1"/>
            </w:pPr>
            <w:r>
              <w:t>- GV yêu cầu HS đọc đề, làm việc cá nhân rồi trao đổi nhóm đôi.</w:t>
            </w:r>
          </w:p>
          <w:p w14:paraId="4A746E90" w14:textId="77777777" w:rsidR="00E93216" w:rsidRDefault="000E3BDE" w:rsidP="004E2872">
            <w:pPr>
              <w:shd w:val="clear" w:color="auto" w:fill="FFFFFF" w:themeFill="background1"/>
              <w:jc w:val="center"/>
            </w:pPr>
            <w:r>
              <w:rPr>
                <w:noProof/>
                <w:lang w:val="vi-VN" w:eastAsia="vi-VN"/>
              </w:rPr>
              <w:drawing>
                <wp:inline distT="0" distB="0" distL="0" distR="0" wp14:anchorId="205F6348" wp14:editId="06708EA3">
                  <wp:extent cx="2340000" cy="98347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_viet_baitap_2a.png"/>
                          <pic:cNvPicPr/>
                        </pic:nvPicPr>
                        <pic:blipFill>
                          <a:blip r:embed="rId6"/>
                          <a:stretch>
                            <a:fillRect/>
                          </a:stretch>
                        </pic:blipFill>
                        <pic:spPr>
                          <a:xfrm>
                            <a:off x="0" y="0"/>
                            <a:ext cx="2340000" cy="983478"/>
                          </a:xfrm>
                          <a:prstGeom prst="rect">
                            <a:avLst/>
                          </a:prstGeom>
                        </pic:spPr>
                      </pic:pic>
                    </a:graphicData>
                  </a:graphic>
                </wp:inline>
              </w:drawing>
            </w:r>
          </w:p>
        </w:tc>
        <w:tc>
          <w:tcPr>
            <w:tcW w:w="5103" w:type="dxa"/>
            <w:tcBorders>
              <w:top w:val="single" w:sz="4" w:space="0" w:color="000000"/>
              <w:bottom w:val="nil"/>
            </w:tcBorders>
          </w:tcPr>
          <w:p w14:paraId="6FC2730F" w14:textId="77777777" w:rsidR="00E93216" w:rsidRDefault="000E3BDE" w:rsidP="004E2872">
            <w:pPr>
              <w:shd w:val="clear" w:color="auto" w:fill="FFFFFF" w:themeFill="background1"/>
            </w:pPr>
            <w:r>
              <w:t>- HS đọc đề và làm bài.</w:t>
            </w:r>
          </w:p>
          <w:p w14:paraId="11C5041B" w14:textId="77777777" w:rsidR="00E93216" w:rsidRDefault="000E3BDE" w:rsidP="004E2872">
            <w:pPr>
              <w:shd w:val="clear" w:color="auto" w:fill="FFFFFF" w:themeFill="background1"/>
            </w:pPr>
            <w:r>
              <w:t>- HS nêu đáp án: sưu tầm, phụng phịu, dịu dàng, tựu trường.</w:t>
            </w:r>
          </w:p>
        </w:tc>
      </w:tr>
      <w:tr w:rsidR="00E93216" w14:paraId="5A2BA3B1" w14:textId="77777777" w:rsidTr="004E2872">
        <w:trPr>
          <w:jc w:val="center"/>
        </w:trPr>
        <w:tc>
          <w:tcPr>
            <w:tcW w:w="5103" w:type="dxa"/>
            <w:tcBorders>
              <w:top w:val="nil"/>
              <w:bottom w:val="nil"/>
            </w:tcBorders>
          </w:tcPr>
          <w:p w14:paraId="53B1E095" w14:textId="77777777" w:rsidR="00E93216" w:rsidRDefault="000E3BDE" w:rsidP="004E2872">
            <w:pPr>
              <w:shd w:val="clear" w:color="auto" w:fill="FFFFFF" w:themeFill="background1"/>
            </w:pPr>
            <w:r>
              <w:t>- GV nhận xét và yêu cầu HS đọc lại các từ đã hoàn thành.</w:t>
            </w:r>
          </w:p>
        </w:tc>
        <w:tc>
          <w:tcPr>
            <w:tcW w:w="5103" w:type="dxa"/>
            <w:tcBorders>
              <w:top w:val="nil"/>
              <w:bottom w:val="nil"/>
            </w:tcBorders>
          </w:tcPr>
          <w:p w14:paraId="6A0197DB" w14:textId="77777777" w:rsidR="00E93216" w:rsidRDefault="000E3BDE" w:rsidP="004E2872">
            <w:pPr>
              <w:shd w:val="clear" w:color="auto" w:fill="FFFFFF" w:themeFill="background1"/>
            </w:pPr>
            <w:r>
              <w:t>- HS đọc lại: sưu tầm, phụng phịu, dịu dàng, tựu trường.</w:t>
            </w:r>
          </w:p>
        </w:tc>
      </w:tr>
      <w:tr w:rsidR="00E93216" w14:paraId="5D3BEEA3" w14:textId="77777777" w:rsidTr="004E2872">
        <w:trPr>
          <w:jc w:val="center"/>
        </w:trPr>
        <w:tc>
          <w:tcPr>
            <w:tcW w:w="5103" w:type="dxa"/>
            <w:tcBorders>
              <w:top w:val="nil"/>
              <w:bottom w:val="nil"/>
            </w:tcBorders>
          </w:tcPr>
          <w:p w14:paraId="5733B629" w14:textId="77777777" w:rsidR="00E93216" w:rsidRDefault="000E3BDE" w:rsidP="004E2872">
            <w:pPr>
              <w:shd w:val="clear" w:color="auto" w:fill="FFFFFF" w:themeFill="background1"/>
            </w:pPr>
            <w:r>
              <w:rPr>
                <w:b/>
              </w:rPr>
              <w:t>- b. Tìm từ ngữ chỉ sự vật có tiếng chứa ăt, ăc, ât hoặc âc.</w:t>
            </w:r>
          </w:p>
          <w:p w14:paraId="75E01C35" w14:textId="77777777" w:rsidR="00E93216" w:rsidRDefault="000E3BDE" w:rsidP="004E2872">
            <w:pPr>
              <w:shd w:val="clear" w:color="auto" w:fill="FFFFFF" w:themeFill="background1"/>
            </w:pPr>
            <w:r>
              <w:t>- GV yêu cầu HS quan sát tranh và gọi tên sự vật.</w:t>
            </w:r>
          </w:p>
          <w:p w14:paraId="31A70AE0" w14:textId="10D26638" w:rsidR="00E93216" w:rsidRDefault="00E93216" w:rsidP="004E2872">
            <w:pPr>
              <w:shd w:val="clear" w:color="auto" w:fill="FFFFFF" w:themeFill="background1"/>
              <w:jc w:val="center"/>
            </w:pPr>
          </w:p>
        </w:tc>
        <w:tc>
          <w:tcPr>
            <w:tcW w:w="5103" w:type="dxa"/>
            <w:tcBorders>
              <w:top w:val="nil"/>
              <w:bottom w:val="nil"/>
            </w:tcBorders>
          </w:tcPr>
          <w:p w14:paraId="70590352" w14:textId="77777777" w:rsidR="00E93216" w:rsidRDefault="000E3BDE" w:rsidP="004E2872">
            <w:pPr>
              <w:shd w:val="clear" w:color="auto" w:fill="FFFFFF" w:themeFill="background1"/>
            </w:pPr>
            <w:r>
              <w:t>- HS quan sát tranh, thảo luận nhóm đôi.</w:t>
            </w:r>
          </w:p>
          <w:p w14:paraId="21E159BA" w14:textId="77777777" w:rsidR="00E93216" w:rsidRDefault="000E3BDE" w:rsidP="004E2872">
            <w:pPr>
              <w:shd w:val="clear" w:color="auto" w:fill="FFFFFF" w:themeFill="background1"/>
            </w:pPr>
            <w:r>
              <w:t>- HS nêu: lật đật, mắc áo, bậc thang, mặt nạ.</w:t>
            </w:r>
          </w:p>
        </w:tc>
      </w:tr>
      <w:tr w:rsidR="00E93216" w14:paraId="69C1B5AD" w14:textId="77777777" w:rsidTr="004E2872">
        <w:trPr>
          <w:jc w:val="center"/>
        </w:trPr>
        <w:tc>
          <w:tcPr>
            <w:tcW w:w="5103" w:type="dxa"/>
            <w:tcBorders>
              <w:top w:val="nil"/>
              <w:bottom w:val="single" w:sz="4" w:space="0" w:color="000000"/>
            </w:tcBorders>
          </w:tcPr>
          <w:p w14:paraId="5F3EDAA6" w14:textId="77777777" w:rsidR="00E93216" w:rsidRDefault="000E3BDE" w:rsidP="004E2872">
            <w:pPr>
              <w:shd w:val="clear" w:color="auto" w:fill="FFFFFF" w:themeFill="background1"/>
            </w:pPr>
            <w:r>
              <w:t>- GV kết luận: Khi viết các tiếng có iu/ưu, ăt/ăc, ât/âc, các em cần nghe kĩ âm và soát lại chữ viết.</w:t>
            </w:r>
          </w:p>
        </w:tc>
        <w:tc>
          <w:tcPr>
            <w:tcW w:w="5103" w:type="dxa"/>
            <w:tcBorders>
              <w:top w:val="nil"/>
              <w:bottom w:val="single" w:sz="4" w:space="0" w:color="000000"/>
            </w:tcBorders>
          </w:tcPr>
          <w:p w14:paraId="095700AD" w14:textId="77777777" w:rsidR="00E93216" w:rsidRDefault="000E3BDE" w:rsidP="004E2872">
            <w:pPr>
              <w:shd w:val="clear" w:color="auto" w:fill="FFFFFF" w:themeFill="background1"/>
            </w:pPr>
            <w:r>
              <w:t>- HS lắng nghe và ghi nhớ cách phân biệt.</w:t>
            </w:r>
          </w:p>
        </w:tc>
      </w:tr>
      <w:tr w:rsidR="00E93216" w14:paraId="538997E1"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2F0D9"/>
          </w:tcPr>
          <w:p w14:paraId="47639CF7" w14:textId="77777777" w:rsidR="00E93216" w:rsidRDefault="000E3BDE" w:rsidP="004E2872">
            <w:pPr>
              <w:shd w:val="clear" w:color="auto" w:fill="FFFFFF" w:themeFill="background1"/>
              <w:jc w:val="center"/>
            </w:pPr>
            <w:r>
              <w:rPr>
                <w:b/>
              </w:rPr>
              <w:t>4. VẬN DỤNG (2 phút)</w:t>
            </w:r>
            <w:r>
              <w:rPr>
                <w:b/>
              </w:rPr>
              <w:br/>
              <w:t>Mục tiêu: HS củng cố kiến thức chính tả.</w:t>
            </w:r>
          </w:p>
        </w:tc>
      </w:tr>
      <w:tr w:rsidR="00E93216" w14:paraId="1C9CD22F" w14:textId="77777777" w:rsidTr="004E2872">
        <w:trPr>
          <w:jc w:val="center"/>
        </w:trPr>
        <w:tc>
          <w:tcPr>
            <w:tcW w:w="5103" w:type="dxa"/>
            <w:tcBorders>
              <w:top w:val="single" w:sz="4" w:space="0" w:color="000000"/>
            </w:tcBorders>
          </w:tcPr>
          <w:p w14:paraId="60947F02" w14:textId="77777777" w:rsidR="00E93216" w:rsidRDefault="000E3BDE" w:rsidP="004E2872">
            <w:pPr>
              <w:shd w:val="clear" w:color="auto" w:fill="FFFFFF" w:themeFill="background1"/>
            </w:pPr>
            <w:r>
              <w:t>- GV dặn HS tìm thêm 2 từ có vần ưu và 2 từ có vần iu; chuẩn bị tiết Luyện tập.</w:t>
            </w:r>
          </w:p>
        </w:tc>
        <w:tc>
          <w:tcPr>
            <w:tcW w:w="5103" w:type="dxa"/>
            <w:tcBorders>
              <w:top w:val="single" w:sz="4" w:space="0" w:color="000000"/>
            </w:tcBorders>
          </w:tcPr>
          <w:p w14:paraId="3BD95BA0" w14:textId="77777777" w:rsidR="00E93216" w:rsidRDefault="000E3BDE" w:rsidP="004E2872">
            <w:pPr>
              <w:shd w:val="clear" w:color="auto" w:fill="FFFFFF" w:themeFill="background1"/>
            </w:pPr>
            <w:r>
              <w:t>- HS ghi nhớ nhiệm vụ về nhà.</w:t>
            </w:r>
          </w:p>
        </w:tc>
      </w:tr>
    </w:tbl>
    <w:p w14:paraId="47380C5F" w14:textId="77777777" w:rsidR="00E93216" w:rsidRDefault="000E3BDE" w:rsidP="004E2872">
      <w:pPr>
        <w:shd w:val="clear" w:color="auto" w:fill="FFFFFF" w:themeFill="background1"/>
        <w:spacing w:after="0" w:line="240" w:lineRule="auto"/>
      </w:pPr>
      <w:r>
        <w:rPr>
          <w:b/>
        </w:rPr>
        <w:t>IV. ĐIỀU CHỈNH SAU TIẾT HỌC (NẾU CÓ)</w:t>
      </w:r>
    </w:p>
    <w:p w14:paraId="4C3F744C" w14:textId="77777777" w:rsidR="000E3BDE" w:rsidRDefault="000E3BDE" w:rsidP="004E2872">
      <w:pPr>
        <w:shd w:val="clear" w:color="auto" w:fill="FFFFFF" w:themeFill="background1"/>
        <w:rPr>
          <w:b/>
          <w:sz w:val="28"/>
        </w:rPr>
      </w:pPr>
      <w:r>
        <w:rPr>
          <w:b/>
          <w:sz w:val="28"/>
        </w:rPr>
        <w:br w:type="page"/>
      </w:r>
    </w:p>
    <w:p w14:paraId="395D7501" w14:textId="77777777" w:rsidR="00E93216" w:rsidRDefault="000E3BDE" w:rsidP="004E2872">
      <w:pPr>
        <w:shd w:val="clear" w:color="auto" w:fill="FFFFFF" w:themeFill="background1"/>
        <w:spacing w:after="0" w:line="240" w:lineRule="auto"/>
        <w:jc w:val="center"/>
      </w:pPr>
      <w:r>
        <w:rPr>
          <w:b/>
          <w:sz w:val="28"/>
        </w:rPr>
        <w:lastRenderedPageBreak/>
        <w:t>KẾ HOẠCH BÀI DẠY MÔN TIẾNG VIỆT LỚP 2 – TUẦN 17</w:t>
      </w:r>
    </w:p>
    <w:p w14:paraId="515E88B2" w14:textId="77777777" w:rsidR="00E93216" w:rsidRDefault="000E3BDE" w:rsidP="004E2872">
      <w:pPr>
        <w:shd w:val="clear" w:color="auto" w:fill="FFFFFF" w:themeFill="background1"/>
        <w:spacing w:after="0" w:line="240" w:lineRule="auto"/>
        <w:jc w:val="center"/>
      </w:pPr>
      <w:r>
        <w:rPr>
          <w:b/>
          <w:sz w:val="28"/>
        </w:rPr>
        <w:t>CHỦ ĐỀ 4: MÁI ẤM GIA ĐÌNH</w:t>
      </w:r>
    </w:p>
    <w:p w14:paraId="32AEECA2" w14:textId="77777777" w:rsidR="00E93216" w:rsidRDefault="000E3BDE" w:rsidP="004E2872">
      <w:pPr>
        <w:shd w:val="clear" w:color="auto" w:fill="FFFFFF" w:themeFill="background1"/>
        <w:spacing w:after="0" w:line="240" w:lineRule="auto"/>
        <w:jc w:val="center"/>
      </w:pPr>
      <w:r>
        <w:rPr>
          <w:b/>
          <w:sz w:val="28"/>
        </w:rPr>
        <w:t>BÀI 32: CHƠI CHONG CHÓNG</w:t>
      </w:r>
    </w:p>
    <w:p w14:paraId="7BB8BFC4" w14:textId="77777777" w:rsidR="00E93216" w:rsidRDefault="000E3BDE" w:rsidP="004E2872">
      <w:pPr>
        <w:shd w:val="clear" w:color="auto" w:fill="FFFFFF" w:themeFill="background1"/>
        <w:spacing w:after="0" w:line="240" w:lineRule="auto"/>
        <w:jc w:val="center"/>
      </w:pPr>
      <w:r>
        <w:rPr>
          <w:b/>
          <w:sz w:val="28"/>
        </w:rPr>
        <w:t>TIẾT 4: LUYỆN TẬP</w:t>
      </w:r>
    </w:p>
    <w:p w14:paraId="79A1B5E4" w14:textId="77777777" w:rsidR="00E93216" w:rsidRDefault="000E3BDE" w:rsidP="004E2872">
      <w:pPr>
        <w:shd w:val="clear" w:color="auto" w:fill="FFFFFF" w:themeFill="background1"/>
        <w:spacing w:after="0" w:line="240" w:lineRule="auto"/>
      </w:pPr>
      <w:r>
        <w:rPr>
          <w:b/>
        </w:rPr>
        <w:t>I. YÊU CẦU CẦN ĐẠT</w:t>
      </w:r>
    </w:p>
    <w:p w14:paraId="4BCBD70D" w14:textId="77777777" w:rsidR="00E93216" w:rsidRDefault="000E3BDE" w:rsidP="004E2872">
      <w:pPr>
        <w:shd w:val="clear" w:color="auto" w:fill="FFFFFF" w:themeFill="background1"/>
        <w:spacing w:after="0" w:line="240" w:lineRule="auto"/>
      </w:pPr>
      <w:r>
        <w:t>Sau bài học, HS sẽ:</w:t>
      </w:r>
    </w:p>
    <w:p w14:paraId="6605E4DD" w14:textId="77777777" w:rsidR="00E93216" w:rsidRDefault="000E3BDE" w:rsidP="004E2872">
      <w:pPr>
        <w:shd w:val="clear" w:color="auto" w:fill="FFFFFF" w:themeFill="background1"/>
        <w:spacing w:after="0" w:line="240" w:lineRule="auto"/>
      </w:pPr>
      <w:r>
        <w:rPr>
          <w:b/>
        </w:rPr>
        <w:t>1. Năng lực đặc thù</w:t>
      </w:r>
    </w:p>
    <w:p w14:paraId="0B29D5A5" w14:textId="77777777" w:rsidR="00E93216" w:rsidRDefault="000E3BDE" w:rsidP="004E2872">
      <w:pPr>
        <w:shd w:val="clear" w:color="auto" w:fill="FFFFFF" w:themeFill="background1"/>
        <w:spacing w:after="0" w:line="240" w:lineRule="auto"/>
      </w:pPr>
      <w:r>
        <w:t>- Tìm được từ ngữ về tình cảm gia đình.</w:t>
      </w:r>
    </w:p>
    <w:p w14:paraId="5EF5C8DF" w14:textId="77777777" w:rsidR="00E93216" w:rsidRDefault="000E3BDE" w:rsidP="004E2872">
      <w:pPr>
        <w:shd w:val="clear" w:color="auto" w:fill="FFFFFF" w:themeFill="background1"/>
        <w:spacing w:after="0" w:line="240" w:lineRule="auto"/>
      </w:pPr>
      <w:r>
        <w:t>- Nhận biết được những câu nói về tình cảm anh chị em; đặt đúng dấu phẩy trong đoạn văn.</w:t>
      </w:r>
    </w:p>
    <w:p w14:paraId="1627FA1E" w14:textId="77777777" w:rsidR="00E93216" w:rsidRDefault="000E3BDE" w:rsidP="004E2872">
      <w:pPr>
        <w:shd w:val="clear" w:color="auto" w:fill="FFFFFF" w:themeFill="background1"/>
        <w:spacing w:after="0" w:line="240" w:lineRule="auto"/>
      </w:pPr>
      <w:r>
        <w:rPr>
          <w:b/>
        </w:rPr>
        <w:t>2. Năng lực chung</w:t>
      </w:r>
    </w:p>
    <w:p w14:paraId="16B301FB" w14:textId="77777777" w:rsidR="00E93216" w:rsidRDefault="000E3BDE" w:rsidP="004E2872">
      <w:pPr>
        <w:shd w:val="clear" w:color="auto" w:fill="FFFFFF" w:themeFill="background1"/>
        <w:spacing w:after="0" w:line="240" w:lineRule="auto"/>
      </w:pPr>
      <w:r>
        <w:t>- Giao tiếp và hợp tác: trao đổi nhóm, chia sẻ từ ngữ, câu trả lời.</w:t>
      </w:r>
    </w:p>
    <w:p w14:paraId="6C5FACAF" w14:textId="77777777" w:rsidR="00E93216" w:rsidRDefault="000E3BDE" w:rsidP="004E2872">
      <w:pPr>
        <w:shd w:val="clear" w:color="auto" w:fill="FFFFFF" w:themeFill="background1"/>
        <w:spacing w:after="0" w:line="240" w:lineRule="auto"/>
      </w:pPr>
      <w:r>
        <w:t>- Giải quyết vấn đề: chọn đúng câu tục ngữ, đặt dấu phẩy đúng vị trí.</w:t>
      </w:r>
    </w:p>
    <w:p w14:paraId="2D709FC0" w14:textId="77777777" w:rsidR="00E93216" w:rsidRDefault="000E3BDE" w:rsidP="004E2872">
      <w:pPr>
        <w:shd w:val="clear" w:color="auto" w:fill="FFFFFF" w:themeFill="background1"/>
        <w:spacing w:after="0" w:line="240" w:lineRule="auto"/>
      </w:pPr>
      <w:r>
        <w:rPr>
          <w:b/>
        </w:rPr>
        <w:t>3. Phẩm chất</w:t>
      </w:r>
    </w:p>
    <w:p w14:paraId="54AD4B10" w14:textId="77777777" w:rsidR="00E93216" w:rsidRDefault="000E3BDE" w:rsidP="004E2872">
      <w:pPr>
        <w:shd w:val="clear" w:color="auto" w:fill="FFFFFF" w:themeFill="background1"/>
        <w:spacing w:after="0" w:line="240" w:lineRule="auto"/>
      </w:pPr>
      <w:r>
        <w:t>- Nhân ái: yêu thương ông bà, cha mẹ, anh chị em; biết giữ gìn tình cảm gia đình.</w:t>
      </w:r>
    </w:p>
    <w:p w14:paraId="17257523" w14:textId="77777777" w:rsidR="00E93216" w:rsidRDefault="000E3BDE" w:rsidP="004E2872">
      <w:pPr>
        <w:shd w:val="clear" w:color="auto" w:fill="FFFFFF" w:themeFill="background1"/>
        <w:spacing w:after="0" w:line="240" w:lineRule="auto"/>
      </w:pPr>
      <w:r>
        <w:t>- Chăm chỉ: tích cực luyện tập dùng từ, đặt dấu phẩy.</w:t>
      </w:r>
    </w:p>
    <w:p w14:paraId="130B8EC4" w14:textId="77777777" w:rsidR="00E93216" w:rsidRDefault="000E3BDE" w:rsidP="004E2872">
      <w:pPr>
        <w:shd w:val="clear" w:color="auto" w:fill="FFFFFF" w:themeFill="background1"/>
        <w:spacing w:after="0" w:line="240" w:lineRule="auto"/>
      </w:pPr>
      <w:r>
        <w:rPr>
          <w:b/>
        </w:rPr>
        <w:t>II. ĐỒ DÙNG DẠY HỌC</w:t>
      </w:r>
    </w:p>
    <w:p w14:paraId="3D70C0E2" w14:textId="77777777" w:rsidR="00E93216" w:rsidRDefault="000E3BDE" w:rsidP="004E2872">
      <w:pPr>
        <w:shd w:val="clear" w:color="auto" w:fill="FFFFFF" w:themeFill="background1"/>
        <w:spacing w:after="0" w:line="240" w:lineRule="auto"/>
      </w:pPr>
      <w:r>
        <w:rPr>
          <w:b/>
        </w:rPr>
        <w:t>1. Giáo viên</w:t>
      </w:r>
    </w:p>
    <w:p w14:paraId="29A4631D" w14:textId="77777777" w:rsidR="00E93216" w:rsidRDefault="000E3BDE" w:rsidP="004E2872">
      <w:pPr>
        <w:shd w:val="clear" w:color="auto" w:fill="FFFFFF" w:themeFill="background1"/>
        <w:spacing w:after="0" w:line="240" w:lineRule="auto"/>
      </w:pPr>
      <w:r>
        <w:t>- SGK, bảng phụ ghi bài tập luyện tập; phiếu nhóm.</w:t>
      </w:r>
    </w:p>
    <w:p w14:paraId="227B0E2D" w14:textId="77777777" w:rsidR="00E93216" w:rsidRDefault="000E3BDE" w:rsidP="004E2872">
      <w:pPr>
        <w:shd w:val="clear" w:color="auto" w:fill="FFFFFF" w:themeFill="background1"/>
        <w:spacing w:after="0" w:line="240" w:lineRule="auto"/>
      </w:pPr>
      <w:r>
        <w:rPr>
          <w:b/>
        </w:rPr>
        <w:t>2. Học sinh</w:t>
      </w:r>
    </w:p>
    <w:p w14:paraId="65DBA87D" w14:textId="77777777" w:rsidR="00E93216" w:rsidRDefault="000E3BDE" w:rsidP="004E2872">
      <w:pPr>
        <w:shd w:val="clear" w:color="auto" w:fill="FFFFFF" w:themeFill="background1"/>
        <w:spacing w:after="0" w:line="240" w:lineRule="auto"/>
      </w:pPr>
      <w:r>
        <w:t>- SGK, vở bài tập, bút.</w:t>
      </w:r>
    </w:p>
    <w:p w14:paraId="36DBC2F0" w14:textId="77777777" w:rsidR="00E93216" w:rsidRDefault="000E3BDE" w:rsidP="004E2872">
      <w:pPr>
        <w:shd w:val="clear" w:color="auto" w:fill="FFFFFF" w:themeFill="background1"/>
        <w:spacing w:after="0" w:line="240" w:lineRule="auto"/>
      </w:pPr>
      <w:r>
        <w:rPr>
          <w:b/>
        </w:rPr>
        <w:t>III. CÁC HOẠT ĐỘNG DẠY HỌC CHỦ YẾU</w:t>
      </w:r>
    </w:p>
    <w:tbl>
      <w:tblPr>
        <w:tblStyle w:val="TableGrid"/>
        <w:tblW w:w="0" w:type="auto"/>
        <w:jc w:val="center"/>
        <w:tblLook w:val="04A0" w:firstRow="1" w:lastRow="0" w:firstColumn="1" w:lastColumn="0" w:noHBand="0" w:noVBand="1"/>
      </w:tblPr>
      <w:tblGrid>
        <w:gridCol w:w="5103"/>
        <w:gridCol w:w="5103"/>
      </w:tblGrid>
      <w:tr w:rsidR="00E93216" w14:paraId="1202E3D8" w14:textId="77777777" w:rsidTr="004E2872">
        <w:trPr>
          <w:jc w:val="center"/>
        </w:trPr>
        <w:tc>
          <w:tcPr>
            <w:tcW w:w="5103" w:type="dxa"/>
            <w:tcBorders>
              <w:top w:val="single" w:sz="6" w:space="0" w:color="000000"/>
              <w:left w:val="single" w:sz="6" w:space="0" w:color="000000"/>
              <w:bottom w:val="single" w:sz="4" w:space="0" w:color="000000"/>
              <w:right w:val="single" w:sz="6" w:space="0" w:color="000000"/>
            </w:tcBorders>
            <w:shd w:val="clear" w:color="auto" w:fill="D9EAF7"/>
          </w:tcPr>
          <w:p w14:paraId="27D250DF" w14:textId="77777777" w:rsidR="00E93216" w:rsidRDefault="000E3BDE" w:rsidP="004E2872">
            <w:pPr>
              <w:shd w:val="clear" w:color="auto" w:fill="FFFFFF" w:themeFill="background1"/>
            </w:pPr>
            <w:r>
              <w:rPr>
                <w:b/>
              </w:rPr>
              <w:t>Hoạt động của GV</w:t>
            </w:r>
          </w:p>
        </w:tc>
        <w:tc>
          <w:tcPr>
            <w:tcW w:w="5103" w:type="dxa"/>
            <w:tcBorders>
              <w:top w:val="single" w:sz="6" w:space="0" w:color="000000"/>
              <w:left w:val="single" w:sz="6" w:space="0" w:color="000000"/>
              <w:bottom w:val="single" w:sz="4" w:space="0" w:color="000000"/>
              <w:right w:val="single" w:sz="6" w:space="0" w:color="000000"/>
            </w:tcBorders>
            <w:shd w:val="clear" w:color="auto" w:fill="D9EAF7"/>
          </w:tcPr>
          <w:p w14:paraId="4A755321" w14:textId="77777777" w:rsidR="00E93216" w:rsidRDefault="000E3BDE" w:rsidP="004E2872">
            <w:pPr>
              <w:shd w:val="clear" w:color="auto" w:fill="FFFFFF" w:themeFill="background1"/>
            </w:pPr>
            <w:r>
              <w:rPr>
                <w:b/>
              </w:rPr>
              <w:t>Hoạt động của HS</w:t>
            </w:r>
          </w:p>
        </w:tc>
      </w:tr>
      <w:tr w:rsidR="00E93216" w14:paraId="5094FF32"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2F0D9"/>
          </w:tcPr>
          <w:p w14:paraId="13EB9A8E" w14:textId="77777777" w:rsidR="00E93216" w:rsidRDefault="000E3BDE" w:rsidP="004E2872">
            <w:pPr>
              <w:shd w:val="clear" w:color="auto" w:fill="FFFFFF" w:themeFill="background1"/>
              <w:jc w:val="center"/>
            </w:pPr>
            <w:r>
              <w:rPr>
                <w:b/>
              </w:rPr>
              <w:t>1. KHỞI ĐỘNG (3 phút)</w:t>
            </w:r>
            <w:r>
              <w:rPr>
                <w:b/>
              </w:rPr>
              <w:br/>
              <w:t>Mục tiêu: HS nhớ lại nội dung bài Chơi chong chóng và dẫn vào luyện tập.</w:t>
            </w:r>
          </w:p>
        </w:tc>
      </w:tr>
      <w:tr w:rsidR="00E93216" w14:paraId="049E2E10" w14:textId="77777777" w:rsidTr="004E2872">
        <w:trPr>
          <w:jc w:val="center"/>
        </w:trPr>
        <w:tc>
          <w:tcPr>
            <w:tcW w:w="5103" w:type="dxa"/>
            <w:tcBorders>
              <w:top w:val="single" w:sz="4" w:space="0" w:color="000000"/>
              <w:bottom w:val="single" w:sz="4" w:space="0" w:color="000000"/>
            </w:tcBorders>
          </w:tcPr>
          <w:p w14:paraId="7F0EF12F" w14:textId="77777777" w:rsidR="00E93216" w:rsidRDefault="000E3BDE" w:rsidP="004E2872">
            <w:pPr>
              <w:shd w:val="clear" w:color="auto" w:fill="FFFFFF" w:themeFill="background1"/>
            </w:pPr>
            <w:r>
              <w:t>- GV hỏi: Bài Chơi chong chóng nhắc em nhớ đến tình cảm nào trong gia đình?</w:t>
            </w:r>
          </w:p>
        </w:tc>
        <w:tc>
          <w:tcPr>
            <w:tcW w:w="5103" w:type="dxa"/>
            <w:tcBorders>
              <w:top w:val="single" w:sz="4" w:space="0" w:color="000000"/>
              <w:bottom w:val="single" w:sz="4" w:space="0" w:color="000000"/>
            </w:tcBorders>
          </w:tcPr>
          <w:p w14:paraId="7B4797F9" w14:textId="77777777" w:rsidR="00E93216" w:rsidRDefault="000E3BDE" w:rsidP="004E2872">
            <w:pPr>
              <w:shd w:val="clear" w:color="auto" w:fill="FFFFFF" w:themeFill="background1"/>
            </w:pPr>
            <w:r>
              <w:t>- HS trả lời: Bài nhắc đến tình cảm anh em yêu thương, nhường nhịn nhau.</w:t>
            </w:r>
          </w:p>
        </w:tc>
      </w:tr>
      <w:tr w:rsidR="00E93216" w14:paraId="6527B5EF"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2F0D9"/>
          </w:tcPr>
          <w:p w14:paraId="4359C001" w14:textId="77777777" w:rsidR="00E93216" w:rsidRDefault="000E3BDE" w:rsidP="004E2872">
            <w:pPr>
              <w:shd w:val="clear" w:color="auto" w:fill="FFFFFF" w:themeFill="background1"/>
              <w:jc w:val="center"/>
            </w:pPr>
            <w:r>
              <w:rPr>
                <w:b/>
              </w:rPr>
              <w:t>2. MỞ RỘNG VỐN TỪ VỀ TÌNH CẢM GIA ĐÌNH (8 phút)</w:t>
            </w:r>
            <w:r>
              <w:rPr>
                <w:b/>
              </w:rPr>
              <w:br/>
              <w:t>Mục tiêu: HS tìm được các từ ngữ về tình cảm gia đình.</w:t>
            </w:r>
          </w:p>
        </w:tc>
      </w:tr>
      <w:tr w:rsidR="00E93216" w14:paraId="493D9055" w14:textId="77777777" w:rsidTr="004E2872">
        <w:trPr>
          <w:jc w:val="center"/>
        </w:trPr>
        <w:tc>
          <w:tcPr>
            <w:tcW w:w="5103" w:type="dxa"/>
            <w:tcBorders>
              <w:top w:val="single" w:sz="4" w:space="0" w:color="000000"/>
              <w:bottom w:val="nil"/>
            </w:tcBorders>
          </w:tcPr>
          <w:p w14:paraId="3F7B8E48" w14:textId="77777777" w:rsidR="00E93216" w:rsidRDefault="000E3BDE" w:rsidP="004E2872">
            <w:pPr>
              <w:shd w:val="clear" w:color="auto" w:fill="FFFFFF" w:themeFill="background1"/>
            </w:pPr>
            <w:r>
              <w:rPr>
                <w:b/>
              </w:rPr>
              <w:t>- Hoạt động 1: Tìm từ ngữ về tình cảm gia đình.</w:t>
            </w:r>
          </w:p>
          <w:p w14:paraId="020E2EAF" w14:textId="77777777" w:rsidR="00E93216" w:rsidRDefault="000E3BDE" w:rsidP="004E2872">
            <w:pPr>
              <w:shd w:val="clear" w:color="auto" w:fill="FFFFFF" w:themeFill="background1"/>
            </w:pPr>
            <w:r>
              <w:t>- GV cho HS đọc yêu cầu, nêu mẫu: mẹ cha; sau đó làm việc nhóm 4.</w:t>
            </w:r>
          </w:p>
          <w:p w14:paraId="7521B0D5" w14:textId="72A82A3D" w:rsidR="00E93216" w:rsidRDefault="00E93216" w:rsidP="004E2872">
            <w:pPr>
              <w:shd w:val="clear" w:color="auto" w:fill="FFFFFF" w:themeFill="background1"/>
              <w:jc w:val="center"/>
            </w:pPr>
          </w:p>
        </w:tc>
        <w:tc>
          <w:tcPr>
            <w:tcW w:w="5103" w:type="dxa"/>
            <w:tcBorders>
              <w:top w:val="single" w:sz="4" w:space="0" w:color="000000"/>
              <w:bottom w:val="nil"/>
            </w:tcBorders>
          </w:tcPr>
          <w:p w14:paraId="2889E39A" w14:textId="77777777" w:rsidR="00E93216" w:rsidRDefault="000E3BDE" w:rsidP="004E2872">
            <w:pPr>
              <w:shd w:val="clear" w:color="auto" w:fill="FFFFFF" w:themeFill="background1"/>
            </w:pPr>
            <w:r>
              <w:t>- HS đọc yêu cầu, thảo luận nhóm 4.</w:t>
            </w:r>
          </w:p>
          <w:p w14:paraId="4CED5E0A" w14:textId="77777777" w:rsidR="00E93216" w:rsidRDefault="000E3BDE" w:rsidP="004E2872">
            <w:pPr>
              <w:shd w:val="clear" w:color="auto" w:fill="FFFFFF" w:themeFill="background1"/>
            </w:pPr>
            <w:r>
              <w:t>- HS tìm từ: ông bà, bố mẹ, anh chị em, yêu thương, quan tâm, chăm sóc, kính trọng, nhường nhịn, giúp đỡ, đùm bọc, hòa thuận.</w:t>
            </w:r>
          </w:p>
        </w:tc>
      </w:tr>
      <w:tr w:rsidR="00E93216" w14:paraId="72C4BE95" w14:textId="77777777" w:rsidTr="004E2872">
        <w:trPr>
          <w:jc w:val="center"/>
        </w:trPr>
        <w:tc>
          <w:tcPr>
            <w:tcW w:w="5103" w:type="dxa"/>
            <w:tcBorders>
              <w:top w:val="nil"/>
              <w:bottom w:val="single" w:sz="4" w:space="0" w:color="000000"/>
            </w:tcBorders>
          </w:tcPr>
          <w:p w14:paraId="59D6D988" w14:textId="77777777" w:rsidR="00E93216" w:rsidRDefault="000E3BDE" w:rsidP="004E2872">
            <w:pPr>
              <w:shd w:val="clear" w:color="auto" w:fill="FFFFFF" w:themeFill="background1"/>
            </w:pPr>
            <w:r>
              <w:t>- GV gọi các nhóm trình bày; nhận xét, bổ sung từ phù hợp.</w:t>
            </w:r>
          </w:p>
        </w:tc>
        <w:tc>
          <w:tcPr>
            <w:tcW w:w="5103" w:type="dxa"/>
            <w:tcBorders>
              <w:top w:val="nil"/>
              <w:bottom w:val="single" w:sz="4" w:space="0" w:color="000000"/>
            </w:tcBorders>
          </w:tcPr>
          <w:p w14:paraId="22640947" w14:textId="77777777" w:rsidR="00E93216" w:rsidRDefault="000E3BDE" w:rsidP="004E2872">
            <w:pPr>
              <w:shd w:val="clear" w:color="auto" w:fill="FFFFFF" w:themeFill="background1"/>
            </w:pPr>
            <w:r>
              <w:t>- Đại diện nhóm trình bày; HS khác bổ sung thêm từ ngữ.</w:t>
            </w:r>
          </w:p>
        </w:tc>
      </w:tr>
      <w:tr w:rsidR="00E93216" w14:paraId="5406A1F9"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2F0D9"/>
          </w:tcPr>
          <w:p w14:paraId="00D05983" w14:textId="77777777" w:rsidR="00E93216" w:rsidRDefault="000E3BDE" w:rsidP="004E2872">
            <w:pPr>
              <w:shd w:val="clear" w:color="auto" w:fill="FFFFFF" w:themeFill="background1"/>
              <w:jc w:val="center"/>
            </w:pPr>
            <w:r>
              <w:rPr>
                <w:b/>
              </w:rPr>
              <w:t>3. NHẬN BIẾT CÂU NÓI VỀ TÌNH CẢM ANH CHỊ EM (9 phút)</w:t>
            </w:r>
            <w:r>
              <w:rPr>
                <w:b/>
              </w:rPr>
              <w:br/>
              <w:t>Mục tiêu: HS nhận biết các câu tục ngữ, thành ngữ nói về tình cảm anh chị em.</w:t>
            </w:r>
          </w:p>
        </w:tc>
      </w:tr>
      <w:tr w:rsidR="00E93216" w14:paraId="627477BD" w14:textId="77777777" w:rsidTr="004E2872">
        <w:trPr>
          <w:jc w:val="center"/>
        </w:trPr>
        <w:tc>
          <w:tcPr>
            <w:tcW w:w="5103" w:type="dxa"/>
            <w:tcBorders>
              <w:top w:val="single" w:sz="4" w:space="0" w:color="000000"/>
              <w:bottom w:val="nil"/>
            </w:tcBorders>
          </w:tcPr>
          <w:p w14:paraId="1D80ADD2" w14:textId="77777777" w:rsidR="00E93216" w:rsidRDefault="000E3BDE" w:rsidP="004E2872">
            <w:pPr>
              <w:shd w:val="clear" w:color="auto" w:fill="FFFFFF" w:themeFill="background1"/>
            </w:pPr>
            <w:r>
              <w:rPr>
                <w:b/>
              </w:rPr>
              <w:t>- Hoạt động 2: Những câu nào dưới đây nói về tình cảm anh chị em?</w:t>
            </w:r>
          </w:p>
          <w:p w14:paraId="6C99007E" w14:textId="77777777" w:rsidR="00E93216" w:rsidRDefault="000E3BDE" w:rsidP="004E2872">
            <w:pPr>
              <w:shd w:val="clear" w:color="auto" w:fill="FFFFFF" w:themeFill="background1"/>
            </w:pPr>
            <w:r>
              <w:t>- GV yêu cầu HS đọc các câu trong SGK và làm việc nhóm đôi.</w:t>
            </w:r>
          </w:p>
        </w:tc>
        <w:tc>
          <w:tcPr>
            <w:tcW w:w="5103" w:type="dxa"/>
            <w:tcBorders>
              <w:top w:val="single" w:sz="4" w:space="0" w:color="000000"/>
              <w:bottom w:val="nil"/>
            </w:tcBorders>
          </w:tcPr>
          <w:p w14:paraId="44B4CC3F" w14:textId="77777777" w:rsidR="00E93216" w:rsidRDefault="000E3BDE" w:rsidP="004E2872">
            <w:pPr>
              <w:shd w:val="clear" w:color="auto" w:fill="FFFFFF" w:themeFill="background1"/>
            </w:pPr>
            <w:r>
              <w:t>- HS đọc các câu và trao đổi nhóm đôi.</w:t>
            </w:r>
          </w:p>
          <w:p w14:paraId="670C6B12" w14:textId="77777777" w:rsidR="00E93216" w:rsidRDefault="000E3BDE" w:rsidP="004E2872">
            <w:pPr>
              <w:shd w:val="clear" w:color="auto" w:fill="FFFFFF" w:themeFill="background1"/>
            </w:pPr>
            <w:r>
              <w:t>- HS chọn: Chị ngã em nâng; Anh thuận em hòa là nhà có phúc; Anh em như thể chân tay; Rách lành đùm bọc, dở hay đỡ đần.</w:t>
            </w:r>
          </w:p>
        </w:tc>
      </w:tr>
      <w:tr w:rsidR="00E93216" w14:paraId="6379CDF3" w14:textId="77777777" w:rsidTr="004E2872">
        <w:trPr>
          <w:jc w:val="center"/>
        </w:trPr>
        <w:tc>
          <w:tcPr>
            <w:tcW w:w="5103" w:type="dxa"/>
            <w:tcBorders>
              <w:top w:val="nil"/>
              <w:bottom w:val="single" w:sz="4" w:space="0" w:color="000000"/>
            </w:tcBorders>
          </w:tcPr>
          <w:p w14:paraId="29228493" w14:textId="77777777" w:rsidR="00E93216" w:rsidRDefault="000E3BDE" w:rsidP="004E2872">
            <w:pPr>
              <w:shd w:val="clear" w:color="auto" w:fill="FFFFFF" w:themeFill="background1"/>
            </w:pPr>
            <w:r>
              <w:t>- GV hỏi: Vì sao câu “Lá lành đùm lá rách” không phải là câu nói riêng về tình cảm anh chị em?</w:t>
            </w:r>
          </w:p>
        </w:tc>
        <w:tc>
          <w:tcPr>
            <w:tcW w:w="5103" w:type="dxa"/>
            <w:tcBorders>
              <w:top w:val="nil"/>
              <w:bottom w:val="single" w:sz="4" w:space="0" w:color="000000"/>
            </w:tcBorders>
          </w:tcPr>
          <w:p w14:paraId="2C44B8FF" w14:textId="77777777" w:rsidR="00E93216" w:rsidRDefault="000E3BDE" w:rsidP="004E2872">
            <w:pPr>
              <w:shd w:val="clear" w:color="auto" w:fill="FFFFFF" w:themeFill="background1"/>
            </w:pPr>
            <w:r>
              <w:t>- HS trả lời: Vì câu này nói chung về sự giúp đỡ người khó khăn, không nói riêng về anh chị em trong gia đình.</w:t>
            </w:r>
          </w:p>
        </w:tc>
      </w:tr>
      <w:tr w:rsidR="00E93216" w14:paraId="48D5B95E"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2F0D9"/>
          </w:tcPr>
          <w:p w14:paraId="52DECFC6" w14:textId="77777777" w:rsidR="00E93216" w:rsidRDefault="000E3BDE" w:rsidP="004E2872">
            <w:pPr>
              <w:shd w:val="clear" w:color="auto" w:fill="FFFFFF" w:themeFill="background1"/>
              <w:jc w:val="center"/>
            </w:pPr>
            <w:r>
              <w:rPr>
                <w:b/>
              </w:rPr>
              <w:t>4. LUYỆN TẬP DẤU PHẨY (12 phút)</w:t>
            </w:r>
            <w:r>
              <w:rPr>
                <w:b/>
              </w:rPr>
              <w:br/>
              <w:t>Mục tiêu: HS biết đặt dấu phẩy đúng vị trí trong đoạn văn.</w:t>
            </w:r>
          </w:p>
        </w:tc>
      </w:tr>
      <w:tr w:rsidR="00E93216" w14:paraId="1D00C6A3" w14:textId="77777777" w:rsidTr="004E2872">
        <w:trPr>
          <w:jc w:val="center"/>
        </w:trPr>
        <w:tc>
          <w:tcPr>
            <w:tcW w:w="5103" w:type="dxa"/>
            <w:tcBorders>
              <w:top w:val="single" w:sz="4" w:space="0" w:color="000000"/>
              <w:bottom w:val="nil"/>
            </w:tcBorders>
          </w:tcPr>
          <w:p w14:paraId="4A352E34" w14:textId="77777777" w:rsidR="00E93216" w:rsidRDefault="000E3BDE" w:rsidP="004E2872">
            <w:pPr>
              <w:shd w:val="clear" w:color="auto" w:fill="FFFFFF" w:themeFill="background1"/>
            </w:pPr>
            <w:r>
              <w:rPr>
                <w:b/>
              </w:rPr>
              <w:t>- Hoạt động 3: Cần đặt dấu phẩy vào vị trí nào trong các đoạn văn sau?</w:t>
            </w:r>
          </w:p>
          <w:p w14:paraId="753A5FAC" w14:textId="77777777" w:rsidR="00E93216" w:rsidRDefault="000E3BDE" w:rsidP="004E2872">
            <w:pPr>
              <w:shd w:val="clear" w:color="auto" w:fill="FFFFFF" w:themeFill="background1"/>
            </w:pPr>
            <w:r>
              <w:t>- GV yêu cầu HS đọc đoạn a, làm cá nhân rồi trình bày.</w:t>
            </w:r>
          </w:p>
          <w:p w14:paraId="5B754112" w14:textId="38695355" w:rsidR="00E93216" w:rsidRDefault="00E93216" w:rsidP="004E2872">
            <w:pPr>
              <w:shd w:val="clear" w:color="auto" w:fill="FFFFFF" w:themeFill="background1"/>
              <w:jc w:val="center"/>
            </w:pPr>
          </w:p>
        </w:tc>
        <w:tc>
          <w:tcPr>
            <w:tcW w:w="5103" w:type="dxa"/>
            <w:tcBorders>
              <w:top w:val="single" w:sz="4" w:space="0" w:color="000000"/>
              <w:bottom w:val="nil"/>
            </w:tcBorders>
          </w:tcPr>
          <w:p w14:paraId="3C4E257B" w14:textId="77777777" w:rsidR="00E93216" w:rsidRDefault="000E3BDE" w:rsidP="004E2872">
            <w:pPr>
              <w:shd w:val="clear" w:color="auto" w:fill="FFFFFF" w:themeFill="background1"/>
            </w:pPr>
            <w:r>
              <w:lastRenderedPageBreak/>
              <w:t>- HS làm bài và trình bày: Sóc anh, sóc em kiếm được rất nhiều hạt dẻ. Hai anh em để dành hạt lớn cho bố mẹ. Hạt vừa, hạt nhỏ để hai anh em ăn.</w:t>
            </w:r>
          </w:p>
        </w:tc>
      </w:tr>
      <w:tr w:rsidR="00E93216" w14:paraId="6ABE5EB3" w14:textId="77777777" w:rsidTr="004E2872">
        <w:trPr>
          <w:jc w:val="center"/>
        </w:trPr>
        <w:tc>
          <w:tcPr>
            <w:tcW w:w="5103" w:type="dxa"/>
            <w:tcBorders>
              <w:top w:val="nil"/>
              <w:bottom w:val="nil"/>
            </w:tcBorders>
          </w:tcPr>
          <w:p w14:paraId="41D124B8" w14:textId="77777777" w:rsidR="00E93216" w:rsidRDefault="000E3BDE" w:rsidP="004E2872">
            <w:pPr>
              <w:shd w:val="clear" w:color="auto" w:fill="FFFFFF" w:themeFill="background1"/>
            </w:pPr>
            <w:r>
              <w:t>- GV yêu cầu HS đọc đoạn b, thảo luận nhóm đôi và đặt dấu phẩy.</w:t>
            </w:r>
          </w:p>
        </w:tc>
        <w:tc>
          <w:tcPr>
            <w:tcW w:w="5103" w:type="dxa"/>
            <w:tcBorders>
              <w:top w:val="nil"/>
              <w:bottom w:val="nil"/>
            </w:tcBorders>
          </w:tcPr>
          <w:p w14:paraId="0F7A87F4" w14:textId="77777777" w:rsidR="00E93216" w:rsidRDefault="000E3BDE" w:rsidP="004E2872">
            <w:pPr>
              <w:shd w:val="clear" w:color="auto" w:fill="FFFFFF" w:themeFill="background1"/>
            </w:pPr>
            <w:r>
              <w:t>- HS trình bày: Chị tớ luôn quan tâm, chăm sóc tớ. Chị thường hướng dẫn tớ làm bài tập, chơi với tớ, cùng tớ làm việc nhà. Tớ yêu chị lắm!</w:t>
            </w:r>
          </w:p>
        </w:tc>
      </w:tr>
      <w:tr w:rsidR="00E93216" w14:paraId="656F615C" w14:textId="77777777" w:rsidTr="004E2872">
        <w:trPr>
          <w:jc w:val="center"/>
        </w:trPr>
        <w:tc>
          <w:tcPr>
            <w:tcW w:w="5103" w:type="dxa"/>
            <w:tcBorders>
              <w:top w:val="nil"/>
              <w:bottom w:val="single" w:sz="4" w:space="0" w:color="000000"/>
            </w:tcBorders>
          </w:tcPr>
          <w:p w14:paraId="2443E8AC" w14:textId="77777777" w:rsidR="00E93216" w:rsidRDefault="000E3BDE" w:rsidP="004E2872">
            <w:pPr>
              <w:shd w:val="clear" w:color="auto" w:fill="FFFFFF" w:themeFill="background1"/>
            </w:pPr>
            <w:r>
              <w:t>- GV kết luận: Dấu phẩy giúp tách các từ ngữ cùng chức năng trong câu, giúp câu văn rõ ý và dễ đọc hơn.</w:t>
            </w:r>
          </w:p>
        </w:tc>
        <w:tc>
          <w:tcPr>
            <w:tcW w:w="5103" w:type="dxa"/>
            <w:tcBorders>
              <w:top w:val="nil"/>
              <w:bottom w:val="single" w:sz="4" w:space="0" w:color="000000"/>
            </w:tcBorders>
          </w:tcPr>
          <w:p w14:paraId="5C41DAAF" w14:textId="77777777" w:rsidR="00E93216" w:rsidRDefault="000E3BDE" w:rsidP="004E2872">
            <w:pPr>
              <w:shd w:val="clear" w:color="auto" w:fill="FFFFFF" w:themeFill="background1"/>
            </w:pPr>
            <w:r>
              <w:t>- HS lắng nghe, đọc lại câu đã đặt đúng dấu phẩy.</w:t>
            </w:r>
          </w:p>
        </w:tc>
      </w:tr>
      <w:tr w:rsidR="00E93216" w14:paraId="291F9852"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2F0D9"/>
          </w:tcPr>
          <w:p w14:paraId="7CF6F4F0" w14:textId="77777777" w:rsidR="00E93216" w:rsidRDefault="000E3BDE" w:rsidP="004E2872">
            <w:pPr>
              <w:shd w:val="clear" w:color="auto" w:fill="FFFFFF" w:themeFill="background1"/>
              <w:jc w:val="center"/>
            </w:pPr>
            <w:r>
              <w:rPr>
                <w:b/>
              </w:rPr>
              <w:t>5. VẬN DỤNG (3 phút)</w:t>
            </w:r>
            <w:r>
              <w:rPr>
                <w:b/>
              </w:rPr>
              <w:br/>
              <w:t>Mục tiêu: HS vận dụng từ ngữ về tình cảm gia đình vào giao tiếp.</w:t>
            </w:r>
          </w:p>
        </w:tc>
      </w:tr>
      <w:tr w:rsidR="00E93216" w14:paraId="5FFD899D" w14:textId="77777777" w:rsidTr="004E2872">
        <w:trPr>
          <w:jc w:val="center"/>
        </w:trPr>
        <w:tc>
          <w:tcPr>
            <w:tcW w:w="5103" w:type="dxa"/>
            <w:tcBorders>
              <w:top w:val="single" w:sz="4" w:space="0" w:color="000000"/>
            </w:tcBorders>
          </w:tcPr>
          <w:p w14:paraId="3C234274" w14:textId="77777777" w:rsidR="00E93216" w:rsidRDefault="000E3BDE" w:rsidP="004E2872">
            <w:pPr>
              <w:shd w:val="clear" w:color="auto" w:fill="FFFFFF" w:themeFill="background1"/>
            </w:pPr>
            <w:r>
              <w:t>- GV yêu cầu HS đặt 1 câu có từ ngữ về tình cảm gia đình; dặn HS chuẩn bị tiết Viết tin nhắn.</w:t>
            </w:r>
          </w:p>
        </w:tc>
        <w:tc>
          <w:tcPr>
            <w:tcW w:w="5103" w:type="dxa"/>
            <w:tcBorders>
              <w:top w:val="single" w:sz="4" w:space="0" w:color="000000"/>
            </w:tcBorders>
          </w:tcPr>
          <w:p w14:paraId="2FB92C9D" w14:textId="77777777" w:rsidR="00E93216" w:rsidRDefault="000E3BDE" w:rsidP="004E2872">
            <w:pPr>
              <w:shd w:val="clear" w:color="auto" w:fill="FFFFFF" w:themeFill="background1"/>
            </w:pPr>
            <w:r>
              <w:t>- HS đặt câu. Ví dụ: Anh em trong nhà cần yêu thương và giúp đỡ nhau.</w:t>
            </w:r>
          </w:p>
          <w:p w14:paraId="6DF16005" w14:textId="77777777" w:rsidR="00E93216" w:rsidRDefault="000E3BDE" w:rsidP="004E2872">
            <w:pPr>
              <w:shd w:val="clear" w:color="auto" w:fill="FFFFFF" w:themeFill="background1"/>
            </w:pPr>
            <w:r>
              <w:t>- HS ghi nhớ chuẩn bị tiết sau.</w:t>
            </w:r>
          </w:p>
        </w:tc>
      </w:tr>
    </w:tbl>
    <w:p w14:paraId="1C953829" w14:textId="77777777" w:rsidR="00E93216" w:rsidRDefault="000E3BDE" w:rsidP="004E2872">
      <w:pPr>
        <w:shd w:val="clear" w:color="auto" w:fill="FFFFFF" w:themeFill="background1"/>
        <w:spacing w:after="0" w:line="240" w:lineRule="auto"/>
      </w:pPr>
      <w:r>
        <w:rPr>
          <w:b/>
        </w:rPr>
        <w:t>IV. ĐIỀU CHỈNH SAU TIẾT HỌC (NẾU CÓ)</w:t>
      </w:r>
    </w:p>
    <w:p w14:paraId="2398347E" w14:textId="74769D92" w:rsidR="000E3BDE" w:rsidRDefault="000E3BDE" w:rsidP="004E2872">
      <w:pPr>
        <w:shd w:val="clear" w:color="auto" w:fill="FFFFFF" w:themeFill="background1"/>
      </w:pPr>
    </w:p>
    <w:p w14:paraId="482CB58C" w14:textId="77777777" w:rsidR="004E2872" w:rsidRDefault="004E2872" w:rsidP="004E2872">
      <w:pPr>
        <w:shd w:val="clear" w:color="auto" w:fill="FFFFFF" w:themeFill="background1"/>
      </w:pPr>
    </w:p>
    <w:p w14:paraId="21229713" w14:textId="77777777" w:rsidR="00E93216" w:rsidRDefault="000E3BDE" w:rsidP="004E2872">
      <w:pPr>
        <w:shd w:val="clear" w:color="auto" w:fill="FFFFFF" w:themeFill="background1"/>
        <w:spacing w:after="0" w:line="240" w:lineRule="auto"/>
        <w:jc w:val="center"/>
      </w:pPr>
      <w:r>
        <w:rPr>
          <w:b/>
          <w:sz w:val="28"/>
        </w:rPr>
        <w:t>KẾ HOẠCH BÀI DẠY MÔN TIẾNG VIỆT LỚP 2 – TUẦN 17</w:t>
      </w:r>
    </w:p>
    <w:p w14:paraId="470A6A73" w14:textId="77777777" w:rsidR="00E93216" w:rsidRDefault="000E3BDE" w:rsidP="004E2872">
      <w:pPr>
        <w:shd w:val="clear" w:color="auto" w:fill="FFFFFF" w:themeFill="background1"/>
        <w:spacing w:after="0" w:line="240" w:lineRule="auto"/>
        <w:jc w:val="center"/>
      </w:pPr>
      <w:r>
        <w:rPr>
          <w:b/>
          <w:sz w:val="28"/>
        </w:rPr>
        <w:t>CHỦ ĐỀ 4: MÁI ẤM GIA ĐÌNH</w:t>
      </w:r>
    </w:p>
    <w:p w14:paraId="75A2A09B" w14:textId="77777777" w:rsidR="00E93216" w:rsidRDefault="000E3BDE" w:rsidP="004E2872">
      <w:pPr>
        <w:shd w:val="clear" w:color="auto" w:fill="FFFFFF" w:themeFill="background1"/>
        <w:spacing w:after="0" w:line="240" w:lineRule="auto"/>
        <w:jc w:val="center"/>
      </w:pPr>
      <w:r>
        <w:rPr>
          <w:b/>
          <w:sz w:val="28"/>
        </w:rPr>
        <w:t>BÀI 32: CHƠI CHONG CHÓNG</w:t>
      </w:r>
    </w:p>
    <w:p w14:paraId="7AF84A8C" w14:textId="77777777" w:rsidR="00E93216" w:rsidRDefault="000E3BDE" w:rsidP="004E2872">
      <w:pPr>
        <w:shd w:val="clear" w:color="auto" w:fill="FFFFFF" w:themeFill="background1"/>
        <w:spacing w:after="0" w:line="240" w:lineRule="auto"/>
        <w:jc w:val="center"/>
      </w:pPr>
      <w:r>
        <w:rPr>
          <w:b/>
          <w:sz w:val="28"/>
        </w:rPr>
        <w:t>TIẾT 5: VIẾT TIN NHẮN</w:t>
      </w:r>
    </w:p>
    <w:p w14:paraId="2250E0F6" w14:textId="77777777" w:rsidR="00E93216" w:rsidRDefault="000E3BDE" w:rsidP="004E2872">
      <w:pPr>
        <w:shd w:val="clear" w:color="auto" w:fill="FFFFFF" w:themeFill="background1"/>
        <w:spacing w:after="0" w:line="240" w:lineRule="auto"/>
      </w:pPr>
      <w:r>
        <w:rPr>
          <w:b/>
        </w:rPr>
        <w:t>I. YÊU CẦU CẦN ĐẠT</w:t>
      </w:r>
    </w:p>
    <w:p w14:paraId="13D2F9D6" w14:textId="77777777" w:rsidR="00E93216" w:rsidRDefault="000E3BDE" w:rsidP="004E2872">
      <w:pPr>
        <w:shd w:val="clear" w:color="auto" w:fill="FFFFFF" w:themeFill="background1"/>
        <w:spacing w:after="0" w:line="240" w:lineRule="auto"/>
      </w:pPr>
      <w:r>
        <w:t>Sau bài học, HS sẽ:</w:t>
      </w:r>
    </w:p>
    <w:p w14:paraId="1FC750A0" w14:textId="77777777" w:rsidR="00E93216" w:rsidRDefault="000E3BDE" w:rsidP="004E2872">
      <w:pPr>
        <w:shd w:val="clear" w:color="auto" w:fill="FFFFFF" w:themeFill="background1"/>
        <w:spacing w:after="0" w:line="240" w:lineRule="auto"/>
      </w:pPr>
      <w:r>
        <w:rPr>
          <w:b/>
        </w:rPr>
        <w:t>1. Năng lực đặc thù</w:t>
      </w:r>
    </w:p>
    <w:p w14:paraId="3C6CC159" w14:textId="77777777" w:rsidR="00E93216" w:rsidRDefault="000E3BDE" w:rsidP="004E2872">
      <w:pPr>
        <w:shd w:val="clear" w:color="auto" w:fill="FFFFFF" w:themeFill="background1"/>
        <w:spacing w:after="0" w:line="240" w:lineRule="auto"/>
      </w:pPr>
      <w:r>
        <w:t>- Đọc hiểu tin nhắn của sóc con và trả lời đúng các câu hỏi trong SGK.</w:t>
      </w:r>
    </w:p>
    <w:p w14:paraId="33424827" w14:textId="77777777" w:rsidR="00E93216" w:rsidRDefault="000E3BDE" w:rsidP="004E2872">
      <w:pPr>
        <w:shd w:val="clear" w:color="auto" w:fill="FFFFFF" w:themeFill="background1"/>
        <w:spacing w:after="0" w:line="240" w:lineRule="auto"/>
      </w:pPr>
      <w:r>
        <w:t>- Viết được tin nhắn ngắn gọn, rõ người nhận, rõ nội dung, lời lẽ lễ phép để bố mẹ yên tâm.</w:t>
      </w:r>
    </w:p>
    <w:p w14:paraId="10D6CB53" w14:textId="77777777" w:rsidR="00E93216" w:rsidRDefault="000E3BDE" w:rsidP="004E2872">
      <w:pPr>
        <w:shd w:val="clear" w:color="auto" w:fill="FFFFFF" w:themeFill="background1"/>
        <w:spacing w:after="0" w:line="240" w:lineRule="auto"/>
      </w:pPr>
      <w:r>
        <w:rPr>
          <w:b/>
        </w:rPr>
        <w:t>2. Năng lực chung</w:t>
      </w:r>
    </w:p>
    <w:p w14:paraId="1B42E9C0" w14:textId="77777777" w:rsidR="00E93216" w:rsidRDefault="000E3BDE" w:rsidP="004E2872">
      <w:pPr>
        <w:shd w:val="clear" w:color="auto" w:fill="FFFFFF" w:themeFill="background1"/>
        <w:spacing w:after="0" w:line="240" w:lineRule="auto"/>
      </w:pPr>
      <w:r>
        <w:t>- Tự chủ và tự học: tự lập ý và viết tin nhắn phù hợp tình huống.</w:t>
      </w:r>
    </w:p>
    <w:p w14:paraId="710E1FDF" w14:textId="77777777" w:rsidR="00E93216" w:rsidRDefault="000E3BDE" w:rsidP="004E2872">
      <w:pPr>
        <w:shd w:val="clear" w:color="auto" w:fill="FFFFFF" w:themeFill="background1"/>
        <w:spacing w:after="0" w:line="240" w:lineRule="auto"/>
      </w:pPr>
      <w:r>
        <w:t>- Giao tiếp và hợp tác: trao đổi, nhận xét tin nhắn của bạn.</w:t>
      </w:r>
    </w:p>
    <w:p w14:paraId="45E9A5E6" w14:textId="77777777" w:rsidR="00E93216" w:rsidRDefault="000E3BDE" w:rsidP="004E2872">
      <w:pPr>
        <w:shd w:val="clear" w:color="auto" w:fill="FFFFFF" w:themeFill="background1"/>
        <w:spacing w:after="0" w:line="240" w:lineRule="auto"/>
      </w:pPr>
      <w:r>
        <w:rPr>
          <w:b/>
        </w:rPr>
        <w:t>3. Phẩm chất</w:t>
      </w:r>
    </w:p>
    <w:p w14:paraId="2F8E3402" w14:textId="77777777" w:rsidR="00E93216" w:rsidRDefault="000E3BDE" w:rsidP="004E2872">
      <w:pPr>
        <w:shd w:val="clear" w:color="auto" w:fill="FFFFFF" w:themeFill="background1"/>
        <w:spacing w:after="0" w:line="240" w:lineRule="auto"/>
      </w:pPr>
      <w:r>
        <w:t>- Trách nhiệm: biết báo cho người thân khi có việc cần thông báo.</w:t>
      </w:r>
    </w:p>
    <w:p w14:paraId="7D6E0731" w14:textId="77777777" w:rsidR="00E93216" w:rsidRDefault="000E3BDE" w:rsidP="004E2872">
      <w:pPr>
        <w:shd w:val="clear" w:color="auto" w:fill="FFFFFF" w:themeFill="background1"/>
        <w:spacing w:after="0" w:line="240" w:lineRule="auto"/>
      </w:pPr>
      <w:r>
        <w:t>- Nhân ái: biết quan tâm để người thân yên tâm, không lo lắng.</w:t>
      </w:r>
    </w:p>
    <w:p w14:paraId="0116D42C" w14:textId="77777777" w:rsidR="00E93216" w:rsidRDefault="000E3BDE" w:rsidP="004E2872">
      <w:pPr>
        <w:shd w:val="clear" w:color="auto" w:fill="FFFFFF" w:themeFill="background1"/>
        <w:spacing w:after="0" w:line="240" w:lineRule="auto"/>
      </w:pPr>
      <w:r>
        <w:rPr>
          <w:b/>
          <w:color w:val="C00000"/>
        </w:rPr>
        <w:t>4. Tích hợp</w:t>
      </w:r>
    </w:p>
    <w:p w14:paraId="63D648B7" w14:textId="77777777" w:rsidR="00E93216" w:rsidRDefault="000E3BDE" w:rsidP="004E2872">
      <w:pPr>
        <w:shd w:val="clear" w:color="auto" w:fill="FFFFFF" w:themeFill="background1"/>
        <w:spacing w:after="0" w:line="240" w:lineRule="auto"/>
      </w:pPr>
      <w:r>
        <w:rPr>
          <w:color w:val="C00000"/>
        </w:rPr>
        <w:t>- Tích hợp năng lực số 2.3.CB1a: Giao tiếp, hợp tác trong môi trường số bằng hình thức đơn giản, phù hợp; HS biết tin nhắn là một hình thức giao tiếp số cần viết ngắn gọn, lịch sự, rõ người nhận và nội dung.</w:t>
      </w:r>
    </w:p>
    <w:p w14:paraId="2EB07F2E" w14:textId="77777777" w:rsidR="00E93216" w:rsidRDefault="000E3BDE" w:rsidP="004E2872">
      <w:pPr>
        <w:shd w:val="clear" w:color="auto" w:fill="FFFFFF" w:themeFill="background1"/>
        <w:spacing w:after="0" w:line="240" w:lineRule="auto"/>
      </w:pPr>
      <w:r>
        <w:rPr>
          <w:color w:val="C00000"/>
        </w:rPr>
        <w:t>- Tích hợp năng lực số 4.2.CB1a: Nhận biết cách bảo vệ thông tin cá nhân khi giao tiếp trong môi trường số; HS biết không gửi địa chỉ, số điện thoại, hình ảnh riêng tư cho người lạ.</w:t>
      </w:r>
    </w:p>
    <w:p w14:paraId="440BDFD4" w14:textId="77777777" w:rsidR="00E93216" w:rsidRDefault="000E3BDE" w:rsidP="004E2872">
      <w:pPr>
        <w:shd w:val="clear" w:color="auto" w:fill="FFFFFF" w:themeFill="background1"/>
        <w:spacing w:after="0" w:line="240" w:lineRule="auto"/>
      </w:pPr>
      <w:r>
        <w:rPr>
          <w:b/>
        </w:rPr>
        <w:t>II. ĐỒ DÙNG DẠY HỌC</w:t>
      </w:r>
    </w:p>
    <w:p w14:paraId="169692DF" w14:textId="77777777" w:rsidR="00E93216" w:rsidRDefault="000E3BDE" w:rsidP="004E2872">
      <w:pPr>
        <w:shd w:val="clear" w:color="auto" w:fill="FFFFFF" w:themeFill="background1"/>
        <w:spacing w:after="0" w:line="240" w:lineRule="auto"/>
      </w:pPr>
      <w:r>
        <w:rPr>
          <w:b/>
        </w:rPr>
        <w:t>1. Giáo viên</w:t>
      </w:r>
    </w:p>
    <w:p w14:paraId="298D3A19" w14:textId="77777777" w:rsidR="00E93216" w:rsidRDefault="000E3BDE" w:rsidP="004E2872">
      <w:pPr>
        <w:shd w:val="clear" w:color="auto" w:fill="FFFFFF" w:themeFill="background1"/>
        <w:spacing w:after="0" w:line="240" w:lineRule="auto"/>
      </w:pPr>
      <w:r>
        <w:t>- SGK, tranh tin nhắn của sóc con, phiếu viết tin nhắn; bảng tiêu chí nhận xét tin nhắn.</w:t>
      </w:r>
    </w:p>
    <w:p w14:paraId="29FA96B1" w14:textId="77777777" w:rsidR="00E93216" w:rsidRDefault="000E3BDE" w:rsidP="004E2872">
      <w:pPr>
        <w:shd w:val="clear" w:color="auto" w:fill="FFFFFF" w:themeFill="background1"/>
        <w:spacing w:after="0" w:line="240" w:lineRule="auto"/>
      </w:pPr>
      <w:r>
        <w:rPr>
          <w:b/>
        </w:rPr>
        <w:t>2. Học sinh</w:t>
      </w:r>
    </w:p>
    <w:p w14:paraId="0D73D454" w14:textId="77777777" w:rsidR="00E93216" w:rsidRDefault="000E3BDE" w:rsidP="004E2872">
      <w:pPr>
        <w:shd w:val="clear" w:color="auto" w:fill="FFFFFF" w:themeFill="background1"/>
        <w:spacing w:after="0" w:line="240" w:lineRule="auto"/>
      </w:pPr>
      <w:r>
        <w:t>- SGK, vở, bút.</w:t>
      </w:r>
    </w:p>
    <w:p w14:paraId="2FA54DB1" w14:textId="77777777" w:rsidR="00E93216" w:rsidRDefault="000E3BDE" w:rsidP="004E2872">
      <w:pPr>
        <w:shd w:val="clear" w:color="auto" w:fill="FFFFFF" w:themeFill="background1"/>
        <w:spacing w:after="0" w:line="240" w:lineRule="auto"/>
      </w:pPr>
      <w:r>
        <w:rPr>
          <w:b/>
        </w:rPr>
        <w:t>III. CÁC HOẠT ĐỘNG DẠY HỌC CHỦ YẾU</w:t>
      </w:r>
    </w:p>
    <w:tbl>
      <w:tblPr>
        <w:tblStyle w:val="TableGrid"/>
        <w:tblW w:w="0" w:type="auto"/>
        <w:jc w:val="center"/>
        <w:tblLook w:val="04A0" w:firstRow="1" w:lastRow="0" w:firstColumn="1" w:lastColumn="0" w:noHBand="0" w:noVBand="1"/>
      </w:tblPr>
      <w:tblGrid>
        <w:gridCol w:w="5103"/>
        <w:gridCol w:w="5103"/>
      </w:tblGrid>
      <w:tr w:rsidR="00E93216" w14:paraId="0C7EF0D4" w14:textId="77777777" w:rsidTr="004E2872">
        <w:trPr>
          <w:jc w:val="center"/>
        </w:trPr>
        <w:tc>
          <w:tcPr>
            <w:tcW w:w="5103" w:type="dxa"/>
            <w:tcBorders>
              <w:top w:val="single" w:sz="6" w:space="0" w:color="000000"/>
              <w:left w:val="single" w:sz="6" w:space="0" w:color="000000"/>
              <w:bottom w:val="single" w:sz="4" w:space="0" w:color="000000"/>
              <w:right w:val="single" w:sz="6" w:space="0" w:color="000000"/>
            </w:tcBorders>
            <w:shd w:val="clear" w:color="auto" w:fill="D9EAF7"/>
          </w:tcPr>
          <w:p w14:paraId="73A25B76" w14:textId="77777777" w:rsidR="00E93216" w:rsidRDefault="000E3BDE" w:rsidP="004E2872">
            <w:pPr>
              <w:shd w:val="clear" w:color="auto" w:fill="FFFFFF" w:themeFill="background1"/>
            </w:pPr>
            <w:r>
              <w:rPr>
                <w:b/>
              </w:rPr>
              <w:t>Hoạt động của GV</w:t>
            </w:r>
          </w:p>
        </w:tc>
        <w:tc>
          <w:tcPr>
            <w:tcW w:w="5103" w:type="dxa"/>
            <w:tcBorders>
              <w:top w:val="single" w:sz="6" w:space="0" w:color="000000"/>
              <w:left w:val="single" w:sz="6" w:space="0" w:color="000000"/>
              <w:bottom w:val="single" w:sz="4" w:space="0" w:color="000000"/>
              <w:right w:val="single" w:sz="6" w:space="0" w:color="000000"/>
            </w:tcBorders>
            <w:shd w:val="clear" w:color="auto" w:fill="D9EAF7"/>
          </w:tcPr>
          <w:p w14:paraId="369BA7BE" w14:textId="77777777" w:rsidR="00E93216" w:rsidRDefault="000E3BDE" w:rsidP="004E2872">
            <w:pPr>
              <w:shd w:val="clear" w:color="auto" w:fill="FFFFFF" w:themeFill="background1"/>
            </w:pPr>
            <w:r>
              <w:rPr>
                <w:b/>
              </w:rPr>
              <w:t>Hoạt động của HS</w:t>
            </w:r>
          </w:p>
        </w:tc>
      </w:tr>
      <w:tr w:rsidR="00E93216" w14:paraId="2BFD0F6B"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2F0D9"/>
          </w:tcPr>
          <w:p w14:paraId="7CE9AF75" w14:textId="77777777" w:rsidR="00E93216" w:rsidRDefault="000E3BDE" w:rsidP="004E2872">
            <w:pPr>
              <w:shd w:val="clear" w:color="auto" w:fill="FFFFFF" w:themeFill="background1"/>
              <w:jc w:val="center"/>
            </w:pPr>
            <w:r>
              <w:rPr>
                <w:b/>
              </w:rPr>
              <w:t>1. KHỞI ĐỘNG (3 phút)</w:t>
            </w:r>
            <w:r>
              <w:rPr>
                <w:b/>
              </w:rPr>
              <w:br/>
              <w:t>Mục tiêu: HS nhận biết tình huống cần viết tin nhắn.</w:t>
            </w:r>
          </w:p>
        </w:tc>
      </w:tr>
      <w:tr w:rsidR="00E93216" w14:paraId="135636C6" w14:textId="77777777" w:rsidTr="004E2872">
        <w:trPr>
          <w:jc w:val="center"/>
        </w:trPr>
        <w:tc>
          <w:tcPr>
            <w:tcW w:w="5103" w:type="dxa"/>
            <w:tcBorders>
              <w:top w:val="single" w:sz="4" w:space="0" w:color="000000"/>
              <w:bottom w:val="single" w:sz="4" w:space="0" w:color="000000"/>
            </w:tcBorders>
          </w:tcPr>
          <w:p w14:paraId="264555B6" w14:textId="77777777" w:rsidR="00E93216" w:rsidRDefault="000E3BDE" w:rsidP="004E2872">
            <w:pPr>
              <w:shd w:val="clear" w:color="auto" w:fill="FFFFFF" w:themeFill="background1"/>
            </w:pPr>
            <w:r>
              <w:t>- GV hỏi: Khi bố mẹ đi vắng mà em cần báo một việc quan trọng, em có thể làm gì?</w:t>
            </w:r>
          </w:p>
        </w:tc>
        <w:tc>
          <w:tcPr>
            <w:tcW w:w="5103" w:type="dxa"/>
            <w:tcBorders>
              <w:top w:val="single" w:sz="4" w:space="0" w:color="000000"/>
              <w:bottom w:val="single" w:sz="4" w:space="0" w:color="000000"/>
            </w:tcBorders>
          </w:tcPr>
          <w:p w14:paraId="4CF5F8CA" w14:textId="77777777" w:rsidR="00E93216" w:rsidRDefault="000E3BDE" w:rsidP="004E2872">
            <w:pPr>
              <w:shd w:val="clear" w:color="auto" w:fill="FFFFFF" w:themeFill="background1"/>
            </w:pPr>
            <w:r>
              <w:t>- HS trả lời: Em có thể nhờ người lớn gọi điện, viết giấy nhắn hoặc viết tin nhắn cho bố mẹ.</w:t>
            </w:r>
          </w:p>
        </w:tc>
      </w:tr>
      <w:tr w:rsidR="00E93216" w14:paraId="662B8248"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2F0D9"/>
          </w:tcPr>
          <w:p w14:paraId="6D801827" w14:textId="77777777" w:rsidR="00E93216" w:rsidRDefault="000E3BDE" w:rsidP="004E2872">
            <w:pPr>
              <w:shd w:val="clear" w:color="auto" w:fill="FFFFFF" w:themeFill="background1"/>
              <w:jc w:val="center"/>
            </w:pPr>
            <w:r>
              <w:rPr>
                <w:b/>
              </w:rPr>
              <w:t>2. ĐỌC TIN NHẮN VÀ TRẢ LỜI CÂU HỎI (12 phút)</w:t>
            </w:r>
            <w:r>
              <w:rPr>
                <w:b/>
              </w:rPr>
              <w:br/>
            </w:r>
            <w:r>
              <w:rPr>
                <w:b/>
              </w:rPr>
              <w:lastRenderedPageBreak/>
              <w:t>Mục tiêu: HS hiểu nội dung tin nhắn, xác định người nhận, nội dung và lí do viết tin nhắn.</w:t>
            </w:r>
          </w:p>
        </w:tc>
      </w:tr>
      <w:tr w:rsidR="00E93216" w14:paraId="0CD015EA" w14:textId="77777777" w:rsidTr="004E2872">
        <w:trPr>
          <w:jc w:val="center"/>
        </w:trPr>
        <w:tc>
          <w:tcPr>
            <w:tcW w:w="5103" w:type="dxa"/>
            <w:tcBorders>
              <w:top w:val="single" w:sz="4" w:space="0" w:color="000000"/>
              <w:bottom w:val="nil"/>
            </w:tcBorders>
          </w:tcPr>
          <w:p w14:paraId="2E31F693" w14:textId="77777777" w:rsidR="00E93216" w:rsidRDefault="000E3BDE" w:rsidP="004E2872">
            <w:pPr>
              <w:shd w:val="clear" w:color="auto" w:fill="FFFFFF" w:themeFill="background1"/>
            </w:pPr>
            <w:r>
              <w:rPr>
                <w:b/>
              </w:rPr>
              <w:lastRenderedPageBreak/>
              <w:t>- Hoạt động 1: Quan sát tranh, đọc tin nhắn của sóc con và trả lời câu hỏi.</w:t>
            </w:r>
          </w:p>
          <w:p w14:paraId="4DCD26E4" w14:textId="77777777" w:rsidR="00E93216" w:rsidRDefault="000E3BDE" w:rsidP="004E2872">
            <w:pPr>
              <w:shd w:val="clear" w:color="auto" w:fill="FFFFFF" w:themeFill="background1"/>
            </w:pPr>
            <w:r>
              <w:t>- GV yêu cầu HS quan sát tranh, đọc thầm tin nhắn.</w:t>
            </w:r>
          </w:p>
          <w:p w14:paraId="5259C93A" w14:textId="3BAEB062" w:rsidR="00E93216" w:rsidRDefault="00E93216" w:rsidP="004E2872">
            <w:pPr>
              <w:shd w:val="clear" w:color="auto" w:fill="FFFFFF" w:themeFill="background1"/>
              <w:jc w:val="center"/>
            </w:pPr>
          </w:p>
        </w:tc>
        <w:tc>
          <w:tcPr>
            <w:tcW w:w="5103" w:type="dxa"/>
            <w:tcBorders>
              <w:top w:val="single" w:sz="4" w:space="0" w:color="000000"/>
              <w:bottom w:val="nil"/>
            </w:tcBorders>
          </w:tcPr>
          <w:p w14:paraId="59898C16" w14:textId="77777777" w:rsidR="00E93216" w:rsidRDefault="000E3BDE" w:rsidP="004E2872">
            <w:pPr>
              <w:shd w:val="clear" w:color="auto" w:fill="FFFFFF" w:themeFill="background1"/>
            </w:pPr>
            <w:r>
              <w:t>- HS quan sát tranh và đọc thầm tin nhắn của sóc con gửi mẹ.</w:t>
            </w:r>
          </w:p>
        </w:tc>
      </w:tr>
      <w:tr w:rsidR="00E93216" w14:paraId="0A1EA31B" w14:textId="77777777" w:rsidTr="004E2872">
        <w:trPr>
          <w:jc w:val="center"/>
        </w:trPr>
        <w:tc>
          <w:tcPr>
            <w:tcW w:w="5103" w:type="dxa"/>
            <w:tcBorders>
              <w:top w:val="nil"/>
              <w:bottom w:val="nil"/>
            </w:tcBorders>
          </w:tcPr>
          <w:p w14:paraId="25E57765" w14:textId="77777777" w:rsidR="00E93216" w:rsidRDefault="000E3BDE" w:rsidP="004E2872">
            <w:pPr>
              <w:shd w:val="clear" w:color="auto" w:fill="FFFFFF" w:themeFill="background1"/>
            </w:pPr>
            <w:r>
              <w:rPr>
                <w:b/>
              </w:rPr>
              <w:t>- a. Sóc con nhắn tin cho ai?</w:t>
            </w:r>
          </w:p>
        </w:tc>
        <w:tc>
          <w:tcPr>
            <w:tcW w:w="5103" w:type="dxa"/>
            <w:tcBorders>
              <w:top w:val="nil"/>
              <w:bottom w:val="nil"/>
            </w:tcBorders>
          </w:tcPr>
          <w:p w14:paraId="6F2218CF" w14:textId="77777777" w:rsidR="00E93216" w:rsidRDefault="000E3BDE" w:rsidP="004E2872">
            <w:pPr>
              <w:shd w:val="clear" w:color="auto" w:fill="FFFFFF" w:themeFill="background1"/>
            </w:pPr>
            <w:r>
              <w:t>- HS trả lời: Sóc con nhắn tin cho mẹ.</w:t>
            </w:r>
          </w:p>
        </w:tc>
      </w:tr>
      <w:tr w:rsidR="00E93216" w14:paraId="77026F70" w14:textId="77777777" w:rsidTr="004E2872">
        <w:trPr>
          <w:jc w:val="center"/>
        </w:trPr>
        <w:tc>
          <w:tcPr>
            <w:tcW w:w="5103" w:type="dxa"/>
            <w:tcBorders>
              <w:top w:val="nil"/>
              <w:bottom w:val="nil"/>
            </w:tcBorders>
          </w:tcPr>
          <w:p w14:paraId="5463F77B" w14:textId="77777777" w:rsidR="00E93216" w:rsidRDefault="000E3BDE" w:rsidP="004E2872">
            <w:pPr>
              <w:shd w:val="clear" w:color="auto" w:fill="FFFFFF" w:themeFill="background1"/>
            </w:pPr>
            <w:r>
              <w:rPr>
                <w:b/>
              </w:rPr>
              <w:t>- b. Sóc nhắn điều gì cho mẹ?</w:t>
            </w:r>
          </w:p>
        </w:tc>
        <w:tc>
          <w:tcPr>
            <w:tcW w:w="5103" w:type="dxa"/>
            <w:tcBorders>
              <w:top w:val="nil"/>
              <w:bottom w:val="nil"/>
            </w:tcBorders>
          </w:tcPr>
          <w:p w14:paraId="1A1A1E20" w14:textId="77777777" w:rsidR="00E93216" w:rsidRDefault="000E3BDE" w:rsidP="004E2872">
            <w:pPr>
              <w:shd w:val="clear" w:color="auto" w:fill="FFFFFF" w:themeFill="background1"/>
            </w:pPr>
            <w:r>
              <w:t>- HS trả lời: Sóc nhắn rằng chiều nay bà đón sóc sang nhà bà chơi, sóc ăn ở nhà bà và tối sẽ về.</w:t>
            </w:r>
          </w:p>
        </w:tc>
      </w:tr>
      <w:tr w:rsidR="00E93216" w14:paraId="5BC6C117" w14:textId="77777777" w:rsidTr="004E2872">
        <w:trPr>
          <w:jc w:val="center"/>
        </w:trPr>
        <w:tc>
          <w:tcPr>
            <w:tcW w:w="5103" w:type="dxa"/>
            <w:tcBorders>
              <w:top w:val="nil"/>
              <w:bottom w:val="nil"/>
            </w:tcBorders>
          </w:tcPr>
          <w:p w14:paraId="337A1645" w14:textId="77777777" w:rsidR="00E93216" w:rsidRDefault="000E3BDE" w:rsidP="004E2872">
            <w:pPr>
              <w:shd w:val="clear" w:color="auto" w:fill="FFFFFF" w:themeFill="background1"/>
            </w:pPr>
            <w:r>
              <w:rPr>
                <w:b/>
              </w:rPr>
              <w:t>- c. Vì sao sóc phải nhắn tin?</w:t>
            </w:r>
          </w:p>
        </w:tc>
        <w:tc>
          <w:tcPr>
            <w:tcW w:w="5103" w:type="dxa"/>
            <w:tcBorders>
              <w:top w:val="nil"/>
              <w:bottom w:val="nil"/>
            </w:tcBorders>
          </w:tcPr>
          <w:p w14:paraId="6DB53532" w14:textId="77777777" w:rsidR="00E93216" w:rsidRDefault="000E3BDE" w:rsidP="004E2872">
            <w:pPr>
              <w:shd w:val="clear" w:color="auto" w:fill="FFFFFF" w:themeFill="background1"/>
            </w:pPr>
            <w:r>
              <w:t>- HS trả lời: Sóc phải nhắn tin để mẹ biết sóc đang ở đâu, làm gì và yên tâm không lo lắng.</w:t>
            </w:r>
          </w:p>
        </w:tc>
      </w:tr>
      <w:tr w:rsidR="00E93216" w14:paraId="31727108" w14:textId="77777777" w:rsidTr="004E2872">
        <w:trPr>
          <w:jc w:val="center"/>
        </w:trPr>
        <w:tc>
          <w:tcPr>
            <w:tcW w:w="5103" w:type="dxa"/>
            <w:tcBorders>
              <w:top w:val="nil"/>
              <w:bottom w:val="single" w:sz="4" w:space="0" w:color="000000"/>
            </w:tcBorders>
          </w:tcPr>
          <w:p w14:paraId="72EA67FE" w14:textId="77777777" w:rsidR="00E93216" w:rsidRDefault="000E3BDE" w:rsidP="004E2872">
            <w:pPr>
              <w:shd w:val="clear" w:color="auto" w:fill="FFFFFF" w:themeFill="background1"/>
            </w:pPr>
            <w:r>
              <w:t>- GV kết luận: Tin nhắn cần có người nhận, nội dung chính và lời lẽ lễ phép, rõ ràng.</w:t>
            </w:r>
          </w:p>
        </w:tc>
        <w:tc>
          <w:tcPr>
            <w:tcW w:w="5103" w:type="dxa"/>
            <w:tcBorders>
              <w:top w:val="nil"/>
              <w:bottom w:val="single" w:sz="4" w:space="0" w:color="000000"/>
            </w:tcBorders>
          </w:tcPr>
          <w:p w14:paraId="25A476E8" w14:textId="77777777" w:rsidR="00E93216" w:rsidRDefault="000E3BDE" w:rsidP="004E2872">
            <w:pPr>
              <w:shd w:val="clear" w:color="auto" w:fill="FFFFFF" w:themeFill="background1"/>
            </w:pPr>
            <w:r>
              <w:t>- HS lắng nghe và nhắc lại đặc điểm của tin nhắn.</w:t>
            </w:r>
          </w:p>
        </w:tc>
      </w:tr>
      <w:tr w:rsidR="00E93216" w14:paraId="23C6AC66"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2F0D9"/>
          </w:tcPr>
          <w:p w14:paraId="0E671614" w14:textId="77777777" w:rsidR="00E93216" w:rsidRDefault="000E3BDE" w:rsidP="004E2872">
            <w:pPr>
              <w:shd w:val="clear" w:color="auto" w:fill="FFFFFF" w:themeFill="background1"/>
              <w:jc w:val="center"/>
            </w:pPr>
            <w:r>
              <w:rPr>
                <w:b/>
              </w:rPr>
              <w:t>3. VIẾT TIN NHẮN (17 phút)</w:t>
            </w:r>
            <w:r>
              <w:rPr>
                <w:b/>
              </w:rPr>
              <w:br/>
              <w:t>Mục tiêu: HS viết được tin nhắn phù hợp tình huống; biết giao tiếp số lịch sự, an toàn và bảo vệ thông tin cá nhân.</w:t>
            </w:r>
          </w:p>
        </w:tc>
      </w:tr>
      <w:tr w:rsidR="00E93216" w14:paraId="0CF6406B" w14:textId="77777777" w:rsidTr="004E2872">
        <w:trPr>
          <w:jc w:val="center"/>
        </w:trPr>
        <w:tc>
          <w:tcPr>
            <w:tcW w:w="5103" w:type="dxa"/>
            <w:tcBorders>
              <w:top w:val="single" w:sz="4" w:space="0" w:color="000000"/>
              <w:bottom w:val="nil"/>
            </w:tcBorders>
          </w:tcPr>
          <w:p w14:paraId="17D08233" w14:textId="77777777" w:rsidR="00E93216" w:rsidRDefault="000E3BDE" w:rsidP="004E2872">
            <w:pPr>
              <w:shd w:val="clear" w:color="auto" w:fill="FFFFFF" w:themeFill="background1"/>
            </w:pPr>
            <w:r>
              <w:rPr>
                <w:b/>
              </w:rPr>
              <w:t>- Hoạt động 2: Viết tin nhắn cho người thân.</w:t>
            </w:r>
          </w:p>
          <w:p w14:paraId="351F9A65" w14:textId="77777777" w:rsidR="00E93216" w:rsidRDefault="000E3BDE" w:rsidP="004E2872">
            <w:pPr>
              <w:shd w:val="clear" w:color="auto" w:fill="FFFFFF" w:themeFill="background1"/>
            </w:pPr>
            <w:r>
              <w:t>- GV đọc tình huống: Ông qua nhà đưa em đi mua sách. Lúc đó, bố mẹ đi vắng. Em hãy viết tin nhắn cho bố mẹ yên tâm.</w:t>
            </w:r>
          </w:p>
        </w:tc>
        <w:tc>
          <w:tcPr>
            <w:tcW w:w="5103" w:type="dxa"/>
            <w:tcBorders>
              <w:top w:val="single" w:sz="4" w:space="0" w:color="000000"/>
              <w:bottom w:val="nil"/>
            </w:tcBorders>
          </w:tcPr>
          <w:p w14:paraId="1872F38E" w14:textId="77777777" w:rsidR="00E93216" w:rsidRDefault="000E3BDE" w:rsidP="004E2872">
            <w:pPr>
              <w:shd w:val="clear" w:color="auto" w:fill="FFFFFF" w:themeFill="background1"/>
            </w:pPr>
            <w:r>
              <w:t>- HS lắng nghe tình huống và xác định: Người nhận là bố mẹ; nội dung là em đi mua sách cùng ông; mục đích là để bố mẹ yên tâm.</w:t>
            </w:r>
          </w:p>
        </w:tc>
      </w:tr>
      <w:tr w:rsidR="00E93216" w14:paraId="73F6DD9D" w14:textId="77777777" w:rsidTr="004E2872">
        <w:trPr>
          <w:jc w:val="center"/>
        </w:trPr>
        <w:tc>
          <w:tcPr>
            <w:tcW w:w="5103" w:type="dxa"/>
            <w:tcBorders>
              <w:top w:val="nil"/>
              <w:bottom w:val="nil"/>
            </w:tcBorders>
          </w:tcPr>
          <w:p w14:paraId="5E11F454" w14:textId="77777777" w:rsidR="00E93216" w:rsidRDefault="000E3BDE" w:rsidP="004E2872">
            <w:pPr>
              <w:shd w:val="clear" w:color="auto" w:fill="FFFFFF" w:themeFill="background1"/>
            </w:pPr>
            <w:r>
              <w:t>- GV hỏi dẫn tích hợp: Khi viết tin nhắn bằng điện thoại hoặc trên ứng dụng nhắn tin, em cần viết như thế nào để người nhận hiểu đúng?</w:t>
            </w:r>
          </w:p>
          <w:p w14:paraId="71D721D7" w14:textId="77777777" w:rsidR="00E93216" w:rsidRDefault="000E3BDE" w:rsidP="004E2872">
            <w:pPr>
              <w:shd w:val="clear" w:color="auto" w:fill="FFFFFF" w:themeFill="background1"/>
            </w:pPr>
            <w:r>
              <w:rPr>
                <w:color w:val="C00000"/>
              </w:rPr>
              <w:t>- Tích hợp năng lực số 2.3.CB1a: GV hướng dẫn HS hiểu tin nhắn điện tử là một hình thức giao tiếp số đơn giản. Tin nhắn cần ngắn gọn, rõ người nhận, rõ nội dung, lễ phép và phù hợp với người thân. Khi nhắn cho bố mẹ, HS cần nêu mình đi đâu, đi với ai, khoảng thời gian dự kiến về, lời nhắn để bố mẹ yên tâm; không viết đùa cợt, không dùng từ khó hiểu hoặc gửi tin nhắn khi chưa kiểm tra nội dung.</w:t>
            </w:r>
          </w:p>
        </w:tc>
        <w:tc>
          <w:tcPr>
            <w:tcW w:w="5103" w:type="dxa"/>
            <w:tcBorders>
              <w:top w:val="nil"/>
              <w:bottom w:val="nil"/>
            </w:tcBorders>
          </w:tcPr>
          <w:p w14:paraId="653A2173" w14:textId="77777777" w:rsidR="00E93216" w:rsidRDefault="000E3BDE" w:rsidP="004E2872">
            <w:pPr>
              <w:shd w:val="clear" w:color="auto" w:fill="FFFFFF" w:themeFill="background1"/>
            </w:pPr>
            <w:r>
              <w:t>- HS trả lời: Em cần viết rõ bố mẹ ơi, em đi mua sách cùng ông, em sẽ về sau khi mua xong, bố mẹ đừng lo.</w:t>
            </w:r>
          </w:p>
          <w:p w14:paraId="02222BCC" w14:textId="77777777" w:rsidR="00E93216" w:rsidRDefault="000E3BDE" w:rsidP="004E2872">
            <w:pPr>
              <w:shd w:val="clear" w:color="auto" w:fill="FFFFFF" w:themeFill="background1"/>
            </w:pPr>
            <w:r>
              <w:rPr>
                <w:color w:val="C00000"/>
              </w:rPr>
              <w:t>- HS nêu tiêu chí tin nhắn: ngắn gọn, rõ ý, lễ phép, đúng người nhận.</w:t>
            </w:r>
          </w:p>
        </w:tc>
      </w:tr>
      <w:tr w:rsidR="00E93216" w14:paraId="241D9BD3" w14:textId="77777777" w:rsidTr="004E2872">
        <w:trPr>
          <w:jc w:val="center"/>
        </w:trPr>
        <w:tc>
          <w:tcPr>
            <w:tcW w:w="5103" w:type="dxa"/>
            <w:tcBorders>
              <w:top w:val="nil"/>
              <w:bottom w:val="nil"/>
            </w:tcBorders>
          </w:tcPr>
          <w:p w14:paraId="60A0CC31" w14:textId="77777777" w:rsidR="00E93216" w:rsidRDefault="000E3BDE" w:rsidP="004E2872">
            <w:pPr>
              <w:shd w:val="clear" w:color="auto" w:fill="FFFFFF" w:themeFill="background1"/>
            </w:pPr>
            <w:r>
              <w:t>- GV hỏi dẫn tích hợp: Khi nhắn tin, em có nên gửi số điện thoại, địa chỉ nhà hoặc hình ảnh riêng tư cho người lạ không? Vì sao?</w:t>
            </w:r>
          </w:p>
          <w:p w14:paraId="13C663D2" w14:textId="77777777" w:rsidR="00E93216" w:rsidRDefault="000E3BDE" w:rsidP="004E2872">
            <w:pPr>
              <w:shd w:val="clear" w:color="auto" w:fill="FFFFFF" w:themeFill="background1"/>
            </w:pPr>
            <w:r>
              <w:rPr>
                <w:color w:val="C00000"/>
              </w:rPr>
              <w:t>- Tích hợp năng lực số 4.2.CB1a: GV nhấn mạnh HS chỉ nhắn tin với người thân hoặc người lớn tin cậy theo sự cho phép của gia đình; không trả lời tin nhắn lạ hỏi địa chỉ, số điện thoại, trường lớp, hình ảnh cá nhân; nếu nhận tin nhắn lạ cần báo ngay cho bố mẹ hoặc thầy cô. Trong bài viết hôm nay, HS chỉ ghi thông tin cần thiết để bố mẹ yên tâm, không ghi chi tiết riêng tư không cần thiết.</w:t>
            </w:r>
          </w:p>
        </w:tc>
        <w:tc>
          <w:tcPr>
            <w:tcW w:w="5103" w:type="dxa"/>
            <w:tcBorders>
              <w:top w:val="nil"/>
              <w:bottom w:val="nil"/>
            </w:tcBorders>
          </w:tcPr>
          <w:p w14:paraId="3CF037F8" w14:textId="77777777" w:rsidR="00E93216" w:rsidRDefault="000E3BDE" w:rsidP="004E2872">
            <w:pPr>
              <w:shd w:val="clear" w:color="auto" w:fill="FFFFFF" w:themeFill="background1"/>
            </w:pPr>
            <w:r>
              <w:t>- HS trả lời: Không nên gửi thông tin riêng tư cho người lạ vì có thể không an toàn. Nếu có tin nhắn lạ, em báo ngay cho bố mẹ hoặc thầy cô.</w:t>
            </w:r>
          </w:p>
          <w:p w14:paraId="66A00646" w14:textId="77777777" w:rsidR="00E93216" w:rsidRDefault="000E3BDE" w:rsidP="004E2872">
            <w:pPr>
              <w:shd w:val="clear" w:color="auto" w:fill="FFFFFF" w:themeFill="background1"/>
            </w:pPr>
            <w:r>
              <w:rPr>
                <w:color w:val="C00000"/>
              </w:rPr>
              <w:t>- HS ghi nhớ nguyên tắc an toàn khi giao tiếp bằng tin nhắn.</w:t>
            </w:r>
          </w:p>
        </w:tc>
      </w:tr>
      <w:tr w:rsidR="00E93216" w14:paraId="0F780AFC" w14:textId="77777777" w:rsidTr="004E2872">
        <w:trPr>
          <w:jc w:val="center"/>
        </w:trPr>
        <w:tc>
          <w:tcPr>
            <w:tcW w:w="5103" w:type="dxa"/>
            <w:tcBorders>
              <w:top w:val="nil"/>
              <w:bottom w:val="nil"/>
            </w:tcBorders>
          </w:tcPr>
          <w:p w14:paraId="1EEFB2D0" w14:textId="77777777" w:rsidR="00E93216" w:rsidRDefault="000E3BDE" w:rsidP="004E2872">
            <w:pPr>
              <w:shd w:val="clear" w:color="auto" w:fill="FFFFFF" w:themeFill="background1"/>
            </w:pPr>
            <w:r>
              <w:t>- GV yêu cầu HS viết tin nhắn vào vở theo gợi ý: lời gọi, nội dung chính, lời nhắn để bố mẹ yên tâm, chữ kí hoặc tên của em.</w:t>
            </w:r>
          </w:p>
        </w:tc>
        <w:tc>
          <w:tcPr>
            <w:tcW w:w="5103" w:type="dxa"/>
            <w:tcBorders>
              <w:top w:val="nil"/>
              <w:bottom w:val="nil"/>
            </w:tcBorders>
          </w:tcPr>
          <w:p w14:paraId="6CABA223" w14:textId="77777777" w:rsidR="00E93216" w:rsidRDefault="000E3BDE" w:rsidP="004E2872">
            <w:pPr>
              <w:shd w:val="clear" w:color="auto" w:fill="FFFFFF" w:themeFill="background1"/>
            </w:pPr>
            <w:r>
              <w:t>- HS viết tin nhắn. Ví dụ: “Bố mẹ ơi! Ông sang nhà đón con đi mua sách. Con đi cùng ông và sẽ về nhà sau khi mua xong. Bố mẹ đừng lo nhé! Con của bố mẹ.”</w:t>
            </w:r>
          </w:p>
        </w:tc>
      </w:tr>
      <w:tr w:rsidR="00E93216" w14:paraId="60B7091F" w14:textId="77777777" w:rsidTr="004E2872">
        <w:trPr>
          <w:jc w:val="center"/>
        </w:trPr>
        <w:tc>
          <w:tcPr>
            <w:tcW w:w="5103" w:type="dxa"/>
            <w:tcBorders>
              <w:top w:val="nil"/>
              <w:bottom w:val="single" w:sz="4" w:space="0" w:color="000000"/>
            </w:tcBorders>
          </w:tcPr>
          <w:p w14:paraId="0B4A192D" w14:textId="77777777" w:rsidR="00E93216" w:rsidRDefault="000E3BDE" w:rsidP="004E2872">
            <w:pPr>
              <w:shd w:val="clear" w:color="auto" w:fill="FFFFFF" w:themeFill="background1"/>
            </w:pPr>
            <w:r>
              <w:lastRenderedPageBreak/>
              <w:t>- GV mời HS đọc tin nhắn; cả lớp nhận xét theo tiêu chí: đúng tình huống, rõ ý, lễ phép, an toàn.</w:t>
            </w:r>
          </w:p>
        </w:tc>
        <w:tc>
          <w:tcPr>
            <w:tcW w:w="5103" w:type="dxa"/>
            <w:tcBorders>
              <w:top w:val="nil"/>
              <w:bottom w:val="single" w:sz="4" w:space="0" w:color="000000"/>
            </w:tcBorders>
          </w:tcPr>
          <w:p w14:paraId="34B48C98" w14:textId="77777777" w:rsidR="00E93216" w:rsidRDefault="000E3BDE" w:rsidP="004E2872">
            <w:pPr>
              <w:shd w:val="clear" w:color="auto" w:fill="FFFFFF" w:themeFill="background1"/>
            </w:pPr>
            <w:r>
              <w:t>- HS đọc tin nhắn của mình.</w:t>
            </w:r>
          </w:p>
          <w:p w14:paraId="0D82745F" w14:textId="77777777" w:rsidR="00E93216" w:rsidRDefault="000E3BDE" w:rsidP="004E2872">
            <w:pPr>
              <w:shd w:val="clear" w:color="auto" w:fill="FFFFFF" w:themeFill="background1"/>
            </w:pPr>
            <w:r>
              <w:t>- HS nhận xét: Tin nhắn đã rõ người nhận, rõ nội dung, lời lẽ lễ phép và không có thông tin riêng tư không cần thiết.</w:t>
            </w:r>
          </w:p>
        </w:tc>
      </w:tr>
      <w:tr w:rsidR="00E93216" w14:paraId="54360D5F"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2F0D9"/>
          </w:tcPr>
          <w:p w14:paraId="68E5D555" w14:textId="77777777" w:rsidR="00E93216" w:rsidRDefault="000E3BDE" w:rsidP="004E2872">
            <w:pPr>
              <w:shd w:val="clear" w:color="auto" w:fill="FFFFFF" w:themeFill="background1"/>
              <w:jc w:val="center"/>
            </w:pPr>
            <w:r>
              <w:rPr>
                <w:b/>
              </w:rPr>
              <w:t>4. VẬN DỤNG (3 phút)</w:t>
            </w:r>
            <w:r>
              <w:rPr>
                <w:b/>
              </w:rPr>
              <w:br/>
              <w:t>Mục tiêu: HS vận dụng cách viết tin nhắn vào cuộc sống.</w:t>
            </w:r>
          </w:p>
        </w:tc>
      </w:tr>
      <w:tr w:rsidR="00E93216" w14:paraId="2A915CCC" w14:textId="77777777" w:rsidTr="004E2872">
        <w:trPr>
          <w:jc w:val="center"/>
        </w:trPr>
        <w:tc>
          <w:tcPr>
            <w:tcW w:w="5103" w:type="dxa"/>
            <w:tcBorders>
              <w:top w:val="single" w:sz="4" w:space="0" w:color="000000"/>
            </w:tcBorders>
          </w:tcPr>
          <w:p w14:paraId="38ABDA24" w14:textId="77777777" w:rsidR="00E93216" w:rsidRDefault="000E3BDE" w:rsidP="004E2872">
            <w:pPr>
              <w:shd w:val="clear" w:color="auto" w:fill="FFFFFF" w:themeFill="background1"/>
            </w:pPr>
            <w:r>
              <w:t>- GV dặn HS khi cần nhắn cho người thân phải viết rõ ràng, lễ phép, an toàn; chuẩn bị tiết Đọc mở rộng.</w:t>
            </w:r>
          </w:p>
        </w:tc>
        <w:tc>
          <w:tcPr>
            <w:tcW w:w="5103" w:type="dxa"/>
            <w:tcBorders>
              <w:top w:val="single" w:sz="4" w:space="0" w:color="000000"/>
            </w:tcBorders>
          </w:tcPr>
          <w:p w14:paraId="33DC6EBF" w14:textId="77777777" w:rsidR="00E93216" w:rsidRDefault="000E3BDE" w:rsidP="004E2872">
            <w:pPr>
              <w:shd w:val="clear" w:color="auto" w:fill="FFFFFF" w:themeFill="background1"/>
            </w:pPr>
            <w:r>
              <w:t>- HS lắng nghe và ghi nhớ.</w:t>
            </w:r>
          </w:p>
        </w:tc>
      </w:tr>
    </w:tbl>
    <w:p w14:paraId="25A1B58F" w14:textId="77777777" w:rsidR="00E93216" w:rsidRDefault="000E3BDE" w:rsidP="004E2872">
      <w:pPr>
        <w:shd w:val="clear" w:color="auto" w:fill="FFFFFF" w:themeFill="background1"/>
        <w:spacing w:after="0" w:line="240" w:lineRule="auto"/>
      </w:pPr>
      <w:r>
        <w:rPr>
          <w:b/>
        </w:rPr>
        <w:t>IV. ĐIỀU CHỈNH SAU TIẾT HỌC (NẾU CÓ)</w:t>
      </w:r>
    </w:p>
    <w:p w14:paraId="47BEF24F" w14:textId="675C741C" w:rsidR="00E93216" w:rsidRDefault="00E93216" w:rsidP="004E2872">
      <w:pPr>
        <w:shd w:val="clear" w:color="auto" w:fill="FFFFFF" w:themeFill="background1"/>
      </w:pPr>
    </w:p>
    <w:p w14:paraId="0362A5DB" w14:textId="77777777" w:rsidR="00E93216" w:rsidRDefault="000E3BDE" w:rsidP="004E2872">
      <w:pPr>
        <w:shd w:val="clear" w:color="auto" w:fill="FFFFFF" w:themeFill="background1"/>
        <w:spacing w:after="0" w:line="240" w:lineRule="auto"/>
        <w:jc w:val="center"/>
      </w:pPr>
      <w:r>
        <w:rPr>
          <w:b/>
          <w:sz w:val="28"/>
        </w:rPr>
        <w:t>KẾ HOẠCH BÀI DẠY MÔN TIẾNG VIỆT LỚP 2 – TUẦN 17</w:t>
      </w:r>
    </w:p>
    <w:p w14:paraId="7A817E46" w14:textId="77777777" w:rsidR="00E93216" w:rsidRDefault="000E3BDE" w:rsidP="004E2872">
      <w:pPr>
        <w:shd w:val="clear" w:color="auto" w:fill="FFFFFF" w:themeFill="background1"/>
        <w:spacing w:after="0" w:line="240" w:lineRule="auto"/>
        <w:jc w:val="center"/>
      </w:pPr>
      <w:r>
        <w:rPr>
          <w:b/>
          <w:sz w:val="28"/>
        </w:rPr>
        <w:t>CHỦ ĐỀ 4: MÁI ẤM GIA ĐÌNH</w:t>
      </w:r>
    </w:p>
    <w:p w14:paraId="54D63AB7" w14:textId="77777777" w:rsidR="00E93216" w:rsidRDefault="000E3BDE" w:rsidP="004E2872">
      <w:pPr>
        <w:shd w:val="clear" w:color="auto" w:fill="FFFFFF" w:themeFill="background1"/>
        <w:spacing w:after="0" w:line="240" w:lineRule="auto"/>
        <w:jc w:val="center"/>
      </w:pPr>
      <w:r>
        <w:rPr>
          <w:b/>
          <w:sz w:val="28"/>
        </w:rPr>
        <w:t>BÀI 32: CHƠI CHONG CHÓNG</w:t>
      </w:r>
    </w:p>
    <w:p w14:paraId="39975EEA" w14:textId="77777777" w:rsidR="00E93216" w:rsidRDefault="000E3BDE" w:rsidP="004E2872">
      <w:pPr>
        <w:shd w:val="clear" w:color="auto" w:fill="FFFFFF" w:themeFill="background1"/>
        <w:spacing w:after="0" w:line="240" w:lineRule="auto"/>
        <w:jc w:val="center"/>
      </w:pPr>
      <w:r>
        <w:rPr>
          <w:b/>
          <w:sz w:val="28"/>
        </w:rPr>
        <w:t>TIẾT 6: ĐỌC MỞ RỘNG</w:t>
      </w:r>
    </w:p>
    <w:p w14:paraId="7F210814" w14:textId="77777777" w:rsidR="00E93216" w:rsidRDefault="000E3BDE" w:rsidP="004E2872">
      <w:pPr>
        <w:shd w:val="clear" w:color="auto" w:fill="FFFFFF" w:themeFill="background1"/>
        <w:spacing w:after="0" w:line="240" w:lineRule="auto"/>
      </w:pPr>
      <w:r>
        <w:rPr>
          <w:b/>
        </w:rPr>
        <w:t>I. YÊU CẦU CẦN ĐẠT</w:t>
      </w:r>
    </w:p>
    <w:p w14:paraId="313FD5A3" w14:textId="77777777" w:rsidR="00E93216" w:rsidRDefault="000E3BDE" w:rsidP="004E2872">
      <w:pPr>
        <w:shd w:val="clear" w:color="auto" w:fill="FFFFFF" w:themeFill="background1"/>
        <w:spacing w:after="0" w:line="240" w:lineRule="auto"/>
      </w:pPr>
      <w:r>
        <w:t>Sau bài học, HS sẽ:</w:t>
      </w:r>
    </w:p>
    <w:p w14:paraId="78F3971E" w14:textId="77777777" w:rsidR="00E93216" w:rsidRDefault="000E3BDE" w:rsidP="004E2872">
      <w:pPr>
        <w:shd w:val="clear" w:color="auto" w:fill="FFFFFF" w:themeFill="background1"/>
        <w:spacing w:after="0" w:line="240" w:lineRule="auto"/>
      </w:pPr>
      <w:r>
        <w:rPr>
          <w:b/>
        </w:rPr>
        <w:t>1. Năng lực đặc thù</w:t>
      </w:r>
    </w:p>
    <w:p w14:paraId="33F94FFD" w14:textId="77777777" w:rsidR="00E93216" w:rsidRDefault="000E3BDE" w:rsidP="004E2872">
      <w:pPr>
        <w:shd w:val="clear" w:color="auto" w:fill="FFFFFF" w:themeFill="background1"/>
        <w:spacing w:after="0" w:line="240" w:lineRule="auto"/>
      </w:pPr>
      <w:r>
        <w:t>- Tìm đọc được một bài thơ hoặc câu chuyện kể về sinh hoạt chung của gia đình như nấu ăn, thăm họ hàng, đi du lịch.</w:t>
      </w:r>
    </w:p>
    <w:p w14:paraId="7E7E5A93" w14:textId="77777777" w:rsidR="00E93216" w:rsidRDefault="000E3BDE" w:rsidP="004E2872">
      <w:pPr>
        <w:shd w:val="clear" w:color="auto" w:fill="FFFFFF" w:themeFill="background1"/>
        <w:spacing w:after="0" w:line="240" w:lineRule="auto"/>
      </w:pPr>
      <w:r>
        <w:t>- Kể lại được câu chuyện hoặc đọc một đoạn thơ cho bạn nghe; chia sẻ điều thú vị nhất trong câu chuyện hoặc bài thơ đã đọc.</w:t>
      </w:r>
    </w:p>
    <w:p w14:paraId="5065A60C" w14:textId="77777777" w:rsidR="00E93216" w:rsidRDefault="000E3BDE" w:rsidP="004E2872">
      <w:pPr>
        <w:shd w:val="clear" w:color="auto" w:fill="FFFFFF" w:themeFill="background1"/>
        <w:spacing w:after="0" w:line="240" w:lineRule="auto"/>
      </w:pPr>
      <w:r>
        <w:rPr>
          <w:b/>
        </w:rPr>
        <w:t>2. Năng lực chung</w:t>
      </w:r>
    </w:p>
    <w:p w14:paraId="66A002E2" w14:textId="77777777" w:rsidR="00E93216" w:rsidRDefault="000E3BDE" w:rsidP="004E2872">
      <w:pPr>
        <w:shd w:val="clear" w:color="auto" w:fill="FFFFFF" w:themeFill="background1"/>
        <w:spacing w:after="0" w:line="240" w:lineRule="auto"/>
      </w:pPr>
      <w:r>
        <w:t>- Tự chủ và tự học: chủ động tìm đọc văn bản phù hợp.</w:t>
      </w:r>
    </w:p>
    <w:p w14:paraId="239B80DA" w14:textId="77777777" w:rsidR="00E93216" w:rsidRDefault="000E3BDE" w:rsidP="004E2872">
      <w:pPr>
        <w:shd w:val="clear" w:color="auto" w:fill="FFFFFF" w:themeFill="background1"/>
        <w:spacing w:after="0" w:line="240" w:lineRule="auto"/>
      </w:pPr>
      <w:r>
        <w:t>- Giao tiếp và hợp tác: chia sẻ nội dung đọc trong nhóm và trước lớp.</w:t>
      </w:r>
    </w:p>
    <w:p w14:paraId="1FAB027D" w14:textId="77777777" w:rsidR="00E93216" w:rsidRDefault="000E3BDE" w:rsidP="004E2872">
      <w:pPr>
        <w:shd w:val="clear" w:color="auto" w:fill="FFFFFF" w:themeFill="background1"/>
        <w:spacing w:after="0" w:line="240" w:lineRule="auto"/>
      </w:pPr>
      <w:r>
        <w:rPr>
          <w:b/>
        </w:rPr>
        <w:t>3. Phẩm chất</w:t>
      </w:r>
    </w:p>
    <w:p w14:paraId="7E8B4056" w14:textId="77777777" w:rsidR="00E93216" w:rsidRDefault="000E3BDE" w:rsidP="004E2872">
      <w:pPr>
        <w:shd w:val="clear" w:color="auto" w:fill="FFFFFF" w:themeFill="background1"/>
        <w:spacing w:after="0" w:line="240" w:lineRule="auto"/>
      </w:pPr>
      <w:r>
        <w:t>- Nhân ái: yêu quý gia đình, trân trọng những sinh hoạt chung của gia đình.</w:t>
      </w:r>
    </w:p>
    <w:p w14:paraId="3F3015A8" w14:textId="77777777" w:rsidR="00E93216" w:rsidRDefault="000E3BDE" w:rsidP="004E2872">
      <w:pPr>
        <w:shd w:val="clear" w:color="auto" w:fill="FFFFFF" w:themeFill="background1"/>
        <w:spacing w:after="0" w:line="240" w:lineRule="auto"/>
      </w:pPr>
      <w:r>
        <w:t>- Chăm chỉ: hình thành thói quen đọc sách.</w:t>
      </w:r>
    </w:p>
    <w:p w14:paraId="32BBB5F5" w14:textId="77777777" w:rsidR="00E93216" w:rsidRDefault="000E3BDE" w:rsidP="004E2872">
      <w:pPr>
        <w:shd w:val="clear" w:color="auto" w:fill="FFFFFF" w:themeFill="background1"/>
        <w:spacing w:after="0" w:line="240" w:lineRule="auto"/>
      </w:pPr>
      <w:r>
        <w:rPr>
          <w:b/>
        </w:rPr>
        <w:t>II. ĐỒ DÙNG DẠY HỌC</w:t>
      </w:r>
    </w:p>
    <w:p w14:paraId="66404F5E" w14:textId="77777777" w:rsidR="00E93216" w:rsidRDefault="000E3BDE" w:rsidP="004E2872">
      <w:pPr>
        <w:shd w:val="clear" w:color="auto" w:fill="FFFFFF" w:themeFill="background1"/>
        <w:spacing w:after="0" w:line="240" w:lineRule="auto"/>
      </w:pPr>
      <w:r>
        <w:rPr>
          <w:b/>
        </w:rPr>
        <w:t>1. Giáo viên</w:t>
      </w:r>
    </w:p>
    <w:p w14:paraId="4C31C168" w14:textId="77777777" w:rsidR="00E93216" w:rsidRDefault="000E3BDE" w:rsidP="004E2872">
      <w:pPr>
        <w:shd w:val="clear" w:color="auto" w:fill="FFFFFF" w:themeFill="background1"/>
        <w:spacing w:after="0" w:line="240" w:lineRule="auto"/>
      </w:pPr>
      <w:r>
        <w:t>- Một số sách, truyện, bài thơ về gia đình; phiếu chia sẻ đọc mở rộng.</w:t>
      </w:r>
    </w:p>
    <w:p w14:paraId="2BD5A114" w14:textId="77777777" w:rsidR="00E93216" w:rsidRDefault="000E3BDE" w:rsidP="004E2872">
      <w:pPr>
        <w:shd w:val="clear" w:color="auto" w:fill="FFFFFF" w:themeFill="background1"/>
        <w:spacing w:after="0" w:line="240" w:lineRule="auto"/>
      </w:pPr>
      <w:r>
        <w:rPr>
          <w:b/>
        </w:rPr>
        <w:t>2. Học sinh</w:t>
      </w:r>
    </w:p>
    <w:p w14:paraId="3D913E21" w14:textId="77777777" w:rsidR="00E93216" w:rsidRDefault="000E3BDE" w:rsidP="004E2872">
      <w:pPr>
        <w:shd w:val="clear" w:color="auto" w:fill="FFFFFF" w:themeFill="background1"/>
        <w:spacing w:after="0" w:line="240" w:lineRule="auto"/>
      </w:pPr>
      <w:r>
        <w:t>- Sách/truyện/bài thơ đã tìm đọc; SGK, vở ghi.</w:t>
      </w:r>
    </w:p>
    <w:p w14:paraId="080944DE" w14:textId="77777777" w:rsidR="00E93216" w:rsidRDefault="000E3BDE" w:rsidP="004E2872">
      <w:pPr>
        <w:shd w:val="clear" w:color="auto" w:fill="FFFFFF" w:themeFill="background1"/>
        <w:spacing w:after="0" w:line="240" w:lineRule="auto"/>
      </w:pPr>
      <w:r>
        <w:rPr>
          <w:b/>
        </w:rPr>
        <w:t>III. CÁC HOẠT ĐỘNG DẠY HỌC CHỦ YẾU</w:t>
      </w:r>
    </w:p>
    <w:tbl>
      <w:tblPr>
        <w:tblStyle w:val="TableGrid"/>
        <w:tblW w:w="0" w:type="auto"/>
        <w:jc w:val="center"/>
        <w:tblLook w:val="04A0" w:firstRow="1" w:lastRow="0" w:firstColumn="1" w:lastColumn="0" w:noHBand="0" w:noVBand="1"/>
      </w:tblPr>
      <w:tblGrid>
        <w:gridCol w:w="5103"/>
        <w:gridCol w:w="5103"/>
      </w:tblGrid>
      <w:tr w:rsidR="00E93216" w14:paraId="6D7341A9" w14:textId="77777777" w:rsidTr="004E2872">
        <w:trPr>
          <w:jc w:val="center"/>
        </w:trPr>
        <w:tc>
          <w:tcPr>
            <w:tcW w:w="5103" w:type="dxa"/>
            <w:tcBorders>
              <w:top w:val="single" w:sz="6" w:space="0" w:color="000000"/>
              <w:left w:val="single" w:sz="6" w:space="0" w:color="000000"/>
              <w:bottom w:val="single" w:sz="4" w:space="0" w:color="000000"/>
              <w:right w:val="single" w:sz="6" w:space="0" w:color="000000"/>
            </w:tcBorders>
            <w:shd w:val="clear" w:color="auto" w:fill="D9EAF7"/>
          </w:tcPr>
          <w:p w14:paraId="66A3BA0F" w14:textId="77777777" w:rsidR="00E93216" w:rsidRDefault="000E3BDE" w:rsidP="004E2872">
            <w:pPr>
              <w:shd w:val="clear" w:color="auto" w:fill="FFFFFF" w:themeFill="background1"/>
            </w:pPr>
            <w:r>
              <w:rPr>
                <w:b/>
              </w:rPr>
              <w:t>Hoạt động của GV</w:t>
            </w:r>
          </w:p>
        </w:tc>
        <w:tc>
          <w:tcPr>
            <w:tcW w:w="5103" w:type="dxa"/>
            <w:tcBorders>
              <w:top w:val="single" w:sz="6" w:space="0" w:color="000000"/>
              <w:left w:val="single" w:sz="6" w:space="0" w:color="000000"/>
              <w:bottom w:val="single" w:sz="4" w:space="0" w:color="000000"/>
              <w:right w:val="single" w:sz="6" w:space="0" w:color="000000"/>
            </w:tcBorders>
            <w:shd w:val="clear" w:color="auto" w:fill="D9EAF7"/>
          </w:tcPr>
          <w:p w14:paraId="3225C13E" w14:textId="77777777" w:rsidR="00E93216" w:rsidRDefault="000E3BDE" w:rsidP="004E2872">
            <w:pPr>
              <w:shd w:val="clear" w:color="auto" w:fill="FFFFFF" w:themeFill="background1"/>
            </w:pPr>
            <w:r>
              <w:rPr>
                <w:b/>
              </w:rPr>
              <w:t>Hoạt động của HS</w:t>
            </w:r>
          </w:p>
        </w:tc>
      </w:tr>
      <w:tr w:rsidR="00E93216" w14:paraId="2B112F9C"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2F0D9"/>
          </w:tcPr>
          <w:p w14:paraId="79AADDF0" w14:textId="77777777" w:rsidR="00E93216" w:rsidRDefault="000E3BDE" w:rsidP="004E2872">
            <w:pPr>
              <w:shd w:val="clear" w:color="auto" w:fill="FFFFFF" w:themeFill="background1"/>
              <w:jc w:val="center"/>
            </w:pPr>
            <w:r>
              <w:rPr>
                <w:b/>
              </w:rPr>
              <w:t>1. KHỞI ĐỘNG (3 phút)</w:t>
            </w:r>
            <w:r>
              <w:rPr>
                <w:b/>
              </w:rPr>
              <w:br/>
              <w:t>Mục tiêu: HS tạo hứng thú đọc mở rộng về chủ đề gia đình.</w:t>
            </w:r>
          </w:p>
        </w:tc>
      </w:tr>
      <w:tr w:rsidR="00E93216" w14:paraId="75BDDA05" w14:textId="77777777" w:rsidTr="004E2872">
        <w:trPr>
          <w:jc w:val="center"/>
        </w:trPr>
        <w:tc>
          <w:tcPr>
            <w:tcW w:w="5103" w:type="dxa"/>
            <w:tcBorders>
              <w:top w:val="single" w:sz="4" w:space="0" w:color="000000"/>
              <w:bottom w:val="single" w:sz="4" w:space="0" w:color="000000"/>
            </w:tcBorders>
          </w:tcPr>
          <w:p w14:paraId="4D5C2B0B" w14:textId="77777777" w:rsidR="00E93216" w:rsidRDefault="000E3BDE" w:rsidP="004E2872">
            <w:pPr>
              <w:shd w:val="clear" w:color="auto" w:fill="FFFFFF" w:themeFill="background1"/>
            </w:pPr>
            <w:r>
              <w:t>- GV hỏi: Gia đình em thường có những sinh hoạt chung nào?</w:t>
            </w:r>
          </w:p>
        </w:tc>
        <w:tc>
          <w:tcPr>
            <w:tcW w:w="5103" w:type="dxa"/>
            <w:tcBorders>
              <w:top w:val="single" w:sz="4" w:space="0" w:color="000000"/>
              <w:bottom w:val="single" w:sz="4" w:space="0" w:color="000000"/>
            </w:tcBorders>
          </w:tcPr>
          <w:p w14:paraId="63EC27C0" w14:textId="77777777" w:rsidR="00E93216" w:rsidRDefault="000E3BDE" w:rsidP="004E2872">
            <w:pPr>
              <w:shd w:val="clear" w:color="auto" w:fill="FFFFFF" w:themeFill="background1"/>
            </w:pPr>
            <w:r>
              <w:t>- HS trả lời: Gia đình em cùng nấu ăn, ăn cơm, đi thăm ông bà, đi chơi, dọn dẹp nhà cửa, đọc sách.</w:t>
            </w:r>
          </w:p>
        </w:tc>
      </w:tr>
      <w:tr w:rsidR="00E93216" w14:paraId="3CBC4DE9"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2F0D9"/>
          </w:tcPr>
          <w:p w14:paraId="0F61F9E4" w14:textId="77777777" w:rsidR="00E93216" w:rsidRDefault="000E3BDE" w:rsidP="004E2872">
            <w:pPr>
              <w:shd w:val="clear" w:color="auto" w:fill="FFFFFF" w:themeFill="background1"/>
              <w:jc w:val="center"/>
            </w:pPr>
            <w:r>
              <w:rPr>
                <w:b/>
              </w:rPr>
              <w:t>2. TÌM ĐỌC BÀI THƠ, CÂU CHUYỆN VỀ SINH HOẠT CHUNG CỦA GIA ĐÌNH (12 phút)</w:t>
            </w:r>
            <w:r>
              <w:rPr>
                <w:b/>
              </w:rPr>
              <w:br/>
              <w:t>Mục tiêu: HS biết chọn văn bản đúng chủ đề và ghi nhớ thông tin chính.</w:t>
            </w:r>
          </w:p>
        </w:tc>
      </w:tr>
      <w:tr w:rsidR="00E93216" w14:paraId="75238AF3" w14:textId="77777777" w:rsidTr="004E2872">
        <w:trPr>
          <w:jc w:val="center"/>
        </w:trPr>
        <w:tc>
          <w:tcPr>
            <w:tcW w:w="5103" w:type="dxa"/>
            <w:tcBorders>
              <w:top w:val="single" w:sz="4" w:space="0" w:color="000000"/>
              <w:bottom w:val="nil"/>
            </w:tcBorders>
          </w:tcPr>
          <w:p w14:paraId="1F05B252" w14:textId="77777777" w:rsidR="00E93216" w:rsidRDefault="000E3BDE" w:rsidP="004E2872">
            <w:pPr>
              <w:shd w:val="clear" w:color="auto" w:fill="FFFFFF" w:themeFill="background1"/>
            </w:pPr>
            <w:r>
              <w:rPr>
                <w:b/>
              </w:rPr>
              <w:t>- Hoạt động 1: Tìm đọc một bài thơ, câu chuyện kể về sinh hoạt chung của gia đình (nấu ăn, thăm họ hàng, đi du lịch,...). Khi đọc, chú ý những điều sau: Câu chuyện, bài thơ nói về sinh hoạt chung nào của gia đình? Chi tiết nào em thích?</w:t>
            </w:r>
          </w:p>
          <w:p w14:paraId="3896C2FD" w14:textId="37B16489" w:rsidR="00E93216" w:rsidRDefault="00E93216" w:rsidP="004E2872">
            <w:pPr>
              <w:shd w:val="clear" w:color="auto" w:fill="FFFFFF" w:themeFill="background1"/>
              <w:jc w:val="center"/>
            </w:pPr>
          </w:p>
        </w:tc>
        <w:tc>
          <w:tcPr>
            <w:tcW w:w="5103" w:type="dxa"/>
            <w:tcBorders>
              <w:top w:val="single" w:sz="4" w:space="0" w:color="000000"/>
              <w:bottom w:val="nil"/>
            </w:tcBorders>
          </w:tcPr>
          <w:p w14:paraId="0AC33D87" w14:textId="77777777" w:rsidR="00E93216" w:rsidRDefault="000E3BDE" w:rsidP="004E2872">
            <w:pPr>
              <w:shd w:val="clear" w:color="auto" w:fill="FFFFFF" w:themeFill="background1"/>
            </w:pPr>
            <w:r>
              <w:lastRenderedPageBreak/>
              <w:t>- HS đọc yêu cầu trong SGK.</w:t>
            </w:r>
          </w:p>
          <w:p w14:paraId="7F1C20CE" w14:textId="77777777" w:rsidR="00E93216" w:rsidRDefault="000E3BDE" w:rsidP="004E2872">
            <w:pPr>
              <w:shd w:val="clear" w:color="auto" w:fill="FFFFFF" w:themeFill="background1"/>
            </w:pPr>
            <w:r>
              <w:t>- HS chọn bài thơ/câu chuyện đã chuẩn bị hoặc đọc sách GV cung cấp; ghi nhớ tên bài, sinh hoạt chung của gia đình và chi tiết mình thích.</w:t>
            </w:r>
          </w:p>
        </w:tc>
      </w:tr>
      <w:tr w:rsidR="00E93216" w14:paraId="71520AC2" w14:textId="77777777" w:rsidTr="004E2872">
        <w:trPr>
          <w:jc w:val="center"/>
        </w:trPr>
        <w:tc>
          <w:tcPr>
            <w:tcW w:w="5103" w:type="dxa"/>
            <w:tcBorders>
              <w:top w:val="nil"/>
              <w:bottom w:val="single" w:sz="4" w:space="0" w:color="000000"/>
            </w:tcBorders>
          </w:tcPr>
          <w:p w14:paraId="6F967FE4" w14:textId="77777777" w:rsidR="00E93216" w:rsidRDefault="000E3BDE" w:rsidP="004E2872">
            <w:pPr>
              <w:shd w:val="clear" w:color="auto" w:fill="FFFFFF" w:themeFill="background1"/>
            </w:pPr>
            <w:r>
              <w:t>- GV hướng dẫn HS ghi phiếu đọc: Tên bài; tác giả nếu có; sinh hoạt chung trong bài; chi tiết em thích.</w:t>
            </w:r>
          </w:p>
        </w:tc>
        <w:tc>
          <w:tcPr>
            <w:tcW w:w="5103" w:type="dxa"/>
            <w:tcBorders>
              <w:top w:val="nil"/>
              <w:bottom w:val="single" w:sz="4" w:space="0" w:color="000000"/>
            </w:tcBorders>
          </w:tcPr>
          <w:p w14:paraId="7BB53227" w14:textId="77777777" w:rsidR="00E93216" w:rsidRDefault="000E3BDE" w:rsidP="004E2872">
            <w:pPr>
              <w:shd w:val="clear" w:color="auto" w:fill="FFFFFF" w:themeFill="background1"/>
            </w:pPr>
            <w:r>
              <w:t>- HS hoàn thành phiếu đọc ngắn theo gợi ý.</w:t>
            </w:r>
          </w:p>
        </w:tc>
      </w:tr>
      <w:tr w:rsidR="00E93216" w14:paraId="39AAC02A"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2F0D9"/>
          </w:tcPr>
          <w:p w14:paraId="7373B9C5" w14:textId="77777777" w:rsidR="00E93216" w:rsidRDefault="000E3BDE" w:rsidP="004E2872">
            <w:pPr>
              <w:shd w:val="clear" w:color="auto" w:fill="FFFFFF" w:themeFill="background1"/>
              <w:jc w:val="center"/>
            </w:pPr>
            <w:r>
              <w:rPr>
                <w:b/>
              </w:rPr>
              <w:t>3. CHIA SẺ NỘI DUNG ĐÃ ĐỌC (17 phút)</w:t>
            </w:r>
            <w:r>
              <w:rPr>
                <w:b/>
              </w:rPr>
              <w:br/>
              <w:t>Mục tiêu: HS kể lại hoặc đọc được một đoạn thơ/câu chuyện; chia sẻ cảm nhận rõ ràng.</w:t>
            </w:r>
          </w:p>
        </w:tc>
      </w:tr>
      <w:tr w:rsidR="00E93216" w14:paraId="6088C1F0" w14:textId="77777777" w:rsidTr="004E2872">
        <w:trPr>
          <w:jc w:val="center"/>
        </w:trPr>
        <w:tc>
          <w:tcPr>
            <w:tcW w:w="5103" w:type="dxa"/>
            <w:tcBorders>
              <w:top w:val="single" w:sz="4" w:space="0" w:color="000000"/>
              <w:bottom w:val="nil"/>
            </w:tcBorders>
          </w:tcPr>
          <w:p w14:paraId="669AE000" w14:textId="77777777" w:rsidR="00E93216" w:rsidRDefault="000E3BDE" w:rsidP="004E2872">
            <w:pPr>
              <w:shd w:val="clear" w:color="auto" w:fill="FFFFFF" w:themeFill="background1"/>
            </w:pPr>
            <w:r>
              <w:rPr>
                <w:b/>
              </w:rPr>
              <w:t>- Hoạt động 2: Kể lại câu chuyện hoặc đọc một đoạn thơ cho các bạn nghe. Chia sẻ điều em thấy thú vị nhất trong câu chuyện hoặc bài thơ đã đọc.</w:t>
            </w:r>
          </w:p>
        </w:tc>
        <w:tc>
          <w:tcPr>
            <w:tcW w:w="5103" w:type="dxa"/>
            <w:tcBorders>
              <w:top w:val="single" w:sz="4" w:space="0" w:color="000000"/>
              <w:bottom w:val="nil"/>
            </w:tcBorders>
          </w:tcPr>
          <w:p w14:paraId="5E904A8C" w14:textId="77777777" w:rsidR="00E93216" w:rsidRDefault="000E3BDE" w:rsidP="004E2872">
            <w:pPr>
              <w:shd w:val="clear" w:color="auto" w:fill="FFFFFF" w:themeFill="background1"/>
            </w:pPr>
            <w:r>
              <w:t>- HS làm việc nhóm 4: lần lượt kể lại câu chuyện hoặc đọc đoạn thơ; nêu điều thú vị nhất.</w:t>
            </w:r>
          </w:p>
        </w:tc>
      </w:tr>
      <w:tr w:rsidR="00E93216" w14:paraId="6FD4A395" w14:textId="77777777" w:rsidTr="004E2872">
        <w:trPr>
          <w:jc w:val="center"/>
        </w:trPr>
        <w:tc>
          <w:tcPr>
            <w:tcW w:w="5103" w:type="dxa"/>
            <w:tcBorders>
              <w:top w:val="nil"/>
              <w:bottom w:val="nil"/>
            </w:tcBorders>
          </w:tcPr>
          <w:p w14:paraId="7984EF4C" w14:textId="77777777" w:rsidR="00E93216" w:rsidRDefault="000E3BDE" w:rsidP="004E2872">
            <w:pPr>
              <w:shd w:val="clear" w:color="auto" w:fill="FFFFFF" w:themeFill="background1"/>
            </w:pPr>
            <w:r>
              <w:t>- GV mời một số HS chia sẻ trước lớp; nhắc HS nói rõ tên bài, nội dung và điều em thích.</w:t>
            </w:r>
          </w:p>
        </w:tc>
        <w:tc>
          <w:tcPr>
            <w:tcW w:w="5103" w:type="dxa"/>
            <w:tcBorders>
              <w:top w:val="nil"/>
              <w:bottom w:val="nil"/>
            </w:tcBorders>
          </w:tcPr>
          <w:p w14:paraId="7BDD3203" w14:textId="77777777" w:rsidR="00E93216" w:rsidRDefault="000E3BDE" w:rsidP="004E2872">
            <w:pPr>
              <w:shd w:val="clear" w:color="auto" w:fill="FFFFFF" w:themeFill="background1"/>
            </w:pPr>
            <w:r>
              <w:t>- HS chia sẻ trước lớp. Ví dụ: Em đọc câu chuyện về gia đình cùng nấu ăn. Em thích chi tiết cả nhà cùng chuẩn bị bữa tối vì mọi người biết giúp đỡ nhau.</w:t>
            </w:r>
          </w:p>
        </w:tc>
      </w:tr>
      <w:tr w:rsidR="00E93216" w14:paraId="4C5B80DC" w14:textId="77777777" w:rsidTr="004E2872">
        <w:trPr>
          <w:jc w:val="center"/>
        </w:trPr>
        <w:tc>
          <w:tcPr>
            <w:tcW w:w="5103" w:type="dxa"/>
            <w:tcBorders>
              <w:top w:val="nil"/>
              <w:bottom w:val="single" w:sz="4" w:space="0" w:color="000000"/>
            </w:tcBorders>
          </w:tcPr>
          <w:p w14:paraId="4B948D21" w14:textId="77777777" w:rsidR="00E93216" w:rsidRDefault="000E3BDE" w:rsidP="004E2872">
            <w:pPr>
              <w:shd w:val="clear" w:color="auto" w:fill="FFFFFF" w:themeFill="background1"/>
            </w:pPr>
            <w:r>
              <w:t>- GV nhận xét, tuyên dương HS đọc rõ, kể mạch lạc, biết chia sẻ cảm xúc.</w:t>
            </w:r>
          </w:p>
        </w:tc>
        <w:tc>
          <w:tcPr>
            <w:tcW w:w="5103" w:type="dxa"/>
            <w:tcBorders>
              <w:top w:val="nil"/>
              <w:bottom w:val="single" w:sz="4" w:space="0" w:color="000000"/>
            </w:tcBorders>
          </w:tcPr>
          <w:p w14:paraId="1CF70A86" w14:textId="77777777" w:rsidR="00E93216" w:rsidRDefault="000E3BDE" w:rsidP="004E2872">
            <w:pPr>
              <w:shd w:val="clear" w:color="auto" w:fill="FFFFFF" w:themeFill="background1"/>
            </w:pPr>
            <w:r>
              <w:t>- HS lắng nghe, học tập cách chia sẻ của bạn.</w:t>
            </w:r>
          </w:p>
        </w:tc>
      </w:tr>
      <w:tr w:rsidR="00E93216" w14:paraId="4829C327" w14:textId="77777777" w:rsidTr="004E2872">
        <w:trPr>
          <w:jc w:val="center"/>
        </w:trPr>
        <w:tc>
          <w:tcPr>
            <w:tcW w:w="10206" w:type="dxa"/>
            <w:gridSpan w:val="2"/>
            <w:tcBorders>
              <w:top w:val="single" w:sz="4" w:space="0" w:color="000000"/>
              <w:left w:val="single" w:sz="4" w:space="0" w:color="000000"/>
              <w:bottom w:val="single" w:sz="4" w:space="0" w:color="000000"/>
              <w:right w:val="single" w:sz="4" w:space="0" w:color="000000"/>
            </w:tcBorders>
            <w:shd w:val="clear" w:color="auto" w:fill="E2F0D9"/>
          </w:tcPr>
          <w:p w14:paraId="6D6B4B04" w14:textId="77777777" w:rsidR="00E93216" w:rsidRDefault="000E3BDE" w:rsidP="004E2872">
            <w:pPr>
              <w:shd w:val="clear" w:color="auto" w:fill="FFFFFF" w:themeFill="background1"/>
              <w:jc w:val="center"/>
            </w:pPr>
            <w:r>
              <w:rPr>
                <w:b/>
              </w:rPr>
              <w:t>4. VẬN DỤNG (3 phút)</w:t>
            </w:r>
            <w:r>
              <w:rPr>
                <w:b/>
              </w:rPr>
              <w:br/>
              <w:t>Mục tiêu: HS duy trì thói quen đọc và chia sẻ với người thân.</w:t>
            </w:r>
          </w:p>
        </w:tc>
      </w:tr>
      <w:tr w:rsidR="00E93216" w14:paraId="302BCCB0" w14:textId="77777777" w:rsidTr="004E2872">
        <w:trPr>
          <w:jc w:val="center"/>
        </w:trPr>
        <w:tc>
          <w:tcPr>
            <w:tcW w:w="5103" w:type="dxa"/>
            <w:tcBorders>
              <w:top w:val="single" w:sz="4" w:space="0" w:color="000000"/>
            </w:tcBorders>
          </w:tcPr>
          <w:p w14:paraId="05307BD3" w14:textId="77777777" w:rsidR="00E93216" w:rsidRDefault="000E3BDE" w:rsidP="004E2872">
            <w:pPr>
              <w:shd w:val="clear" w:color="auto" w:fill="FFFFFF" w:themeFill="background1"/>
            </w:pPr>
            <w:r>
              <w:t>- GV dặn HS tiếp tục tìm đọc truyện, thơ về gia đình; về nhà kể lại cho người thân nghe điều em thích nhất trong bài đọc.</w:t>
            </w:r>
          </w:p>
        </w:tc>
        <w:tc>
          <w:tcPr>
            <w:tcW w:w="5103" w:type="dxa"/>
            <w:tcBorders>
              <w:top w:val="single" w:sz="4" w:space="0" w:color="000000"/>
            </w:tcBorders>
          </w:tcPr>
          <w:p w14:paraId="300AFA29" w14:textId="77777777" w:rsidR="00E93216" w:rsidRDefault="000E3BDE" w:rsidP="004E2872">
            <w:pPr>
              <w:shd w:val="clear" w:color="auto" w:fill="FFFFFF" w:themeFill="background1"/>
            </w:pPr>
            <w:r>
              <w:t>- HS ghi nhớ: tiếp tục đọc sách và chia sẻ với người thân.</w:t>
            </w:r>
          </w:p>
        </w:tc>
      </w:tr>
    </w:tbl>
    <w:p w14:paraId="1B5854F4" w14:textId="77777777" w:rsidR="00E93216" w:rsidRDefault="000E3BDE" w:rsidP="004E2872">
      <w:pPr>
        <w:shd w:val="clear" w:color="auto" w:fill="FFFFFF" w:themeFill="background1"/>
        <w:spacing w:after="0" w:line="240" w:lineRule="auto"/>
      </w:pPr>
      <w:r>
        <w:rPr>
          <w:b/>
        </w:rPr>
        <w:t>IV. ĐIỀU CHỈNH SAU TIẾT HỌC (NẾU CÓ)</w:t>
      </w:r>
    </w:p>
    <w:p w14:paraId="26BFE664" w14:textId="77777777" w:rsidR="00E93216" w:rsidRDefault="00E93216" w:rsidP="004E2872">
      <w:pPr>
        <w:shd w:val="clear" w:color="auto" w:fill="FFFFFF" w:themeFill="background1"/>
        <w:spacing w:after="0" w:line="240" w:lineRule="auto"/>
      </w:pPr>
    </w:p>
    <w:sectPr w:rsidR="00E93216" w:rsidSect="00034616">
      <w:pgSz w:w="11906" w:h="16838"/>
      <w:pgMar w:top="737" w:right="850" w:bottom="737"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56869283">
    <w:abstractNumId w:val="8"/>
  </w:num>
  <w:num w:numId="2" w16cid:durableId="1848327004">
    <w:abstractNumId w:val="6"/>
  </w:num>
  <w:num w:numId="3" w16cid:durableId="1035501242">
    <w:abstractNumId w:val="5"/>
  </w:num>
  <w:num w:numId="4" w16cid:durableId="348876155">
    <w:abstractNumId w:val="4"/>
  </w:num>
  <w:num w:numId="5" w16cid:durableId="337854229">
    <w:abstractNumId w:val="7"/>
  </w:num>
  <w:num w:numId="6" w16cid:durableId="2078547132">
    <w:abstractNumId w:val="3"/>
  </w:num>
  <w:num w:numId="7" w16cid:durableId="528765925">
    <w:abstractNumId w:val="2"/>
  </w:num>
  <w:num w:numId="8" w16cid:durableId="1178040734">
    <w:abstractNumId w:val="1"/>
  </w:num>
  <w:num w:numId="9" w16cid:durableId="928584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E3BDE"/>
    <w:rsid w:val="0015074B"/>
    <w:rsid w:val="0029639D"/>
    <w:rsid w:val="00326F90"/>
    <w:rsid w:val="004E2872"/>
    <w:rsid w:val="00804E49"/>
    <w:rsid w:val="00AA1D8D"/>
    <w:rsid w:val="00B47730"/>
    <w:rsid w:val="00CB0664"/>
    <w:rsid w:val="00E9321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704AFE"/>
  <w14:defaultImageDpi w14:val="300"/>
  <w15:docId w15:val="{3D124960-793E-468D-9B49-26903504E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E92F6-612A-4D5A-BF70-F9C4B8F4D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5321</Words>
  <Characters>30331</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35581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3</cp:revision>
  <dcterms:created xsi:type="dcterms:W3CDTF">2026-06-08T01:38:00Z</dcterms:created>
  <dcterms:modified xsi:type="dcterms:W3CDTF">2026-08-17T14:04:00Z</dcterms:modified>
  <cp:category/>
</cp:coreProperties>
</file>