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F92" w:rsidRDefault="003F042D">
      <w:pPr>
        <w:jc w:val="center"/>
      </w:pPr>
      <w:r>
        <w:rPr>
          <w:b/>
        </w:rPr>
        <w:t>KẾ HOẠCH BÀI DẠY MÔN ĐẠO ĐỨC LỚP 2</w:t>
      </w:r>
    </w:p>
    <w:p w:rsidR="00164F92" w:rsidRDefault="003F042D">
      <w:pPr>
        <w:jc w:val="center"/>
      </w:pPr>
      <w:r>
        <w:rPr>
          <w:b/>
        </w:rPr>
        <w:t>TUẦN 22</w:t>
      </w:r>
    </w:p>
    <w:p w:rsidR="00164F92" w:rsidRDefault="003F042D">
      <w:pPr>
        <w:jc w:val="center"/>
      </w:pPr>
      <w:r>
        <w:rPr>
          <w:b/>
        </w:rPr>
        <w:t>CHỦ ĐỀ 6: THỂ HIỆN CẢM XÚC BẢN THÂN</w:t>
      </w:r>
    </w:p>
    <w:p w:rsidR="00164F92" w:rsidRDefault="003F042D">
      <w:pPr>
        <w:jc w:val="center"/>
      </w:pPr>
      <w:r>
        <w:rPr>
          <w:b/>
        </w:rPr>
        <w:t>BÀI 10: KIỀM CHẾ CẢM XÚC TIÊU CỰC (TIẾT 1)</w:t>
      </w:r>
    </w:p>
    <w:p w:rsidR="00164F92" w:rsidRDefault="003F042D">
      <w:pPr>
        <w:jc w:val="center"/>
      </w:pPr>
      <w:r>
        <w:rPr>
          <w:i/>
        </w:rPr>
        <w:t>Thời gian thực hiện: ... (1 tiết)</w:t>
      </w:r>
    </w:p>
    <w:p w:rsidR="00164F92" w:rsidRDefault="003F042D">
      <w:pPr>
        <w:keepNext/>
      </w:pPr>
      <w:r>
        <w:rPr>
          <w:b/>
        </w:rPr>
        <w:t>I. YÊU CẦU CẦN ĐẠT</w:t>
      </w:r>
    </w:p>
    <w:p w:rsidR="00164F92" w:rsidRDefault="003F042D">
      <w:pPr>
        <w:keepNext/>
      </w:pPr>
      <w:r>
        <w:rPr>
          <w:b/>
        </w:rPr>
        <w:t>1. Năng lực đặc thù</w:t>
      </w:r>
    </w:p>
    <w:p w:rsidR="00164F92" w:rsidRDefault="003F042D">
      <w:r>
        <w:t>- Nêu được một số cách kiềm chế cảm xúc tiêu cực.</w:t>
      </w:r>
    </w:p>
    <w:p w:rsidR="00164F92" w:rsidRDefault="003F042D">
      <w:r>
        <w:t>- Thực hiện được việc kiềm chế cảm xúc tiêu cực phù hợp trong những tình huống gần gũi.</w:t>
      </w:r>
    </w:p>
    <w:p w:rsidR="00164F92" w:rsidRDefault="003F042D">
      <w:r>
        <w:t>- Biết phát triển bản thân, điều chỉnh cảm xúc và hành vi.</w:t>
      </w:r>
    </w:p>
    <w:p w:rsidR="00164F92" w:rsidRDefault="003F042D">
      <w:pPr>
        <w:keepNext/>
      </w:pPr>
      <w:r>
        <w:rPr>
          <w:b/>
        </w:rPr>
        <w:t>2. Năng lực chung</w:t>
      </w:r>
    </w:p>
    <w:p w:rsidR="00164F92" w:rsidRDefault="003F042D">
      <w:r>
        <w:t>- Tự chủ và tự học: Chủ động thực hiện, hoàn thành nhiệm vụ học tập; biết tự nhận diện và điều chỉnh cảm xúc.</w:t>
      </w:r>
    </w:p>
    <w:p w:rsidR="00164F92" w:rsidRDefault="003F042D">
      <w:r>
        <w:t>- Giao tiếp và hợp tác: Biết trao đổi, lắng nghe, phối hợp với bạn khi thảo luận và chia sẻ.</w:t>
      </w:r>
    </w:p>
    <w:p w:rsidR="00164F92" w:rsidRDefault="003F042D">
      <w:r>
        <w:t>- Giải quyết vấn đề và sáng tạo: Vận dụng kiến thức để phân tích tình huống, lựa chọn cách kiềm chế cảm xúc phù hợp.</w:t>
      </w:r>
    </w:p>
    <w:p w:rsidR="00164F92" w:rsidRDefault="003F042D">
      <w:pPr>
        <w:keepNext/>
      </w:pPr>
      <w:r>
        <w:rPr>
          <w:b/>
        </w:rPr>
        <w:t>3. Phẩm chất</w:t>
      </w:r>
    </w:p>
    <w:p w:rsidR="00164F92" w:rsidRDefault="003F042D">
      <w:r>
        <w:t>- Trách nhiệm: Thực hiện đúng nhiệm vụ; biết chịu trách nhiệm về lời nói, hành động khi có cảm xúc tiêu cực.</w:t>
      </w:r>
    </w:p>
    <w:p w:rsidR="00164F92" w:rsidRDefault="003F042D">
      <w:r>
        <w:t>- Trung thực: Chia sẻ đúng cảm xúc, trải nghiệm của bản thân và tôn trọng sự thật.</w:t>
      </w:r>
    </w:p>
    <w:p w:rsidR="00164F92" w:rsidRDefault="003F042D">
      <w:r>
        <w:t>- Nhân ái: Biết lắng nghe, không chế giễu cảm xúc của bạn và sẵn sàng tìm người hỗ trợ.</w:t>
      </w:r>
    </w:p>
    <w:p w:rsidR="00164F92" w:rsidRDefault="003F042D">
      <w:pPr>
        <w:keepNext/>
      </w:pPr>
      <w:r>
        <w:rPr>
          <w:b/>
          <w:color w:val="C00000"/>
        </w:rPr>
        <w:t>4. Tích hợp</w:t>
      </w:r>
    </w:p>
    <w:p w:rsidR="00164F92" w:rsidRDefault="003F042D">
      <w:r>
        <w:rPr>
          <w:color w:val="C00000"/>
        </w:rPr>
        <w:t>- Quyền con người: HS có quyền được chăm sóc sức khỏe tinh thần, bày tỏ cảm xúc, ý kiến và tìm kiếm sự hỗ trợ từ người lớn tin cậy; biết tôn trọng cảm xúc, quyền riêng tư và an toàn của bạn.</w:t>
      </w:r>
    </w:p>
    <w:p w:rsidR="00164F92" w:rsidRDefault="003F042D">
      <w:r>
        <w:rPr>
          <w:color w:val="C00000"/>
        </w:rPr>
        <w:t>- Năng lực số 4.3.CB1a: HS nhận biết cách đơn giản để tránh rủi ro, đe dọa đến sức khỏe thể chất và tinh thần khi sử dụng công nghệ số; biết rời khỏi màn hình và báo người lớn khi gặp nội dung tiêu cực hoặc bị bắt nạt trên môi trường số.</w:t>
      </w:r>
    </w:p>
    <w:p w:rsidR="00164F92" w:rsidRDefault="003F042D">
      <w:pPr>
        <w:keepNext/>
      </w:pPr>
      <w:r>
        <w:rPr>
          <w:b/>
        </w:rPr>
        <w:t>II. ĐỒ DÙNG DẠY HỌC</w:t>
      </w:r>
    </w:p>
    <w:p w:rsidR="00164F92" w:rsidRDefault="003F042D">
      <w:r>
        <w:t>1. GV: Câu chuyện, bài hát, trò chơi gắn với bài học; tranh SGK được cắt theo từng nhiệm vụ; thẻ tình huống; máy tính, máy chiếu.</w:t>
      </w:r>
    </w:p>
    <w:p w:rsidR="00164F92" w:rsidRDefault="003F042D">
      <w:r>
        <w:t>2. HS: SGK Đạo đức 2, vở bài tập; bút, giấy nháp.</w:t>
      </w:r>
    </w:p>
    <w:p w:rsidR="00164F92" w:rsidRDefault="003F042D">
      <w:pPr>
        <w:keepNext/>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900"/>
        <w:gridCol w:w="4078"/>
      </w:tblGrid>
      <w:tr w:rsidR="00164F92" w:rsidTr="00B6229F">
        <w:trPr>
          <w:cantSplit/>
          <w:tblHeader/>
          <w:jc w:val="center"/>
        </w:trPr>
        <w:tc>
          <w:tcPr>
            <w:tcW w:w="5900" w:type="dxa"/>
            <w:tcBorders>
              <w:bottom w:val="single" w:sz="6" w:space="0" w:color="000000"/>
            </w:tcBorders>
            <w:shd w:val="clear" w:color="auto" w:fill="auto"/>
            <w:tcMar>
              <w:top w:w="35" w:type="dxa"/>
              <w:left w:w="70" w:type="dxa"/>
              <w:bottom w:w="35" w:type="dxa"/>
              <w:right w:w="70" w:type="dxa"/>
            </w:tcMar>
            <w:vAlign w:val="center"/>
          </w:tcPr>
          <w:p w:rsidR="00164F92" w:rsidRDefault="003F042D">
            <w:pPr>
              <w:jc w:val="center"/>
            </w:pPr>
            <w:r>
              <w:rPr>
                <w:b/>
              </w:rPr>
              <w:t>HOẠT ĐỘNG CỦA GIÁO VIÊN</w:t>
            </w:r>
          </w:p>
        </w:tc>
        <w:tc>
          <w:tcPr>
            <w:tcW w:w="3700" w:type="dxa"/>
            <w:tcBorders>
              <w:bottom w:val="single" w:sz="6" w:space="0" w:color="000000"/>
            </w:tcBorders>
            <w:shd w:val="clear" w:color="auto" w:fill="auto"/>
            <w:tcMar>
              <w:top w:w="35" w:type="dxa"/>
              <w:left w:w="70" w:type="dxa"/>
              <w:bottom w:w="35" w:type="dxa"/>
              <w:right w:w="70" w:type="dxa"/>
            </w:tcMar>
            <w:vAlign w:val="center"/>
          </w:tcPr>
          <w:p w:rsidR="00164F92" w:rsidRDefault="003F042D">
            <w:pPr>
              <w:jc w:val="center"/>
            </w:pPr>
            <w:r>
              <w:rPr>
                <w:b/>
              </w:rPr>
              <w:t>HOẠT ĐỘNG CỦA HỌC SINH</w:t>
            </w:r>
          </w:p>
        </w:tc>
      </w:tr>
      <w:tr w:rsidR="00164F92" w:rsidTr="00B6229F">
        <w:trPr>
          <w:cantSplit/>
          <w:jc w:val="center"/>
        </w:trPr>
        <w:tc>
          <w:tcPr>
            <w:tcW w:w="9978" w:type="dxa"/>
            <w:gridSpan w:val="2"/>
            <w:tcBorders>
              <w:top w:val="single" w:sz="6" w:space="0" w:color="000000"/>
              <w:bottom w:val="single" w:sz="6" w:space="0" w:color="000000"/>
            </w:tcBorders>
            <w:shd w:val="clear" w:color="auto" w:fill="auto"/>
            <w:tcMar>
              <w:top w:w="35" w:type="dxa"/>
              <w:left w:w="70" w:type="dxa"/>
              <w:bottom w:w="35" w:type="dxa"/>
              <w:right w:w="70" w:type="dxa"/>
            </w:tcMar>
          </w:tcPr>
          <w:p w:rsidR="00164F92" w:rsidRDefault="003F042D">
            <w:r>
              <w:rPr>
                <w:b/>
              </w:rPr>
              <w:t>1. KHỞI ĐỘNG (5 phút)</w:t>
            </w:r>
          </w:p>
          <w:p w:rsidR="00164F92" w:rsidRDefault="003F042D">
            <w:r>
              <w:rPr>
                <w:b/>
              </w:rPr>
              <w:t>*Mục tiêu:</w:t>
            </w:r>
          </w:p>
          <w:p w:rsidR="00164F92" w:rsidRDefault="003F042D">
            <w:r>
              <w:t>- Tạo tâm thế tích cực trước giờ học; HS mạnh dạn chia sẻ cảm xúc thường gặp.</w:t>
            </w:r>
          </w:p>
          <w:p w:rsidR="00164F92" w:rsidRDefault="003F042D">
            <w:r>
              <w:t>- Kết nối trải nghiệm thực tế với nội dung kiềm chế cảm xúc tiêu cực.</w:t>
            </w:r>
          </w:p>
          <w:p w:rsidR="00164F92" w:rsidRDefault="003F042D">
            <w:r>
              <w:rPr>
                <w:b/>
              </w:rPr>
              <w:t>*Cách tiến hành:</w:t>
            </w:r>
          </w:p>
        </w:tc>
      </w:tr>
      <w:tr w:rsidR="00164F92" w:rsidTr="00B6229F">
        <w:trPr>
          <w:cantSplit/>
          <w:jc w:val="center"/>
        </w:trPr>
        <w:tc>
          <w:tcPr>
            <w:tcW w:w="5900" w:type="dxa"/>
            <w:tcBorders>
              <w:top w:val="single" w:sz="6" w:space="0" w:color="000000"/>
            </w:tcBorders>
            <w:shd w:val="clear" w:color="auto" w:fill="auto"/>
            <w:tcMar>
              <w:top w:w="35" w:type="dxa"/>
              <w:left w:w="70" w:type="dxa"/>
              <w:bottom w:w="35" w:type="dxa"/>
              <w:right w:w="70" w:type="dxa"/>
            </w:tcMar>
          </w:tcPr>
          <w:p w:rsidR="00164F92" w:rsidRDefault="003F042D">
            <w:r>
              <w:t>- GV tổ chức cho cả lớp hát và vận động theo một bài hát vui.</w:t>
            </w:r>
          </w:p>
        </w:tc>
        <w:tc>
          <w:tcPr>
            <w:tcW w:w="3700" w:type="dxa"/>
            <w:tcBorders>
              <w:top w:val="single" w:sz="6" w:space="0" w:color="000000"/>
            </w:tcBorders>
            <w:shd w:val="clear" w:color="auto" w:fill="auto"/>
            <w:tcMar>
              <w:top w:w="35" w:type="dxa"/>
              <w:left w:w="70" w:type="dxa"/>
              <w:bottom w:w="35" w:type="dxa"/>
              <w:right w:w="70" w:type="dxa"/>
            </w:tcMar>
          </w:tcPr>
          <w:p w:rsidR="00164F92" w:rsidRDefault="003F042D">
            <w:r>
              <w:t>- HS hát và vận động theo nhạc.</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bookmarkStart w:id="0" w:name="_GoBack"/>
            <w:r>
              <w:t>- GV hỏi: Hãy chia sẻ những cảm xúc của em trong một ngày.</w:t>
            </w:r>
          </w:p>
        </w:tc>
        <w:tc>
          <w:tcPr>
            <w:tcW w:w="3700" w:type="dxa"/>
            <w:shd w:val="clear" w:color="auto" w:fill="auto"/>
            <w:tcMar>
              <w:top w:w="35" w:type="dxa"/>
              <w:left w:w="70" w:type="dxa"/>
              <w:bottom w:w="35" w:type="dxa"/>
              <w:right w:w="70" w:type="dxa"/>
            </w:tcMar>
          </w:tcPr>
          <w:p w:rsidR="00164F92" w:rsidRDefault="003F042D" w:rsidP="00A51812">
            <w:pPr>
              <w:jc w:val="both"/>
            </w:pPr>
            <w:r>
              <w:t>- HS chia sẻ: có khi vui, có lúc buồn, lo lắng hoặc tức giận.</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t>- GV hỏi: Em hãy chia sẻ một lần em lo lắng hoặc tức giận.</w:t>
            </w:r>
          </w:p>
        </w:tc>
        <w:tc>
          <w:tcPr>
            <w:tcW w:w="3700" w:type="dxa"/>
            <w:shd w:val="clear" w:color="auto" w:fill="auto"/>
            <w:tcMar>
              <w:top w:w="35" w:type="dxa"/>
              <w:left w:w="70" w:type="dxa"/>
              <w:bottom w:w="35" w:type="dxa"/>
              <w:right w:w="70" w:type="dxa"/>
            </w:tcMar>
          </w:tcPr>
          <w:p w:rsidR="00164F92" w:rsidRDefault="003F042D" w:rsidP="00A51812">
            <w:pPr>
              <w:jc w:val="both"/>
            </w:pPr>
            <w:r>
              <w:t>- HS nêu tình huống: bị bạn trêu, bị nhắc nhở, chuẩn bị biểu diễn hoặc làm một việc khó.</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t>- GV hỏi: Những lúc như vậy, em thường làm gì?</w:t>
            </w:r>
          </w:p>
        </w:tc>
        <w:tc>
          <w:tcPr>
            <w:tcW w:w="3700" w:type="dxa"/>
            <w:shd w:val="clear" w:color="auto" w:fill="auto"/>
            <w:tcMar>
              <w:top w:w="35" w:type="dxa"/>
              <w:left w:w="70" w:type="dxa"/>
              <w:bottom w:w="35" w:type="dxa"/>
              <w:right w:w="70" w:type="dxa"/>
            </w:tcMar>
          </w:tcPr>
          <w:p w:rsidR="00164F92" w:rsidRDefault="003F042D" w:rsidP="00A51812">
            <w:pPr>
              <w:jc w:val="both"/>
            </w:pPr>
            <w:r>
              <w:t>- HS chia sẻ cách phản ứng của bản thân: khóc, im lặng, bỏ đi, hít thở sâu hoặc kể với người thân.</w:t>
            </w:r>
          </w:p>
        </w:tc>
      </w:tr>
      <w:tr w:rsidR="00164F92" w:rsidTr="00B6229F">
        <w:trPr>
          <w:cantSplit/>
          <w:jc w:val="center"/>
        </w:trPr>
        <w:tc>
          <w:tcPr>
            <w:tcW w:w="5900" w:type="dxa"/>
            <w:tcBorders>
              <w:bottom w:val="single" w:sz="6" w:space="0" w:color="000000"/>
            </w:tcBorders>
            <w:shd w:val="clear" w:color="auto" w:fill="auto"/>
            <w:tcMar>
              <w:top w:w="35" w:type="dxa"/>
              <w:left w:w="70" w:type="dxa"/>
              <w:bottom w:w="35" w:type="dxa"/>
              <w:right w:w="70" w:type="dxa"/>
            </w:tcMar>
          </w:tcPr>
          <w:p w:rsidR="00164F92" w:rsidRDefault="003F042D" w:rsidP="00A51812">
            <w:pPr>
              <w:jc w:val="both"/>
            </w:pPr>
            <w:r>
              <w:lastRenderedPageBreak/>
              <w:t>- GV nhận xét, sửa cách diễn đạt chưa phù hợp và dẫn dắt: Trong cuộc sống, chúng ta có thể buồn bực, chán nản, khó chịu. Đó là những cảm xúc tiêu cực. Hôm nay, cô và các em cùng tìm hiểu Bài 10: Kiềm chế cảm xúc tiêu cực (Tiết 1).</w:t>
            </w:r>
          </w:p>
        </w:tc>
        <w:tc>
          <w:tcPr>
            <w:tcW w:w="3700" w:type="dxa"/>
            <w:tcBorders>
              <w:bottom w:val="single" w:sz="6" w:space="0" w:color="000000"/>
            </w:tcBorders>
            <w:shd w:val="clear" w:color="auto" w:fill="auto"/>
            <w:tcMar>
              <w:top w:w="35" w:type="dxa"/>
              <w:left w:w="70" w:type="dxa"/>
              <w:bottom w:w="35" w:type="dxa"/>
              <w:right w:w="70" w:type="dxa"/>
            </w:tcMar>
          </w:tcPr>
          <w:p w:rsidR="00164F92" w:rsidRDefault="003F042D" w:rsidP="00A51812">
            <w:pPr>
              <w:jc w:val="both"/>
            </w:pPr>
            <w:r>
              <w:t>- HS lắng nghe, nhắc lại tên bài và chuẩn bị học tập.</w:t>
            </w:r>
          </w:p>
        </w:tc>
      </w:tr>
      <w:tr w:rsidR="00164F92" w:rsidTr="00B6229F">
        <w:trPr>
          <w:cantSplit/>
          <w:jc w:val="center"/>
        </w:trPr>
        <w:tc>
          <w:tcPr>
            <w:tcW w:w="9978" w:type="dxa"/>
            <w:gridSpan w:val="2"/>
            <w:tcBorders>
              <w:top w:val="single" w:sz="6" w:space="0" w:color="000000"/>
              <w:bottom w:val="nil"/>
            </w:tcBorders>
            <w:shd w:val="clear" w:color="auto" w:fill="auto"/>
            <w:tcMar>
              <w:top w:w="35" w:type="dxa"/>
              <w:left w:w="70" w:type="dxa"/>
              <w:bottom w:w="35" w:type="dxa"/>
              <w:right w:w="70" w:type="dxa"/>
            </w:tcMar>
          </w:tcPr>
          <w:p w:rsidR="00164F92" w:rsidRDefault="003F042D" w:rsidP="00A51812">
            <w:pPr>
              <w:jc w:val="both"/>
            </w:pPr>
            <w:r>
              <w:rPr>
                <w:b/>
              </w:rPr>
              <w:t>2. KHÁM PHÁ (24 phút)</w:t>
            </w:r>
          </w:p>
          <w:p w:rsidR="00164F92" w:rsidRDefault="003F042D" w:rsidP="00A51812">
            <w:pPr>
              <w:jc w:val="both"/>
            </w:pPr>
            <w:r>
              <w:rPr>
                <w:b/>
              </w:rPr>
              <w:t>*Mục tiêu:</w:t>
            </w:r>
          </w:p>
          <w:p w:rsidR="00164F92" w:rsidRDefault="003F042D" w:rsidP="00A51812">
            <w:pPr>
              <w:jc w:val="both"/>
            </w:pPr>
            <w:r>
              <w:t>- Hiểu được ý nghĩa của việc kiềm chế cảm xúc tiêu cực qua các tình huống gần gũi.</w:t>
            </w:r>
          </w:p>
          <w:p w:rsidR="00164F92" w:rsidRDefault="003F042D" w:rsidP="00A51812">
            <w:pPr>
              <w:jc w:val="both"/>
            </w:pPr>
            <w:r>
              <w:t>- Nêu và lựa chọn được một số cách kiềm chế cảm xúc tiêu cực phù hợp với bản thân.</w:t>
            </w:r>
          </w:p>
          <w:p w:rsidR="00164F92" w:rsidRDefault="003F042D" w:rsidP="00A51812">
            <w:pPr>
              <w:jc w:val="both"/>
            </w:pPr>
            <w:r>
              <w:rPr>
                <w:b/>
              </w:rPr>
              <w:t>*Cách tiến hành:</w:t>
            </w:r>
          </w:p>
        </w:tc>
      </w:tr>
      <w:tr w:rsidR="00164F92" w:rsidTr="00B6229F">
        <w:trPr>
          <w:cantSplit/>
          <w:jc w:val="center"/>
        </w:trPr>
        <w:tc>
          <w:tcPr>
            <w:tcW w:w="9978" w:type="dxa"/>
            <w:gridSpan w:val="2"/>
            <w:tcBorders>
              <w:top w:val="nil"/>
              <w:bottom w:val="single" w:sz="6" w:space="0" w:color="000000"/>
            </w:tcBorders>
            <w:shd w:val="clear" w:color="auto" w:fill="auto"/>
            <w:tcMar>
              <w:top w:w="35" w:type="dxa"/>
              <w:left w:w="70" w:type="dxa"/>
              <w:bottom w:w="35" w:type="dxa"/>
              <w:right w:w="70" w:type="dxa"/>
            </w:tcMar>
          </w:tcPr>
          <w:p w:rsidR="00164F92" w:rsidRDefault="003F042D" w:rsidP="00A51812">
            <w:pPr>
              <w:jc w:val="both"/>
            </w:pPr>
            <w:r>
              <w:rPr>
                <w:b/>
              </w:rPr>
              <w:t>Hoạt động 1: Tìm hiểu ý nghĩa của việc kiềm chế cảm xúc tiêu cực (12 phút)</w:t>
            </w:r>
          </w:p>
          <w:p w:rsidR="00164F92" w:rsidRDefault="003F042D" w:rsidP="00A51812">
            <w:pPr>
              <w:jc w:val="both"/>
            </w:pPr>
            <w:r>
              <w:rPr>
                <w:b/>
              </w:rPr>
              <w:t>*Mục tiêu:</w:t>
            </w:r>
          </w:p>
          <w:p w:rsidR="00164F92" w:rsidRDefault="003F042D" w:rsidP="00A51812">
            <w:pPr>
              <w:jc w:val="both"/>
            </w:pPr>
            <w:r>
              <w:t>- HS nhận biết ảnh hưởng của cảm xúc tiêu cực và lợi ích của việc giữ bình tĩnh.</w:t>
            </w:r>
          </w:p>
          <w:p w:rsidR="00164F92" w:rsidRDefault="003F042D" w:rsidP="00A51812">
            <w:pPr>
              <w:jc w:val="both"/>
            </w:pPr>
            <w:r>
              <w:rPr>
                <w:b/>
              </w:rPr>
              <w:t>*Cách tiến hành:</w:t>
            </w:r>
          </w:p>
        </w:tc>
      </w:tr>
      <w:tr w:rsidR="00164F92" w:rsidTr="00B6229F">
        <w:trPr>
          <w:cantSplit/>
          <w:jc w:val="center"/>
        </w:trPr>
        <w:tc>
          <w:tcPr>
            <w:tcW w:w="5900" w:type="dxa"/>
            <w:tcBorders>
              <w:top w:val="single" w:sz="6" w:space="0" w:color="000000"/>
            </w:tcBorders>
            <w:shd w:val="clear" w:color="auto" w:fill="auto"/>
            <w:tcMar>
              <w:top w:w="35" w:type="dxa"/>
              <w:left w:w="70" w:type="dxa"/>
              <w:bottom w:w="35" w:type="dxa"/>
              <w:right w:w="70" w:type="dxa"/>
            </w:tcMar>
          </w:tcPr>
          <w:p w:rsidR="00164F92" w:rsidRDefault="003F042D" w:rsidP="00A51812">
            <w:pPr>
              <w:jc w:val="both"/>
            </w:pPr>
            <w:r>
              <w:t>- GV yêu cầu HS đọc tình huống 1 trong SGK.</w:t>
            </w:r>
          </w:p>
          <w:p w:rsidR="00164F92" w:rsidRDefault="00164F92" w:rsidP="00A51812">
            <w:pPr>
              <w:jc w:val="both"/>
            </w:pPr>
          </w:p>
        </w:tc>
        <w:tc>
          <w:tcPr>
            <w:tcW w:w="3700" w:type="dxa"/>
            <w:tcBorders>
              <w:top w:val="single" w:sz="6" w:space="0" w:color="000000"/>
            </w:tcBorders>
            <w:shd w:val="clear" w:color="auto" w:fill="auto"/>
            <w:tcMar>
              <w:top w:w="35" w:type="dxa"/>
              <w:left w:w="70" w:type="dxa"/>
              <w:bottom w:w="35" w:type="dxa"/>
              <w:right w:w="70" w:type="dxa"/>
            </w:tcMar>
          </w:tcPr>
          <w:p w:rsidR="00164F92" w:rsidRDefault="003F042D" w:rsidP="00A51812">
            <w:pPr>
              <w:jc w:val="both"/>
            </w:pPr>
            <w:r>
              <w:t>- HS đọc tình huống 1.</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t>- GV hỏi: Khi phải biểu diễn trước mọi người, Hoa cảm thấy như thế nào?</w:t>
            </w:r>
          </w:p>
        </w:tc>
        <w:tc>
          <w:tcPr>
            <w:tcW w:w="3700" w:type="dxa"/>
            <w:shd w:val="clear" w:color="auto" w:fill="auto"/>
            <w:tcMar>
              <w:top w:w="35" w:type="dxa"/>
              <w:left w:w="70" w:type="dxa"/>
              <w:bottom w:w="35" w:type="dxa"/>
              <w:right w:w="70" w:type="dxa"/>
            </w:tcMar>
          </w:tcPr>
          <w:p w:rsidR="00164F92" w:rsidRDefault="003F042D" w:rsidP="00A51812">
            <w:pPr>
              <w:jc w:val="both"/>
            </w:pPr>
            <w:r>
              <w:t>- HS trả lời: Lần đầu tiên biểu diễn trước toàn trường, Hoa cảm thấy rất lo lắng, sợ hãi.</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t>- GV hỏi: Lo lắng, sợ hãi là cảm xúc tích cực hay cảm xúc tiêu cực?</w:t>
            </w:r>
          </w:p>
        </w:tc>
        <w:tc>
          <w:tcPr>
            <w:tcW w:w="3700" w:type="dxa"/>
            <w:shd w:val="clear" w:color="auto" w:fill="auto"/>
            <w:tcMar>
              <w:top w:w="35" w:type="dxa"/>
              <w:left w:w="70" w:type="dxa"/>
              <w:bottom w:w="35" w:type="dxa"/>
              <w:right w:w="70" w:type="dxa"/>
            </w:tcMar>
          </w:tcPr>
          <w:p w:rsidR="00164F92" w:rsidRDefault="003F042D" w:rsidP="00A51812">
            <w:pPr>
              <w:jc w:val="both"/>
            </w:pPr>
            <w:r>
              <w:t>- HS trả lời: Đó là cảm xúc tiêu cực.</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t>- GV yêu cầu HS thảo luận cặp đôi: Hoa đã làm gì để vượt qua sự lo lắng, sợ hãi?</w:t>
            </w:r>
          </w:p>
        </w:tc>
        <w:tc>
          <w:tcPr>
            <w:tcW w:w="3700" w:type="dxa"/>
            <w:shd w:val="clear" w:color="auto" w:fill="auto"/>
            <w:tcMar>
              <w:top w:w="35" w:type="dxa"/>
              <w:left w:w="70" w:type="dxa"/>
              <w:bottom w:w="35" w:type="dxa"/>
              <w:right w:w="70" w:type="dxa"/>
            </w:tcMar>
          </w:tcPr>
          <w:p w:rsidR="00164F92" w:rsidRDefault="003F042D" w:rsidP="00A51812">
            <w:pPr>
              <w:jc w:val="both"/>
            </w:pPr>
            <w:r>
              <w:t>- HS thảo luận: Hoa hít thở thật sâu để lấy lại bình tĩnh và tự nhủ: “Đừng sợ, mình nhất định sẽ làm được.”</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t>- GV mời đại diện các cặp chia sẻ.</w:t>
            </w:r>
          </w:p>
        </w:tc>
        <w:tc>
          <w:tcPr>
            <w:tcW w:w="3700" w:type="dxa"/>
            <w:shd w:val="clear" w:color="auto" w:fill="auto"/>
            <w:tcMar>
              <w:top w:w="35" w:type="dxa"/>
              <w:left w:w="70" w:type="dxa"/>
              <w:bottom w:w="35" w:type="dxa"/>
              <w:right w:w="70" w:type="dxa"/>
            </w:tcMar>
          </w:tcPr>
          <w:p w:rsidR="00164F92" w:rsidRDefault="003F042D" w:rsidP="00A51812">
            <w:pPr>
              <w:jc w:val="both"/>
            </w:pPr>
            <w:r>
              <w:t>- Đại diện 2–3 cặp trình bày; HS khác nhận xét, bổ sung.</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t>- GV hỏi: Cuối cùng, Hoa đã biểu diễn như thế nào?</w:t>
            </w:r>
          </w:p>
        </w:tc>
        <w:tc>
          <w:tcPr>
            <w:tcW w:w="3700" w:type="dxa"/>
            <w:shd w:val="clear" w:color="auto" w:fill="auto"/>
            <w:tcMar>
              <w:top w:w="35" w:type="dxa"/>
              <w:left w:w="70" w:type="dxa"/>
              <w:bottom w:w="35" w:type="dxa"/>
              <w:right w:w="70" w:type="dxa"/>
            </w:tcMar>
          </w:tcPr>
          <w:p w:rsidR="00164F92" w:rsidRDefault="003F042D" w:rsidP="00A51812">
            <w:pPr>
              <w:jc w:val="both"/>
            </w:pPr>
            <w:r>
              <w:t>- HS trả lời: Hoa biểu diễn rất tốt và nhận được nhiều tràng pháo tay của mọi người.</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t>- GV hỏi: Nếu là Hoa, em sẽ làm gì để vượt qua sự lo lắng của mình?</w:t>
            </w:r>
          </w:p>
        </w:tc>
        <w:tc>
          <w:tcPr>
            <w:tcW w:w="3700" w:type="dxa"/>
            <w:shd w:val="clear" w:color="auto" w:fill="auto"/>
            <w:tcMar>
              <w:top w:w="35" w:type="dxa"/>
              <w:left w:w="70" w:type="dxa"/>
              <w:bottom w:w="35" w:type="dxa"/>
              <w:right w:w="70" w:type="dxa"/>
            </w:tcMar>
          </w:tcPr>
          <w:p w:rsidR="00164F92" w:rsidRDefault="003F042D" w:rsidP="00A51812">
            <w:pPr>
              <w:jc w:val="both"/>
            </w:pPr>
            <w:r>
              <w:t>- HS chia sẻ: hít thở sâu, tự động viên, tập trước, nhìn người thân hoặc cô giáo để thêm tự tin.</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t>- GV nhận xét, khen ngợi và chốt: Bình tĩnh, hít thở sâu và tự động viên giúp chúng ta suy nghĩ rõ ràng, tự tin hơn.</w:t>
            </w:r>
          </w:p>
        </w:tc>
        <w:tc>
          <w:tcPr>
            <w:tcW w:w="3700" w:type="dxa"/>
            <w:shd w:val="clear" w:color="auto" w:fill="auto"/>
            <w:tcMar>
              <w:top w:w="35" w:type="dxa"/>
              <w:left w:w="70" w:type="dxa"/>
              <w:bottom w:w="35" w:type="dxa"/>
              <w:right w:w="70" w:type="dxa"/>
            </w:tcMar>
          </w:tcPr>
          <w:p w:rsidR="00164F92" w:rsidRDefault="003F042D" w:rsidP="00A51812">
            <w:pPr>
              <w:jc w:val="both"/>
            </w:pPr>
            <w:r>
              <w:t>- HS lắng nghe và ghi nhớ.</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t>- GV yêu cầu HS đọc tình huống 2 trong SGK và trao đổi với bạn.</w:t>
            </w:r>
          </w:p>
          <w:p w:rsidR="00164F92" w:rsidRDefault="00164F92" w:rsidP="00A51812">
            <w:pPr>
              <w:jc w:val="both"/>
            </w:pPr>
          </w:p>
        </w:tc>
        <w:tc>
          <w:tcPr>
            <w:tcW w:w="3700" w:type="dxa"/>
            <w:shd w:val="clear" w:color="auto" w:fill="auto"/>
            <w:tcMar>
              <w:top w:w="35" w:type="dxa"/>
              <w:left w:w="70" w:type="dxa"/>
              <w:bottom w:w="35" w:type="dxa"/>
              <w:right w:w="70" w:type="dxa"/>
            </w:tcMar>
          </w:tcPr>
          <w:p w:rsidR="00164F92" w:rsidRDefault="003F042D" w:rsidP="00A51812">
            <w:pPr>
              <w:jc w:val="both"/>
            </w:pPr>
            <w:r>
              <w:t>- HS đọc tình huống 2, làm việc theo cặp.</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t>- GV hỏi: Hải và Sơn gặp phải chuyện gì?</w:t>
            </w:r>
          </w:p>
        </w:tc>
        <w:tc>
          <w:tcPr>
            <w:tcW w:w="3700" w:type="dxa"/>
            <w:shd w:val="clear" w:color="auto" w:fill="auto"/>
            <w:tcMar>
              <w:top w:w="35" w:type="dxa"/>
              <w:left w:w="70" w:type="dxa"/>
              <w:bottom w:w="35" w:type="dxa"/>
              <w:right w:w="70" w:type="dxa"/>
            </w:tcMar>
          </w:tcPr>
          <w:p w:rsidR="00164F92" w:rsidRDefault="003F042D" w:rsidP="00A51812">
            <w:pPr>
              <w:jc w:val="both"/>
            </w:pPr>
            <w:r>
              <w:t>- HS trả lời: Hải lỡ làm đổ màu lên bài thi của hai bạn.</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t>- GV hỏi: Bạn nào đã kiềm chế được cảm xúc tiêu cực? Bạn kiềm chế bằng cách nào?</w:t>
            </w:r>
          </w:p>
        </w:tc>
        <w:tc>
          <w:tcPr>
            <w:tcW w:w="3700" w:type="dxa"/>
            <w:shd w:val="clear" w:color="auto" w:fill="auto"/>
            <w:tcMar>
              <w:top w:w="35" w:type="dxa"/>
              <w:left w:w="70" w:type="dxa"/>
              <w:bottom w:w="35" w:type="dxa"/>
              <w:right w:w="70" w:type="dxa"/>
            </w:tcMar>
          </w:tcPr>
          <w:p w:rsidR="00164F92" w:rsidRDefault="003F042D" w:rsidP="00A51812">
            <w:pPr>
              <w:jc w:val="both"/>
            </w:pPr>
            <w:r>
              <w:t>- HS trả lời: Sơn đã trấn tĩnh, dùng vết màu loang để vẽ thành bầu trời; Hải tự trách mình và bỏ cuộc.</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t>- GV hỏi: Việc kiềm chế cảm xúc tiêu cực đã đem lại điều gì cho Sơn?</w:t>
            </w:r>
          </w:p>
        </w:tc>
        <w:tc>
          <w:tcPr>
            <w:tcW w:w="3700" w:type="dxa"/>
            <w:shd w:val="clear" w:color="auto" w:fill="auto"/>
            <w:tcMar>
              <w:top w:w="35" w:type="dxa"/>
              <w:left w:w="70" w:type="dxa"/>
              <w:bottom w:w="35" w:type="dxa"/>
              <w:right w:w="70" w:type="dxa"/>
            </w:tcMar>
          </w:tcPr>
          <w:p w:rsidR="00164F92" w:rsidRDefault="003F042D" w:rsidP="00A51812">
            <w:pPr>
              <w:jc w:val="both"/>
            </w:pPr>
            <w:r>
              <w:t>- HS trả lời: Sơn tiếp tục hoàn thành bức tranh và bài vẽ được đánh giá cao.</w:t>
            </w:r>
          </w:p>
        </w:tc>
      </w:tr>
      <w:tr w:rsidR="00164F92" w:rsidTr="00B6229F">
        <w:trPr>
          <w:cantSplit/>
          <w:jc w:val="center"/>
        </w:trPr>
        <w:tc>
          <w:tcPr>
            <w:tcW w:w="5900" w:type="dxa"/>
            <w:tcBorders>
              <w:bottom w:val="single" w:sz="6" w:space="0" w:color="000000"/>
            </w:tcBorders>
            <w:shd w:val="clear" w:color="auto" w:fill="auto"/>
            <w:tcMar>
              <w:top w:w="35" w:type="dxa"/>
              <w:left w:w="70" w:type="dxa"/>
              <w:bottom w:w="35" w:type="dxa"/>
              <w:right w:w="70" w:type="dxa"/>
            </w:tcMar>
          </w:tcPr>
          <w:p w:rsidR="00164F92" w:rsidRDefault="003F042D" w:rsidP="00A51812">
            <w:pPr>
              <w:jc w:val="both"/>
            </w:pPr>
            <w:r>
              <w:lastRenderedPageBreak/>
              <w:t>- GV kết luận: Biết kiềm chế cảm xúc tiêu cực giúp ta bình tĩnh, suy nghĩ rõ ràng, tìm được cách giải quyết và dễ đạt kết quả tốt.</w:t>
            </w:r>
          </w:p>
        </w:tc>
        <w:tc>
          <w:tcPr>
            <w:tcW w:w="3700" w:type="dxa"/>
            <w:tcBorders>
              <w:bottom w:val="single" w:sz="6" w:space="0" w:color="000000"/>
            </w:tcBorders>
            <w:shd w:val="clear" w:color="auto" w:fill="auto"/>
            <w:tcMar>
              <w:top w:w="35" w:type="dxa"/>
              <w:left w:w="70" w:type="dxa"/>
              <w:bottom w:w="35" w:type="dxa"/>
              <w:right w:w="70" w:type="dxa"/>
            </w:tcMar>
          </w:tcPr>
          <w:p w:rsidR="00164F92" w:rsidRDefault="003F042D" w:rsidP="00A51812">
            <w:pPr>
              <w:jc w:val="both"/>
            </w:pPr>
            <w:r>
              <w:t>- HS lắng nghe, nêu lại ý nghĩa của việc kiềm chế cảm xúc tiêu cực.</w:t>
            </w:r>
          </w:p>
        </w:tc>
      </w:tr>
      <w:tr w:rsidR="00164F92" w:rsidTr="00B6229F">
        <w:trPr>
          <w:cantSplit/>
          <w:jc w:val="center"/>
        </w:trPr>
        <w:tc>
          <w:tcPr>
            <w:tcW w:w="9978" w:type="dxa"/>
            <w:gridSpan w:val="2"/>
            <w:tcBorders>
              <w:top w:val="single" w:sz="6" w:space="0" w:color="000000"/>
              <w:bottom w:val="single" w:sz="6" w:space="0" w:color="000000"/>
            </w:tcBorders>
            <w:shd w:val="clear" w:color="auto" w:fill="auto"/>
            <w:tcMar>
              <w:top w:w="35" w:type="dxa"/>
              <w:left w:w="70" w:type="dxa"/>
              <w:bottom w:w="35" w:type="dxa"/>
              <w:right w:w="70" w:type="dxa"/>
            </w:tcMar>
          </w:tcPr>
          <w:p w:rsidR="00164F92" w:rsidRDefault="003F042D" w:rsidP="00A51812">
            <w:pPr>
              <w:jc w:val="both"/>
            </w:pPr>
            <w:r>
              <w:rPr>
                <w:b/>
              </w:rPr>
              <w:t>Hoạt động 2: Tìm hiểu cách kiềm chế cảm xúc tiêu cực (12 phút)</w:t>
            </w:r>
          </w:p>
          <w:p w:rsidR="00164F92" w:rsidRDefault="003F042D" w:rsidP="00A51812">
            <w:pPr>
              <w:jc w:val="both"/>
            </w:pPr>
            <w:r>
              <w:rPr>
                <w:b/>
              </w:rPr>
              <w:t>*Mục tiêu:</w:t>
            </w:r>
          </w:p>
          <w:p w:rsidR="00164F92" w:rsidRDefault="003F042D" w:rsidP="00A51812">
            <w:pPr>
              <w:jc w:val="both"/>
            </w:pPr>
            <w:r>
              <w:t>- HS nêu được các cách kiềm chế cảm xúc tiêu cực.</w:t>
            </w:r>
          </w:p>
          <w:p w:rsidR="00164F92" w:rsidRDefault="003F042D" w:rsidP="00A51812">
            <w:pPr>
              <w:jc w:val="both"/>
            </w:pPr>
            <w:r>
              <w:t>- Mục tiêu tích hợp quyền con người: HS nhận biết quyền được chăm sóc sức khỏe tinh thần, được bày tỏ cảm xúc và tìm người lớn tin cậy hỗ trợ; biết tôn trọng quyền riêng tư, cảm xúc của bạn.</w:t>
            </w:r>
          </w:p>
          <w:p w:rsidR="00164F92" w:rsidRDefault="003F042D" w:rsidP="00A51812">
            <w:pPr>
              <w:jc w:val="both"/>
            </w:pPr>
            <w:r>
              <w:rPr>
                <w:b/>
              </w:rPr>
              <w:t>*Cách tiến hành:</w:t>
            </w:r>
          </w:p>
        </w:tc>
      </w:tr>
      <w:tr w:rsidR="00164F92" w:rsidTr="00B6229F">
        <w:trPr>
          <w:cantSplit/>
          <w:jc w:val="center"/>
        </w:trPr>
        <w:tc>
          <w:tcPr>
            <w:tcW w:w="5900" w:type="dxa"/>
            <w:tcBorders>
              <w:top w:val="single" w:sz="6" w:space="0" w:color="000000"/>
            </w:tcBorders>
            <w:shd w:val="clear" w:color="auto" w:fill="auto"/>
            <w:tcMar>
              <w:top w:w="35" w:type="dxa"/>
              <w:left w:w="70" w:type="dxa"/>
              <w:bottom w:w="35" w:type="dxa"/>
              <w:right w:w="70" w:type="dxa"/>
            </w:tcMar>
          </w:tcPr>
          <w:p w:rsidR="00164F92" w:rsidRDefault="003F042D" w:rsidP="00A51812">
            <w:pPr>
              <w:jc w:val="both"/>
            </w:pPr>
            <w:r>
              <w:t>- GV yêu cầu HS quan sát tranh, đọc các cách kiềm chế cảm xúc trong SGK.</w:t>
            </w:r>
          </w:p>
          <w:p w:rsidR="00164F92" w:rsidRDefault="00164F92" w:rsidP="00A51812">
            <w:pPr>
              <w:jc w:val="both"/>
            </w:pPr>
          </w:p>
        </w:tc>
        <w:tc>
          <w:tcPr>
            <w:tcW w:w="3700" w:type="dxa"/>
            <w:tcBorders>
              <w:top w:val="single" w:sz="6" w:space="0" w:color="000000"/>
            </w:tcBorders>
            <w:shd w:val="clear" w:color="auto" w:fill="auto"/>
            <w:tcMar>
              <w:top w:w="35" w:type="dxa"/>
              <w:left w:w="70" w:type="dxa"/>
              <w:bottom w:w="35" w:type="dxa"/>
              <w:right w:w="70" w:type="dxa"/>
            </w:tcMar>
          </w:tcPr>
          <w:p w:rsidR="00164F92" w:rsidRDefault="003F042D" w:rsidP="00A51812">
            <w:pPr>
              <w:jc w:val="both"/>
            </w:pPr>
            <w:r>
              <w:t>- HS quan sát tranh và đọc nội dung.</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t>- GV hỏi: Các tranh gợi ý những cách nào để kiềm chế cảm xúc tiêu cực?</w:t>
            </w:r>
          </w:p>
        </w:tc>
        <w:tc>
          <w:tcPr>
            <w:tcW w:w="3700" w:type="dxa"/>
            <w:shd w:val="clear" w:color="auto" w:fill="auto"/>
            <w:tcMar>
              <w:top w:w="35" w:type="dxa"/>
              <w:left w:w="70" w:type="dxa"/>
              <w:bottom w:w="35" w:type="dxa"/>
              <w:right w:w="70" w:type="dxa"/>
            </w:tcMar>
          </w:tcPr>
          <w:p w:rsidR="00164F92" w:rsidRDefault="003F042D" w:rsidP="00A51812">
            <w:pPr>
              <w:jc w:val="both"/>
            </w:pPr>
            <w:r>
              <w:t>- HS trả lời: đọc truyện hoặc nghe nhạc; hít thở sâu, đếm chậm từ 1 đến 10; viết ra điều lo lắng, sợ hãi; chia sẻ với bạn; kể với người thân.</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t>- GV hỏi: Em đã từng áp dụng cách nào? Sau đó em cảm thấy như thế nào?</w:t>
            </w:r>
          </w:p>
        </w:tc>
        <w:tc>
          <w:tcPr>
            <w:tcW w:w="3700" w:type="dxa"/>
            <w:shd w:val="clear" w:color="auto" w:fill="auto"/>
            <w:tcMar>
              <w:top w:w="35" w:type="dxa"/>
              <w:left w:w="70" w:type="dxa"/>
              <w:bottom w:w="35" w:type="dxa"/>
              <w:right w:w="70" w:type="dxa"/>
            </w:tcMar>
          </w:tcPr>
          <w:p w:rsidR="00164F92" w:rsidRDefault="003F042D" w:rsidP="00A51812">
            <w:pPr>
              <w:jc w:val="both"/>
            </w:pPr>
            <w:r>
              <w:t>- HS chia sẻ cách đã thực hiện và cảm nhận: bình tĩnh hơn, bớt buồn, bớt lo hoặc dễ suy nghĩ hơn.</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t>- GV hỏi: Em còn biết cách kiềm chế cảm xúc tiêu cực nào khác?</w:t>
            </w:r>
          </w:p>
        </w:tc>
        <w:tc>
          <w:tcPr>
            <w:tcW w:w="3700" w:type="dxa"/>
            <w:shd w:val="clear" w:color="auto" w:fill="auto"/>
            <w:tcMar>
              <w:top w:w="35" w:type="dxa"/>
              <w:left w:w="70" w:type="dxa"/>
              <w:bottom w:w="35" w:type="dxa"/>
              <w:right w:w="70" w:type="dxa"/>
            </w:tcMar>
          </w:tcPr>
          <w:p w:rsidR="00164F92" w:rsidRDefault="003F042D" w:rsidP="00A51812">
            <w:pPr>
              <w:jc w:val="both"/>
            </w:pPr>
            <w:r>
              <w:t>- HS nêu: tập thể dục, đi dạo, uống nước, nghỉ ngơi, vẽ tranh, nói với thầy cô hoặc người lớn tin cậy.</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t>- GV tổ chức cho HS làm bài tập 1 trong VBT hoặc phiếu cá nhân: tô màu vào những cách kiềm chế cảm xúc mà em đồng tình.</w:t>
            </w:r>
          </w:p>
        </w:tc>
        <w:tc>
          <w:tcPr>
            <w:tcW w:w="3700" w:type="dxa"/>
            <w:shd w:val="clear" w:color="auto" w:fill="auto"/>
            <w:tcMar>
              <w:top w:w="35" w:type="dxa"/>
              <w:left w:w="70" w:type="dxa"/>
              <w:bottom w:w="35" w:type="dxa"/>
              <w:right w:w="70" w:type="dxa"/>
            </w:tcMar>
          </w:tcPr>
          <w:p w:rsidR="00164F92" w:rsidRDefault="003F042D" w:rsidP="00A51812">
            <w:pPr>
              <w:jc w:val="both"/>
            </w:pPr>
            <w:r>
              <w:t>- HS làm bài cá nhân và chia sẻ kết quả.</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rPr>
                <w:color w:val="C00000"/>
              </w:rPr>
              <w:t>- GV diễn giải tích hợp quyền con người: Mỗi em có quyền được chăm sóc sức khỏe tinh thần, được nói ra cảm xúc, suy nghĩ và được tìm sự giúp đỡ khi lo lắng, sợ hãi hoặc buồn kéo dài. Các em không cần phải chịu đựng một mình; có thể nói với cha mẹ, thầy cô, người thân hoặc người lớn tin cậy.</w:t>
            </w:r>
          </w:p>
        </w:tc>
        <w:tc>
          <w:tcPr>
            <w:tcW w:w="3700" w:type="dxa"/>
            <w:shd w:val="clear" w:color="auto" w:fill="auto"/>
            <w:tcMar>
              <w:top w:w="35" w:type="dxa"/>
              <w:left w:w="70" w:type="dxa"/>
              <w:bottom w:w="35" w:type="dxa"/>
              <w:right w:w="70" w:type="dxa"/>
            </w:tcMar>
          </w:tcPr>
          <w:p w:rsidR="00164F92" w:rsidRDefault="003F042D" w:rsidP="00A51812">
            <w:pPr>
              <w:jc w:val="both"/>
            </w:pPr>
            <w:r>
              <w:t>- HS nêu được quyền bày tỏ cảm xúc và tên người lớn tin cậy có thể hỗ trợ mình.</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rPr>
                <w:color w:val="C00000"/>
              </w:rPr>
              <w:t>- GV nhấn mạnh: Khi bạn chia sẻ cảm xúc, chúng ta phải lắng nghe, không cười chê, không phán xét và không ép bạn kể điều bạn chưa muốn nói. Cần tôn trọng quyền riêng tư; nếu nhận thấy bạn có nguy cơ mất an toàn thì phải báo ngay cho người lớn tin cậy.</w:t>
            </w:r>
          </w:p>
        </w:tc>
        <w:tc>
          <w:tcPr>
            <w:tcW w:w="3700" w:type="dxa"/>
            <w:shd w:val="clear" w:color="auto" w:fill="auto"/>
            <w:tcMar>
              <w:top w:w="35" w:type="dxa"/>
              <w:left w:w="70" w:type="dxa"/>
              <w:bottom w:w="35" w:type="dxa"/>
              <w:right w:w="70" w:type="dxa"/>
            </w:tcMar>
          </w:tcPr>
          <w:p w:rsidR="00164F92" w:rsidRDefault="003F042D" w:rsidP="00A51812">
            <w:pPr>
              <w:jc w:val="both"/>
            </w:pPr>
            <w:r>
              <w:t>- HS nêu cách tôn trọng cảm xúc, quyền riêng tư và an toàn của bạn.</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rPr>
                <w:color w:val="C00000"/>
              </w:rPr>
              <w:t>- GV hướng dẫn: Nếu cảm xúc tiêu cực quá mạnh, kéo dài hoặc khiến em muốn làm đau bản thân, làm đau người khác, em cần rời khỏi nơi nguy hiểm, bình tĩnh và tìm người lớn hỗ trợ ngay.</w:t>
            </w:r>
          </w:p>
        </w:tc>
        <w:tc>
          <w:tcPr>
            <w:tcW w:w="3700" w:type="dxa"/>
            <w:shd w:val="clear" w:color="auto" w:fill="auto"/>
            <w:tcMar>
              <w:top w:w="35" w:type="dxa"/>
              <w:left w:w="70" w:type="dxa"/>
              <w:bottom w:w="35" w:type="dxa"/>
              <w:right w:w="70" w:type="dxa"/>
            </w:tcMar>
          </w:tcPr>
          <w:p w:rsidR="00164F92" w:rsidRDefault="003F042D" w:rsidP="00A51812">
            <w:pPr>
              <w:jc w:val="both"/>
            </w:pPr>
            <w:r>
              <w:t>- HS ghi nhớ cách tìm kiếm sự hỗ trợ an toàn.</w:t>
            </w:r>
          </w:p>
        </w:tc>
      </w:tr>
      <w:tr w:rsidR="00164F92" w:rsidTr="00B6229F">
        <w:trPr>
          <w:cantSplit/>
          <w:jc w:val="center"/>
        </w:trPr>
        <w:tc>
          <w:tcPr>
            <w:tcW w:w="5900" w:type="dxa"/>
            <w:tcBorders>
              <w:bottom w:val="single" w:sz="6" w:space="0" w:color="000000"/>
            </w:tcBorders>
            <w:shd w:val="clear" w:color="auto" w:fill="auto"/>
            <w:tcMar>
              <w:top w:w="35" w:type="dxa"/>
              <w:left w:w="70" w:type="dxa"/>
              <w:bottom w:w="35" w:type="dxa"/>
              <w:right w:w="70" w:type="dxa"/>
            </w:tcMar>
          </w:tcPr>
          <w:p w:rsidR="00164F92" w:rsidRDefault="003F042D" w:rsidP="00A51812">
            <w:pPr>
              <w:jc w:val="both"/>
            </w:pPr>
            <w:r>
              <w:t>- GV kết luận: Có nhiều cách kiềm chế cảm xúc tiêu cực. Mỗi em cần lựa chọn cách phù hợp, an toàn và không làm tổn thương bản thân hoặc người khác.</w:t>
            </w:r>
          </w:p>
        </w:tc>
        <w:tc>
          <w:tcPr>
            <w:tcW w:w="3700" w:type="dxa"/>
            <w:tcBorders>
              <w:bottom w:val="single" w:sz="6" w:space="0" w:color="000000"/>
            </w:tcBorders>
            <w:shd w:val="clear" w:color="auto" w:fill="auto"/>
            <w:tcMar>
              <w:top w:w="35" w:type="dxa"/>
              <w:left w:w="70" w:type="dxa"/>
              <w:bottom w:w="35" w:type="dxa"/>
              <w:right w:w="70" w:type="dxa"/>
            </w:tcMar>
          </w:tcPr>
          <w:p w:rsidR="00164F92" w:rsidRDefault="003F042D" w:rsidP="00A51812">
            <w:pPr>
              <w:jc w:val="both"/>
            </w:pPr>
            <w:r>
              <w:t>- HS đọc lại các cách kiềm chế cảm xúc và ghi nhớ.</w:t>
            </w:r>
          </w:p>
        </w:tc>
      </w:tr>
      <w:tr w:rsidR="00164F92" w:rsidTr="00B6229F">
        <w:trPr>
          <w:cantSplit/>
          <w:jc w:val="center"/>
        </w:trPr>
        <w:tc>
          <w:tcPr>
            <w:tcW w:w="9978" w:type="dxa"/>
            <w:gridSpan w:val="2"/>
            <w:tcBorders>
              <w:top w:val="single" w:sz="6" w:space="0" w:color="000000"/>
              <w:bottom w:val="single" w:sz="6" w:space="0" w:color="000000"/>
            </w:tcBorders>
            <w:shd w:val="clear" w:color="auto" w:fill="auto"/>
            <w:tcMar>
              <w:top w:w="35" w:type="dxa"/>
              <w:left w:w="70" w:type="dxa"/>
              <w:bottom w:w="35" w:type="dxa"/>
              <w:right w:w="70" w:type="dxa"/>
            </w:tcMar>
          </w:tcPr>
          <w:p w:rsidR="00164F92" w:rsidRDefault="003F042D" w:rsidP="00A51812">
            <w:pPr>
              <w:jc w:val="both"/>
            </w:pPr>
            <w:r>
              <w:rPr>
                <w:b/>
              </w:rPr>
              <w:lastRenderedPageBreak/>
              <w:t>3. VẬN DỤNG TRẢI NGHIỆM (6 phút)</w:t>
            </w:r>
          </w:p>
          <w:p w:rsidR="00164F92" w:rsidRDefault="003F042D" w:rsidP="00A51812">
            <w:pPr>
              <w:jc w:val="both"/>
            </w:pPr>
            <w:r>
              <w:rPr>
                <w:b/>
              </w:rPr>
              <w:t>*Mục tiêu:</w:t>
            </w:r>
          </w:p>
          <w:p w:rsidR="00164F92" w:rsidRDefault="003F042D" w:rsidP="00A51812">
            <w:pPr>
              <w:jc w:val="both"/>
            </w:pPr>
            <w:r>
              <w:t>- Vận dụng một số cách kiềm chế cảm xúc tiêu cực vào cuộc sống hằng ngày.</w:t>
            </w:r>
          </w:p>
          <w:p w:rsidR="00164F92" w:rsidRDefault="003F042D" w:rsidP="00A51812">
            <w:pPr>
              <w:jc w:val="both"/>
            </w:pPr>
            <w:r>
              <w:t>- Mục tiêu tích hợp năng lực số 4.3.CB1a: HS biết rời khỏi màn hình, không tiếp tục xem hoặc chia sẻ nội dung gây sợ hãi, tức giận; báo người lớn khi gặp nội dung tiêu cực hoặc bị bắt nạt trên môi trường số.</w:t>
            </w:r>
          </w:p>
          <w:p w:rsidR="00164F92" w:rsidRDefault="003F042D" w:rsidP="00A51812">
            <w:pPr>
              <w:jc w:val="both"/>
            </w:pPr>
            <w:r>
              <w:rPr>
                <w:b/>
              </w:rPr>
              <w:t>*Cách tiến hành:</w:t>
            </w:r>
          </w:p>
        </w:tc>
      </w:tr>
      <w:tr w:rsidR="00164F92" w:rsidTr="00B6229F">
        <w:trPr>
          <w:cantSplit/>
          <w:jc w:val="center"/>
        </w:trPr>
        <w:tc>
          <w:tcPr>
            <w:tcW w:w="5900" w:type="dxa"/>
            <w:tcBorders>
              <w:top w:val="single" w:sz="6" w:space="0" w:color="000000"/>
            </w:tcBorders>
            <w:shd w:val="clear" w:color="auto" w:fill="auto"/>
            <w:tcMar>
              <w:top w:w="35" w:type="dxa"/>
              <w:left w:w="70" w:type="dxa"/>
              <w:bottom w:w="35" w:type="dxa"/>
              <w:right w:w="70" w:type="dxa"/>
            </w:tcMar>
          </w:tcPr>
          <w:p w:rsidR="00164F92" w:rsidRDefault="003F042D" w:rsidP="00A51812">
            <w:pPr>
              <w:jc w:val="both"/>
            </w:pPr>
            <w:r>
              <w:t>- GV hỏi: Hôm nay em học bài gì? Em nhớ những cách nào để kiềm chế cảm xúc tiêu cực?</w:t>
            </w:r>
          </w:p>
        </w:tc>
        <w:tc>
          <w:tcPr>
            <w:tcW w:w="3700" w:type="dxa"/>
            <w:tcBorders>
              <w:top w:val="single" w:sz="6" w:space="0" w:color="000000"/>
            </w:tcBorders>
            <w:shd w:val="clear" w:color="auto" w:fill="auto"/>
            <w:tcMar>
              <w:top w:w="35" w:type="dxa"/>
              <w:left w:w="70" w:type="dxa"/>
              <w:bottom w:w="35" w:type="dxa"/>
              <w:right w:w="70" w:type="dxa"/>
            </w:tcMar>
          </w:tcPr>
          <w:p w:rsidR="00164F92" w:rsidRDefault="003F042D" w:rsidP="00A51812">
            <w:pPr>
              <w:jc w:val="both"/>
            </w:pPr>
            <w:r>
              <w:t>- HS nêu tên bài và kể 1–2 cách phù hợp với bản thân.</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rPr>
                <w:color w:val="C00000"/>
              </w:rPr>
              <w:t>- GV nêu tình huống số: “Khi đang xem YouTube hoặc dùng thiết bị số, em thấy một video khiến em rất sợ hãi, tức giận hoặc có người gửi lời trêu chọc em. Em sẽ làm gì?”</w:t>
            </w:r>
          </w:p>
        </w:tc>
        <w:tc>
          <w:tcPr>
            <w:tcW w:w="3700" w:type="dxa"/>
            <w:shd w:val="clear" w:color="auto" w:fill="auto"/>
            <w:tcMar>
              <w:top w:w="35" w:type="dxa"/>
              <w:left w:w="70" w:type="dxa"/>
              <w:bottom w:w="35" w:type="dxa"/>
              <w:right w:w="70" w:type="dxa"/>
            </w:tcMar>
          </w:tcPr>
          <w:p w:rsidR="00164F92" w:rsidRDefault="003F042D" w:rsidP="00A51812">
            <w:pPr>
              <w:jc w:val="both"/>
            </w:pPr>
            <w:r>
              <w:t>- HS thảo luận và trả lời: dừng xem, tắt/rời khỏi màn hình, không bình luận nóng giận, không chia sẻ video, báo cha mẹ hoặc thầy cô.</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rPr>
                <w:color w:val="C00000"/>
              </w:rPr>
              <w:t>- GV diễn giải tích hợp năng lực số: Nội dung trên mạng có thể tác động đến cảm xúc và sức khỏe tinh thần. Khi gặp nội dung tiêu cực, HS không cố xem tiếp, không đáp trả bằng lời xúc phạm, không tự ý gặp người lạ; cần lưu lại thông tin cần thiết dưới sự hướng dẫn và báo ngay cho người lớn tin cậy.</w:t>
            </w:r>
          </w:p>
        </w:tc>
        <w:tc>
          <w:tcPr>
            <w:tcW w:w="3700" w:type="dxa"/>
            <w:shd w:val="clear" w:color="auto" w:fill="auto"/>
            <w:tcMar>
              <w:top w:w="35" w:type="dxa"/>
              <w:left w:w="70" w:type="dxa"/>
              <w:bottom w:w="35" w:type="dxa"/>
              <w:right w:w="70" w:type="dxa"/>
            </w:tcMar>
          </w:tcPr>
          <w:p w:rsidR="00164F92" w:rsidRDefault="003F042D" w:rsidP="00A51812">
            <w:pPr>
              <w:jc w:val="both"/>
            </w:pPr>
            <w:r>
              <w:t>- HS nêu lại các bước xử lí an toàn và xác định người lớn sẽ báo.</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rPr>
                <w:color w:val="C00000"/>
              </w:rPr>
              <w:t>- GV nhấn mạnh: Bị trêu chọc hoặc bắt nạt trên mạng không phải lỗi của người bị hại. HS có quyền được bảo vệ và cần tìm sự hỗ trợ; đồng thời không tham gia bình luận, chia sẻ nội dung làm tổn thương người khác.</w:t>
            </w:r>
          </w:p>
        </w:tc>
        <w:tc>
          <w:tcPr>
            <w:tcW w:w="3700" w:type="dxa"/>
            <w:shd w:val="clear" w:color="auto" w:fill="auto"/>
            <w:tcMar>
              <w:top w:w="35" w:type="dxa"/>
              <w:left w:w="70" w:type="dxa"/>
              <w:bottom w:w="35" w:type="dxa"/>
              <w:right w:w="70" w:type="dxa"/>
            </w:tcMar>
          </w:tcPr>
          <w:p w:rsidR="00164F92" w:rsidRDefault="003F042D" w:rsidP="00A51812">
            <w:pPr>
              <w:jc w:val="both"/>
            </w:pPr>
            <w:r>
              <w:t>- HS cam kết không bắt nạt trên mạng, biết bảo vệ bản thân và tôn trọng bạn.</w:t>
            </w:r>
          </w:p>
        </w:tc>
      </w:tr>
      <w:tr w:rsidR="00164F92" w:rsidTr="00B6229F">
        <w:trPr>
          <w:cantSplit/>
          <w:jc w:val="center"/>
        </w:trPr>
        <w:tc>
          <w:tcPr>
            <w:tcW w:w="5900" w:type="dxa"/>
            <w:shd w:val="clear" w:color="auto" w:fill="auto"/>
            <w:tcMar>
              <w:top w:w="35" w:type="dxa"/>
              <w:left w:w="70" w:type="dxa"/>
              <w:bottom w:w="35" w:type="dxa"/>
              <w:right w:w="70" w:type="dxa"/>
            </w:tcMar>
          </w:tcPr>
          <w:p w:rsidR="00164F92" w:rsidRDefault="003F042D" w:rsidP="00A51812">
            <w:pPr>
              <w:jc w:val="both"/>
            </w:pPr>
            <w:r>
              <w:t>- GV giao nhiệm vụ ở nhà: Tìm đọc một câu chuyện hoặc bài thơ về cách vượt qua lo lắng, sợ hãi; thực hành một cách kiềm chế cảm xúc và kể lại kết quả cho người thân.</w:t>
            </w:r>
          </w:p>
        </w:tc>
        <w:tc>
          <w:tcPr>
            <w:tcW w:w="3700" w:type="dxa"/>
            <w:shd w:val="clear" w:color="auto" w:fill="auto"/>
            <w:tcMar>
              <w:top w:w="35" w:type="dxa"/>
              <w:left w:w="70" w:type="dxa"/>
              <w:bottom w:w="35" w:type="dxa"/>
              <w:right w:w="70" w:type="dxa"/>
            </w:tcMar>
          </w:tcPr>
          <w:p w:rsidR="00164F92" w:rsidRDefault="003F042D" w:rsidP="00A51812">
            <w:pPr>
              <w:jc w:val="both"/>
            </w:pPr>
            <w:r>
              <w:t>- HS ghi nhớ và thực hiện nhiệm vụ.</w:t>
            </w:r>
          </w:p>
        </w:tc>
      </w:tr>
    </w:tbl>
    <w:p w:rsidR="00164F92" w:rsidRDefault="003F042D" w:rsidP="00A51812">
      <w:pPr>
        <w:jc w:val="both"/>
      </w:pPr>
      <w:r>
        <w:rPr>
          <w:b/>
        </w:rPr>
        <w:t xml:space="preserve">IV. ĐIỀU CHỈNH SAU TIẾT DẠY (NẾU CÓ): </w:t>
      </w:r>
    </w:p>
    <w:p w:rsidR="00A51812" w:rsidRDefault="00A51812" w:rsidP="00A51812">
      <w:pPr>
        <w:tabs>
          <w:tab w:val="left" w:leader="dot" w:pos="9900"/>
        </w:tabs>
        <w:jc w:val="both"/>
      </w:pPr>
      <w:r>
        <w:tab/>
      </w:r>
    </w:p>
    <w:p w:rsidR="00A51812" w:rsidRDefault="00A51812" w:rsidP="00A51812">
      <w:pPr>
        <w:tabs>
          <w:tab w:val="left" w:leader="dot" w:pos="9900"/>
        </w:tabs>
        <w:jc w:val="both"/>
      </w:pPr>
      <w:r>
        <w:tab/>
      </w:r>
    </w:p>
    <w:p w:rsidR="00A51812" w:rsidRDefault="00A51812" w:rsidP="00A51812">
      <w:pPr>
        <w:tabs>
          <w:tab w:val="left" w:leader="dot" w:pos="9900"/>
        </w:tabs>
        <w:jc w:val="both"/>
      </w:pPr>
      <w:r>
        <w:tab/>
      </w:r>
    </w:p>
    <w:p w:rsidR="00A51812" w:rsidRDefault="00A51812" w:rsidP="00A51812">
      <w:pPr>
        <w:tabs>
          <w:tab w:val="left" w:leader="dot" w:pos="9900"/>
        </w:tabs>
        <w:jc w:val="both"/>
      </w:pPr>
      <w:r>
        <w:tab/>
      </w:r>
    </w:p>
    <w:bookmarkEnd w:id="0"/>
    <w:p w:rsidR="00A51812" w:rsidRDefault="00A51812" w:rsidP="00A51812">
      <w:pPr>
        <w:tabs>
          <w:tab w:val="left" w:leader="dot" w:pos="9900"/>
        </w:tabs>
        <w:jc w:val="both"/>
      </w:pPr>
    </w:p>
    <w:sectPr w:rsidR="00A51812" w:rsidSect="00034616">
      <w:pgSz w:w="11906" w:h="16838"/>
      <w:pgMar w:top="850" w:right="964" w:bottom="56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64F92"/>
    <w:rsid w:val="0029639D"/>
    <w:rsid w:val="00326F90"/>
    <w:rsid w:val="003F042D"/>
    <w:rsid w:val="00A51812"/>
    <w:rsid w:val="00AA1D8D"/>
    <w:rsid w:val="00B47730"/>
    <w:rsid w:val="00B6229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B6229F"/>
    <w:rPr>
      <w:rFonts w:ascii="Tahoma" w:hAnsi="Tahoma" w:cs="Tahoma"/>
      <w:sz w:val="16"/>
      <w:szCs w:val="16"/>
    </w:rPr>
  </w:style>
  <w:style w:type="character" w:customStyle="1" w:styleId="BalloonTextChar">
    <w:name w:val="Balloon Text Char"/>
    <w:basedOn w:val="DefaultParagraphFont"/>
    <w:link w:val="BalloonText"/>
    <w:uiPriority w:val="99"/>
    <w:semiHidden/>
    <w:rsid w:val="00B6229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B6229F"/>
    <w:rPr>
      <w:rFonts w:ascii="Tahoma" w:hAnsi="Tahoma" w:cs="Tahoma"/>
      <w:sz w:val="16"/>
      <w:szCs w:val="16"/>
    </w:rPr>
  </w:style>
  <w:style w:type="character" w:customStyle="1" w:styleId="BalloonTextChar">
    <w:name w:val="Balloon Text Char"/>
    <w:basedOn w:val="DefaultParagraphFont"/>
    <w:link w:val="BalloonText"/>
    <w:uiPriority w:val="99"/>
    <w:semiHidden/>
    <w:rsid w:val="00B6229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05A78-70DF-472F-9D9E-7284E1F25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1332</Words>
  <Characters>7598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8913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4</cp:revision>
  <dcterms:created xsi:type="dcterms:W3CDTF">2026-06-12T10:29:00Z</dcterms:created>
  <dcterms:modified xsi:type="dcterms:W3CDTF">2026-08-17T09:27:00Z</dcterms:modified>
  <cp:category/>
</cp:coreProperties>
</file>