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BE5EB" w14:textId="77777777" w:rsidR="00215E3A" w:rsidRDefault="003F1E52" w:rsidP="001F687B">
      <w:pPr>
        <w:shd w:val="clear" w:color="auto" w:fill="FFFFFF" w:themeFill="background1"/>
        <w:spacing w:after="0" w:line="240" w:lineRule="auto"/>
        <w:jc w:val="center"/>
      </w:pPr>
      <w:r>
        <w:rPr>
          <w:b/>
          <w:color w:val="000000"/>
        </w:rPr>
        <w:t>KẾ HOẠCH BÀI DẠY MÔN TIẾNG VIỆT LỚP 2</w:t>
      </w:r>
      <w:r w:rsidR="00A20486">
        <w:rPr>
          <w:b/>
          <w:color w:val="000000"/>
        </w:rPr>
        <w:t>- TUẦN 5</w:t>
      </w:r>
    </w:p>
    <w:p w14:paraId="69305C5C" w14:textId="77777777" w:rsidR="00215E3A" w:rsidRDefault="00A20486" w:rsidP="001F687B">
      <w:pPr>
        <w:shd w:val="clear" w:color="auto" w:fill="FFFFFF" w:themeFill="background1"/>
        <w:spacing w:after="0" w:line="240" w:lineRule="auto"/>
        <w:jc w:val="center"/>
      </w:pPr>
      <w:r>
        <w:rPr>
          <w:b/>
          <w:color w:val="000000"/>
        </w:rPr>
        <w:t>CHỦ ĐỀ 2: ĐI HỌC VUI SAO</w:t>
      </w:r>
    </w:p>
    <w:p w14:paraId="7F541627" w14:textId="77777777" w:rsidR="00215E3A" w:rsidRDefault="00A20486" w:rsidP="001F687B">
      <w:pPr>
        <w:shd w:val="clear" w:color="auto" w:fill="FFFFFF" w:themeFill="background1"/>
        <w:spacing w:after="0" w:line="240" w:lineRule="auto"/>
        <w:jc w:val="center"/>
      </w:pPr>
      <w:r>
        <w:rPr>
          <w:b/>
          <w:color w:val="000000"/>
        </w:rPr>
        <w:t>BÀI 9: CÔ GIÁO LỚP EM</w:t>
      </w:r>
    </w:p>
    <w:p w14:paraId="57E2C31D" w14:textId="77777777" w:rsidR="00215E3A" w:rsidRDefault="00A20486" w:rsidP="001F687B">
      <w:pPr>
        <w:shd w:val="clear" w:color="auto" w:fill="FFFFFF" w:themeFill="background1"/>
        <w:spacing w:after="0" w:line="240" w:lineRule="auto"/>
        <w:jc w:val="center"/>
      </w:pPr>
      <w:r>
        <w:rPr>
          <w:b/>
          <w:color w:val="000000"/>
        </w:rPr>
        <w:t>TIẾT 1 - 2: ĐỌC: CÔ GIÁO LỚP EM</w:t>
      </w:r>
    </w:p>
    <w:p w14:paraId="31640D92" w14:textId="77777777" w:rsidR="00215E3A" w:rsidRDefault="00A20486" w:rsidP="001F687B">
      <w:pPr>
        <w:shd w:val="clear" w:color="auto" w:fill="FFFFFF" w:themeFill="background1"/>
        <w:spacing w:after="0" w:line="240" w:lineRule="auto"/>
        <w:jc w:val="both"/>
      </w:pPr>
      <w:r>
        <w:rPr>
          <w:b/>
          <w:color w:val="000000"/>
        </w:rPr>
        <w:t>I. YÊU CẦU CẦN ĐẠT</w:t>
      </w:r>
    </w:p>
    <w:p w14:paraId="6669724D" w14:textId="77777777" w:rsidR="00215E3A" w:rsidRDefault="00A20486" w:rsidP="001F687B">
      <w:pPr>
        <w:shd w:val="clear" w:color="auto" w:fill="FFFFFF" w:themeFill="background1"/>
        <w:spacing w:after="0" w:line="240" w:lineRule="auto"/>
        <w:jc w:val="both"/>
      </w:pPr>
      <w:r>
        <w:rPr>
          <w:b/>
          <w:color w:val="000000"/>
        </w:rPr>
        <w:t>1. Năng lực đặc thù:</w:t>
      </w:r>
    </w:p>
    <w:p w14:paraId="7652F31F" w14:textId="77777777" w:rsidR="00215E3A" w:rsidRDefault="00A20486" w:rsidP="001F687B">
      <w:pPr>
        <w:shd w:val="clear" w:color="auto" w:fill="FFFFFF" w:themeFill="background1"/>
        <w:spacing w:after="0" w:line="240" w:lineRule="auto"/>
        <w:jc w:val="both"/>
      </w:pPr>
      <w:r>
        <w:rPr>
          <w:color w:val="000000"/>
        </w:rPr>
        <w:t>- Đọc đúng, rõ ràng bài Cô giáo lớp em; biết ngắt nghỉ hơi phù hợp theo dấu câu, dòng thơ hoặc đoạn văn.</w:t>
      </w:r>
    </w:p>
    <w:p w14:paraId="6745F5D4" w14:textId="77777777" w:rsidR="00215E3A" w:rsidRDefault="00A20486" w:rsidP="001F687B">
      <w:pPr>
        <w:shd w:val="clear" w:color="auto" w:fill="FFFFFF" w:themeFill="background1"/>
        <w:spacing w:after="0" w:line="240" w:lineRule="auto"/>
        <w:jc w:val="both"/>
      </w:pPr>
      <w:r>
        <w:rPr>
          <w:color w:val="000000"/>
        </w:rPr>
        <w:t>- Hiểu nghĩa từ ngữ; trả lời được câu hỏi trong SGK; nêu được nội dung chính của bài.</w:t>
      </w:r>
    </w:p>
    <w:p w14:paraId="01F4B2BE" w14:textId="77777777" w:rsidR="00215E3A" w:rsidRDefault="00A20486" w:rsidP="001F687B">
      <w:pPr>
        <w:shd w:val="clear" w:color="auto" w:fill="FFFFFF" w:themeFill="background1"/>
        <w:spacing w:after="0" w:line="240" w:lineRule="auto"/>
        <w:jc w:val="both"/>
      </w:pPr>
      <w:r>
        <w:rPr>
          <w:color w:val="000000"/>
        </w:rPr>
        <w:t>- Biết luyện đọc lại, trao đổi, nói/viết câu theo nội dung bài học.</w:t>
      </w:r>
    </w:p>
    <w:p w14:paraId="2379C5A4" w14:textId="77777777" w:rsidR="00215E3A" w:rsidRDefault="00A20486" w:rsidP="001F687B">
      <w:pPr>
        <w:shd w:val="clear" w:color="auto" w:fill="FFFFFF" w:themeFill="background1"/>
        <w:spacing w:after="0" w:line="240" w:lineRule="auto"/>
        <w:jc w:val="both"/>
      </w:pPr>
      <w:r>
        <w:rPr>
          <w:b/>
          <w:color w:val="000000"/>
        </w:rPr>
        <w:t>2. Năng lực chung:</w:t>
      </w:r>
    </w:p>
    <w:p w14:paraId="119FFB47" w14:textId="77777777" w:rsidR="00215E3A" w:rsidRDefault="00A20486" w:rsidP="001F687B">
      <w:pPr>
        <w:shd w:val="clear" w:color="auto" w:fill="FFFFFF" w:themeFill="background1"/>
        <w:spacing w:after="0" w:line="240" w:lineRule="auto"/>
        <w:jc w:val="both"/>
      </w:pPr>
      <w:r>
        <w:rPr>
          <w:color w:val="000000"/>
        </w:rPr>
        <w:t>- Tự chủ và tự học: chủ động đọc bài, tự sửa lỗi phát âm và hoàn thành nhiệm vụ học tập.</w:t>
      </w:r>
    </w:p>
    <w:p w14:paraId="41777CFA" w14:textId="77777777" w:rsidR="00215E3A" w:rsidRDefault="00A20486" w:rsidP="001F687B">
      <w:pPr>
        <w:shd w:val="clear" w:color="auto" w:fill="FFFFFF" w:themeFill="background1"/>
        <w:spacing w:after="0" w:line="240" w:lineRule="auto"/>
        <w:jc w:val="both"/>
      </w:pPr>
      <w:r>
        <w:rPr>
          <w:color w:val="000000"/>
        </w:rPr>
        <w:t>- Giao tiếp và hợp tác: biết trao đổi nhóm, lắng nghe và góp ý cho bạn.</w:t>
      </w:r>
    </w:p>
    <w:p w14:paraId="200266C7" w14:textId="77777777" w:rsidR="00215E3A" w:rsidRDefault="00A20486" w:rsidP="001F687B">
      <w:pPr>
        <w:shd w:val="clear" w:color="auto" w:fill="FFFFFF" w:themeFill="background1"/>
        <w:spacing w:after="0" w:line="240" w:lineRule="auto"/>
        <w:jc w:val="both"/>
      </w:pPr>
      <w:r>
        <w:rPr>
          <w:color w:val="000000"/>
        </w:rPr>
        <w:t>- Giải quyết vấn đề và sáng tạo: biết liên hệ nội dung bài học với việc làm hằng ngày.</w:t>
      </w:r>
    </w:p>
    <w:p w14:paraId="172D9F9C" w14:textId="77777777" w:rsidR="00215E3A" w:rsidRDefault="00A20486" w:rsidP="001F687B">
      <w:pPr>
        <w:shd w:val="clear" w:color="auto" w:fill="FFFFFF" w:themeFill="background1"/>
        <w:spacing w:after="0" w:line="240" w:lineRule="auto"/>
        <w:jc w:val="both"/>
      </w:pPr>
      <w:r>
        <w:rPr>
          <w:b/>
          <w:color w:val="000000"/>
        </w:rPr>
        <w:t>3. Phẩm chất:</w:t>
      </w:r>
    </w:p>
    <w:p w14:paraId="4C50E9CE" w14:textId="77777777" w:rsidR="00215E3A" w:rsidRDefault="00A20486" w:rsidP="001F687B">
      <w:pPr>
        <w:shd w:val="clear" w:color="auto" w:fill="FFFFFF" w:themeFill="background1"/>
        <w:spacing w:after="0" w:line="240" w:lineRule="auto"/>
        <w:jc w:val="both"/>
      </w:pPr>
      <w:r>
        <w:rPr>
          <w:color w:val="000000"/>
        </w:rPr>
        <w:t>- Nhân ái, chăm chỉ, trách nhiệm: yêu quý trường lớp, thầy cô, bạn bè; tích cực học tập và thực hiện nền nếp.</w:t>
      </w:r>
    </w:p>
    <w:p w14:paraId="57265E46" w14:textId="77777777" w:rsidR="00215E3A" w:rsidRDefault="00A20486" w:rsidP="001F687B">
      <w:pPr>
        <w:shd w:val="clear" w:color="auto" w:fill="FFFFFF" w:themeFill="background1"/>
        <w:spacing w:after="0" w:line="240" w:lineRule="auto"/>
        <w:jc w:val="both"/>
      </w:pPr>
      <w:r>
        <w:rPr>
          <w:b/>
          <w:color w:val="000000"/>
        </w:rPr>
        <w:t>4. Tích hợp:</w:t>
      </w:r>
    </w:p>
    <w:p w14:paraId="75FB867B" w14:textId="77777777" w:rsidR="00215E3A" w:rsidRDefault="00A20486" w:rsidP="001F687B">
      <w:pPr>
        <w:shd w:val="clear" w:color="auto" w:fill="FFFFFF" w:themeFill="background1"/>
        <w:spacing w:after="0" w:line="240" w:lineRule="auto"/>
        <w:jc w:val="both"/>
      </w:pPr>
      <w:r>
        <w:rPr>
          <w:color w:val="C00000"/>
        </w:rPr>
        <w:t>- Giáo dục đạo đức, lối sống: HS biết yêu quý, kính trọng thầy cô, trường lớp, bạn bè; biết thể hiện tình cảm bằng lời nói, việc làm lịch sự, chăm học và có trách nhiệm trong học tập.</w:t>
      </w:r>
    </w:p>
    <w:p w14:paraId="4D6321D5" w14:textId="77777777" w:rsidR="00215E3A" w:rsidRDefault="00A20486" w:rsidP="001F687B">
      <w:pPr>
        <w:shd w:val="clear" w:color="auto" w:fill="FFFFFF" w:themeFill="background1"/>
        <w:spacing w:after="0" w:line="240" w:lineRule="auto"/>
        <w:jc w:val="both"/>
      </w:pPr>
      <w:r>
        <w:rPr>
          <w:b/>
          <w:color w:val="000000"/>
        </w:rPr>
        <w:t>II. ĐỒ DÙNG DẠY HỌC</w:t>
      </w:r>
    </w:p>
    <w:p w14:paraId="6F15B9AC" w14:textId="77777777" w:rsidR="00215E3A" w:rsidRDefault="00A20486" w:rsidP="001F687B">
      <w:pPr>
        <w:shd w:val="clear" w:color="auto" w:fill="FFFFFF" w:themeFill="background1"/>
        <w:spacing w:after="0" w:line="240" w:lineRule="auto"/>
        <w:jc w:val="both"/>
      </w:pPr>
      <w:r>
        <w:rPr>
          <w:color w:val="000000"/>
        </w:rPr>
        <w:t>- GV: Máy tính, máy chiếu/tivi, tranh và câu bài tập cắt từ SGK, thẻ từ, phiếu học tập phù hợp với bài.</w:t>
      </w:r>
    </w:p>
    <w:p w14:paraId="2F80FEC3" w14:textId="77777777" w:rsidR="00215E3A" w:rsidRDefault="00A20486" w:rsidP="001F687B">
      <w:pPr>
        <w:shd w:val="clear" w:color="auto" w:fill="FFFFFF" w:themeFill="background1"/>
        <w:spacing w:after="0" w:line="240" w:lineRule="auto"/>
        <w:jc w:val="both"/>
      </w:pPr>
      <w:r>
        <w:rPr>
          <w:color w:val="000000"/>
        </w:rPr>
        <w:t>- HS: SGK Tiếng Việt 2 tập một, Vở bài tập Tiếng Việt, vở ô ly, bảng con/bút chì.</w:t>
      </w:r>
    </w:p>
    <w:p w14:paraId="02BA3B50" w14:textId="77777777" w:rsidR="00215E3A" w:rsidRDefault="00A20486" w:rsidP="001F687B">
      <w:pPr>
        <w:shd w:val="clear" w:color="auto" w:fill="FFFFFF" w:themeFill="background1"/>
        <w:spacing w:after="0" w:line="240" w:lineRule="auto"/>
        <w:jc w:val="both"/>
      </w:pPr>
      <w:r>
        <w:rPr>
          <w:b/>
          <w:color w:val="000000"/>
        </w:rPr>
        <w:t>III. HOẠT ĐỘNG DẠY HỌC</w:t>
      </w:r>
    </w:p>
    <w:tbl>
      <w:tblPr>
        <w:tblStyle w:val="TableGrid"/>
        <w:tblW w:w="0" w:type="auto"/>
        <w:jc w:val="center"/>
        <w:tblLayout w:type="fixed"/>
        <w:tblLook w:val="04A0" w:firstRow="1" w:lastRow="0" w:firstColumn="1" w:lastColumn="0" w:noHBand="0" w:noVBand="1"/>
      </w:tblPr>
      <w:tblGrid>
        <w:gridCol w:w="5270"/>
        <w:gridCol w:w="5270"/>
      </w:tblGrid>
      <w:tr w:rsidR="00215E3A" w14:paraId="2BA82E85" w14:textId="77777777" w:rsidTr="001F687B">
        <w:trPr>
          <w:jc w:val="center"/>
        </w:trPr>
        <w:tc>
          <w:tcPr>
            <w:tcW w:w="5270" w:type="dxa"/>
            <w:tcBorders>
              <w:top w:val="single" w:sz="8" w:space="0" w:color="000000"/>
              <w:left w:val="single" w:sz="8" w:space="0" w:color="000000"/>
              <w:bottom w:val="single" w:sz="4" w:space="0" w:color="000000"/>
              <w:right w:val="single" w:sz="8" w:space="0" w:color="000000"/>
            </w:tcBorders>
            <w:shd w:val="clear" w:color="auto" w:fill="D9EAF7"/>
          </w:tcPr>
          <w:p w14:paraId="3D820F94" w14:textId="77777777" w:rsidR="00215E3A" w:rsidRDefault="00A20486" w:rsidP="001F687B">
            <w:pPr>
              <w:shd w:val="clear" w:color="auto" w:fill="FFFFFF" w:themeFill="background1"/>
              <w:jc w:val="center"/>
            </w:pPr>
            <w:r>
              <w:rPr>
                <w:b/>
                <w:color w:val="006100"/>
              </w:rPr>
              <w:t>Hoạt động của giáo viên</w:t>
            </w:r>
          </w:p>
        </w:tc>
        <w:tc>
          <w:tcPr>
            <w:tcW w:w="5270" w:type="dxa"/>
            <w:tcBorders>
              <w:top w:val="single" w:sz="8" w:space="0" w:color="000000"/>
              <w:left w:val="single" w:sz="8" w:space="0" w:color="000000"/>
              <w:bottom w:val="single" w:sz="4" w:space="0" w:color="000000"/>
              <w:right w:val="single" w:sz="8" w:space="0" w:color="000000"/>
            </w:tcBorders>
            <w:shd w:val="clear" w:color="auto" w:fill="D9EAF7"/>
          </w:tcPr>
          <w:p w14:paraId="419C7E5B" w14:textId="77777777" w:rsidR="00215E3A" w:rsidRDefault="00A20486" w:rsidP="001F687B">
            <w:pPr>
              <w:shd w:val="clear" w:color="auto" w:fill="FFFFFF" w:themeFill="background1"/>
              <w:jc w:val="center"/>
            </w:pPr>
            <w:r>
              <w:rPr>
                <w:b/>
                <w:color w:val="006100"/>
              </w:rPr>
              <w:t>Hoạt động của học sinh</w:t>
            </w:r>
          </w:p>
        </w:tc>
      </w:tr>
      <w:tr w:rsidR="00215E3A" w14:paraId="4C7B81FA"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6E0D6667" w14:textId="77777777" w:rsidR="00215E3A" w:rsidRDefault="00A20486" w:rsidP="001F687B">
            <w:pPr>
              <w:shd w:val="clear" w:color="auto" w:fill="FFFFFF" w:themeFill="background1"/>
              <w:jc w:val="both"/>
            </w:pPr>
            <w:r>
              <w:rPr>
                <w:b/>
                <w:color w:val="008000"/>
              </w:rPr>
              <w:t>TIẾT 1 (35 phút)</w:t>
            </w:r>
          </w:p>
          <w:p w14:paraId="131E5F34" w14:textId="77777777" w:rsidR="00215E3A" w:rsidRDefault="00A20486" w:rsidP="001F687B">
            <w:pPr>
              <w:shd w:val="clear" w:color="auto" w:fill="FFFFFF" w:themeFill="background1"/>
              <w:jc w:val="both"/>
            </w:pPr>
            <w:r>
              <w:rPr>
                <w:b/>
                <w:color w:val="008000"/>
              </w:rPr>
              <w:t>1. Khởi động (5 phút)</w:t>
            </w:r>
          </w:p>
          <w:p w14:paraId="0F370305" w14:textId="77777777" w:rsidR="00215E3A" w:rsidRDefault="00A20486" w:rsidP="001F687B">
            <w:pPr>
              <w:shd w:val="clear" w:color="auto" w:fill="FFFFFF" w:themeFill="background1"/>
              <w:jc w:val="both"/>
            </w:pPr>
            <w:r>
              <w:rPr>
                <w:b/>
                <w:color w:val="008000"/>
              </w:rPr>
              <w:t>Mục tiêu: Giúp HS ôn lại bài cũ, huy động vốn hiểu biết, trải nghiệm, cảm xúc để chuẩn bị tiếp nhận bài đọc mới.</w:t>
            </w:r>
          </w:p>
        </w:tc>
      </w:tr>
      <w:tr w:rsidR="00215E3A" w14:paraId="6A5BC08E" w14:textId="77777777" w:rsidTr="001F687B">
        <w:trPr>
          <w:jc w:val="center"/>
        </w:trPr>
        <w:tc>
          <w:tcPr>
            <w:tcW w:w="5270" w:type="dxa"/>
            <w:tcBorders>
              <w:top w:val="single" w:sz="4" w:space="0" w:color="000000"/>
              <w:left w:val="single" w:sz="8" w:space="0" w:color="000000"/>
              <w:bottom w:val="nil"/>
              <w:right w:val="single" w:sz="8" w:space="0" w:color="000000"/>
            </w:tcBorders>
          </w:tcPr>
          <w:p w14:paraId="39361F46" w14:textId="77777777" w:rsidR="00215E3A" w:rsidRDefault="00A20486" w:rsidP="001F687B">
            <w:pPr>
              <w:shd w:val="clear" w:color="auto" w:fill="FFFFFF" w:themeFill="background1"/>
              <w:jc w:val="both"/>
            </w:pPr>
            <w:r>
              <w:t>- GV yêu cầu HS nhắc lại tên chủ điểm đã học và nói về một số điều thú vị mà em học được từ chủ điểm đó.</w:t>
            </w:r>
          </w:p>
        </w:tc>
        <w:tc>
          <w:tcPr>
            <w:tcW w:w="5270" w:type="dxa"/>
            <w:tcBorders>
              <w:top w:val="single" w:sz="4" w:space="0" w:color="000000"/>
              <w:left w:val="single" w:sz="8" w:space="0" w:color="000000"/>
              <w:bottom w:val="nil"/>
              <w:right w:val="single" w:sz="8" w:space="0" w:color="000000"/>
            </w:tcBorders>
          </w:tcPr>
          <w:p w14:paraId="6C5A96E5" w14:textId="77777777" w:rsidR="00215E3A" w:rsidRDefault="00A20486" w:rsidP="001F687B">
            <w:pPr>
              <w:shd w:val="clear" w:color="auto" w:fill="FFFFFF" w:themeFill="background1"/>
              <w:jc w:val="both"/>
            </w:pPr>
            <w:r>
              <w:t>- HS nêu: Chủ điểm đã học là Em lớn lên từng ngày. Em học được cách tự tin giới thiệu bản thân, biết quý trọng ngày hôm qua và chăm học hơn.</w:t>
            </w:r>
          </w:p>
        </w:tc>
      </w:tr>
      <w:tr w:rsidR="00215E3A" w14:paraId="317E9251" w14:textId="77777777" w:rsidTr="001F687B">
        <w:trPr>
          <w:jc w:val="center"/>
        </w:trPr>
        <w:tc>
          <w:tcPr>
            <w:tcW w:w="5270" w:type="dxa"/>
            <w:tcBorders>
              <w:top w:val="nil"/>
              <w:left w:val="single" w:sz="8" w:space="0" w:color="000000"/>
              <w:bottom w:val="nil"/>
              <w:right w:val="single" w:sz="8" w:space="0" w:color="000000"/>
            </w:tcBorders>
          </w:tcPr>
          <w:p w14:paraId="5CF7010B" w14:textId="77777777" w:rsidR="00215E3A" w:rsidRDefault="00A20486" w:rsidP="001F687B">
            <w:pPr>
              <w:shd w:val="clear" w:color="auto" w:fill="FFFFFF" w:themeFill="background1"/>
              <w:jc w:val="both"/>
            </w:pPr>
            <w:r>
              <w:t>- GV giới thiệu chủ điểm mới: Đi học vui sao.</w:t>
            </w:r>
          </w:p>
        </w:tc>
        <w:tc>
          <w:tcPr>
            <w:tcW w:w="5270" w:type="dxa"/>
            <w:tcBorders>
              <w:top w:val="nil"/>
              <w:left w:val="single" w:sz="8" w:space="0" w:color="000000"/>
              <w:bottom w:val="nil"/>
              <w:right w:val="single" w:sz="8" w:space="0" w:color="000000"/>
            </w:tcBorders>
          </w:tcPr>
          <w:p w14:paraId="0AEFEDB3" w14:textId="77777777" w:rsidR="00215E3A" w:rsidRDefault="00A20486" w:rsidP="001F687B">
            <w:pPr>
              <w:shd w:val="clear" w:color="auto" w:fill="FFFFFF" w:themeFill="background1"/>
              <w:jc w:val="both"/>
            </w:pPr>
            <w:r>
              <w:t>- HS lắng nghe, nhắc lại tên chủ điểm: Đi học vui sao.</w:t>
            </w:r>
          </w:p>
        </w:tc>
      </w:tr>
      <w:tr w:rsidR="00215E3A" w14:paraId="34ED5D12" w14:textId="77777777" w:rsidTr="001F687B">
        <w:trPr>
          <w:jc w:val="center"/>
        </w:trPr>
        <w:tc>
          <w:tcPr>
            <w:tcW w:w="5270" w:type="dxa"/>
            <w:tcBorders>
              <w:top w:val="nil"/>
              <w:left w:val="single" w:sz="8" w:space="0" w:color="000000"/>
              <w:bottom w:val="nil"/>
              <w:right w:val="single" w:sz="8" w:space="0" w:color="000000"/>
            </w:tcBorders>
          </w:tcPr>
          <w:p w14:paraId="5FC0004B" w14:textId="77777777" w:rsidR="00215E3A" w:rsidRDefault="00A20486" w:rsidP="001F687B">
            <w:pPr>
              <w:shd w:val="clear" w:color="auto" w:fill="FFFFFF" w:themeFill="background1"/>
              <w:jc w:val="both"/>
            </w:pPr>
            <w:r>
              <w:t>- GV hướng dẫn HS quan sát tranh minh hoạ bài đọc, hỏi: Tranh vẽ gì?</w:t>
            </w:r>
          </w:p>
          <w:p w14:paraId="63D83967" w14:textId="039994CF" w:rsidR="00215E3A" w:rsidRDefault="00215E3A" w:rsidP="001F687B">
            <w:pPr>
              <w:shd w:val="clear" w:color="auto" w:fill="FFFFFF" w:themeFill="background1"/>
              <w:jc w:val="center"/>
            </w:pPr>
          </w:p>
        </w:tc>
        <w:tc>
          <w:tcPr>
            <w:tcW w:w="5270" w:type="dxa"/>
            <w:tcBorders>
              <w:top w:val="nil"/>
              <w:left w:val="single" w:sz="8" w:space="0" w:color="000000"/>
              <w:bottom w:val="nil"/>
              <w:right w:val="single" w:sz="8" w:space="0" w:color="000000"/>
            </w:tcBorders>
          </w:tcPr>
          <w:p w14:paraId="791EFD6E" w14:textId="77777777" w:rsidR="00215E3A" w:rsidRDefault="00A20486" w:rsidP="001F687B">
            <w:pPr>
              <w:shd w:val="clear" w:color="auto" w:fill="FFFFFF" w:themeFill="background1"/>
              <w:jc w:val="both"/>
            </w:pPr>
            <w:r>
              <w:t>- HS quan sát và nêu: Tranh vẽ cô giáo đang hướng dẫn các bạn học bài; cô giáo tươi cười, dịu dàng; nắng tràn vào lớp qua khung cửa sổ.</w:t>
            </w:r>
          </w:p>
        </w:tc>
      </w:tr>
      <w:tr w:rsidR="00215E3A" w14:paraId="398B996A" w14:textId="77777777" w:rsidTr="001F687B">
        <w:trPr>
          <w:jc w:val="center"/>
        </w:trPr>
        <w:tc>
          <w:tcPr>
            <w:tcW w:w="5270" w:type="dxa"/>
            <w:tcBorders>
              <w:top w:val="nil"/>
              <w:left w:val="single" w:sz="8" w:space="0" w:color="000000"/>
              <w:bottom w:val="nil"/>
              <w:right w:val="single" w:sz="8" w:space="0" w:color="000000"/>
            </w:tcBorders>
          </w:tcPr>
          <w:p w14:paraId="11185BFA" w14:textId="77777777" w:rsidR="00215E3A" w:rsidRDefault="00A20486" w:rsidP="001F687B">
            <w:pPr>
              <w:shd w:val="clear" w:color="auto" w:fill="FFFFFF" w:themeFill="background1"/>
              <w:jc w:val="both"/>
            </w:pPr>
            <w:r>
              <w:t>- GV cho HS nêu tên một số bài thơ hoặc bài hát về thầy cô.</w:t>
            </w:r>
          </w:p>
        </w:tc>
        <w:tc>
          <w:tcPr>
            <w:tcW w:w="5270" w:type="dxa"/>
            <w:tcBorders>
              <w:top w:val="nil"/>
              <w:left w:val="single" w:sz="8" w:space="0" w:color="000000"/>
              <w:bottom w:val="nil"/>
              <w:right w:val="single" w:sz="8" w:space="0" w:color="000000"/>
            </w:tcBorders>
          </w:tcPr>
          <w:p w14:paraId="6E8D3087" w14:textId="77777777" w:rsidR="00215E3A" w:rsidRDefault="00A20486" w:rsidP="001F687B">
            <w:pPr>
              <w:shd w:val="clear" w:color="auto" w:fill="FFFFFF" w:themeFill="background1"/>
              <w:jc w:val="both"/>
            </w:pPr>
            <w:r>
              <w:t>- HS nêu: Cô giáo em, Bụi phấn, Cô và mẹ, Người thầy, Bàn tay cô giáo.</w:t>
            </w:r>
          </w:p>
        </w:tc>
      </w:tr>
      <w:tr w:rsidR="00215E3A" w14:paraId="09F1A577" w14:textId="77777777" w:rsidTr="001F687B">
        <w:trPr>
          <w:jc w:val="center"/>
        </w:trPr>
        <w:tc>
          <w:tcPr>
            <w:tcW w:w="5270" w:type="dxa"/>
            <w:tcBorders>
              <w:top w:val="nil"/>
              <w:left w:val="single" w:sz="8" w:space="0" w:color="000000"/>
              <w:bottom w:val="nil"/>
              <w:right w:val="single" w:sz="8" w:space="0" w:color="000000"/>
            </w:tcBorders>
          </w:tcPr>
          <w:p w14:paraId="3B89406A" w14:textId="77777777" w:rsidR="00215E3A" w:rsidRDefault="00A20486" w:rsidP="001F687B">
            <w:pPr>
              <w:shd w:val="clear" w:color="auto" w:fill="FFFFFF" w:themeFill="background1"/>
              <w:jc w:val="both"/>
            </w:pPr>
            <w:r>
              <w:t>- GV và HS chọn một bài thơ hoặc một bài hát được nhiều bạn trong lớp biết.</w:t>
            </w:r>
          </w:p>
        </w:tc>
        <w:tc>
          <w:tcPr>
            <w:tcW w:w="5270" w:type="dxa"/>
            <w:tcBorders>
              <w:top w:val="nil"/>
              <w:left w:val="single" w:sz="8" w:space="0" w:color="000000"/>
              <w:bottom w:val="nil"/>
              <w:right w:val="single" w:sz="8" w:space="0" w:color="000000"/>
            </w:tcBorders>
          </w:tcPr>
          <w:p w14:paraId="1B78F23C" w14:textId="77777777" w:rsidR="00215E3A" w:rsidRDefault="00A20486" w:rsidP="001F687B">
            <w:pPr>
              <w:shd w:val="clear" w:color="auto" w:fill="FFFFFF" w:themeFill="background1"/>
              <w:jc w:val="both"/>
            </w:pPr>
            <w:r>
              <w:t>- 1 - 2 HS đọc một đoạn thơ hoặc cả lớp hát ngắn bài đã chọn về thầy cô.</w:t>
            </w:r>
          </w:p>
        </w:tc>
      </w:tr>
      <w:tr w:rsidR="00215E3A" w14:paraId="4C708F8B" w14:textId="77777777" w:rsidTr="001F687B">
        <w:trPr>
          <w:jc w:val="center"/>
        </w:trPr>
        <w:tc>
          <w:tcPr>
            <w:tcW w:w="5270" w:type="dxa"/>
            <w:tcBorders>
              <w:top w:val="nil"/>
              <w:left w:val="single" w:sz="8" w:space="0" w:color="000000"/>
              <w:bottom w:val="nil"/>
              <w:right w:val="single" w:sz="8" w:space="0" w:color="000000"/>
            </w:tcBorders>
          </w:tcPr>
          <w:p w14:paraId="16658C84" w14:textId="77777777" w:rsidR="00215E3A" w:rsidRDefault="00A20486" w:rsidP="001F687B">
            <w:pPr>
              <w:shd w:val="clear" w:color="auto" w:fill="FFFFFF" w:themeFill="background1"/>
              <w:jc w:val="both"/>
            </w:pPr>
            <w:r>
              <w:t xml:space="preserve">- GV giới thiệu: Bài thơ nói về suy nghĩ, tình cảm của một HS đối với cô giáo của mình - một cô giáo nhiệt huyết, say mê với nghề; dịu dàng, tận tuỵ với các em học sinh thân yêu. Để cảm </w:t>
            </w:r>
            <w:r>
              <w:lastRenderedPageBreak/>
              <w:t>nhận rõ hơn, chúng ta cùng vào bài đọc “Cô giáo lớp em” nhé.</w:t>
            </w:r>
          </w:p>
        </w:tc>
        <w:tc>
          <w:tcPr>
            <w:tcW w:w="5270" w:type="dxa"/>
            <w:tcBorders>
              <w:top w:val="nil"/>
              <w:left w:val="single" w:sz="8" w:space="0" w:color="000000"/>
              <w:bottom w:val="nil"/>
              <w:right w:val="single" w:sz="8" w:space="0" w:color="000000"/>
            </w:tcBorders>
          </w:tcPr>
          <w:p w14:paraId="50CC65F7" w14:textId="77777777" w:rsidR="00215E3A" w:rsidRDefault="00A20486" w:rsidP="001F687B">
            <w:pPr>
              <w:shd w:val="clear" w:color="auto" w:fill="FFFFFF" w:themeFill="background1"/>
              <w:jc w:val="both"/>
            </w:pPr>
            <w:r>
              <w:lastRenderedPageBreak/>
              <w:t>- HS lắng nghe, mở SGK bài Cô giáo lớp em và chuẩn bị đọc bài.</w:t>
            </w:r>
          </w:p>
        </w:tc>
      </w:tr>
      <w:tr w:rsidR="00215E3A" w14:paraId="48F82716" w14:textId="77777777" w:rsidTr="001F687B">
        <w:trPr>
          <w:jc w:val="center"/>
        </w:trPr>
        <w:tc>
          <w:tcPr>
            <w:tcW w:w="5270" w:type="dxa"/>
            <w:tcBorders>
              <w:top w:val="nil"/>
              <w:left w:val="single" w:sz="8" w:space="0" w:color="000000"/>
              <w:bottom w:val="single" w:sz="4" w:space="0" w:color="000000"/>
              <w:right w:val="single" w:sz="8" w:space="0" w:color="000000"/>
            </w:tcBorders>
          </w:tcPr>
          <w:p w14:paraId="153FA708" w14:textId="77777777" w:rsidR="00215E3A" w:rsidRDefault="00A20486" w:rsidP="001F687B">
            <w:pPr>
              <w:shd w:val="clear" w:color="auto" w:fill="FFFFFF" w:themeFill="background1"/>
              <w:jc w:val="both"/>
            </w:pPr>
            <w:r>
              <w:t>- GV ghi bảng tên bài: Cô giáo lớp em.</w:t>
            </w:r>
          </w:p>
        </w:tc>
        <w:tc>
          <w:tcPr>
            <w:tcW w:w="5270" w:type="dxa"/>
            <w:tcBorders>
              <w:top w:val="nil"/>
              <w:left w:val="single" w:sz="8" w:space="0" w:color="000000"/>
              <w:bottom w:val="single" w:sz="4" w:space="0" w:color="000000"/>
              <w:right w:val="single" w:sz="8" w:space="0" w:color="000000"/>
            </w:tcBorders>
          </w:tcPr>
          <w:p w14:paraId="45F7A816" w14:textId="77777777" w:rsidR="00215E3A" w:rsidRDefault="00A20486" w:rsidP="001F687B">
            <w:pPr>
              <w:shd w:val="clear" w:color="auto" w:fill="FFFFFF" w:themeFill="background1"/>
              <w:jc w:val="both"/>
            </w:pPr>
            <w:r>
              <w:t>- HS mở vở, ghi tên bài: Cô giáo lớp em.</w:t>
            </w:r>
          </w:p>
        </w:tc>
      </w:tr>
      <w:tr w:rsidR="00215E3A" w14:paraId="408F5696"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730061B0" w14:textId="77777777" w:rsidR="00215E3A" w:rsidRDefault="00A20486" w:rsidP="001F687B">
            <w:pPr>
              <w:shd w:val="clear" w:color="auto" w:fill="FFFFFF" w:themeFill="background1"/>
              <w:jc w:val="both"/>
            </w:pPr>
            <w:r>
              <w:rPr>
                <w:b/>
                <w:color w:val="008000"/>
              </w:rPr>
              <w:t>2. Khám phá kiến thức</w:t>
            </w:r>
          </w:p>
          <w:p w14:paraId="70B08FF3" w14:textId="77777777" w:rsidR="00215E3A" w:rsidRDefault="00A20486" w:rsidP="001F687B">
            <w:pPr>
              <w:shd w:val="clear" w:color="auto" w:fill="FFFFFF" w:themeFill="background1"/>
              <w:jc w:val="both"/>
            </w:pPr>
            <w:r>
              <w:rPr>
                <w:b/>
                <w:color w:val="008000"/>
              </w:rPr>
              <w:t>Mục tiêu: Giúp HS đọc thành tiếng trôi chảy toàn bài và hiểu nội dung bài đọc.</w:t>
            </w:r>
          </w:p>
        </w:tc>
      </w:tr>
      <w:tr w:rsidR="00215E3A" w14:paraId="293CBE3E"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55F99554" w14:textId="77777777" w:rsidR="00215E3A" w:rsidRDefault="00A20486" w:rsidP="001F687B">
            <w:pPr>
              <w:shd w:val="clear" w:color="auto" w:fill="FFFFFF" w:themeFill="background1"/>
              <w:jc w:val="both"/>
            </w:pPr>
            <w:r>
              <w:rPr>
                <w:b/>
                <w:color w:val="008000"/>
              </w:rPr>
              <w:t>Hoạt động 1: Đọc văn bản (25 phút)</w:t>
            </w:r>
          </w:p>
          <w:p w14:paraId="62E29360" w14:textId="77777777" w:rsidR="00215E3A" w:rsidRDefault="00A20486" w:rsidP="001F687B">
            <w:pPr>
              <w:shd w:val="clear" w:color="auto" w:fill="FFFFFF" w:themeFill="background1"/>
              <w:jc w:val="both"/>
            </w:pPr>
            <w:r>
              <w:rPr>
                <w:b/>
                <w:color w:val="008000"/>
              </w:rPr>
              <w:t>Mục tiêu: HS đọc đúng, rõ ràng toàn bài; biết đọc bài thơ với giọng nhẹ nhàng, trìu mến; ngắt nghỉ hơi đúng theo nhịp 2/3 hoặc 3/2 của bài thơ.</w:t>
            </w:r>
          </w:p>
        </w:tc>
      </w:tr>
      <w:tr w:rsidR="00215E3A" w14:paraId="179F4DF5" w14:textId="77777777" w:rsidTr="001F687B">
        <w:trPr>
          <w:jc w:val="center"/>
        </w:trPr>
        <w:tc>
          <w:tcPr>
            <w:tcW w:w="5270" w:type="dxa"/>
            <w:tcBorders>
              <w:top w:val="single" w:sz="4" w:space="0" w:color="000000"/>
              <w:left w:val="single" w:sz="8" w:space="0" w:color="000000"/>
              <w:bottom w:val="nil"/>
              <w:right w:val="single" w:sz="8" w:space="0" w:color="000000"/>
            </w:tcBorders>
          </w:tcPr>
          <w:p w14:paraId="1A5B0760" w14:textId="77777777" w:rsidR="00215E3A" w:rsidRDefault="00A20486" w:rsidP="001F687B">
            <w:pPr>
              <w:shd w:val="clear" w:color="auto" w:fill="FFFFFF" w:themeFill="background1"/>
              <w:jc w:val="both"/>
            </w:pPr>
            <w:r>
              <w:rPr>
                <w:b/>
              </w:rPr>
              <w:t>a. GV đọc mẫu.</w:t>
            </w:r>
          </w:p>
        </w:tc>
        <w:tc>
          <w:tcPr>
            <w:tcW w:w="5270" w:type="dxa"/>
            <w:tcBorders>
              <w:top w:val="single" w:sz="4" w:space="0" w:color="000000"/>
              <w:left w:val="single" w:sz="8" w:space="0" w:color="000000"/>
              <w:bottom w:val="nil"/>
              <w:right w:val="single" w:sz="8" w:space="0" w:color="000000"/>
            </w:tcBorders>
          </w:tcPr>
          <w:p w14:paraId="31369FDA" w14:textId="77777777" w:rsidR="00215E3A" w:rsidRDefault="00A20486" w:rsidP="001F687B">
            <w:pPr>
              <w:shd w:val="clear" w:color="auto" w:fill="FFFFFF" w:themeFill="background1"/>
              <w:jc w:val="both"/>
            </w:pPr>
            <w:r>
              <w:t>- HS chuẩn bị lắng nghe, mở SGK bài Cô giáo lớp em.</w:t>
            </w:r>
          </w:p>
        </w:tc>
      </w:tr>
      <w:tr w:rsidR="00215E3A" w14:paraId="0C886BCC" w14:textId="77777777" w:rsidTr="001F687B">
        <w:trPr>
          <w:jc w:val="center"/>
        </w:trPr>
        <w:tc>
          <w:tcPr>
            <w:tcW w:w="5270" w:type="dxa"/>
            <w:tcBorders>
              <w:top w:val="nil"/>
              <w:left w:val="single" w:sz="8" w:space="0" w:color="000000"/>
              <w:bottom w:val="nil"/>
              <w:right w:val="single" w:sz="8" w:space="0" w:color="000000"/>
            </w:tcBorders>
          </w:tcPr>
          <w:p w14:paraId="557E68B9" w14:textId="77777777" w:rsidR="00215E3A" w:rsidRDefault="00A20486" w:rsidP="001F687B">
            <w:pPr>
              <w:shd w:val="clear" w:color="auto" w:fill="FFFFFF" w:themeFill="background1"/>
              <w:jc w:val="both"/>
            </w:pPr>
            <w:r>
              <w:t>- GV đọc mẫu toàn bài đọc. Chú ý toàn bài đọc với giọng nhẹ nhàng, trìu mến, ngắt nghỉ hơi đúng theo nhịp 2/3 hoặc 3/2 của bài thơ, dừng hơi lâu hơn sau mỗi khổ thơ.</w:t>
            </w:r>
          </w:p>
        </w:tc>
        <w:tc>
          <w:tcPr>
            <w:tcW w:w="5270" w:type="dxa"/>
            <w:tcBorders>
              <w:top w:val="nil"/>
              <w:left w:val="single" w:sz="8" w:space="0" w:color="000000"/>
              <w:bottom w:val="nil"/>
              <w:right w:val="single" w:sz="8" w:space="0" w:color="000000"/>
            </w:tcBorders>
          </w:tcPr>
          <w:p w14:paraId="6D846E4D" w14:textId="77777777" w:rsidR="00215E3A" w:rsidRDefault="00A20486" w:rsidP="001F687B">
            <w:pPr>
              <w:shd w:val="clear" w:color="auto" w:fill="FFFFFF" w:themeFill="background1"/>
              <w:jc w:val="both"/>
            </w:pPr>
            <w:r>
              <w:t>- HS chú ý lắng nghe và đọc thầm theo; nhận biết giọng đọc nhẹ nhàng, trìu mến; chú ý cách ngắt nghỉ theo nhịp 2/3 hoặc 3/2 và dừng hơi lâu hơn sau mỗi khổ thơ.</w:t>
            </w:r>
          </w:p>
        </w:tc>
      </w:tr>
      <w:tr w:rsidR="00215E3A" w14:paraId="13DE8A46" w14:textId="77777777" w:rsidTr="001F687B">
        <w:trPr>
          <w:jc w:val="center"/>
        </w:trPr>
        <w:tc>
          <w:tcPr>
            <w:tcW w:w="5270" w:type="dxa"/>
            <w:tcBorders>
              <w:top w:val="nil"/>
              <w:left w:val="single" w:sz="8" w:space="0" w:color="000000"/>
              <w:bottom w:val="nil"/>
              <w:right w:val="single" w:sz="8" w:space="0" w:color="000000"/>
            </w:tcBorders>
          </w:tcPr>
          <w:p w14:paraId="689C3345" w14:textId="77777777" w:rsidR="00215E3A" w:rsidRDefault="00A20486" w:rsidP="001F687B">
            <w:pPr>
              <w:shd w:val="clear" w:color="auto" w:fill="FFFFFF" w:themeFill="background1"/>
              <w:jc w:val="both"/>
            </w:pPr>
            <w:r>
              <w:rPr>
                <w:b/>
              </w:rPr>
              <w:t>b. HS luyện đọc từng khổ thơ, kết hợp</w:t>
            </w:r>
          </w:p>
          <w:p w14:paraId="4B67C6D1" w14:textId="77777777" w:rsidR="00215E3A" w:rsidRDefault="00A20486" w:rsidP="001F687B">
            <w:pPr>
              <w:shd w:val="clear" w:color="auto" w:fill="FFFFFF" w:themeFill="background1"/>
              <w:jc w:val="both"/>
            </w:pPr>
            <w:r>
              <w:t>đọc từ khó và giải nghĩa từ.</w:t>
            </w:r>
          </w:p>
        </w:tc>
        <w:tc>
          <w:tcPr>
            <w:tcW w:w="5270" w:type="dxa"/>
            <w:tcBorders>
              <w:top w:val="nil"/>
              <w:left w:val="single" w:sz="8" w:space="0" w:color="000000"/>
              <w:bottom w:val="nil"/>
              <w:right w:val="single" w:sz="8" w:space="0" w:color="000000"/>
            </w:tcBorders>
          </w:tcPr>
          <w:p w14:paraId="67431737" w14:textId="77777777" w:rsidR="00215E3A" w:rsidRDefault="00A20486" w:rsidP="001F687B">
            <w:pPr>
              <w:shd w:val="clear" w:color="auto" w:fill="FFFFFF" w:themeFill="background1"/>
              <w:jc w:val="both"/>
            </w:pPr>
            <w:r>
              <w:t>- HS chuẩn bị luyện đọc từng khổ thơ, đọc từ khó và nêu từ ngữ chưa hiểu.</w:t>
            </w:r>
          </w:p>
        </w:tc>
      </w:tr>
      <w:tr w:rsidR="00215E3A" w14:paraId="069D992C" w14:textId="77777777" w:rsidTr="001F687B">
        <w:trPr>
          <w:jc w:val="center"/>
        </w:trPr>
        <w:tc>
          <w:tcPr>
            <w:tcW w:w="5270" w:type="dxa"/>
            <w:tcBorders>
              <w:top w:val="nil"/>
              <w:left w:val="single" w:sz="8" w:space="0" w:color="000000"/>
              <w:bottom w:val="nil"/>
              <w:right w:val="single" w:sz="8" w:space="0" w:color="000000"/>
            </w:tcBorders>
          </w:tcPr>
          <w:p w14:paraId="5B6B6B7B" w14:textId="77777777" w:rsidR="00215E3A" w:rsidRDefault="00A20486" w:rsidP="001F687B">
            <w:pPr>
              <w:shd w:val="clear" w:color="auto" w:fill="FFFFFF" w:themeFill="background1"/>
              <w:jc w:val="both"/>
            </w:pPr>
            <w:r>
              <w:t>- GV hỏi: Bài thơ gồm mấy khổ khơ?</w:t>
            </w:r>
          </w:p>
        </w:tc>
        <w:tc>
          <w:tcPr>
            <w:tcW w:w="5270" w:type="dxa"/>
            <w:tcBorders>
              <w:top w:val="nil"/>
              <w:left w:val="single" w:sz="8" w:space="0" w:color="000000"/>
              <w:bottom w:val="nil"/>
              <w:right w:val="single" w:sz="8" w:space="0" w:color="000000"/>
            </w:tcBorders>
          </w:tcPr>
          <w:p w14:paraId="43073589" w14:textId="77777777" w:rsidR="00215E3A" w:rsidRDefault="00A20486" w:rsidP="001F687B">
            <w:pPr>
              <w:shd w:val="clear" w:color="auto" w:fill="FFFFFF" w:themeFill="background1"/>
              <w:jc w:val="both"/>
            </w:pPr>
            <w:r>
              <w:t>- HS trả lời: Bài thơ gồm 3 khổ thơ.</w:t>
            </w:r>
          </w:p>
        </w:tc>
      </w:tr>
      <w:tr w:rsidR="00215E3A" w14:paraId="554FCF19" w14:textId="77777777" w:rsidTr="001F687B">
        <w:trPr>
          <w:jc w:val="center"/>
        </w:trPr>
        <w:tc>
          <w:tcPr>
            <w:tcW w:w="5270" w:type="dxa"/>
            <w:tcBorders>
              <w:top w:val="nil"/>
              <w:left w:val="single" w:sz="8" w:space="0" w:color="000000"/>
              <w:bottom w:val="nil"/>
              <w:right w:val="single" w:sz="8" w:space="0" w:color="000000"/>
            </w:tcBorders>
          </w:tcPr>
          <w:p w14:paraId="6709DCA3" w14:textId="77777777" w:rsidR="00215E3A" w:rsidRDefault="00A20486" w:rsidP="001F687B">
            <w:pPr>
              <w:shd w:val="clear" w:color="auto" w:fill="FFFFFF" w:themeFill="background1"/>
              <w:jc w:val="both"/>
            </w:pPr>
            <w:r>
              <w:t>- HDHS đọc nối tiếp từng khổ thơ (lần 1).</w:t>
            </w:r>
          </w:p>
        </w:tc>
        <w:tc>
          <w:tcPr>
            <w:tcW w:w="5270" w:type="dxa"/>
            <w:tcBorders>
              <w:top w:val="nil"/>
              <w:left w:val="single" w:sz="8" w:space="0" w:color="000000"/>
              <w:bottom w:val="nil"/>
              <w:right w:val="single" w:sz="8" w:space="0" w:color="000000"/>
            </w:tcBorders>
          </w:tcPr>
          <w:p w14:paraId="00624724" w14:textId="77777777" w:rsidR="00215E3A" w:rsidRDefault="00A20486" w:rsidP="001F687B">
            <w:pPr>
              <w:shd w:val="clear" w:color="auto" w:fill="FFFFFF" w:themeFill="background1"/>
              <w:jc w:val="both"/>
            </w:pPr>
            <w:r>
              <w:t>- Từng tốp 3 HS đọc nối tiếp theo khổ thơ lần 1; HS khác theo dõi và góp ý cách phát âm.</w:t>
            </w:r>
          </w:p>
        </w:tc>
      </w:tr>
      <w:tr w:rsidR="00215E3A" w14:paraId="1E53FD31" w14:textId="77777777" w:rsidTr="001F687B">
        <w:trPr>
          <w:jc w:val="center"/>
        </w:trPr>
        <w:tc>
          <w:tcPr>
            <w:tcW w:w="5270" w:type="dxa"/>
            <w:tcBorders>
              <w:top w:val="nil"/>
              <w:left w:val="single" w:sz="8" w:space="0" w:color="000000"/>
              <w:bottom w:val="nil"/>
              <w:right w:val="single" w:sz="8" w:space="0" w:color="000000"/>
            </w:tcBorders>
          </w:tcPr>
          <w:p w14:paraId="71C8D390" w14:textId="77777777" w:rsidR="00215E3A" w:rsidRDefault="00A20486" w:rsidP="001F687B">
            <w:pPr>
              <w:shd w:val="clear" w:color="auto" w:fill="FFFFFF" w:themeFill="background1"/>
              <w:jc w:val="both"/>
            </w:pPr>
            <w:r>
              <w:t>- GV mời HS nêu một số từ khó phát âm do ảnh hưởng của địa phương.</w:t>
            </w:r>
          </w:p>
        </w:tc>
        <w:tc>
          <w:tcPr>
            <w:tcW w:w="5270" w:type="dxa"/>
            <w:tcBorders>
              <w:top w:val="nil"/>
              <w:left w:val="single" w:sz="8" w:space="0" w:color="000000"/>
              <w:bottom w:val="nil"/>
              <w:right w:val="single" w:sz="8" w:space="0" w:color="000000"/>
            </w:tcBorders>
          </w:tcPr>
          <w:p w14:paraId="40692F9A" w14:textId="77777777" w:rsidR="00215E3A" w:rsidRDefault="00A20486" w:rsidP="001F687B">
            <w:pPr>
              <w:shd w:val="clear" w:color="auto" w:fill="FFFFFF" w:themeFill="background1"/>
              <w:jc w:val="both"/>
            </w:pPr>
            <w:r>
              <w:t>- HS nêu một số từ khó: nào, lớp, lời, nắng, viết, vào, vở,...</w:t>
            </w:r>
          </w:p>
        </w:tc>
      </w:tr>
      <w:tr w:rsidR="00215E3A" w14:paraId="01CA3DCC" w14:textId="77777777" w:rsidTr="001F687B">
        <w:trPr>
          <w:jc w:val="center"/>
        </w:trPr>
        <w:tc>
          <w:tcPr>
            <w:tcW w:w="5270" w:type="dxa"/>
            <w:tcBorders>
              <w:top w:val="nil"/>
              <w:left w:val="single" w:sz="8" w:space="0" w:color="000000"/>
              <w:bottom w:val="nil"/>
              <w:right w:val="single" w:sz="8" w:space="0" w:color="000000"/>
            </w:tcBorders>
          </w:tcPr>
          <w:p w14:paraId="1724F6E7" w14:textId="77777777" w:rsidR="00215E3A" w:rsidRDefault="00A20486" w:rsidP="001F687B">
            <w:pPr>
              <w:shd w:val="clear" w:color="auto" w:fill="FFFFFF" w:themeFill="background1"/>
              <w:jc w:val="both"/>
            </w:pPr>
            <w:r>
              <w:t>- GV viết bảng từ khó mà HS nêu và tổ chức cho HS luyện đọc.</w:t>
            </w:r>
          </w:p>
        </w:tc>
        <w:tc>
          <w:tcPr>
            <w:tcW w:w="5270" w:type="dxa"/>
            <w:tcBorders>
              <w:top w:val="nil"/>
              <w:left w:val="single" w:sz="8" w:space="0" w:color="000000"/>
              <w:bottom w:val="nil"/>
              <w:right w:val="single" w:sz="8" w:space="0" w:color="000000"/>
            </w:tcBorders>
          </w:tcPr>
          <w:p w14:paraId="0020B4F1" w14:textId="77777777" w:rsidR="00215E3A" w:rsidRDefault="00A20486" w:rsidP="001F687B">
            <w:pPr>
              <w:shd w:val="clear" w:color="auto" w:fill="FFFFFF" w:themeFill="background1"/>
              <w:jc w:val="both"/>
            </w:pPr>
            <w:r>
              <w:t>- HS luyện phát âm từ khó cá nhân, nhóm, đồng thanh; sửa lỗi phát âm theo hướng dẫn.</w:t>
            </w:r>
          </w:p>
        </w:tc>
      </w:tr>
      <w:tr w:rsidR="00215E3A" w14:paraId="655AD89D" w14:textId="77777777" w:rsidTr="001F687B">
        <w:trPr>
          <w:jc w:val="center"/>
        </w:trPr>
        <w:tc>
          <w:tcPr>
            <w:tcW w:w="5270" w:type="dxa"/>
            <w:tcBorders>
              <w:top w:val="nil"/>
              <w:left w:val="single" w:sz="8" w:space="0" w:color="000000"/>
              <w:bottom w:val="nil"/>
              <w:right w:val="single" w:sz="8" w:space="0" w:color="000000"/>
            </w:tcBorders>
          </w:tcPr>
          <w:p w14:paraId="46B17016" w14:textId="77777777" w:rsidR="00215E3A" w:rsidRDefault="00A20486" w:rsidP="001F687B">
            <w:pPr>
              <w:shd w:val="clear" w:color="auto" w:fill="FFFFFF" w:themeFill="background1"/>
              <w:jc w:val="both"/>
            </w:pPr>
            <w:r>
              <w:t>- HDHS đọc nối tiếp từng khổ thơ (lần 2).</w:t>
            </w:r>
          </w:p>
        </w:tc>
        <w:tc>
          <w:tcPr>
            <w:tcW w:w="5270" w:type="dxa"/>
            <w:tcBorders>
              <w:top w:val="nil"/>
              <w:left w:val="single" w:sz="8" w:space="0" w:color="000000"/>
              <w:bottom w:val="nil"/>
              <w:right w:val="single" w:sz="8" w:space="0" w:color="000000"/>
            </w:tcBorders>
          </w:tcPr>
          <w:p w14:paraId="2025CDF4" w14:textId="77777777" w:rsidR="00215E3A" w:rsidRDefault="00A20486" w:rsidP="001F687B">
            <w:pPr>
              <w:shd w:val="clear" w:color="auto" w:fill="FFFFFF" w:themeFill="background1"/>
              <w:jc w:val="both"/>
            </w:pPr>
            <w:r>
              <w:t>- 3 HS đọc nối tiếp từng khổ thơ lần 2; HS khác góp ý về giọng đọc, cách ngắt nghỉ.</w:t>
            </w:r>
          </w:p>
        </w:tc>
      </w:tr>
      <w:tr w:rsidR="00215E3A" w14:paraId="64D4869C" w14:textId="77777777" w:rsidTr="001F687B">
        <w:trPr>
          <w:jc w:val="center"/>
        </w:trPr>
        <w:tc>
          <w:tcPr>
            <w:tcW w:w="5270" w:type="dxa"/>
            <w:tcBorders>
              <w:top w:val="nil"/>
              <w:left w:val="single" w:sz="8" w:space="0" w:color="000000"/>
              <w:bottom w:val="nil"/>
              <w:right w:val="single" w:sz="8" w:space="0" w:color="000000"/>
            </w:tcBorders>
          </w:tcPr>
          <w:p w14:paraId="6934EA1B" w14:textId="77777777" w:rsidR="00215E3A" w:rsidRDefault="00A20486" w:rsidP="001F687B">
            <w:pPr>
              <w:shd w:val="clear" w:color="auto" w:fill="FFFFFF" w:themeFill="background1"/>
              <w:jc w:val="both"/>
            </w:pPr>
            <w:r>
              <w:t>- GV hỏi: Trong bài thơ có từ ngữ nào em em chưa hiểu nghĩa?</w:t>
            </w:r>
          </w:p>
          <w:p w14:paraId="2E05FD4E" w14:textId="77777777" w:rsidR="00215E3A" w:rsidRDefault="00A20486" w:rsidP="001F687B">
            <w:pPr>
              <w:shd w:val="clear" w:color="auto" w:fill="FFFFFF" w:themeFill="background1"/>
              <w:jc w:val="both"/>
            </w:pPr>
            <w:r>
              <w:t>(GV giúp HS hiểu nghĩa nếu HS còn lúng túng).</w:t>
            </w:r>
          </w:p>
        </w:tc>
        <w:tc>
          <w:tcPr>
            <w:tcW w:w="5270" w:type="dxa"/>
            <w:tcBorders>
              <w:top w:val="nil"/>
              <w:left w:val="single" w:sz="8" w:space="0" w:color="000000"/>
              <w:bottom w:val="nil"/>
              <w:right w:val="single" w:sz="8" w:space="0" w:color="000000"/>
            </w:tcBorders>
          </w:tcPr>
          <w:p w14:paraId="36D3579A" w14:textId="77777777" w:rsidR="00215E3A" w:rsidRDefault="00A20486" w:rsidP="001F687B">
            <w:pPr>
              <w:shd w:val="clear" w:color="auto" w:fill="FFFFFF" w:themeFill="background1"/>
              <w:jc w:val="both"/>
            </w:pPr>
            <w:r>
              <w:t>- HS nêu từ ngữ chưa hiểu như: trìu mến, mỉm cười, yêu thương, trang vở. HS nghe giải nghĩa và nhắc lại nghĩa từ bằng lời của mình.</w:t>
            </w:r>
          </w:p>
        </w:tc>
      </w:tr>
      <w:tr w:rsidR="00215E3A" w14:paraId="0A487419" w14:textId="77777777" w:rsidTr="001F687B">
        <w:trPr>
          <w:jc w:val="center"/>
        </w:trPr>
        <w:tc>
          <w:tcPr>
            <w:tcW w:w="5270" w:type="dxa"/>
            <w:tcBorders>
              <w:top w:val="nil"/>
              <w:left w:val="single" w:sz="8" w:space="0" w:color="000000"/>
              <w:bottom w:val="nil"/>
              <w:right w:val="single" w:sz="8" w:space="0" w:color="000000"/>
            </w:tcBorders>
          </w:tcPr>
          <w:p w14:paraId="483CFC71" w14:textId="77777777" w:rsidR="00215E3A" w:rsidRDefault="00A20486" w:rsidP="001F687B">
            <w:pPr>
              <w:shd w:val="clear" w:color="auto" w:fill="FFFFFF" w:themeFill="background1"/>
              <w:jc w:val="both"/>
            </w:pPr>
            <w:r>
              <w:t> GV mở rộng: Em hãy đặt 1 câu có từ</w:t>
            </w:r>
          </w:p>
          <w:p w14:paraId="66AD58DC" w14:textId="77777777" w:rsidR="00215E3A" w:rsidRDefault="00A20486" w:rsidP="001F687B">
            <w:pPr>
              <w:shd w:val="clear" w:color="auto" w:fill="FFFFFF" w:themeFill="background1"/>
              <w:jc w:val="both"/>
            </w:pPr>
            <w:r>
              <w:t>yêu thương/mỉm cười.</w:t>
            </w:r>
          </w:p>
        </w:tc>
        <w:tc>
          <w:tcPr>
            <w:tcW w:w="5270" w:type="dxa"/>
            <w:tcBorders>
              <w:top w:val="nil"/>
              <w:left w:val="single" w:sz="8" w:space="0" w:color="000000"/>
              <w:bottom w:val="nil"/>
              <w:right w:val="single" w:sz="8" w:space="0" w:color="000000"/>
            </w:tcBorders>
          </w:tcPr>
          <w:p w14:paraId="2336D9A6" w14:textId="77777777" w:rsidR="00215E3A" w:rsidRDefault="00A20486" w:rsidP="001F687B">
            <w:pPr>
              <w:shd w:val="clear" w:color="auto" w:fill="FFFFFF" w:themeFill="background1"/>
              <w:jc w:val="both"/>
            </w:pPr>
            <w:r>
              <w:t>- HS đặt câu: Em yêu thương thầy cô giáo. Cô giáo mỉm cười khi chúng em chăm học.</w:t>
            </w:r>
          </w:p>
        </w:tc>
      </w:tr>
      <w:tr w:rsidR="00215E3A" w14:paraId="4A4ED620" w14:textId="77777777" w:rsidTr="001F687B">
        <w:trPr>
          <w:jc w:val="center"/>
        </w:trPr>
        <w:tc>
          <w:tcPr>
            <w:tcW w:w="5270" w:type="dxa"/>
            <w:tcBorders>
              <w:top w:val="nil"/>
              <w:left w:val="single" w:sz="8" w:space="0" w:color="000000"/>
              <w:bottom w:val="nil"/>
              <w:right w:val="single" w:sz="8" w:space="0" w:color="000000"/>
            </w:tcBorders>
          </w:tcPr>
          <w:p w14:paraId="189A9ECD" w14:textId="77777777" w:rsidR="00215E3A" w:rsidRDefault="00A20486" w:rsidP="001F687B">
            <w:pPr>
              <w:shd w:val="clear" w:color="auto" w:fill="FFFFFF" w:themeFill="background1"/>
              <w:jc w:val="both"/>
            </w:pPr>
            <w:r>
              <w:t>- GV nhận xét, tuyên dương.</w:t>
            </w:r>
          </w:p>
        </w:tc>
        <w:tc>
          <w:tcPr>
            <w:tcW w:w="5270" w:type="dxa"/>
            <w:tcBorders>
              <w:top w:val="nil"/>
              <w:left w:val="single" w:sz="8" w:space="0" w:color="000000"/>
              <w:bottom w:val="nil"/>
              <w:right w:val="single" w:sz="8" w:space="0" w:color="000000"/>
            </w:tcBorders>
          </w:tcPr>
          <w:p w14:paraId="7ECAEF64" w14:textId="77777777" w:rsidR="00215E3A" w:rsidRDefault="00A20486" w:rsidP="001F687B">
            <w:pPr>
              <w:shd w:val="clear" w:color="auto" w:fill="FFFFFF" w:themeFill="background1"/>
              <w:jc w:val="both"/>
            </w:pPr>
            <w:r>
              <w:t>- HS lắng nghe, sửa câu nếu cần và ghi nhớ cách dùng từ.</w:t>
            </w:r>
          </w:p>
        </w:tc>
      </w:tr>
      <w:tr w:rsidR="00215E3A" w14:paraId="597384FD" w14:textId="77777777" w:rsidTr="001F687B">
        <w:trPr>
          <w:jc w:val="center"/>
        </w:trPr>
        <w:tc>
          <w:tcPr>
            <w:tcW w:w="5270" w:type="dxa"/>
            <w:tcBorders>
              <w:top w:val="nil"/>
              <w:left w:val="single" w:sz="8" w:space="0" w:color="000000"/>
              <w:bottom w:val="nil"/>
              <w:right w:val="single" w:sz="8" w:space="0" w:color="000000"/>
            </w:tcBorders>
          </w:tcPr>
          <w:p w14:paraId="4D795AC6" w14:textId="77777777" w:rsidR="00215E3A" w:rsidRDefault="00A20486" w:rsidP="001F687B">
            <w:pPr>
              <w:shd w:val="clear" w:color="auto" w:fill="FFFFFF" w:themeFill="background1"/>
              <w:jc w:val="both"/>
            </w:pPr>
            <w:r>
              <w:rPr>
                <w:b/>
              </w:rPr>
              <w:t>c. HS luyện đọc trong nhóm.</w:t>
            </w:r>
          </w:p>
        </w:tc>
        <w:tc>
          <w:tcPr>
            <w:tcW w:w="5270" w:type="dxa"/>
            <w:tcBorders>
              <w:top w:val="nil"/>
              <w:left w:val="single" w:sz="8" w:space="0" w:color="000000"/>
              <w:bottom w:val="nil"/>
              <w:right w:val="single" w:sz="8" w:space="0" w:color="000000"/>
            </w:tcBorders>
          </w:tcPr>
          <w:p w14:paraId="439C2CE7" w14:textId="77777777" w:rsidR="00215E3A" w:rsidRDefault="00A20486" w:rsidP="001F687B">
            <w:pPr>
              <w:shd w:val="clear" w:color="auto" w:fill="FFFFFF" w:themeFill="background1"/>
              <w:jc w:val="both"/>
            </w:pPr>
            <w:r>
              <w:t>- HS chuẩn bị đọc theo nhóm, biết nghe bạn đọc và góp ý nhẹ nhàng.</w:t>
            </w:r>
          </w:p>
        </w:tc>
      </w:tr>
      <w:tr w:rsidR="00215E3A" w14:paraId="3F541D07" w14:textId="77777777" w:rsidTr="001F687B">
        <w:trPr>
          <w:jc w:val="center"/>
        </w:trPr>
        <w:tc>
          <w:tcPr>
            <w:tcW w:w="5270" w:type="dxa"/>
            <w:tcBorders>
              <w:top w:val="nil"/>
              <w:left w:val="single" w:sz="8" w:space="0" w:color="000000"/>
              <w:bottom w:val="nil"/>
              <w:right w:val="single" w:sz="8" w:space="0" w:color="000000"/>
            </w:tcBorders>
          </w:tcPr>
          <w:p w14:paraId="3FC1CD67" w14:textId="77777777" w:rsidR="00215E3A" w:rsidRDefault="00A20486" w:rsidP="001F687B">
            <w:pPr>
              <w:shd w:val="clear" w:color="auto" w:fill="FFFFFF" w:themeFill="background1"/>
              <w:jc w:val="both"/>
            </w:pPr>
            <w:r>
              <w:t>- Tổ chức cho HS luyện đọc theo nhóm ba.</w:t>
            </w:r>
          </w:p>
        </w:tc>
        <w:tc>
          <w:tcPr>
            <w:tcW w:w="5270" w:type="dxa"/>
            <w:tcBorders>
              <w:top w:val="nil"/>
              <w:left w:val="single" w:sz="8" w:space="0" w:color="000000"/>
              <w:bottom w:val="nil"/>
              <w:right w:val="single" w:sz="8" w:space="0" w:color="000000"/>
            </w:tcBorders>
          </w:tcPr>
          <w:p w14:paraId="08F1CD0D" w14:textId="77777777" w:rsidR="00215E3A" w:rsidRDefault="00A20486" w:rsidP="001F687B">
            <w:pPr>
              <w:shd w:val="clear" w:color="auto" w:fill="FFFFFF" w:themeFill="background1"/>
              <w:jc w:val="both"/>
            </w:pPr>
            <w:r>
              <w:t>- HS luyện đọc trong nhóm ba; mỗi bạn đọc một khổ thơ, các bạn còn lại theo dõi, góp ý cách đọc.</w:t>
            </w:r>
          </w:p>
        </w:tc>
      </w:tr>
      <w:tr w:rsidR="00215E3A" w14:paraId="069599B8" w14:textId="77777777" w:rsidTr="001F687B">
        <w:trPr>
          <w:jc w:val="center"/>
        </w:trPr>
        <w:tc>
          <w:tcPr>
            <w:tcW w:w="5270" w:type="dxa"/>
            <w:tcBorders>
              <w:top w:val="nil"/>
              <w:left w:val="single" w:sz="8" w:space="0" w:color="000000"/>
              <w:bottom w:val="nil"/>
              <w:right w:val="single" w:sz="8" w:space="0" w:color="000000"/>
            </w:tcBorders>
          </w:tcPr>
          <w:p w14:paraId="18EA5CF4" w14:textId="77777777" w:rsidR="00215E3A" w:rsidRDefault="00A20486" w:rsidP="001F687B">
            <w:pPr>
              <w:shd w:val="clear" w:color="auto" w:fill="FFFFFF" w:themeFill="background1"/>
              <w:jc w:val="both"/>
            </w:pPr>
            <w:r>
              <w:t>- Tổ chức cho HS thi đọc nối tiếp từng khổ thơ giữa các nhóm.</w:t>
            </w:r>
          </w:p>
        </w:tc>
        <w:tc>
          <w:tcPr>
            <w:tcW w:w="5270" w:type="dxa"/>
            <w:tcBorders>
              <w:top w:val="nil"/>
              <w:left w:val="single" w:sz="8" w:space="0" w:color="000000"/>
              <w:bottom w:val="nil"/>
              <w:right w:val="single" w:sz="8" w:space="0" w:color="000000"/>
            </w:tcBorders>
          </w:tcPr>
          <w:p w14:paraId="71FCB416" w14:textId="77777777" w:rsidR="00215E3A" w:rsidRDefault="00A20486" w:rsidP="001F687B">
            <w:pPr>
              <w:shd w:val="clear" w:color="auto" w:fill="FFFFFF" w:themeFill="background1"/>
              <w:jc w:val="both"/>
            </w:pPr>
            <w:r>
              <w:t>- 2 - 3 nhóm thi đọc nối tiếp từng khổ thơ trước lớp; cả lớp lắng nghe để nhận xét.</w:t>
            </w:r>
          </w:p>
        </w:tc>
      </w:tr>
      <w:tr w:rsidR="00215E3A" w14:paraId="0ACF29A4" w14:textId="77777777" w:rsidTr="001F687B">
        <w:trPr>
          <w:jc w:val="center"/>
        </w:trPr>
        <w:tc>
          <w:tcPr>
            <w:tcW w:w="5270" w:type="dxa"/>
            <w:tcBorders>
              <w:top w:val="nil"/>
              <w:left w:val="single" w:sz="8" w:space="0" w:color="000000"/>
              <w:bottom w:val="nil"/>
              <w:right w:val="single" w:sz="8" w:space="0" w:color="000000"/>
            </w:tcBorders>
          </w:tcPr>
          <w:p w14:paraId="3436E6B6" w14:textId="77777777" w:rsidR="00215E3A" w:rsidRDefault="00A20486" w:rsidP="001F687B">
            <w:pPr>
              <w:shd w:val="clear" w:color="auto" w:fill="FFFFFF" w:themeFill="background1"/>
              <w:jc w:val="both"/>
            </w:pPr>
            <w:r>
              <w:t>- GV giúp đỡ HS trong các nhóm gặp khó khăn khi đọc bài, tuyên dương HS đọc tiến bộ.</w:t>
            </w:r>
          </w:p>
        </w:tc>
        <w:tc>
          <w:tcPr>
            <w:tcW w:w="5270" w:type="dxa"/>
            <w:tcBorders>
              <w:top w:val="nil"/>
              <w:left w:val="single" w:sz="8" w:space="0" w:color="000000"/>
              <w:bottom w:val="nil"/>
              <w:right w:val="single" w:sz="8" w:space="0" w:color="000000"/>
            </w:tcBorders>
          </w:tcPr>
          <w:p w14:paraId="393D96CE" w14:textId="77777777" w:rsidR="00215E3A" w:rsidRDefault="00A20486" w:rsidP="001F687B">
            <w:pPr>
              <w:shd w:val="clear" w:color="auto" w:fill="FFFFFF" w:themeFill="background1"/>
              <w:jc w:val="both"/>
            </w:pPr>
            <w:r>
              <w:t>- HS còn đọc chậm luyện lại từ khó, câu khó; HS đọc tiến bộ mạnh dạn đọc lại trước nhóm.</w:t>
            </w:r>
          </w:p>
        </w:tc>
      </w:tr>
      <w:tr w:rsidR="00215E3A" w14:paraId="5DA8F1B2" w14:textId="77777777" w:rsidTr="001F687B">
        <w:trPr>
          <w:jc w:val="center"/>
        </w:trPr>
        <w:tc>
          <w:tcPr>
            <w:tcW w:w="5270" w:type="dxa"/>
            <w:tcBorders>
              <w:top w:val="nil"/>
              <w:left w:val="single" w:sz="8" w:space="0" w:color="000000"/>
              <w:bottom w:val="nil"/>
              <w:right w:val="single" w:sz="8" w:space="0" w:color="000000"/>
            </w:tcBorders>
          </w:tcPr>
          <w:p w14:paraId="487D3306" w14:textId="77777777" w:rsidR="00215E3A" w:rsidRDefault="00A20486" w:rsidP="001F687B">
            <w:pPr>
              <w:shd w:val="clear" w:color="auto" w:fill="FFFFFF" w:themeFill="background1"/>
              <w:jc w:val="both"/>
            </w:pPr>
            <w:r>
              <w:t>- GV và HS nhận xét phần thi đọc của các nhóm.</w:t>
            </w:r>
          </w:p>
        </w:tc>
        <w:tc>
          <w:tcPr>
            <w:tcW w:w="5270" w:type="dxa"/>
            <w:tcBorders>
              <w:top w:val="nil"/>
              <w:left w:val="single" w:sz="8" w:space="0" w:color="000000"/>
              <w:bottom w:val="nil"/>
              <w:right w:val="single" w:sz="8" w:space="0" w:color="000000"/>
            </w:tcBorders>
          </w:tcPr>
          <w:p w14:paraId="061B3ABC" w14:textId="77777777" w:rsidR="00215E3A" w:rsidRDefault="00A20486" w:rsidP="001F687B">
            <w:pPr>
              <w:shd w:val="clear" w:color="auto" w:fill="FFFFFF" w:themeFill="background1"/>
              <w:jc w:val="both"/>
            </w:pPr>
            <w:r>
              <w:t>- HS nhận xét: nhóm bạn đọc rõ tiếng, ngắt nghỉ đúng, giọng đọc nhẹ nhàng; bình chọn nhóm đọc tốt.</w:t>
            </w:r>
          </w:p>
        </w:tc>
      </w:tr>
      <w:tr w:rsidR="00215E3A" w14:paraId="32425444" w14:textId="77777777" w:rsidTr="001F687B">
        <w:trPr>
          <w:jc w:val="center"/>
        </w:trPr>
        <w:tc>
          <w:tcPr>
            <w:tcW w:w="5270" w:type="dxa"/>
            <w:tcBorders>
              <w:top w:val="nil"/>
              <w:left w:val="single" w:sz="8" w:space="0" w:color="000000"/>
              <w:bottom w:val="nil"/>
              <w:right w:val="single" w:sz="8" w:space="0" w:color="000000"/>
            </w:tcBorders>
          </w:tcPr>
          <w:p w14:paraId="354D2ABB" w14:textId="77777777" w:rsidR="00215E3A" w:rsidRDefault="00A20486" w:rsidP="001F687B">
            <w:pPr>
              <w:shd w:val="clear" w:color="auto" w:fill="FFFFFF" w:themeFill="background1"/>
              <w:jc w:val="both"/>
            </w:pPr>
            <w:r>
              <w:t>- GV mời 1 HS đọc toàn bộ bài thơ.</w:t>
            </w:r>
          </w:p>
        </w:tc>
        <w:tc>
          <w:tcPr>
            <w:tcW w:w="5270" w:type="dxa"/>
            <w:tcBorders>
              <w:top w:val="nil"/>
              <w:left w:val="single" w:sz="8" w:space="0" w:color="000000"/>
              <w:bottom w:val="nil"/>
              <w:right w:val="single" w:sz="8" w:space="0" w:color="000000"/>
            </w:tcBorders>
          </w:tcPr>
          <w:p w14:paraId="6C6D2571" w14:textId="77777777" w:rsidR="00215E3A" w:rsidRDefault="00A20486" w:rsidP="001F687B">
            <w:pPr>
              <w:shd w:val="clear" w:color="auto" w:fill="FFFFFF" w:themeFill="background1"/>
              <w:jc w:val="both"/>
            </w:pPr>
            <w:r>
              <w:t>- 1 HS đọc toàn bộ bài thơ; cả lớp theo dõi, đọc thầm trong SGK.</w:t>
            </w:r>
          </w:p>
        </w:tc>
      </w:tr>
      <w:tr w:rsidR="00215E3A" w14:paraId="6CD32E51" w14:textId="77777777" w:rsidTr="001F687B">
        <w:trPr>
          <w:jc w:val="center"/>
        </w:trPr>
        <w:tc>
          <w:tcPr>
            <w:tcW w:w="5270" w:type="dxa"/>
            <w:tcBorders>
              <w:top w:val="nil"/>
              <w:left w:val="single" w:sz="8" w:space="0" w:color="000000"/>
              <w:bottom w:val="nil"/>
              <w:right w:val="single" w:sz="8" w:space="0" w:color="000000"/>
            </w:tcBorders>
          </w:tcPr>
          <w:p w14:paraId="35A7840E" w14:textId="77777777" w:rsidR="00215E3A" w:rsidRDefault="00A20486" w:rsidP="001F687B">
            <w:pPr>
              <w:shd w:val="clear" w:color="auto" w:fill="FFFFFF" w:themeFill="background1"/>
              <w:jc w:val="both"/>
            </w:pPr>
            <w:r>
              <w:t>- GV đánh giá, biểu dương.</w:t>
            </w:r>
          </w:p>
        </w:tc>
        <w:tc>
          <w:tcPr>
            <w:tcW w:w="5270" w:type="dxa"/>
            <w:tcBorders>
              <w:top w:val="nil"/>
              <w:left w:val="single" w:sz="8" w:space="0" w:color="000000"/>
              <w:bottom w:val="nil"/>
              <w:right w:val="single" w:sz="8" w:space="0" w:color="000000"/>
            </w:tcBorders>
          </w:tcPr>
          <w:p w14:paraId="7681CE45" w14:textId="77777777" w:rsidR="00215E3A" w:rsidRDefault="00A20486" w:rsidP="001F687B">
            <w:pPr>
              <w:shd w:val="clear" w:color="auto" w:fill="FFFFFF" w:themeFill="background1"/>
              <w:jc w:val="both"/>
            </w:pPr>
            <w:r>
              <w:t xml:space="preserve">- HS lắng nghe, rút kinh nghiệm về cách đọc bài </w:t>
            </w:r>
            <w:r>
              <w:lastRenderedPageBreak/>
              <w:t>thơ.</w:t>
            </w:r>
          </w:p>
        </w:tc>
      </w:tr>
      <w:tr w:rsidR="00215E3A" w14:paraId="19FFB2A0" w14:textId="77777777" w:rsidTr="001F687B">
        <w:trPr>
          <w:jc w:val="center"/>
        </w:trPr>
        <w:tc>
          <w:tcPr>
            <w:tcW w:w="5270" w:type="dxa"/>
            <w:tcBorders>
              <w:top w:val="nil"/>
              <w:left w:val="single" w:sz="8" w:space="0" w:color="000000"/>
              <w:bottom w:val="nil"/>
              <w:right w:val="single" w:sz="8" w:space="0" w:color="000000"/>
            </w:tcBorders>
          </w:tcPr>
          <w:p w14:paraId="7CA4C000" w14:textId="77777777" w:rsidR="00215E3A" w:rsidRDefault="00A20486" w:rsidP="001F687B">
            <w:pPr>
              <w:shd w:val="clear" w:color="auto" w:fill="FFFFFF" w:themeFill="background1"/>
              <w:jc w:val="both"/>
            </w:pPr>
            <w:r>
              <w:rPr>
                <w:b/>
              </w:rPr>
              <w:lastRenderedPageBreak/>
              <w:t>d. Đọc toàn bài.</w:t>
            </w:r>
          </w:p>
        </w:tc>
        <w:tc>
          <w:tcPr>
            <w:tcW w:w="5270" w:type="dxa"/>
            <w:tcBorders>
              <w:top w:val="nil"/>
              <w:left w:val="single" w:sz="8" w:space="0" w:color="000000"/>
              <w:bottom w:val="nil"/>
              <w:right w:val="single" w:sz="8" w:space="0" w:color="000000"/>
            </w:tcBorders>
          </w:tcPr>
          <w:p w14:paraId="5766B377" w14:textId="77777777" w:rsidR="00215E3A" w:rsidRDefault="00A20486" w:rsidP="001F687B">
            <w:pPr>
              <w:shd w:val="clear" w:color="auto" w:fill="FFFFFF" w:themeFill="background1"/>
              <w:jc w:val="both"/>
            </w:pPr>
            <w:r>
              <w:t>- HS chuẩn bị luyện đọc toàn bài thơ.</w:t>
            </w:r>
          </w:p>
        </w:tc>
      </w:tr>
      <w:tr w:rsidR="00215E3A" w14:paraId="6F89709F" w14:textId="77777777" w:rsidTr="001F687B">
        <w:trPr>
          <w:jc w:val="center"/>
        </w:trPr>
        <w:tc>
          <w:tcPr>
            <w:tcW w:w="5270" w:type="dxa"/>
            <w:tcBorders>
              <w:top w:val="nil"/>
              <w:left w:val="single" w:sz="8" w:space="0" w:color="000000"/>
              <w:bottom w:val="nil"/>
              <w:right w:val="single" w:sz="8" w:space="0" w:color="000000"/>
            </w:tcBorders>
          </w:tcPr>
          <w:p w14:paraId="0174682A" w14:textId="77777777" w:rsidR="00215E3A" w:rsidRDefault="00A20486" w:rsidP="001F687B">
            <w:pPr>
              <w:shd w:val="clear" w:color="auto" w:fill="FFFFFF" w:themeFill="background1"/>
              <w:jc w:val="both"/>
            </w:pPr>
            <w:r>
              <w:t>- GV cho HS tự luyện đọc toàn bộ bài thơ.</w:t>
            </w:r>
          </w:p>
        </w:tc>
        <w:tc>
          <w:tcPr>
            <w:tcW w:w="5270" w:type="dxa"/>
            <w:tcBorders>
              <w:top w:val="nil"/>
              <w:left w:val="single" w:sz="8" w:space="0" w:color="000000"/>
              <w:bottom w:val="nil"/>
              <w:right w:val="single" w:sz="8" w:space="0" w:color="000000"/>
            </w:tcBorders>
          </w:tcPr>
          <w:p w14:paraId="69CCC409" w14:textId="77777777" w:rsidR="00215E3A" w:rsidRDefault="00A20486" w:rsidP="001F687B">
            <w:pPr>
              <w:shd w:val="clear" w:color="auto" w:fill="FFFFFF" w:themeFill="background1"/>
              <w:jc w:val="both"/>
            </w:pPr>
            <w:r>
              <w:t>- HS tự luyện đọc toàn bộ bài thơ; chú ý giọng nhẹ nhàng, trìu mến và dừng hơi sau mỗi khổ thơ.</w:t>
            </w:r>
          </w:p>
        </w:tc>
      </w:tr>
      <w:tr w:rsidR="00215E3A" w14:paraId="3374F1EA" w14:textId="77777777" w:rsidTr="001F687B">
        <w:trPr>
          <w:jc w:val="center"/>
        </w:trPr>
        <w:tc>
          <w:tcPr>
            <w:tcW w:w="5270" w:type="dxa"/>
            <w:tcBorders>
              <w:top w:val="nil"/>
              <w:left w:val="single" w:sz="8" w:space="0" w:color="000000"/>
              <w:bottom w:val="nil"/>
              <w:right w:val="single" w:sz="8" w:space="0" w:color="000000"/>
            </w:tcBorders>
          </w:tcPr>
          <w:p w14:paraId="06B289E3" w14:textId="77777777" w:rsidR="00215E3A" w:rsidRDefault="00A20486" w:rsidP="001F687B">
            <w:pPr>
              <w:shd w:val="clear" w:color="auto" w:fill="FFFFFF" w:themeFill="background1"/>
              <w:jc w:val="both"/>
            </w:pPr>
            <w:r>
              <w:t>- GV gọi 2, 3 HS đọc toàn bộ bài.</w:t>
            </w:r>
          </w:p>
        </w:tc>
        <w:tc>
          <w:tcPr>
            <w:tcW w:w="5270" w:type="dxa"/>
            <w:tcBorders>
              <w:top w:val="nil"/>
              <w:left w:val="single" w:sz="8" w:space="0" w:color="000000"/>
              <w:bottom w:val="nil"/>
              <w:right w:val="single" w:sz="8" w:space="0" w:color="000000"/>
            </w:tcBorders>
          </w:tcPr>
          <w:p w14:paraId="0A608257" w14:textId="77777777" w:rsidR="00215E3A" w:rsidRDefault="00A20486" w:rsidP="001F687B">
            <w:pPr>
              <w:shd w:val="clear" w:color="auto" w:fill="FFFFFF" w:themeFill="background1"/>
              <w:jc w:val="both"/>
            </w:pPr>
            <w:r>
              <w:t>- 2 - 3 HS đọc toàn bộ bài; HS khác theo dõi, nhận xét giọng đọc và cách ngắt nghỉ.</w:t>
            </w:r>
          </w:p>
        </w:tc>
      </w:tr>
      <w:tr w:rsidR="00215E3A" w14:paraId="773BD904" w14:textId="77777777" w:rsidTr="001F687B">
        <w:trPr>
          <w:jc w:val="center"/>
        </w:trPr>
        <w:tc>
          <w:tcPr>
            <w:tcW w:w="5270" w:type="dxa"/>
            <w:tcBorders>
              <w:top w:val="nil"/>
              <w:left w:val="single" w:sz="8" w:space="0" w:color="000000"/>
              <w:bottom w:val="single" w:sz="4" w:space="0" w:color="000000"/>
              <w:right w:val="single" w:sz="8" w:space="0" w:color="000000"/>
            </w:tcBorders>
          </w:tcPr>
          <w:p w14:paraId="28715B3A" w14:textId="77777777" w:rsidR="00215E3A" w:rsidRDefault="00A20486" w:rsidP="001F687B">
            <w:pPr>
              <w:shd w:val="clear" w:color="auto" w:fill="FFFFFF" w:themeFill="background1"/>
              <w:jc w:val="both"/>
            </w:pPr>
            <w:r>
              <w:t>- GV giúp đỡ HS gặp khó khăn khi đọc bài, tuyên dương HS đọc tiến bộ.</w:t>
            </w:r>
          </w:p>
        </w:tc>
        <w:tc>
          <w:tcPr>
            <w:tcW w:w="5270" w:type="dxa"/>
            <w:tcBorders>
              <w:top w:val="nil"/>
              <w:left w:val="single" w:sz="8" w:space="0" w:color="000000"/>
              <w:bottom w:val="single" w:sz="4" w:space="0" w:color="000000"/>
              <w:right w:val="single" w:sz="8" w:space="0" w:color="000000"/>
            </w:tcBorders>
          </w:tcPr>
          <w:p w14:paraId="1FC582E9" w14:textId="77777777" w:rsidR="00215E3A" w:rsidRDefault="00A20486" w:rsidP="001F687B">
            <w:pPr>
              <w:shd w:val="clear" w:color="auto" w:fill="FFFFFF" w:themeFill="background1"/>
              <w:jc w:val="both"/>
            </w:pPr>
            <w:r>
              <w:t>- HS sửa lỗi đọc theo hướng dẫn; HS đọc tiến bộ được cả lớp tuyên dương.</w:t>
            </w:r>
          </w:p>
        </w:tc>
      </w:tr>
      <w:tr w:rsidR="003B638A" w14:paraId="28572E62"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4E016D62" w14:textId="77777777" w:rsidR="003B638A" w:rsidRDefault="001B3E3F" w:rsidP="001F687B">
            <w:pPr>
              <w:shd w:val="clear" w:color="auto" w:fill="FFFFFF" w:themeFill="background1"/>
            </w:pPr>
            <w:r>
              <w:rPr>
                <w:b/>
                <w:color w:val="008000"/>
              </w:rPr>
              <w:t>4. Vận dụng (5 phút)</w:t>
            </w:r>
          </w:p>
          <w:p w14:paraId="27CE170E" w14:textId="77777777" w:rsidR="003B638A" w:rsidRDefault="001B3E3F" w:rsidP="001F687B">
            <w:pPr>
              <w:shd w:val="clear" w:color="auto" w:fill="FFFFFF" w:themeFill="background1"/>
            </w:pPr>
            <w:r>
              <w:rPr>
                <w:b/>
                <w:color w:val="008000"/>
              </w:rPr>
              <w:t>Mục tiêu: Khắc sâu nội dung đã học trong tiết; chuẩn bị tốt cho tiết học tiếp theo.</w:t>
            </w:r>
          </w:p>
        </w:tc>
      </w:tr>
      <w:tr w:rsidR="003B638A" w14:paraId="3E9A03DD" w14:textId="77777777" w:rsidTr="001F687B">
        <w:trPr>
          <w:jc w:val="center"/>
        </w:trPr>
        <w:tc>
          <w:tcPr>
            <w:tcW w:w="5270" w:type="dxa"/>
            <w:tcBorders>
              <w:top w:val="single" w:sz="4" w:space="0" w:color="000000"/>
              <w:bottom w:val="nil"/>
            </w:tcBorders>
          </w:tcPr>
          <w:p w14:paraId="339B2537" w14:textId="77777777" w:rsidR="003B638A" w:rsidRDefault="001B3E3F" w:rsidP="001F687B">
            <w:pPr>
              <w:shd w:val="clear" w:color="auto" w:fill="FFFFFF" w:themeFill="background1"/>
            </w:pPr>
            <w:r>
              <w:t>- GV yêu cầu HS nhắc lại cách đọc bài thơ Cô giáo lớp em và chọn một khổ thơ em thích để luyện đọc thêm ở nhà.</w:t>
            </w:r>
          </w:p>
        </w:tc>
        <w:tc>
          <w:tcPr>
            <w:tcW w:w="5270" w:type="dxa"/>
            <w:tcBorders>
              <w:top w:val="single" w:sz="4" w:space="0" w:color="000000"/>
              <w:bottom w:val="nil"/>
            </w:tcBorders>
          </w:tcPr>
          <w:p w14:paraId="61EF90FC" w14:textId="77777777" w:rsidR="003B638A" w:rsidRDefault="001B3E3F" w:rsidP="001F687B">
            <w:pPr>
              <w:shd w:val="clear" w:color="auto" w:fill="FFFFFF" w:themeFill="background1"/>
            </w:pPr>
            <w:r>
              <w:t>- HS nêu: Em cần đọc với giọng nhẹ nhàng, trìu mến, ngắt nghỉ đúng nhịp; em chọn khổ thơ em thích để luyện đọc thêm.</w:t>
            </w:r>
          </w:p>
        </w:tc>
      </w:tr>
      <w:tr w:rsidR="003B638A" w14:paraId="7AAB335C" w14:textId="77777777" w:rsidTr="001F687B">
        <w:trPr>
          <w:jc w:val="center"/>
        </w:trPr>
        <w:tc>
          <w:tcPr>
            <w:tcW w:w="5270" w:type="dxa"/>
            <w:tcBorders>
              <w:top w:val="nil"/>
              <w:bottom w:val="single" w:sz="4" w:space="0" w:color="000000"/>
            </w:tcBorders>
          </w:tcPr>
          <w:p w14:paraId="359319D7" w14:textId="77777777" w:rsidR="003B638A" w:rsidRDefault="001B3E3F" w:rsidP="001F687B">
            <w:pPr>
              <w:shd w:val="clear" w:color="auto" w:fill="FFFFFF" w:themeFill="background1"/>
            </w:pPr>
            <w:r>
              <w:t>- Dặn dò: Về nhà luyện đọc lại bài Cô giáo lớp em cho người thân nghe và chuẩn bị tinh thần trả lời câu hỏi ở tiết sau.</w:t>
            </w:r>
          </w:p>
        </w:tc>
        <w:tc>
          <w:tcPr>
            <w:tcW w:w="5270" w:type="dxa"/>
            <w:tcBorders>
              <w:top w:val="nil"/>
              <w:bottom w:val="single" w:sz="4" w:space="0" w:color="000000"/>
            </w:tcBorders>
          </w:tcPr>
          <w:p w14:paraId="67531DCD" w14:textId="77777777" w:rsidR="003B638A" w:rsidRDefault="001B3E3F" w:rsidP="001F687B">
            <w:pPr>
              <w:shd w:val="clear" w:color="auto" w:fill="FFFFFF" w:themeFill="background1"/>
            </w:pPr>
            <w:r>
              <w:t>- HS ghi nhớ: Em luyện đọc bài ở nhà, nhờ người thân nhận xét và chuẩn bị học tiết 2.</w:t>
            </w:r>
          </w:p>
        </w:tc>
      </w:tr>
      <w:tr w:rsidR="00215E3A" w14:paraId="6DF74259"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14DE5439" w14:textId="77777777" w:rsidR="00215E3A" w:rsidRDefault="00A20486" w:rsidP="001F687B">
            <w:pPr>
              <w:shd w:val="clear" w:color="auto" w:fill="FFFFFF" w:themeFill="background1"/>
              <w:jc w:val="both"/>
            </w:pPr>
            <w:r>
              <w:rPr>
                <w:b/>
                <w:color w:val="008000"/>
              </w:rPr>
              <w:t>TIẾT 2 (35 phút)</w:t>
            </w:r>
          </w:p>
          <w:p w14:paraId="3051D5AA" w14:textId="77777777" w:rsidR="00215E3A" w:rsidRDefault="00A20486" w:rsidP="001F687B">
            <w:pPr>
              <w:shd w:val="clear" w:color="auto" w:fill="FFFFFF" w:themeFill="background1"/>
              <w:jc w:val="both"/>
            </w:pPr>
            <w:r>
              <w:rPr>
                <w:b/>
                <w:color w:val="008000"/>
              </w:rPr>
              <w:t>Hoạt động 2: Đọc hiểu (17 phút)</w:t>
            </w:r>
          </w:p>
          <w:p w14:paraId="4E7EB51F" w14:textId="77777777" w:rsidR="00215E3A" w:rsidRDefault="00A20486" w:rsidP="001F687B">
            <w:pPr>
              <w:shd w:val="clear" w:color="auto" w:fill="FFFFFF" w:themeFill="background1"/>
              <w:jc w:val="both"/>
            </w:pPr>
            <w:r>
              <w:rPr>
                <w:b/>
                <w:color w:val="008000"/>
              </w:rPr>
              <w:t>Mục tiêu: HS trả lời được các câu hỏi trong SGK, hiểu nội dung bài thơ; biết bày tỏ tình cảm yêu quý, kính trọng thầy cô. Mục tiêu tích hợp: HS biết thể hiện lòng biết ơn thầy cô bằng lời nói, việc làm lễ phép, chăm học, giữ nề nếp lớp.</w:t>
            </w:r>
          </w:p>
        </w:tc>
      </w:tr>
      <w:tr w:rsidR="00215E3A" w14:paraId="29135725" w14:textId="77777777" w:rsidTr="001F687B">
        <w:trPr>
          <w:jc w:val="center"/>
        </w:trPr>
        <w:tc>
          <w:tcPr>
            <w:tcW w:w="5270" w:type="dxa"/>
            <w:tcBorders>
              <w:top w:val="single" w:sz="4" w:space="0" w:color="000000"/>
              <w:left w:val="single" w:sz="8" w:space="0" w:color="000000"/>
              <w:bottom w:val="nil"/>
              <w:right w:val="single" w:sz="8" w:space="0" w:color="000000"/>
            </w:tcBorders>
          </w:tcPr>
          <w:p w14:paraId="41B9333D" w14:textId="77777777" w:rsidR="00215E3A" w:rsidRDefault="00A20486" w:rsidP="001F687B">
            <w:pPr>
              <w:shd w:val="clear" w:color="auto" w:fill="FFFFFF" w:themeFill="background1"/>
              <w:jc w:val="both"/>
            </w:pPr>
            <w:r>
              <w:t>- GV tổ chức cho HS đọc thầm khổ thơ thứ nhất và hỏi: Cô giáo đáp lại lời chào của học sinh như thế nào?</w:t>
            </w:r>
          </w:p>
          <w:p w14:paraId="78EF7C01" w14:textId="7BAFE24B" w:rsidR="00215E3A" w:rsidRDefault="00215E3A" w:rsidP="001F687B">
            <w:pPr>
              <w:shd w:val="clear" w:color="auto" w:fill="FFFFFF" w:themeFill="background1"/>
              <w:jc w:val="center"/>
            </w:pPr>
          </w:p>
        </w:tc>
        <w:tc>
          <w:tcPr>
            <w:tcW w:w="5270" w:type="dxa"/>
            <w:tcBorders>
              <w:top w:val="single" w:sz="4" w:space="0" w:color="000000"/>
              <w:left w:val="single" w:sz="8" w:space="0" w:color="000000"/>
              <w:bottom w:val="nil"/>
              <w:right w:val="single" w:sz="8" w:space="0" w:color="000000"/>
            </w:tcBorders>
          </w:tcPr>
          <w:p w14:paraId="16753232" w14:textId="77777777" w:rsidR="00215E3A" w:rsidRDefault="00A20486" w:rsidP="001F687B">
            <w:pPr>
              <w:shd w:val="clear" w:color="auto" w:fill="FFFFFF" w:themeFill="background1"/>
              <w:jc w:val="both"/>
            </w:pPr>
            <w:r>
              <w:t>- HS trả lời: Cô giáo đáp lại lời chào của các bạn bằng cách mỉm cười thật tươi.</w:t>
            </w:r>
          </w:p>
        </w:tc>
      </w:tr>
      <w:tr w:rsidR="00215E3A" w14:paraId="356F59A3" w14:textId="77777777" w:rsidTr="001F687B">
        <w:trPr>
          <w:jc w:val="center"/>
        </w:trPr>
        <w:tc>
          <w:tcPr>
            <w:tcW w:w="5270" w:type="dxa"/>
            <w:tcBorders>
              <w:top w:val="nil"/>
              <w:left w:val="single" w:sz="8" w:space="0" w:color="000000"/>
              <w:bottom w:val="nil"/>
              <w:right w:val="single" w:sz="8" w:space="0" w:color="000000"/>
            </w:tcBorders>
          </w:tcPr>
          <w:p w14:paraId="6602FC02" w14:textId="77777777" w:rsidR="00215E3A" w:rsidRDefault="00A20486" w:rsidP="001F687B">
            <w:pPr>
              <w:shd w:val="clear" w:color="auto" w:fill="FFFFFF" w:themeFill="background1"/>
              <w:jc w:val="both"/>
            </w:pPr>
            <w:r>
              <w:t>- GV và HS thống nhất câu trả lời.</w:t>
            </w:r>
          </w:p>
        </w:tc>
        <w:tc>
          <w:tcPr>
            <w:tcW w:w="5270" w:type="dxa"/>
            <w:tcBorders>
              <w:top w:val="nil"/>
              <w:left w:val="single" w:sz="8" w:space="0" w:color="000000"/>
              <w:bottom w:val="nil"/>
              <w:right w:val="single" w:sz="8" w:space="0" w:color="000000"/>
            </w:tcBorders>
          </w:tcPr>
          <w:p w14:paraId="1B8AC334" w14:textId="77777777" w:rsidR="00215E3A" w:rsidRDefault="00A20486" w:rsidP="001F687B">
            <w:pPr>
              <w:shd w:val="clear" w:color="auto" w:fill="FFFFFF" w:themeFill="background1"/>
              <w:jc w:val="both"/>
            </w:pPr>
            <w:r>
              <w:t>- HS lắng nghe và sửa câu trả lời cho đầy đủ: Cô giáo mỉm cười thật tươi khi đáp lại lời chào của học sinh.</w:t>
            </w:r>
          </w:p>
        </w:tc>
      </w:tr>
      <w:tr w:rsidR="00215E3A" w14:paraId="5C8331FE" w14:textId="77777777" w:rsidTr="001F687B">
        <w:trPr>
          <w:jc w:val="center"/>
        </w:trPr>
        <w:tc>
          <w:tcPr>
            <w:tcW w:w="5270" w:type="dxa"/>
            <w:tcBorders>
              <w:top w:val="nil"/>
              <w:left w:val="single" w:sz="8" w:space="0" w:color="000000"/>
              <w:bottom w:val="nil"/>
              <w:right w:val="single" w:sz="8" w:space="0" w:color="000000"/>
            </w:tcBorders>
          </w:tcPr>
          <w:p w14:paraId="0BCEA174" w14:textId="77777777" w:rsidR="00215E3A" w:rsidRDefault="00A20486" w:rsidP="001F687B">
            <w:pPr>
              <w:shd w:val="clear" w:color="auto" w:fill="FFFFFF" w:themeFill="background1"/>
              <w:jc w:val="both"/>
            </w:pPr>
            <w:r>
              <w:t>- GV gọi HS đọc câu hỏi 2 và 3.</w:t>
            </w:r>
          </w:p>
        </w:tc>
        <w:tc>
          <w:tcPr>
            <w:tcW w:w="5270" w:type="dxa"/>
            <w:tcBorders>
              <w:top w:val="nil"/>
              <w:left w:val="single" w:sz="8" w:space="0" w:color="000000"/>
              <w:bottom w:val="nil"/>
              <w:right w:val="single" w:sz="8" w:space="0" w:color="000000"/>
            </w:tcBorders>
          </w:tcPr>
          <w:p w14:paraId="11148D73" w14:textId="77777777" w:rsidR="00215E3A" w:rsidRDefault="00A20486" w:rsidP="001F687B">
            <w:pPr>
              <w:shd w:val="clear" w:color="auto" w:fill="FFFFFF" w:themeFill="background1"/>
              <w:jc w:val="both"/>
            </w:pPr>
            <w:r>
              <w:t>- 2 HS đọc nối tiếp câu hỏi 2 và câu hỏi 3 trong SGK.</w:t>
            </w:r>
          </w:p>
        </w:tc>
      </w:tr>
      <w:tr w:rsidR="00215E3A" w14:paraId="0283873C" w14:textId="77777777" w:rsidTr="001F687B">
        <w:trPr>
          <w:jc w:val="center"/>
        </w:trPr>
        <w:tc>
          <w:tcPr>
            <w:tcW w:w="5270" w:type="dxa"/>
            <w:tcBorders>
              <w:top w:val="nil"/>
              <w:left w:val="single" w:sz="8" w:space="0" w:color="000000"/>
              <w:bottom w:val="nil"/>
              <w:right w:val="single" w:sz="8" w:space="0" w:color="000000"/>
            </w:tcBorders>
          </w:tcPr>
          <w:p w14:paraId="3021C679" w14:textId="77777777" w:rsidR="00215E3A" w:rsidRDefault="00A20486" w:rsidP="001F687B">
            <w:pPr>
              <w:shd w:val="clear" w:color="auto" w:fill="FFFFFF" w:themeFill="background1"/>
              <w:jc w:val="both"/>
            </w:pPr>
            <w:r>
              <w:t>- GV yêu cầu cả lớp đọc thầm lại toàn bài đọc.</w:t>
            </w:r>
          </w:p>
        </w:tc>
        <w:tc>
          <w:tcPr>
            <w:tcW w:w="5270" w:type="dxa"/>
            <w:tcBorders>
              <w:top w:val="nil"/>
              <w:left w:val="single" w:sz="8" w:space="0" w:color="000000"/>
              <w:bottom w:val="nil"/>
              <w:right w:val="single" w:sz="8" w:space="0" w:color="000000"/>
            </w:tcBorders>
          </w:tcPr>
          <w:p w14:paraId="1AC7EAB3" w14:textId="77777777" w:rsidR="00215E3A" w:rsidRDefault="00A20486" w:rsidP="001F687B">
            <w:pPr>
              <w:shd w:val="clear" w:color="auto" w:fill="FFFFFF" w:themeFill="background1"/>
              <w:jc w:val="both"/>
            </w:pPr>
            <w:r>
              <w:t>- Cả lớp đọc thầm lại toàn bài thơ, gạch nhẹ chi tiết cần tìm trong SGK.</w:t>
            </w:r>
          </w:p>
        </w:tc>
      </w:tr>
      <w:tr w:rsidR="00215E3A" w14:paraId="7BA571AA" w14:textId="77777777" w:rsidTr="001F687B">
        <w:trPr>
          <w:jc w:val="center"/>
        </w:trPr>
        <w:tc>
          <w:tcPr>
            <w:tcW w:w="5270" w:type="dxa"/>
            <w:tcBorders>
              <w:top w:val="nil"/>
              <w:left w:val="single" w:sz="8" w:space="0" w:color="000000"/>
              <w:bottom w:val="nil"/>
              <w:right w:val="single" w:sz="8" w:space="0" w:color="000000"/>
            </w:tcBorders>
          </w:tcPr>
          <w:p w14:paraId="0AE7B0BD" w14:textId="77777777" w:rsidR="00215E3A" w:rsidRDefault="00A20486" w:rsidP="001F687B">
            <w:pPr>
              <w:shd w:val="clear" w:color="auto" w:fill="FFFFFF" w:themeFill="background1"/>
              <w:jc w:val="both"/>
            </w:pPr>
            <w:r>
              <w:t>- GV tổ chức thảo luận nhóm bốn và hoàn thành các câu trả lời vào phiếu thảo luận nhóm.</w:t>
            </w:r>
          </w:p>
        </w:tc>
        <w:tc>
          <w:tcPr>
            <w:tcW w:w="5270" w:type="dxa"/>
            <w:tcBorders>
              <w:top w:val="nil"/>
              <w:left w:val="single" w:sz="8" w:space="0" w:color="000000"/>
              <w:bottom w:val="nil"/>
              <w:right w:val="single" w:sz="8" w:space="0" w:color="000000"/>
            </w:tcBorders>
          </w:tcPr>
          <w:p w14:paraId="7573EF04" w14:textId="77777777" w:rsidR="00215E3A" w:rsidRDefault="00A20486" w:rsidP="001F687B">
            <w:pPr>
              <w:shd w:val="clear" w:color="auto" w:fill="FFFFFF" w:themeFill="background1"/>
              <w:jc w:val="both"/>
            </w:pPr>
            <w:r>
              <w:t>- HS làm việc nhóm bốn, trao đổi và ghi kết quả: Câu 2: Gió đưa thoảng hương nhài; Nắng ghé vào cửa lớp; Xem chúng em học bài. Câu 3: Cô đến lớp rất sớm; cô vui vẻ, dịu dàng; cô mỉm cười đáp lời chào; cô dạy các em tập viết, cô giảng bài.</w:t>
            </w:r>
          </w:p>
        </w:tc>
      </w:tr>
      <w:tr w:rsidR="00215E3A" w14:paraId="2B885A63" w14:textId="77777777" w:rsidTr="001F687B">
        <w:trPr>
          <w:jc w:val="center"/>
        </w:trPr>
        <w:tc>
          <w:tcPr>
            <w:tcW w:w="5270" w:type="dxa"/>
            <w:tcBorders>
              <w:top w:val="nil"/>
              <w:left w:val="single" w:sz="8" w:space="0" w:color="000000"/>
              <w:bottom w:val="nil"/>
              <w:right w:val="single" w:sz="8" w:space="0" w:color="000000"/>
            </w:tcBorders>
          </w:tcPr>
          <w:p w14:paraId="1506762E" w14:textId="77777777" w:rsidR="00215E3A" w:rsidRDefault="00A20486" w:rsidP="001F687B">
            <w:pPr>
              <w:shd w:val="clear" w:color="auto" w:fill="FFFFFF" w:themeFill="background1"/>
              <w:jc w:val="both"/>
            </w:pPr>
            <w:r>
              <w:t>- GV quan sát, hỗ trợ các nhóm gặp khó khăn, lưu ý rèn cách trả lời đủ đầy đủ câu.</w:t>
            </w:r>
          </w:p>
        </w:tc>
        <w:tc>
          <w:tcPr>
            <w:tcW w:w="5270" w:type="dxa"/>
            <w:tcBorders>
              <w:top w:val="nil"/>
              <w:left w:val="single" w:sz="8" w:space="0" w:color="000000"/>
              <w:bottom w:val="nil"/>
              <w:right w:val="single" w:sz="8" w:space="0" w:color="000000"/>
            </w:tcBorders>
          </w:tcPr>
          <w:p w14:paraId="33F07A16" w14:textId="77777777" w:rsidR="00215E3A" w:rsidRDefault="00A20486" w:rsidP="001F687B">
            <w:pPr>
              <w:shd w:val="clear" w:color="auto" w:fill="FFFFFF" w:themeFill="background1"/>
              <w:jc w:val="both"/>
            </w:pPr>
            <w:r>
              <w:t>- HS trong nhóm sửa câu trả lời để nói trọn câu, rõ ý, không trả lời cụt.</w:t>
            </w:r>
          </w:p>
        </w:tc>
      </w:tr>
      <w:tr w:rsidR="00215E3A" w14:paraId="7DDDDB12" w14:textId="77777777" w:rsidTr="001F687B">
        <w:trPr>
          <w:jc w:val="center"/>
        </w:trPr>
        <w:tc>
          <w:tcPr>
            <w:tcW w:w="5270" w:type="dxa"/>
            <w:tcBorders>
              <w:top w:val="nil"/>
              <w:left w:val="single" w:sz="8" w:space="0" w:color="000000"/>
              <w:bottom w:val="nil"/>
              <w:right w:val="single" w:sz="8" w:space="0" w:color="000000"/>
            </w:tcBorders>
          </w:tcPr>
          <w:p w14:paraId="29004AE1" w14:textId="77777777" w:rsidR="00215E3A" w:rsidRDefault="00A20486" w:rsidP="001F687B">
            <w:pPr>
              <w:shd w:val="clear" w:color="auto" w:fill="FFFFFF" w:themeFill="background1"/>
              <w:jc w:val="both"/>
            </w:pPr>
            <w:r>
              <w:t>- Tổ chức cho HS chia sẻ kết quả.</w:t>
            </w:r>
          </w:p>
        </w:tc>
        <w:tc>
          <w:tcPr>
            <w:tcW w:w="5270" w:type="dxa"/>
            <w:tcBorders>
              <w:top w:val="nil"/>
              <w:left w:val="single" w:sz="8" w:space="0" w:color="000000"/>
              <w:bottom w:val="nil"/>
              <w:right w:val="single" w:sz="8" w:space="0" w:color="000000"/>
            </w:tcBorders>
          </w:tcPr>
          <w:p w14:paraId="0B455516" w14:textId="77777777" w:rsidR="00215E3A" w:rsidRDefault="00A20486" w:rsidP="001F687B">
            <w:pPr>
              <w:shd w:val="clear" w:color="auto" w:fill="FFFFFF" w:themeFill="background1"/>
              <w:jc w:val="both"/>
            </w:pPr>
            <w:r>
              <w:t>- Đại diện một số nhóm báo cáo từng câu; nhóm khác nhận xét, góp ý, bổ sung.</w:t>
            </w:r>
          </w:p>
        </w:tc>
      </w:tr>
      <w:tr w:rsidR="00215E3A" w14:paraId="58578F16" w14:textId="77777777" w:rsidTr="001F687B">
        <w:trPr>
          <w:jc w:val="center"/>
        </w:trPr>
        <w:tc>
          <w:tcPr>
            <w:tcW w:w="5270" w:type="dxa"/>
            <w:tcBorders>
              <w:top w:val="nil"/>
              <w:left w:val="single" w:sz="8" w:space="0" w:color="000000"/>
              <w:bottom w:val="nil"/>
              <w:right w:val="single" w:sz="8" w:space="0" w:color="000000"/>
            </w:tcBorders>
          </w:tcPr>
          <w:p w14:paraId="432A3694" w14:textId="77777777" w:rsidR="00215E3A" w:rsidRDefault="00A20486" w:rsidP="001F687B">
            <w:pPr>
              <w:shd w:val="clear" w:color="auto" w:fill="FFFFFF" w:themeFill="background1"/>
              <w:jc w:val="both"/>
            </w:pPr>
            <w:r>
              <w:t>- GV chốt kết quả phiếu trên màn hình từng câu.</w:t>
            </w:r>
          </w:p>
        </w:tc>
        <w:tc>
          <w:tcPr>
            <w:tcW w:w="5270" w:type="dxa"/>
            <w:tcBorders>
              <w:top w:val="nil"/>
              <w:left w:val="single" w:sz="8" w:space="0" w:color="000000"/>
              <w:bottom w:val="nil"/>
              <w:right w:val="single" w:sz="8" w:space="0" w:color="000000"/>
            </w:tcBorders>
          </w:tcPr>
          <w:p w14:paraId="457C9B1D" w14:textId="77777777" w:rsidR="00215E3A" w:rsidRDefault="00A20486" w:rsidP="001F687B">
            <w:pPr>
              <w:shd w:val="clear" w:color="auto" w:fill="FFFFFF" w:themeFill="background1"/>
              <w:jc w:val="both"/>
            </w:pPr>
            <w:r>
              <w:t>- HS đối chiếu kết quả nhóm với đáp án trên màn hình và sửa phiếu nếu cần.</w:t>
            </w:r>
          </w:p>
        </w:tc>
      </w:tr>
      <w:tr w:rsidR="00215E3A" w14:paraId="6AA31794" w14:textId="77777777" w:rsidTr="001F687B">
        <w:trPr>
          <w:jc w:val="center"/>
        </w:trPr>
        <w:tc>
          <w:tcPr>
            <w:tcW w:w="5270" w:type="dxa"/>
            <w:tcBorders>
              <w:top w:val="nil"/>
              <w:left w:val="single" w:sz="8" w:space="0" w:color="000000"/>
              <w:bottom w:val="nil"/>
              <w:right w:val="single" w:sz="8" w:space="0" w:color="000000"/>
            </w:tcBorders>
          </w:tcPr>
          <w:p w14:paraId="321919E2" w14:textId="77777777" w:rsidR="00215E3A" w:rsidRDefault="00A20486" w:rsidP="001F687B">
            <w:pPr>
              <w:shd w:val="clear" w:color="auto" w:fill="FFFFFF" w:themeFill="background1"/>
              <w:jc w:val="both"/>
            </w:pPr>
            <w:r>
              <w:t>- GV nêu câu hỏi: Qua bài thơ, em thấy tình cảm bạn nhỏ dành cho cô giáo như thế nào?</w:t>
            </w:r>
          </w:p>
        </w:tc>
        <w:tc>
          <w:tcPr>
            <w:tcW w:w="5270" w:type="dxa"/>
            <w:tcBorders>
              <w:top w:val="nil"/>
              <w:left w:val="single" w:sz="8" w:space="0" w:color="000000"/>
              <w:bottom w:val="nil"/>
              <w:right w:val="single" w:sz="8" w:space="0" w:color="000000"/>
            </w:tcBorders>
          </w:tcPr>
          <w:p w14:paraId="0802B33E" w14:textId="77777777" w:rsidR="00215E3A" w:rsidRDefault="00A20486" w:rsidP="001F687B">
            <w:pPr>
              <w:shd w:val="clear" w:color="auto" w:fill="FFFFFF" w:themeFill="background1"/>
              <w:jc w:val="both"/>
            </w:pPr>
            <w:r>
              <w:t>- HS trả lời: Bạn nhỏ yêu quý, yêu thương và kính trọng cô giáo.</w:t>
            </w:r>
          </w:p>
        </w:tc>
      </w:tr>
      <w:tr w:rsidR="00215E3A" w14:paraId="183206E4" w14:textId="77777777" w:rsidTr="001F687B">
        <w:trPr>
          <w:jc w:val="center"/>
        </w:trPr>
        <w:tc>
          <w:tcPr>
            <w:tcW w:w="5270" w:type="dxa"/>
            <w:tcBorders>
              <w:top w:val="nil"/>
              <w:left w:val="single" w:sz="8" w:space="0" w:color="000000"/>
              <w:bottom w:val="nil"/>
              <w:right w:val="single" w:sz="8" w:space="0" w:color="000000"/>
            </w:tcBorders>
          </w:tcPr>
          <w:p w14:paraId="0DCC829A" w14:textId="77777777" w:rsidR="00215E3A" w:rsidRDefault="00A20486" w:rsidP="001F687B">
            <w:pPr>
              <w:shd w:val="clear" w:color="auto" w:fill="FFFFFF" w:themeFill="background1"/>
              <w:jc w:val="both"/>
            </w:pPr>
            <w:r>
              <w:lastRenderedPageBreak/>
              <w:t>- GV gợi ý HS chú ý những chi tiết “Lời cô giáo ấm trang vở”, “bạn HS yêu thương ngắm điểm mười cô cho” và hướng dẫn HS gọi tên tình cảm của bạn HS dành cho cô giáo.</w:t>
            </w:r>
          </w:p>
        </w:tc>
        <w:tc>
          <w:tcPr>
            <w:tcW w:w="5270" w:type="dxa"/>
            <w:tcBorders>
              <w:top w:val="nil"/>
              <w:left w:val="single" w:sz="8" w:space="0" w:color="000000"/>
              <w:bottom w:val="nil"/>
              <w:right w:val="single" w:sz="8" w:space="0" w:color="000000"/>
            </w:tcBorders>
          </w:tcPr>
          <w:p w14:paraId="79BB0EC1" w14:textId="77777777" w:rsidR="00215E3A" w:rsidRDefault="00A20486" w:rsidP="001F687B">
            <w:pPr>
              <w:shd w:val="clear" w:color="auto" w:fill="FFFFFF" w:themeFill="background1"/>
              <w:jc w:val="both"/>
            </w:pPr>
            <w:r>
              <w:t>- HS nêu: Bạn nhỏ biết ơn cô giáo, yêu quý cô giáo và vui khi được cô dạy học.</w:t>
            </w:r>
          </w:p>
        </w:tc>
      </w:tr>
      <w:tr w:rsidR="00215E3A" w14:paraId="5EE8AB8D" w14:textId="77777777" w:rsidTr="001F687B">
        <w:trPr>
          <w:jc w:val="center"/>
        </w:trPr>
        <w:tc>
          <w:tcPr>
            <w:tcW w:w="5270" w:type="dxa"/>
            <w:tcBorders>
              <w:top w:val="nil"/>
              <w:left w:val="single" w:sz="8" w:space="0" w:color="000000"/>
              <w:bottom w:val="nil"/>
              <w:right w:val="single" w:sz="8" w:space="0" w:color="000000"/>
            </w:tcBorders>
          </w:tcPr>
          <w:p w14:paraId="523F0735" w14:textId="77777777" w:rsidR="00215E3A" w:rsidRDefault="00A20486" w:rsidP="001F687B">
            <w:pPr>
              <w:shd w:val="clear" w:color="auto" w:fill="FFFFFF" w:themeFill="background1"/>
              <w:jc w:val="both"/>
            </w:pPr>
            <w:r>
              <w:t>- GV chốt lại nội dung bài đọc: Bài thơ nói lên suy nghĩ, tình cảm của một HS đối với cô giáo của mình - một cô giáo nhiệt huyết, say mê với nghề; dịu dàng, tận tuỵ với các em học sinh thân yêu.</w:t>
            </w:r>
          </w:p>
        </w:tc>
        <w:tc>
          <w:tcPr>
            <w:tcW w:w="5270" w:type="dxa"/>
            <w:tcBorders>
              <w:top w:val="nil"/>
              <w:left w:val="single" w:sz="8" w:space="0" w:color="000000"/>
              <w:bottom w:val="nil"/>
              <w:right w:val="single" w:sz="8" w:space="0" w:color="000000"/>
            </w:tcBorders>
          </w:tcPr>
          <w:p w14:paraId="570466CD" w14:textId="77777777" w:rsidR="00215E3A" w:rsidRDefault="00A20486" w:rsidP="001F687B">
            <w:pPr>
              <w:shd w:val="clear" w:color="auto" w:fill="FFFFFF" w:themeFill="background1"/>
              <w:jc w:val="both"/>
            </w:pPr>
            <w:r>
              <w:t>- HS lắng nghe, nhắc lại nội dung chính: Bài thơ thể hiện tình cảm yêu quý, kính trọng cô giáo.</w:t>
            </w:r>
          </w:p>
        </w:tc>
      </w:tr>
      <w:tr w:rsidR="00215E3A" w14:paraId="3E9DDB94" w14:textId="77777777" w:rsidTr="001F687B">
        <w:trPr>
          <w:jc w:val="center"/>
        </w:trPr>
        <w:tc>
          <w:tcPr>
            <w:tcW w:w="5270" w:type="dxa"/>
            <w:tcBorders>
              <w:top w:val="nil"/>
              <w:left w:val="single" w:sz="8" w:space="0" w:color="000000"/>
              <w:bottom w:val="nil"/>
              <w:right w:val="single" w:sz="8" w:space="0" w:color="000000"/>
            </w:tcBorders>
          </w:tcPr>
          <w:p w14:paraId="1F0A1B56" w14:textId="77777777" w:rsidR="00215E3A" w:rsidRDefault="00A20486" w:rsidP="001F687B">
            <w:pPr>
              <w:shd w:val="clear" w:color="auto" w:fill="FFFFFF" w:themeFill="background1"/>
              <w:jc w:val="both"/>
            </w:pPr>
            <w:r>
              <w:rPr>
                <w:color w:val="C00000"/>
              </w:rPr>
              <w:t>- Điều gì ở thầy/cô giáo chủ nhiệm làm em ấn tượng nhất?</w:t>
            </w:r>
          </w:p>
        </w:tc>
        <w:tc>
          <w:tcPr>
            <w:tcW w:w="5270" w:type="dxa"/>
            <w:tcBorders>
              <w:top w:val="nil"/>
              <w:left w:val="single" w:sz="8" w:space="0" w:color="000000"/>
              <w:bottom w:val="nil"/>
              <w:right w:val="single" w:sz="8" w:space="0" w:color="000000"/>
            </w:tcBorders>
          </w:tcPr>
          <w:p w14:paraId="61C78749" w14:textId="77777777" w:rsidR="00215E3A" w:rsidRDefault="00A20486" w:rsidP="001F687B">
            <w:pPr>
              <w:shd w:val="clear" w:color="auto" w:fill="FFFFFF" w:themeFill="background1"/>
              <w:jc w:val="both"/>
            </w:pPr>
            <w:r>
              <w:rPr>
                <w:color w:val="C00000"/>
              </w:rPr>
              <w:t>- HS nêu: Em ấn tượng vì cô giảng bài dễ hiểu, cô mỉm cười khi chúng em tiến bộ, cô nhắc nhở em nhẹ nhàng.</w:t>
            </w:r>
          </w:p>
        </w:tc>
      </w:tr>
      <w:tr w:rsidR="00215E3A" w14:paraId="1A84473B" w14:textId="77777777" w:rsidTr="001F687B">
        <w:trPr>
          <w:jc w:val="center"/>
        </w:trPr>
        <w:tc>
          <w:tcPr>
            <w:tcW w:w="5270" w:type="dxa"/>
            <w:tcBorders>
              <w:top w:val="nil"/>
              <w:left w:val="single" w:sz="8" w:space="0" w:color="000000"/>
              <w:bottom w:val="nil"/>
              <w:right w:val="single" w:sz="8" w:space="0" w:color="000000"/>
            </w:tcBorders>
          </w:tcPr>
          <w:p w14:paraId="48FD915C" w14:textId="77777777" w:rsidR="00215E3A" w:rsidRDefault="00A20486" w:rsidP="001F687B">
            <w:pPr>
              <w:shd w:val="clear" w:color="auto" w:fill="FFFFFF" w:themeFill="background1"/>
              <w:jc w:val="both"/>
            </w:pPr>
            <w:r>
              <w:rPr>
                <w:color w:val="C00000"/>
              </w:rPr>
              <w:t>- Em có tình cảm như thế nào với các thầy cô trong nhà trường? Em nên làm gì để thể hiện tình cảm đó?</w:t>
            </w:r>
          </w:p>
        </w:tc>
        <w:tc>
          <w:tcPr>
            <w:tcW w:w="5270" w:type="dxa"/>
            <w:tcBorders>
              <w:top w:val="nil"/>
              <w:left w:val="single" w:sz="8" w:space="0" w:color="000000"/>
              <w:bottom w:val="nil"/>
              <w:right w:val="single" w:sz="8" w:space="0" w:color="000000"/>
            </w:tcBorders>
          </w:tcPr>
          <w:p w14:paraId="42BE5309" w14:textId="77777777" w:rsidR="00215E3A" w:rsidRDefault="00A20486" w:rsidP="001F687B">
            <w:pPr>
              <w:shd w:val="clear" w:color="auto" w:fill="FFFFFF" w:themeFill="background1"/>
              <w:jc w:val="both"/>
            </w:pPr>
            <w:r>
              <w:rPr>
                <w:color w:val="C00000"/>
              </w:rPr>
              <w:t>- HS trả lời: Em yêu quý, kính trọng thầy cô. Em cần lễ phép chào hỏi, chăm học, giữ trật tự, biết cảm ơn và giúp đỡ bạn bè.</w:t>
            </w:r>
          </w:p>
        </w:tc>
      </w:tr>
      <w:tr w:rsidR="00215E3A" w14:paraId="171DEB0D" w14:textId="77777777" w:rsidTr="001F687B">
        <w:trPr>
          <w:jc w:val="center"/>
        </w:trPr>
        <w:tc>
          <w:tcPr>
            <w:tcW w:w="5270" w:type="dxa"/>
            <w:tcBorders>
              <w:top w:val="nil"/>
              <w:left w:val="single" w:sz="8" w:space="0" w:color="000000"/>
              <w:bottom w:val="single" w:sz="4" w:space="0" w:color="000000"/>
              <w:right w:val="single" w:sz="8" w:space="0" w:color="000000"/>
            </w:tcBorders>
          </w:tcPr>
          <w:p w14:paraId="5FAD566F" w14:textId="77777777" w:rsidR="00215E3A" w:rsidRDefault="00A20486" w:rsidP="001F687B">
            <w:pPr>
              <w:shd w:val="clear" w:color="auto" w:fill="FFFFFF" w:themeFill="background1"/>
              <w:jc w:val="both"/>
            </w:pPr>
            <w:r>
              <w:rPr>
                <w:color w:val="C00000"/>
              </w:rPr>
              <w:t>- Giáo dục đạo đức, lối sống: Qua hoạt động này, các em hiểu rằng thầy cô chính là những người dìu dắt, dạy dỗ, không chỉ truyền đạt kiến thức mà còn dạy chúng ta cách sống, cách làm người. Mỗi em cần nuôi dưỡng tình cảm yêu quý, kính trọng, biết ơn thầy cô. Tình cảm đó không chỉ thể hiện bằng lời nói mà còn qua những hành động nhỏ hằng ngày: chăm ngoan, học giỏi, biết nghe lời, lễ phép, chào hỏi thầy cô, biết giúp đỡ bạn bè, giữ gìn nề nếp lớp học. Đó chính là cách chúng ta bày tỏ lòng biết ơn và tình cảm chân thành đối với thầy cô – những người đã tận tụy vì học sinh.</w:t>
            </w:r>
          </w:p>
        </w:tc>
        <w:tc>
          <w:tcPr>
            <w:tcW w:w="5270" w:type="dxa"/>
            <w:tcBorders>
              <w:top w:val="nil"/>
              <w:left w:val="single" w:sz="8" w:space="0" w:color="000000"/>
              <w:bottom w:val="single" w:sz="4" w:space="0" w:color="000000"/>
              <w:right w:val="single" w:sz="8" w:space="0" w:color="000000"/>
            </w:tcBorders>
          </w:tcPr>
          <w:p w14:paraId="17D9BC6A" w14:textId="77777777" w:rsidR="00215E3A" w:rsidRDefault="00A20486" w:rsidP="001F687B">
            <w:pPr>
              <w:shd w:val="clear" w:color="auto" w:fill="FFFFFF" w:themeFill="background1"/>
              <w:jc w:val="both"/>
            </w:pPr>
            <w:r>
              <w:rPr>
                <w:color w:val="C00000"/>
              </w:rPr>
              <w:t>- HS lắng nghe, nêu việc làm sẽ thực hiện: chào cô khi vào lớp, học bài đầy đủ, không nói chuyện riêng, biết cảm ơn cô và giúp bạn học tập.</w:t>
            </w:r>
          </w:p>
        </w:tc>
      </w:tr>
      <w:tr w:rsidR="00215E3A" w14:paraId="44156E35"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71CF2291" w14:textId="77777777" w:rsidR="00215E3A" w:rsidRDefault="00A20486" w:rsidP="001F687B">
            <w:pPr>
              <w:shd w:val="clear" w:color="auto" w:fill="FFFFFF" w:themeFill="background1"/>
              <w:jc w:val="both"/>
            </w:pPr>
            <w:r>
              <w:rPr>
                <w:b/>
                <w:color w:val="008000"/>
              </w:rPr>
              <w:t>Hoạt động 3: Học thuộc lòng (5 phút)</w:t>
            </w:r>
          </w:p>
          <w:p w14:paraId="326E1481" w14:textId="77777777" w:rsidR="00215E3A" w:rsidRDefault="00A20486" w:rsidP="001F687B">
            <w:pPr>
              <w:shd w:val="clear" w:color="auto" w:fill="FFFFFF" w:themeFill="background1"/>
              <w:jc w:val="both"/>
            </w:pPr>
            <w:r>
              <w:rPr>
                <w:b/>
                <w:color w:val="008000"/>
              </w:rPr>
              <w:t>Mục tiêu: HS học thuộc lòng hai khổ thơ em thích, đọc diễn cảm và tự tin trước lớp.</w:t>
            </w:r>
          </w:p>
        </w:tc>
      </w:tr>
      <w:tr w:rsidR="00215E3A" w14:paraId="20AE4CF4" w14:textId="77777777" w:rsidTr="001F687B">
        <w:trPr>
          <w:jc w:val="center"/>
        </w:trPr>
        <w:tc>
          <w:tcPr>
            <w:tcW w:w="5270" w:type="dxa"/>
            <w:tcBorders>
              <w:top w:val="single" w:sz="4" w:space="0" w:color="000000"/>
              <w:left w:val="single" w:sz="8" w:space="0" w:color="000000"/>
              <w:bottom w:val="nil"/>
              <w:right w:val="single" w:sz="8" w:space="0" w:color="000000"/>
            </w:tcBorders>
          </w:tcPr>
          <w:p w14:paraId="0531BCD3" w14:textId="77777777" w:rsidR="00215E3A" w:rsidRDefault="00A20486" w:rsidP="001F687B">
            <w:pPr>
              <w:shd w:val="clear" w:color="auto" w:fill="FFFFFF" w:themeFill="background1"/>
              <w:jc w:val="both"/>
            </w:pPr>
            <w:r>
              <w:t>- GV nêu yêu cầu: Học thuộc lòng 2 khổ thơ em thích.</w:t>
            </w:r>
          </w:p>
        </w:tc>
        <w:tc>
          <w:tcPr>
            <w:tcW w:w="5270" w:type="dxa"/>
            <w:tcBorders>
              <w:top w:val="single" w:sz="4" w:space="0" w:color="000000"/>
              <w:left w:val="single" w:sz="8" w:space="0" w:color="000000"/>
              <w:bottom w:val="nil"/>
              <w:right w:val="single" w:sz="8" w:space="0" w:color="000000"/>
            </w:tcBorders>
          </w:tcPr>
          <w:p w14:paraId="6025AEC3" w14:textId="77777777" w:rsidR="00215E3A" w:rsidRDefault="00A20486" w:rsidP="001F687B">
            <w:pPr>
              <w:shd w:val="clear" w:color="auto" w:fill="FFFFFF" w:themeFill="background1"/>
              <w:jc w:val="both"/>
            </w:pPr>
            <w:r>
              <w:t>- HS chọn 2 khổ thơ yêu thích để học thuộc.</w:t>
            </w:r>
          </w:p>
        </w:tc>
      </w:tr>
      <w:tr w:rsidR="00215E3A" w14:paraId="6DC4728E" w14:textId="77777777" w:rsidTr="001F687B">
        <w:trPr>
          <w:jc w:val="center"/>
        </w:trPr>
        <w:tc>
          <w:tcPr>
            <w:tcW w:w="5270" w:type="dxa"/>
            <w:tcBorders>
              <w:top w:val="nil"/>
              <w:left w:val="single" w:sz="8" w:space="0" w:color="000000"/>
              <w:bottom w:val="nil"/>
              <w:right w:val="single" w:sz="8" w:space="0" w:color="000000"/>
            </w:tcBorders>
          </w:tcPr>
          <w:p w14:paraId="59CAE583" w14:textId="77777777" w:rsidR="00215E3A" w:rsidRDefault="00A20486" w:rsidP="001F687B">
            <w:pPr>
              <w:shd w:val="clear" w:color="auto" w:fill="FFFFFF" w:themeFill="background1"/>
              <w:jc w:val="both"/>
            </w:pPr>
            <w:r>
              <w:t>- GV hướng dẫn HS học thuộc lòng bằng cách xóa dần, chỉ để lại các chữ đầu dòng thơ.</w:t>
            </w:r>
          </w:p>
        </w:tc>
        <w:tc>
          <w:tcPr>
            <w:tcW w:w="5270" w:type="dxa"/>
            <w:tcBorders>
              <w:top w:val="nil"/>
              <w:left w:val="single" w:sz="8" w:space="0" w:color="000000"/>
              <w:bottom w:val="nil"/>
              <w:right w:val="single" w:sz="8" w:space="0" w:color="000000"/>
            </w:tcBorders>
          </w:tcPr>
          <w:p w14:paraId="57D3A742" w14:textId="77777777" w:rsidR="00215E3A" w:rsidRDefault="00A20486" w:rsidP="001F687B">
            <w:pPr>
              <w:shd w:val="clear" w:color="auto" w:fill="FFFFFF" w:themeFill="background1"/>
              <w:jc w:val="both"/>
            </w:pPr>
            <w:r>
              <w:t>- HS đọc nhẩm, dựa vào chữ đầu dòng để nhớ nội dung từng khổ thơ.</w:t>
            </w:r>
          </w:p>
        </w:tc>
      </w:tr>
      <w:tr w:rsidR="00215E3A" w14:paraId="49EA4A0B" w14:textId="77777777" w:rsidTr="001F687B">
        <w:trPr>
          <w:jc w:val="center"/>
        </w:trPr>
        <w:tc>
          <w:tcPr>
            <w:tcW w:w="5270" w:type="dxa"/>
            <w:tcBorders>
              <w:top w:val="nil"/>
              <w:left w:val="single" w:sz="8" w:space="0" w:color="000000"/>
              <w:bottom w:val="nil"/>
              <w:right w:val="single" w:sz="8" w:space="0" w:color="000000"/>
            </w:tcBorders>
          </w:tcPr>
          <w:p w14:paraId="246B9ACA" w14:textId="77777777" w:rsidR="00215E3A" w:rsidRDefault="00A20486" w:rsidP="001F687B">
            <w:pPr>
              <w:shd w:val="clear" w:color="auto" w:fill="FFFFFF" w:themeFill="background1"/>
              <w:jc w:val="both"/>
            </w:pPr>
            <w:r>
              <w:t>- GV tổ chức cho HS thi đọc thuộc lòng.</w:t>
            </w:r>
          </w:p>
        </w:tc>
        <w:tc>
          <w:tcPr>
            <w:tcW w:w="5270" w:type="dxa"/>
            <w:tcBorders>
              <w:top w:val="nil"/>
              <w:left w:val="single" w:sz="8" w:space="0" w:color="000000"/>
              <w:bottom w:val="nil"/>
              <w:right w:val="single" w:sz="8" w:space="0" w:color="000000"/>
            </w:tcBorders>
          </w:tcPr>
          <w:p w14:paraId="4F1DEBC2" w14:textId="77777777" w:rsidR="00215E3A" w:rsidRDefault="00A20486" w:rsidP="001F687B">
            <w:pPr>
              <w:shd w:val="clear" w:color="auto" w:fill="FFFFFF" w:themeFill="background1"/>
              <w:jc w:val="both"/>
            </w:pPr>
            <w:r>
              <w:t>- 2 - 3 HS thi đọc thuộc lòng trước lớp; HS khác lắng nghe và nhận xét.</w:t>
            </w:r>
          </w:p>
        </w:tc>
      </w:tr>
      <w:tr w:rsidR="00215E3A" w14:paraId="7A49A8BB" w14:textId="77777777" w:rsidTr="001F687B">
        <w:trPr>
          <w:jc w:val="center"/>
        </w:trPr>
        <w:tc>
          <w:tcPr>
            <w:tcW w:w="5270" w:type="dxa"/>
            <w:tcBorders>
              <w:top w:val="nil"/>
              <w:left w:val="single" w:sz="8" w:space="0" w:color="000000"/>
              <w:bottom w:val="nil"/>
              <w:right w:val="single" w:sz="8" w:space="0" w:color="000000"/>
            </w:tcBorders>
          </w:tcPr>
          <w:p w14:paraId="3C27564C" w14:textId="77777777" w:rsidR="00215E3A" w:rsidRDefault="00A20486" w:rsidP="001F687B">
            <w:pPr>
              <w:shd w:val="clear" w:color="auto" w:fill="FFFFFF" w:themeFill="background1"/>
              <w:jc w:val="both"/>
            </w:pPr>
            <w:r>
              <w:t>- GV khuyến khích HS đọc thuộc cả bài thơ và về đọc cho người thân nghe.</w:t>
            </w:r>
          </w:p>
        </w:tc>
        <w:tc>
          <w:tcPr>
            <w:tcW w:w="5270" w:type="dxa"/>
            <w:tcBorders>
              <w:top w:val="nil"/>
              <w:left w:val="single" w:sz="8" w:space="0" w:color="000000"/>
              <w:bottom w:val="nil"/>
              <w:right w:val="single" w:sz="8" w:space="0" w:color="000000"/>
            </w:tcBorders>
          </w:tcPr>
          <w:p w14:paraId="4C267454" w14:textId="77777777" w:rsidR="00215E3A" w:rsidRDefault="00A20486" w:rsidP="001F687B">
            <w:pPr>
              <w:shd w:val="clear" w:color="auto" w:fill="FFFFFF" w:themeFill="background1"/>
              <w:jc w:val="both"/>
            </w:pPr>
            <w:r>
              <w:t>- HS ghi nhớ nhiệm vụ đọc bài cho người thân nghe ở nhà.</w:t>
            </w:r>
          </w:p>
        </w:tc>
      </w:tr>
      <w:tr w:rsidR="00215E3A" w14:paraId="396B9203" w14:textId="77777777" w:rsidTr="001F687B">
        <w:trPr>
          <w:jc w:val="center"/>
        </w:trPr>
        <w:tc>
          <w:tcPr>
            <w:tcW w:w="5270" w:type="dxa"/>
            <w:tcBorders>
              <w:top w:val="nil"/>
              <w:left w:val="single" w:sz="8" w:space="0" w:color="000000"/>
              <w:bottom w:val="nil"/>
              <w:right w:val="single" w:sz="8" w:space="0" w:color="000000"/>
            </w:tcBorders>
          </w:tcPr>
          <w:p w14:paraId="76DB158D" w14:textId="77777777" w:rsidR="00215E3A" w:rsidRDefault="00A20486" w:rsidP="001F687B">
            <w:pPr>
              <w:shd w:val="clear" w:color="auto" w:fill="FFFFFF" w:themeFill="background1"/>
              <w:jc w:val="both"/>
            </w:pPr>
            <w:r>
              <w:rPr>
                <w:b/>
                <w:color w:val="006100"/>
              </w:rPr>
              <w:t>Hoạt động 4: Luyện đọc lại (3 phút).</w:t>
            </w:r>
          </w:p>
          <w:p w14:paraId="4DD6B9BC" w14:textId="77777777" w:rsidR="00215E3A" w:rsidRDefault="00A20486" w:rsidP="001F687B">
            <w:pPr>
              <w:shd w:val="clear" w:color="auto" w:fill="FFFFFF" w:themeFill="background1"/>
              <w:jc w:val="both"/>
            </w:pPr>
            <w:r>
              <w:t>- GV đọc diễn cảm toàn bài thơ.</w:t>
            </w:r>
          </w:p>
        </w:tc>
        <w:tc>
          <w:tcPr>
            <w:tcW w:w="5270" w:type="dxa"/>
            <w:tcBorders>
              <w:top w:val="nil"/>
              <w:left w:val="single" w:sz="8" w:space="0" w:color="000000"/>
              <w:bottom w:val="nil"/>
              <w:right w:val="single" w:sz="8" w:space="0" w:color="000000"/>
            </w:tcBorders>
          </w:tcPr>
          <w:p w14:paraId="41A03059" w14:textId="77777777" w:rsidR="00215E3A" w:rsidRDefault="00A20486" w:rsidP="001F687B">
            <w:pPr>
              <w:shd w:val="clear" w:color="auto" w:fill="FFFFFF" w:themeFill="background1"/>
              <w:jc w:val="both"/>
            </w:pPr>
            <w:r>
              <w:t>- HS chú ý lắng nghe, cảm nhận giọng đọc nhẹ nhàng, trìu mến.</w:t>
            </w:r>
          </w:p>
        </w:tc>
      </w:tr>
      <w:tr w:rsidR="00215E3A" w14:paraId="2F568623" w14:textId="77777777" w:rsidTr="001F687B">
        <w:trPr>
          <w:jc w:val="center"/>
        </w:trPr>
        <w:tc>
          <w:tcPr>
            <w:tcW w:w="5270" w:type="dxa"/>
            <w:tcBorders>
              <w:top w:val="nil"/>
              <w:left w:val="single" w:sz="8" w:space="0" w:color="000000"/>
              <w:bottom w:val="nil"/>
              <w:right w:val="single" w:sz="8" w:space="0" w:color="000000"/>
            </w:tcBorders>
          </w:tcPr>
          <w:p w14:paraId="6ECD4219" w14:textId="77777777" w:rsidR="00215E3A" w:rsidRDefault="00A20486" w:rsidP="001F687B">
            <w:pPr>
              <w:shd w:val="clear" w:color="auto" w:fill="FFFFFF" w:themeFill="background1"/>
              <w:jc w:val="both"/>
            </w:pPr>
            <w:r>
              <w:t>- GV gọi 1 - 2 HS đọc to toàn bài đọc trước lớp.</w:t>
            </w:r>
          </w:p>
        </w:tc>
        <w:tc>
          <w:tcPr>
            <w:tcW w:w="5270" w:type="dxa"/>
            <w:tcBorders>
              <w:top w:val="nil"/>
              <w:left w:val="single" w:sz="8" w:space="0" w:color="000000"/>
              <w:bottom w:val="nil"/>
              <w:right w:val="single" w:sz="8" w:space="0" w:color="000000"/>
            </w:tcBorders>
          </w:tcPr>
          <w:p w14:paraId="536D9E16" w14:textId="77777777" w:rsidR="00215E3A" w:rsidRDefault="00A20486" w:rsidP="001F687B">
            <w:pPr>
              <w:shd w:val="clear" w:color="auto" w:fill="FFFFFF" w:themeFill="background1"/>
              <w:jc w:val="both"/>
            </w:pPr>
            <w:r>
              <w:t>- 1 - 2 HS đọc lại toàn bài; HS khác đọc thầm theo và nhận xét.</w:t>
            </w:r>
          </w:p>
        </w:tc>
      </w:tr>
      <w:tr w:rsidR="00215E3A" w14:paraId="22038F5A" w14:textId="77777777" w:rsidTr="001F687B">
        <w:trPr>
          <w:jc w:val="center"/>
        </w:trPr>
        <w:tc>
          <w:tcPr>
            <w:tcW w:w="5270" w:type="dxa"/>
            <w:tcBorders>
              <w:top w:val="nil"/>
              <w:left w:val="single" w:sz="8" w:space="0" w:color="000000"/>
              <w:bottom w:val="nil"/>
              <w:right w:val="single" w:sz="8" w:space="0" w:color="000000"/>
            </w:tcBorders>
          </w:tcPr>
          <w:p w14:paraId="2564C5E2" w14:textId="77777777" w:rsidR="00215E3A" w:rsidRDefault="00A20486" w:rsidP="001F687B">
            <w:pPr>
              <w:shd w:val="clear" w:color="auto" w:fill="FFFFFF" w:themeFill="background1"/>
              <w:jc w:val="both"/>
            </w:pPr>
            <w:r>
              <w:t>- GV yêu cầu từng HS tự luyện đọc toàn bài đọc.</w:t>
            </w:r>
          </w:p>
        </w:tc>
        <w:tc>
          <w:tcPr>
            <w:tcW w:w="5270" w:type="dxa"/>
            <w:tcBorders>
              <w:top w:val="nil"/>
              <w:left w:val="single" w:sz="8" w:space="0" w:color="000000"/>
              <w:bottom w:val="nil"/>
              <w:right w:val="single" w:sz="8" w:space="0" w:color="000000"/>
            </w:tcBorders>
          </w:tcPr>
          <w:p w14:paraId="2608286C" w14:textId="77777777" w:rsidR="00215E3A" w:rsidRDefault="00A20486" w:rsidP="001F687B">
            <w:pPr>
              <w:shd w:val="clear" w:color="auto" w:fill="FFFFFF" w:themeFill="background1"/>
              <w:jc w:val="both"/>
            </w:pPr>
            <w:r>
              <w:t>- HS tự luyện đọc lại bài thơ, chú ý ngắt nghỉ hơi đúng.</w:t>
            </w:r>
          </w:p>
        </w:tc>
      </w:tr>
      <w:tr w:rsidR="00215E3A" w14:paraId="7463B474" w14:textId="77777777" w:rsidTr="001F687B">
        <w:trPr>
          <w:jc w:val="center"/>
        </w:trPr>
        <w:tc>
          <w:tcPr>
            <w:tcW w:w="5270" w:type="dxa"/>
            <w:tcBorders>
              <w:top w:val="nil"/>
              <w:left w:val="single" w:sz="8" w:space="0" w:color="000000"/>
              <w:bottom w:val="single" w:sz="4" w:space="0" w:color="000000"/>
              <w:right w:val="single" w:sz="8" w:space="0" w:color="000000"/>
            </w:tcBorders>
          </w:tcPr>
          <w:p w14:paraId="7D9F3A8C" w14:textId="77777777" w:rsidR="00215E3A" w:rsidRDefault="00A20486" w:rsidP="001F687B">
            <w:pPr>
              <w:shd w:val="clear" w:color="auto" w:fill="FFFFFF" w:themeFill="background1"/>
              <w:jc w:val="both"/>
            </w:pPr>
            <w:r>
              <w:t>- GV nhận xét, biểu dương.</w:t>
            </w:r>
          </w:p>
        </w:tc>
        <w:tc>
          <w:tcPr>
            <w:tcW w:w="5270" w:type="dxa"/>
            <w:tcBorders>
              <w:top w:val="nil"/>
              <w:left w:val="single" w:sz="8" w:space="0" w:color="000000"/>
              <w:bottom w:val="single" w:sz="4" w:space="0" w:color="000000"/>
              <w:right w:val="single" w:sz="8" w:space="0" w:color="000000"/>
            </w:tcBorders>
          </w:tcPr>
          <w:p w14:paraId="6095F84E" w14:textId="77777777" w:rsidR="00215E3A" w:rsidRDefault="00A20486" w:rsidP="001F687B">
            <w:pPr>
              <w:shd w:val="clear" w:color="auto" w:fill="FFFFFF" w:themeFill="background1"/>
              <w:jc w:val="both"/>
            </w:pPr>
            <w:r>
              <w:t>- HS lắng nghe, rút kinh nghiệm để đọc tốt hơn.</w:t>
            </w:r>
          </w:p>
        </w:tc>
      </w:tr>
      <w:tr w:rsidR="00A20486" w14:paraId="5EABBFB2"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300ECA77" w14:textId="77777777" w:rsidR="00A20486" w:rsidRDefault="00A20486" w:rsidP="001F687B">
            <w:pPr>
              <w:shd w:val="clear" w:color="auto" w:fill="FFFFFF" w:themeFill="background1"/>
              <w:jc w:val="both"/>
            </w:pPr>
            <w:r>
              <w:rPr>
                <w:b/>
                <w:color w:val="008000"/>
              </w:rPr>
              <w:t>3. Thực hành (7 phút)</w:t>
            </w:r>
          </w:p>
          <w:p w14:paraId="427A08AD" w14:textId="77777777" w:rsidR="00A20486" w:rsidRDefault="00A20486" w:rsidP="001F687B">
            <w:pPr>
              <w:shd w:val="clear" w:color="auto" w:fill="FFFFFF" w:themeFill="background1"/>
              <w:jc w:val="both"/>
            </w:pPr>
            <w:r>
              <w:rPr>
                <w:b/>
                <w:color w:val="008000"/>
              </w:rPr>
              <w:t xml:space="preserve">Mục tiêu: Giúp HS biết nói những câu thể hiện tình cảm với thầy cô; vận dụng vào thực tế </w:t>
            </w:r>
            <w:r>
              <w:rPr>
                <w:b/>
                <w:color w:val="008000"/>
              </w:rPr>
              <w:lastRenderedPageBreak/>
              <w:t>cuộc sống.</w:t>
            </w:r>
          </w:p>
        </w:tc>
      </w:tr>
      <w:tr w:rsidR="00215E3A" w14:paraId="34E621A7" w14:textId="77777777" w:rsidTr="001F687B">
        <w:trPr>
          <w:jc w:val="center"/>
        </w:trPr>
        <w:tc>
          <w:tcPr>
            <w:tcW w:w="5270" w:type="dxa"/>
            <w:tcBorders>
              <w:top w:val="single" w:sz="4" w:space="0" w:color="000000"/>
              <w:left w:val="single" w:sz="8" w:space="0" w:color="000000"/>
              <w:bottom w:val="nil"/>
              <w:right w:val="single" w:sz="8" w:space="0" w:color="000000"/>
            </w:tcBorders>
          </w:tcPr>
          <w:p w14:paraId="7DE5EA40" w14:textId="77777777" w:rsidR="00215E3A" w:rsidRDefault="00A20486" w:rsidP="001F687B">
            <w:pPr>
              <w:shd w:val="clear" w:color="auto" w:fill="FFFFFF" w:themeFill="background1"/>
              <w:jc w:val="both"/>
            </w:pPr>
            <w:r>
              <w:rPr>
                <w:b/>
                <w:color w:val="006100"/>
              </w:rPr>
              <w:lastRenderedPageBreak/>
              <w:t>Hoạt động 5: Luyện tập theo văn bản đọc.</w:t>
            </w:r>
          </w:p>
          <w:p w14:paraId="78588A3D" w14:textId="77777777" w:rsidR="00215E3A" w:rsidRDefault="00A20486" w:rsidP="001F687B">
            <w:pPr>
              <w:shd w:val="clear" w:color="auto" w:fill="FFFFFF" w:themeFill="background1"/>
              <w:jc w:val="both"/>
            </w:pPr>
            <w:r>
              <w:rPr>
                <w:b/>
              </w:rPr>
              <w:t>Câu 1. Nói câu thể hiện sự ngạc nhiên của em khi: a. Lần đầu được nghe một bạn hát rất hay.</w:t>
            </w:r>
          </w:p>
          <w:p w14:paraId="77BC4310" w14:textId="35EE70EA" w:rsidR="00215E3A" w:rsidRDefault="00215E3A" w:rsidP="001F687B">
            <w:pPr>
              <w:shd w:val="clear" w:color="auto" w:fill="FFFFFF" w:themeFill="background1"/>
              <w:jc w:val="center"/>
            </w:pPr>
          </w:p>
        </w:tc>
        <w:tc>
          <w:tcPr>
            <w:tcW w:w="5270" w:type="dxa"/>
            <w:tcBorders>
              <w:top w:val="single" w:sz="4" w:space="0" w:color="000000"/>
              <w:left w:val="single" w:sz="8" w:space="0" w:color="000000"/>
              <w:bottom w:val="nil"/>
              <w:right w:val="single" w:sz="8" w:space="0" w:color="000000"/>
            </w:tcBorders>
          </w:tcPr>
          <w:p w14:paraId="0C65B53A" w14:textId="77777777" w:rsidR="00215E3A" w:rsidRDefault="00A20486" w:rsidP="001F687B">
            <w:pPr>
              <w:shd w:val="clear" w:color="auto" w:fill="FFFFFF" w:themeFill="background1"/>
              <w:jc w:val="both"/>
            </w:pPr>
            <w:r>
              <w:t>- HS nêu: Ôi, bạn hát hay quá! Chao ôi, bạn hát hay như ca sĩ!</w:t>
            </w:r>
          </w:p>
        </w:tc>
      </w:tr>
      <w:tr w:rsidR="00215E3A" w14:paraId="02E50CDF" w14:textId="77777777" w:rsidTr="001F687B">
        <w:trPr>
          <w:jc w:val="center"/>
        </w:trPr>
        <w:tc>
          <w:tcPr>
            <w:tcW w:w="5270" w:type="dxa"/>
            <w:tcBorders>
              <w:top w:val="nil"/>
              <w:left w:val="single" w:sz="8" w:space="0" w:color="000000"/>
              <w:bottom w:val="nil"/>
              <w:right w:val="single" w:sz="8" w:space="0" w:color="000000"/>
            </w:tcBorders>
          </w:tcPr>
          <w:p w14:paraId="7BA5C441" w14:textId="77777777" w:rsidR="00215E3A" w:rsidRDefault="00A20486" w:rsidP="001F687B">
            <w:pPr>
              <w:shd w:val="clear" w:color="auto" w:fill="FFFFFF" w:themeFill="background1"/>
              <w:jc w:val="both"/>
            </w:pPr>
            <w:r>
              <w:t>- GV hướng dẫn chung về lời nói thể hiện sự ngạc nhiên: Các câu thường bắt đầu bằng A!, Ôi!, Chao ôi!; cần thể hiện được cảm xúc của người nói.</w:t>
            </w:r>
          </w:p>
        </w:tc>
        <w:tc>
          <w:tcPr>
            <w:tcW w:w="5270" w:type="dxa"/>
            <w:tcBorders>
              <w:top w:val="nil"/>
              <w:left w:val="single" w:sz="8" w:space="0" w:color="000000"/>
              <w:bottom w:val="nil"/>
              <w:right w:val="single" w:sz="8" w:space="0" w:color="000000"/>
            </w:tcBorders>
          </w:tcPr>
          <w:p w14:paraId="2166E17C" w14:textId="77777777" w:rsidR="00215E3A" w:rsidRDefault="00A20486" w:rsidP="001F687B">
            <w:pPr>
              <w:shd w:val="clear" w:color="auto" w:fill="FFFFFF" w:themeFill="background1"/>
              <w:jc w:val="both"/>
            </w:pPr>
            <w:r>
              <w:t>- HS lắng nghe và ghi nhớ cách dùng từ ngữ thể hiện sự ngạc nhiên.</w:t>
            </w:r>
          </w:p>
        </w:tc>
      </w:tr>
      <w:tr w:rsidR="00215E3A" w14:paraId="699FD217" w14:textId="77777777" w:rsidTr="001F687B">
        <w:trPr>
          <w:jc w:val="center"/>
        </w:trPr>
        <w:tc>
          <w:tcPr>
            <w:tcW w:w="5270" w:type="dxa"/>
            <w:tcBorders>
              <w:top w:val="nil"/>
              <w:left w:val="single" w:sz="8" w:space="0" w:color="000000"/>
              <w:bottom w:val="nil"/>
              <w:right w:val="single" w:sz="8" w:space="0" w:color="000000"/>
            </w:tcBorders>
          </w:tcPr>
          <w:p w14:paraId="282B6AAE" w14:textId="77777777" w:rsidR="00215E3A" w:rsidRDefault="00A20486" w:rsidP="001F687B">
            <w:pPr>
              <w:shd w:val="clear" w:color="auto" w:fill="FFFFFF" w:themeFill="background1"/>
              <w:jc w:val="both"/>
            </w:pPr>
            <w:r>
              <w:t>- GV hỏi: Cảm xúc của em khi lần đầu nghe bạn hát rất hay là gì? Em chọn từ ngữ nào để thể hiện cảm xúc đó?</w:t>
            </w:r>
          </w:p>
        </w:tc>
        <w:tc>
          <w:tcPr>
            <w:tcW w:w="5270" w:type="dxa"/>
            <w:tcBorders>
              <w:top w:val="nil"/>
              <w:left w:val="single" w:sz="8" w:space="0" w:color="000000"/>
              <w:bottom w:val="nil"/>
              <w:right w:val="single" w:sz="8" w:space="0" w:color="000000"/>
            </w:tcBorders>
          </w:tcPr>
          <w:p w14:paraId="24A85A60" w14:textId="77777777" w:rsidR="00215E3A" w:rsidRDefault="00A20486" w:rsidP="001F687B">
            <w:pPr>
              <w:shd w:val="clear" w:color="auto" w:fill="FFFFFF" w:themeFill="background1"/>
              <w:jc w:val="both"/>
            </w:pPr>
            <w:r>
              <w:t>- HS trả lời: Em cảm thấy bất ngờ, ngạc nhiên, thích thú; em dùng từ “Ôi!”, “Chao ôi!”, “Tuyệt quá!”.</w:t>
            </w:r>
          </w:p>
        </w:tc>
      </w:tr>
      <w:tr w:rsidR="00215E3A" w14:paraId="41C12FB8" w14:textId="77777777" w:rsidTr="001F687B">
        <w:trPr>
          <w:jc w:val="center"/>
        </w:trPr>
        <w:tc>
          <w:tcPr>
            <w:tcW w:w="5270" w:type="dxa"/>
            <w:tcBorders>
              <w:top w:val="nil"/>
              <w:left w:val="single" w:sz="8" w:space="0" w:color="000000"/>
              <w:bottom w:val="nil"/>
              <w:right w:val="single" w:sz="8" w:space="0" w:color="000000"/>
            </w:tcBorders>
          </w:tcPr>
          <w:p w14:paraId="334BA58E" w14:textId="77777777" w:rsidR="00215E3A" w:rsidRDefault="00A20486" w:rsidP="001F687B">
            <w:pPr>
              <w:shd w:val="clear" w:color="auto" w:fill="FFFFFF" w:themeFill="background1"/>
              <w:jc w:val="both"/>
            </w:pPr>
            <w:r>
              <w:t>- GV hỏi: Em lựa chọn từ ngữ nào để nhận xét việc bạn hát rất hay?</w:t>
            </w:r>
          </w:p>
        </w:tc>
        <w:tc>
          <w:tcPr>
            <w:tcW w:w="5270" w:type="dxa"/>
            <w:tcBorders>
              <w:top w:val="nil"/>
              <w:left w:val="single" w:sz="8" w:space="0" w:color="000000"/>
              <w:bottom w:val="nil"/>
              <w:right w:val="single" w:sz="8" w:space="0" w:color="000000"/>
            </w:tcBorders>
          </w:tcPr>
          <w:p w14:paraId="781B1352" w14:textId="77777777" w:rsidR="00215E3A" w:rsidRDefault="00A20486" w:rsidP="001F687B">
            <w:pPr>
              <w:shd w:val="clear" w:color="auto" w:fill="FFFFFF" w:themeFill="background1"/>
              <w:jc w:val="both"/>
            </w:pPr>
            <w:r>
              <w:t>- HS trả lời: Em dùng từ “hay tuyệt”, “tuyệt vời”, “hát như ca sĩ”.</w:t>
            </w:r>
          </w:p>
        </w:tc>
      </w:tr>
      <w:tr w:rsidR="00215E3A" w14:paraId="7B0F20E4" w14:textId="77777777" w:rsidTr="001F687B">
        <w:trPr>
          <w:jc w:val="center"/>
        </w:trPr>
        <w:tc>
          <w:tcPr>
            <w:tcW w:w="5270" w:type="dxa"/>
            <w:tcBorders>
              <w:top w:val="nil"/>
              <w:left w:val="single" w:sz="8" w:space="0" w:color="000000"/>
              <w:bottom w:val="nil"/>
              <w:right w:val="single" w:sz="8" w:space="0" w:color="000000"/>
            </w:tcBorders>
          </w:tcPr>
          <w:p w14:paraId="2B50744C" w14:textId="77777777" w:rsidR="00215E3A" w:rsidRDefault="00A20486" w:rsidP="001F687B">
            <w:pPr>
              <w:shd w:val="clear" w:color="auto" w:fill="FFFFFF" w:themeFill="background1"/>
              <w:jc w:val="both"/>
            </w:pPr>
            <w:r>
              <w:t>- GV tổ chức cho HS làm việc nhóm bốn: thực hành nói lời ngạc nhiên.</w:t>
            </w:r>
          </w:p>
        </w:tc>
        <w:tc>
          <w:tcPr>
            <w:tcW w:w="5270" w:type="dxa"/>
            <w:tcBorders>
              <w:top w:val="nil"/>
              <w:left w:val="single" w:sz="8" w:space="0" w:color="000000"/>
              <w:bottom w:val="nil"/>
              <w:right w:val="single" w:sz="8" w:space="0" w:color="000000"/>
            </w:tcBorders>
          </w:tcPr>
          <w:p w14:paraId="488A41E7" w14:textId="77777777" w:rsidR="00215E3A" w:rsidRDefault="00A20486" w:rsidP="001F687B">
            <w:pPr>
              <w:shd w:val="clear" w:color="auto" w:fill="FFFFFF" w:themeFill="background1"/>
              <w:jc w:val="both"/>
            </w:pPr>
            <w:r>
              <w:t>- HS thực hành trong nhóm bốn và nói trước lớp: Ôi, bạn hát hay quá! Chao ôi, giọng hát của bạn thật tuyệt!</w:t>
            </w:r>
          </w:p>
        </w:tc>
      </w:tr>
      <w:tr w:rsidR="00215E3A" w14:paraId="4FE0F43D" w14:textId="77777777" w:rsidTr="001F687B">
        <w:trPr>
          <w:jc w:val="center"/>
        </w:trPr>
        <w:tc>
          <w:tcPr>
            <w:tcW w:w="5270" w:type="dxa"/>
            <w:tcBorders>
              <w:top w:val="nil"/>
              <w:left w:val="single" w:sz="8" w:space="0" w:color="000000"/>
              <w:bottom w:val="nil"/>
              <w:right w:val="single" w:sz="8" w:space="0" w:color="000000"/>
            </w:tcBorders>
          </w:tcPr>
          <w:p w14:paraId="0E6DD333" w14:textId="77777777" w:rsidR="00215E3A" w:rsidRDefault="00A20486" w:rsidP="001F687B">
            <w:pPr>
              <w:shd w:val="clear" w:color="auto" w:fill="FFFFFF" w:themeFill="background1"/>
              <w:jc w:val="both"/>
            </w:pPr>
            <w:r>
              <w:t>- GV hướng dẫn yêu cầu b: Được bố mẹ tặng một món quà bất ngờ.</w:t>
            </w:r>
          </w:p>
        </w:tc>
        <w:tc>
          <w:tcPr>
            <w:tcW w:w="5270" w:type="dxa"/>
            <w:tcBorders>
              <w:top w:val="nil"/>
              <w:left w:val="single" w:sz="8" w:space="0" w:color="000000"/>
              <w:bottom w:val="nil"/>
              <w:right w:val="single" w:sz="8" w:space="0" w:color="000000"/>
            </w:tcBorders>
          </w:tcPr>
          <w:p w14:paraId="264C157C" w14:textId="77777777" w:rsidR="00215E3A" w:rsidRDefault="00A20486" w:rsidP="001F687B">
            <w:pPr>
              <w:shd w:val="clear" w:color="auto" w:fill="FFFFFF" w:themeFill="background1"/>
              <w:jc w:val="both"/>
            </w:pPr>
            <w:r>
              <w:t>- HS nêu: A! Con bất ngờ quá, con cảm ơn bố mẹ! Ôi, chiếc ba lô đẹp quá, con thích lắm!</w:t>
            </w:r>
          </w:p>
        </w:tc>
      </w:tr>
      <w:tr w:rsidR="00215E3A" w14:paraId="35154837" w14:textId="77777777" w:rsidTr="001F687B">
        <w:trPr>
          <w:jc w:val="center"/>
        </w:trPr>
        <w:tc>
          <w:tcPr>
            <w:tcW w:w="5270" w:type="dxa"/>
            <w:tcBorders>
              <w:top w:val="nil"/>
              <w:left w:val="single" w:sz="8" w:space="0" w:color="000000"/>
              <w:bottom w:val="nil"/>
              <w:right w:val="single" w:sz="8" w:space="0" w:color="000000"/>
            </w:tcBorders>
          </w:tcPr>
          <w:p w14:paraId="040698DD" w14:textId="77777777" w:rsidR="00215E3A" w:rsidRDefault="00A20486" w:rsidP="001F687B">
            <w:pPr>
              <w:shd w:val="clear" w:color="auto" w:fill="FFFFFF" w:themeFill="background1"/>
              <w:jc w:val="both"/>
            </w:pPr>
            <w:r>
              <w:t>- GV tổ chức cho HS thực hành đóng vai nói câu thể hiện sự ngạc nhiên.</w:t>
            </w:r>
          </w:p>
        </w:tc>
        <w:tc>
          <w:tcPr>
            <w:tcW w:w="5270" w:type="dxa"/>
            <w:tcBorders>
              <w:top w:val="nil"/>
              <w:left w:val="single" w:sz="8" w:space="0" w:color="000000"/>
              <w:bottom w:val="nil"/>
              <w:right w:val="single" w:sz="8" w:space="0" w:color="000000"/>
            </w:tcBorders>
          </w:tcPr>
          <w:p w14:paraId="0C22FB74" w14:textId="77777777" w:rsidR="00215E3A" w:rsidRDefault="00A20486" w:rsidP="001F687B">
            <w:pPr>
              <w:shd w:val="clear" w:color="auto" w:fill="FFFFFF" w:themeFill="background1"/>
              <w:jc w:val="both"/>
            </w:pPr>
            <w:r>
              <w:t>- HS đóng vai: một bạn làm bố/mẹ tặng quà, một bạn nói câu ngạc nhiên và lời cảm ơn.</w:t>
            </w:r>
          </w:p>
        </w:tc>
      </w:tr>
      <w:tr w:rsidR="00215E3A" w14:paraId="11BC0C6C" w14:textId="77777777" w:rsidTr="001F687B">
        <w:trPr>
          <w:jc w:val="center"/>
        </w:trPr>
        <w:tc>
          <w:tcPr>
            <w:tcW w:w="5270" w:type="dxa"/>
            <w:tcBorders>
              <w:top w:val="nil"/>
              <w:left w:val="single" w:sz="8" w:space="0" w:color="000000"/>
              <w:bottom w:val="nil"/>
              <w:right w:val="single" w:sz="8" w:space="0" w:color="000000"/>
            </w:tcBorders>
          </w:tcPr>
          <w:p w14:paraId="0C802CDE" w14:textId="77777777" w:rsidR="00215E3A" w:rsidRDefault="00A20486" w:rsidP="001F687B">
            <w:pPr>
              <w:shd w:val="clear" w:color="auto" w:fill="FFFFFF" w:themeFill="background1"/>
              <w:jc w:val="both"/>
            </w:pPr>
            <w:r>
              <w:t>- GV mở rộng: Được bà tặng một cái khăn bà đan; được bạn tặng một quyển sách.</w:t>
            </w:r>
          </w:p>
        </w:tc>
        <w:tc>
          <w:tcPr>
            <w:tcW w:w="5270" w:type="dxa"/>
            <w:tcBorders>
              <w:top w:val="nil"/>
              <w:left w:val="single" w:sz="8" w:space="0" w:color="000000"/>
              <w:bottom w:val="nil"/>
              <w:right w:val="single" w:sz="8" w:space="0" w:color="000000"/>
            </w:tcBorders>
          </w:tcPr>
          <w:p w14:paraId="2C45EDAF" w14:textId="77777777" w:rsidR="00215E3A" w:rsidRDefault="00A20486" w:rsidP="001F687B">
            <w:pPr>
              <w:shd w:val="clear" w:color="auto" w:fill="FFFFFF" w:themeFill="background1"/>
              <w:jc w:val="both"/>
            </w:pPr>
            <w:r>
              <w:t>- HS nói: Ôi, chiếc khăn bà đan ấm quá, cháu cảm ơn bà! A, quyển sách đẹp quá, mình cảm ơn bạn!</w:t>
            </w:r>
          </w:p>
        </w:tc>
      </w:tr>
      <w:tr w:rsidR="00215E3A" w14:paraId="44A1233D" w14:textId="77777777" w:rsidTr="001F687B">
        <w:trPr>
          <w:jc w:val="center"/>
        </w:trPr>
        <w:tc>
          <w:tcPr>
            <w:tcW w:w="5270" w:type="dxa"/>
            <w:tcBorders>
              <w:top w:val="nil"/>
              <w:left w:val="single" w:sz="8" w:space="0" w:color="000000"/>
              <w:bottom w:val="nil"/>
              <w:right w:val="single" w:sz="8" w:space="0" w:color="000000"/>
            </w:tcBorders>
          </w:tcPr>
          <w:p w14:paraId="76354766" w14:textId="77777777" w:rsidR="00215E3A" w:rsidRDefault="00A20486" w:rsidP="001F687B">
            <w:pPr>
              <w:shd w:val="clear" w:color="auto" w:fill="FFFFFF" w:themeFill="background1"/>
              <w:jc w:val="both"/>
            </w:pPr>
            <w:r>
              <w:rPr>
                <w:b/>
              </w:rPr>
              <w:t>Câu 2. Nói câu thể hiện tình cảm của em với thầy cô giáo của mình.</w:t>
            </w:r>
          </w:p>
        </w:tc>
        <w:tc>
          <w:tcPr>
            <w:tcW w:w="5270" w:type="dxa"/>
            <w:tcBorders>
              <w:top w:val="nil"/>
              <w:left w:val="single" w:sz="8" w:space="0" w:color="000000"/>
              <w:bottom w:val="nil"/>
              <w:right w:val="single" w:sz="8" w:space="0" w:color="000000"/>
            </w:tcBorders>
          </w:tcPr>
          <w:p w14:paraId="75010EC9" w14:textId="77777777" w:rsidR="00215E3A" w:rsidRDefault="00A20486" w:rsidP="001F687B">
            <w:pPr>
              <w:shd w:val="clear" w:color="auto" w:fill="FFFFFF" w:themeFill="background1"/>
              <w:jc w:val="both"/>
            </w:pPr>
            <w:r>
              <w:t>- HS nói: Em rất yêu quý cô giáo của em. Em kính trọng thầy cô vì thầy cô luôn dạy em điều hay.</w:t>
            </w:r>
          </w:p>
        </w:tc>
      </w:tr>
      <w:tr w:rsidR="00215E3A" w14:paraId="7F9E0716" w14:textId="77777777" w:rsidTr="001F687B">
        <w:trPr>
          <w:jc w:val="center"/>
        </w:trPr>
        <w:tc>
          <w:tcPr>
            <w:tcW w:w="5270" w:type="dxa"/>
            <w:tcBorders>
              <w:top w:val="nil"/>
              <w:left w:val="single" w:sz="8" w:space="0" w:color="000000"/>
              <w:bottom w:val="nil"/>
              <w:right w:val="single" w:sz="8" w:space="0" w:color="000000"/>
            </w:tcBorders>
          </w:tcPr>
          <w:p w14:paraId="74D1BC7D" w14:textId="77777777" w:rsidR="00215E3A" w:rsidRDefault="00A20486" w:rsidP="001F687B">
            <w:pPr>
              <w:shd w:val="clear" w:color="auto" w:fill="FFFFFF" w:themeFill="background1"/>
              <w:jc w:val="both"/>
            </w:pPr>
            <w:r>
              <w:t>- GV tổ chức cho HS thực hành cặp đôi: nói câu thể hiện tình cảm với thầy cô.</w:t>
            </w:r>
          </w:p>
        </w:tc>
        <w:tc>
          <w:tcPr>
            <w:tcW w:w="5270" w:type="dxa"/>
            <w:tcBorders>
              <w:top w:val="nil"/>
              <w:left w:val="single" w:sz="8" w:space="0" w:color="000000"/>
              <w:bottom w:val="nil"/>
              <w:right w:val="single" w:sz="8" w:space="0" w:color="000000"/>
            </w:tcBorders>
          </w:tcPr>
          <w:p w14:paraId="2D3905BE" w14:textId="77777777" w:rsidR="00215E3A" w:rsidRDefault="00A20486" w:rsidP="001F687B">
            <w:pPr>
              <w:shd w:val="clear" w:color="auto" w:fill="FFFFFF" w:themeFill="background1"/>
              <w:jc w:val="both"/>
            </w:pPr>
            <w:r>
              <w:t>- HS thực hành cặp đôi; góp ý cho nhau cách nói rõ ràng, lễ phép.</w:t>
            </w:r>
          </w:p>
        </w:tc>
      </w:tr>
      <w:tr w:rsidR="00215E3A" w14:paraId="58FD08DF" w14:textId="77777777" w:rsidTr="001F687B">
        <w:trPr>
          <w:jc w:val="center"/>
        </w:trPr>
        <w:tc>
          <w:tcPr>
            <w:tcW w:w="5270" w:type="dxa"/>
            <w:tcBorders>
              <w:top w:val="nil"/>
              <w:left w:val="single" w:sz="8" w:space="0" w:color="000000"/>
              <w:bottom w:val="single" w:sz="4" w:space="0" w:color="000000"/>
              <w:right w:val="single" w:sz="8" w:space="0" w:color="000000"/>
            </w:tcBorders>
          </w:tcPr>
          <w:p w14:paraId="6C82D89E" w14:textId="77777777" w:rsidR="00215E3A" w:rsidRDefault="00A20486" w:rsidP="001F687B">
            <w:pPr>
              <w:shd w:val="clear" w:color="auto" w:fill="FFFFFF" w:themeFill="background1"/>
              <w:jc w:val="both"/>
            </w:pPr>
            <w:r>
              <w:t>- GV nhận xét, khen ngợi HS có cách nói hay và tự tin khi thể hiện.</w:t>
            </w:r>
          </w:p>
        </w:tc>
        <w:tc>
          <w:tcPr>
            <w:tcW w:w="5270" w:type="dxa"/>
            <w:tcBorders>
              <w:top w:val="nil"/>
              <w:left w:val="single" w:sz="8" w:space="0" w:color="000000"/>
              <w:bottom w:val="single" w:sz="4" w:space="0" w:color="000000"/>
              <w:right w:val="single" w:sz="8" w:space="0" w:color="000000"/>
            </w:tcBorders>
          </w:tcPr>
          <w:p w14:paraId="72BD0887" w14:textId="77777777" w:rsidR="00215E3A" w:rsidRDefault="00A20486" w:rsidP="001F687B">
            <w:pPr>
              <w:shd w:val="clear" w:color="auto" w:fill="FFFFFF" w:themeFill="background1"/>
              <w:jc w:val="both"/>
            </w:pPr>
            <w:r>
              <w:t>- HS lắng nghe, học tập cách nói của bạn.</w:t>
            </w:r>
          </w:p>
        </w:tc>
      </w:tr>
      <w:tr w:rsidR="003B638A" w14:paraId="3CED467F"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7E4A2727" w14:textId="77777777" w:rsidR="003B638A" w:rsidRDefault="001B3E3F" w:rsidP="001F687B">
            <w:pPr>
              <w:shd w:val="clear" w:color="auto" w:fill="FFFFFF" w:themeFill="background1"/>
            </w:pPr>
            <w:r>
              <w:rPr>
                <w:b/>
                <w:color w:val="008000"/>
              </w:rPr>
              <w:t>4. Vận dụng (3 phút)</w:t>
            </w:r>
          </w:p>
          <w:p w14:paraId="7DCD02B1" w14:textId="77777777" w:rsidR="003B638A" w:rsidRDefault="001B3E3F" w:rsidP="001F687B">
            <w:pPr>
              <w:shd w:val="clear" w:color="auto" w:fill="FFFFFF" w:themeFill="background1"/>
            </w:pPr>
            <w:r>
              <w:rPr>
                <w:b/>
                <w:color w:val="008000"/>
              </w:rPr>
              <w:t>Mục tiêu: Khắc sâu nội dung bài học; biết vận dụng vào học tập và sinh hoạt hằng ngày.</w:t>
            </w:r>
          </w:p>
        </w:tc>
      </w:tr>
      <w:tr w:rsidR="003B638A" w14:paraId="0DA6C063" w14:textId="77777777" w:rsidTr="001F687B">
        <w:trPr>
          <w:jc w:val="center"/>
        </w:trPr>
        <w:tc>
          <w:tcPr>
            <w:tcW w:w="5270" w:type="dxa"/>
            <w:tcBorders>
              <w:top w:val="single" w:sz="4" w:space="0" w:color="000000"/>
              <w:bottom w:val="nil"/>
            </w:tcBorders>
          </w:tcPr>
          <w:p w14:paraId="75B65C43" w14:textId="77777777" w:rsidR="003B638A" w:rsidRDefault="001B3E3F" w:rsidP="001F687B">
            <w:pPr>
              <w:shd w:val="clear" w:color="auto" w:fill="FFFFFF" w:themeFill="background1"/>
            </w:pPr>
            <w:r>
              <w:t>- GV yêu cầu HS nhắc lại một việc em sẽ làm để thể hiện tình cảm với thầy cô sau bài học.</w:t>
            </w:r>
          </w:p>
        </w:tc>
        <w:tc>
          <w:tcPr>
            <w:tcW w:w="5270" w:type="dxa"/>
            <w:tcBorders>
              <w:top w:val="single" w:sz="4" w:space="0" w:color="000000"/>
              <w:bottom w:val="nil"/>
            </w:tcBorders>
          </w:tcPr>
          <w:p w14:paraId="6FFE6648" w14:textId="77777777" w:rsidR="003B638A" w:rsidRDefault="001B3E3F" w:rsidP="001F687B">
            <w:pPr>
              <w:shd w:val="clear" w:color="auto" w:fill="FFFFFF" w:themeFill="background1"/>
            </w:pPr>
            <w:r>
              <w:t>- HS nêu: Em sẽ chào thầy cô lễ phép, chăm học, giữ trật tự trong lớp, biết cảm ơn thầy cô và giúp bạn cùng tiến bộ.</w:t>
            </w:r>
          </w:p>
        </w:tc>
      </w:tr>
      <w:tr w:rsidR="003B638A" w14:paraId="662D7E67" w14:textId="77777777" w:rsidTr="001F687B">
        <w:trPr>
          <w:jc w:val="center"/>
        </w:trPr>
        <w:tc>
          <w:tcPr>
            <w:tcW w:w="5270" w:type="dxa"/>
            <w:tcBorders>
              <w:top w:val="nil"/>
            </w:tcBorders>
          </w:tcPr>
          <w:p w14:paraId="512F3C8D" w14:textId="77777777" w:rsidR="003B638A" w:rsidRDefault="001B3E3F" w:rsidP="001F687B">
            <w:pPr>
              <w:shd w:val="clear" w:color="auto" w:fill="FFFFFF" w:themeFill="background1"/>
            </w:pPr>
            <w:r>
              <w:t>- Dặn dò: Về nhà đọc lại bài Cô giáo lớp em cho người thân nghe; chuẩn bị vở Tập viết để học chữ hoa D.</w:t>
            </w:r>
          </w:p>
        </w:tc>
        <w:tc>
          <w:tcPr>
            <w:tcW w:w="5270" w:type="dxa"/>
            <w:tcBorders>
              <w:top w:val="nil"/>
            </w:tcBorders>
          </w:tcPr>
          <w:p w14:paraId="1C32DBF8" w14:textId="77777777" w:rsidR="003B638A" w:rsidRDefault="001B3E3F" w:rsidP="001F687B">
            <w:pPr>
              <w:shd w:val="clear" w:color="auto" w:fill="FFFFFF" w:themeFill="background1"/>
            </w:pPr>
            <w:r>
              <w:t>- HS ghi nhớ nhiệm vụ: Em đọc bài cho người thân nghe, chuẩn bị bảng con, vở Tập viết và bút cho tiết sau.</w:t>
            </w:r>
          </w:p>
        </w:tc>
      </w:tr>
    </w:tbl>
    <w:p w14:paraId="7A570FEE" w14:textId="77777777" w:rsidR="00215E3A" w:rsidRDefault="00A20486" w:rsidP="001F687B">
      <w:pPr>
        <w:shd w:val="clear" w:color="auto" w:fill="FFFFFF" w:themeFill="background1"/>
        <w:spacing w:after="0" w:line="240" w:lineRule="auto"/>
        <w:jc w:val="both"/>
      </w:pPr>
      <w:r>
        <w:rPr>
          <w:b/>
          <w:color w:val="000000"/>
        </w:rPr>
        <w:t>IV. ĐIỀU CHỈNH SAU TIẾT DẠY (NẾU CÓ):</w:t>
      </w:r>
    </w:p>
    <w:p w14:paraId="790B077B" w14:textId="77777777" w:rsidR="00215E3A" w:rsidRDefault="00A20486" w:rsidP="001F687B">
      <w:pPr>
        <w:shd w:val="clear" w:color="auto" w:fill="FFFFFF" w:themeFill="background1"/>
        <w:spacing w:after="0" w:line="240" w:lineRule="auto"/>
        <w:jc w:val="both"/>
      </w:pPr>
      <w:r>
        <w:rPr>
          <w:color w:val="000000"/>
        </w:rPr>
        <w:t>................................................................................................................................................</w:t>
      </w:r>
    </w:p>
    <w:p w14:paraId="372AFAC9" w14:textId="77777777" w:rsidR="00215E3A" w:rsidRDefault="00A20486" w:rsidP="001F687B">
      <w:pPr>
        <w:shd w:val="clear" w:color="auto" w:fill="FFFFFF" w:themeFill="background1"/>
        <w:spacing w:after="0" w:line="240" w:lineRule="auto"/>
        <w:jc w:val="both"/>
      </w:pPr>
      <w:r>
        <w:br w:type="page"/>
      </w:r>
    </w:p>
    <w:p w14:paraId="06E3C9AA" w14:textId="77777777" w:rsidR="00215E3A" w:rsidRDefault="003F1E52" w:rsidP="001F687B">
      <w:pPr>
        <w:shd w:val="clear" w:color="auto" w:fill="FFFFFF" w:themeFill="background1"/>
        <w:spacing w:after="0" w:line="240" w:lineRule="auto"/>
        <w:jc w:val="center"/>
      </w:pPr>
      <w:r>
        <w:rPr>
          <w:b/>
          <w:color w:val="000000"/>
        </w:rPr>
        <w:lastRenderedPageBreak/>
        <w:t>KẾ HOẠCH BÀI DẠY MÔN TIẾNG VIỆT LỚP 2</w:t>
      </w:r>
      <w:r w:rsidR="00A20486">
        <w:rPr>
          <w:b/>
          <w:color w:val="000000"/>
        </w:rPr>
        <w:t>- TUẦN 5</w:t>
      </w:r>
    </w:p>
    <w:p w14:paraId="6BBC2DA9" w14:textId="77777777" w:rsidR="00215E3A" w:rsidRDefault="00A20486" w:rsidP="001F687B">
      <w:pPr>
        <w:shd w:val="clear" w:color="auto" w:fill="FFFFFF" w:themeFill="background1"/>
        <w:spacing w:after="0" w:line="240" w:lineRule="auto"/>
        <w:jc w:val="center"/>
      </w:pPr>
      <w:r>
        <w:rPr>
          <w:b/>
          <w:color w:val="000000"/>
        </w:rPr>
        <w:t>CHỦ ĐỀ 2: ĐI HỌC VUI SAO</w:t>
      </w:r>
    </w:p>
    <w:p w14:paraId="2D30A15C" w14:textId="77777777" w:rsidR="00215E3A" w:rsidRDefault="00A20486" w:rsidP="001F687B">
      <w:pPr>
        <w:shd w:val="clear" w:color="auto" w:fill="FFFFFF" w:themeFill="background1"/>
        <w:spacing w:after="0" w:line="240" w:lineRule="auto"/>
        <w:jc w:val="center"/>
      </w:pPr>
      <w:r>
        <w:rPr>
          <w:b/>
          <w:color w:val="000000"/>
        </w:rPr>
        <w:t>BÀI 9: CÔ GIÁO LỚP EM</w:t>
      </w:r>
    </w:p>
    <w:p w14:paraId="3DAB0EBA" w14:textId="77777777" w:rsidR="00215E3A" w:rsidRDefault="00A20486" w:rsidP="001F687B">
      <w:pPr>
        <w:shd w:val="clear" w:color="auto" w:fill="FFFFFF" w:themeFill="background1"/>
        <w:spacing w:after="0" w:line="240" w:lineRule="auto"/>
        <w:jc w:val="center"/>
      </w:pPr>
      <w:r>
        <w:rPr>
          <w:b/>
          <w:color w:val="000000"/>
        </w:rPr>
        <w:t>TIẾT 3: VIẾT: CHỮ HOA D</w:t>
      </w:r>
    </w:p>
    <w:p w14:paraId="6660DA46" w14:textId="77777777" w:rsidR="00215E3A" w:rsidRDefault="00A20486" w:rsidP="001F687B">
      <w:pPr>
        <w:shd w:val="clear" w:color="auto" w:fill="FFFFFF" w:themeFill="background1"/>
        <w:spacing w:after="0" w:line="240" w:lineRule="auto"/>
        <w:jc w:val="both"/>
      </w:pPr>
      <w:r>
        <w:rPr>
          <w:b/>
          <w:color w:val="000000"/>
        </w:rPr>
        <w:t>I. YÊU CẦU CẦN ĐẠT</w:t>
      </w:r>
    </w:p>
    <w:p w14:paraId="2CA28E11" w14:textId="77777777" w:rsidR="00215E3A" w:rsidRDefault="00A20486" w:rsidP="001F687B">
      <w:pPr>
        <w:shd w:val="clear" w:color="auto" w:fill="FFFFFF" w:themeFill="background1"/>
        <w:spacing w:after="0" w:line="240" w:lineRule="auto"/>
        <w:jc w:val="both"/>
      </w:pPr>
      <w:r>
        <w:rPr>
          <w:b/>
          <w:color w:val="000000"/>
        </w:rPr>
        <w:t>1. Năng lực đặc thù:</w:t>
      </w:r>
    </w:p>
    <w:p w14:paraId="7330E575" w14:textId="77777777" w:rsidR="00215E3A" w:rsidRDefault="00A20486" w:rsidP="001F687B">
      <w:pPr>
        <w:shd w:val="clear" w:color="auto" w:fill="FFFFFF" w:themeFill="background1"/>
        <w:spacing w:after="0" w:line="240" w:lineRule="auto"/>
        <w:jc w:val="both"/>
      </w:pPr>
      <w:r>
        <w:rPr>
          <w:color w:val="000000"/>
        </w:rPr>
        <w:t>- Biết viết đúng chữ hoa D cỡ vừa và cỡ nhỏ; nắm được quy trình đặt bút, đưa bút, dừng bút.</w:t>
      </w:r>
    </w:p>
    <w:p w14:paraId="35DFBE0E" w14:textId="77777777" w:rsidR="00215E3A" w:rsidRDefault="00A20486" w:rsidP="001F687B">
      <w:pPr>
        <w:shd w:val="clear" w:color="auto" w:fill="FFFFFF" w:themeFill="background1"/>
        <w:spacing w:after="0" w:line="240" w:lineRule="auto"/>
        <w:jc w:val="both"/>
      </w:pPr>
      <w:r>
        <w:rPr>
          <w:color w:val="000000"/>
        </w:rPr>
        <w:t>- Viết đúng câu ứng dụng: Dung dăng dung dẻ - Dắt trẻ đi chơi.</w:t>
      </w:r>
    </w:p>
    <w:p w14:paraId="638ADEFF" w14:textId="77777777" w:rsidR="00215E3A" w:rsidRDefault="00A20486" w:rsidP="001F687B">
      <w:pPr>
        <w:shd w:val="clear" w:color="auto" w:fill="FFFFFF" w:themeFill="background1"/>
        <w:spacing w:after="0" w:line="240" w:lineRule="auto"/>
        <w:jc w:val="both"/>
      </w:pPr>
      <w:r>
        <w:rPr>
          <w:color w:val="000000"/>
        </w:rPr>
        <w:t>- Trình bày bài viết sạch, rõ ràng, đúng khoảng cách; đặt dấu thanh, dấu phụ đúng vị trí.</w:t>
      </w:r>
    </w:p>
    <w:p w14:paraId="6199DA84" w14:textId="77777777" w:rsidR="00215E3A" w:rsidRDefault="00A20486" w:rsidP="001F687B">
      <w:pPr>
        <w:shd w:val="clear" w:color="auto" w:fill="FFFFFF" w:themeFill="background1"/>
        <w:spacing w:after="0" w:line="240" w:lineRule="auto"/>
        <w:jc w:val="both"/>
      </w:pPr>
      <w:r>
        <w:rPr>
          <w:b/>
          <w:color w:val="000000"/>
        </w:rPr>
        <w:t>2. Năng lực chung:</w:t>
      </w:r>
    </w:p>
    <w:p w14:paraId="6660D9C9" w14:textId="77777777" w:rsidR="00215E3A" w:rsidRDefault="00A20486" w:rsidP="001F687B">
      <w:pPr>
        <w:shd w:val="clear" w:color="auto" w:fill="FFFFFF" w:themeFill="background1"/>
        <w:spacing w:after="0" w:line="240" w:lineRule="auto"/>
        <w:jc w:val="both"/>
      </w:pPr>
      <w:r>
        <w:rPr>
          <w:color w:val="000000"/>
        </w:rPr>
        <w:t>- Tự chủ và tự học: tự chuẩn bị đồ dùng, giữ tư thế ngồi viết đúng, biết soát lỗi chữ viết.</w:t>
      </w:r>
    </w:p>
    <w:p w14:paraId="2C8FDA13" w14:textId="77777777" w:rsidR="00215E3A" w:rsidRDefault="00A20486" w:rsidP="001F687B">
      <w:pPr>
        <w:shd w:val="clear" w:color="auto" w:fill="FFFFFF" w:themeFill="background1"/>
        <w:spacing w:after="0" w:line="240" w:lineRule="auto"/>
        <w:jc w:val="both"/>
      </w:pPr>
      <w:r>
        <w:rPr>
          <w:color w:val="000000"/>
        </w:rPr>
        <w:t>- Giao tiếp và hợp tác: biết nhận xét bài viết của bạn bằng lời lịch sự.</w:t>
      </w:r>
    </w:p>
    <w:p w14:paraId="25ADCD84" w14:textId="77777777" w:rsidR="00215E3A" w:rsidRDefault="00A20486" w:rsidP="001F687B">
      <w:pPr>
        <w:shd w:val="clear" w:color="auto" w:fill="FFFFFF" w:themeFill="background1"/>
        <w:spacing w:after="0" w:line="240" w:lineRule="auto"/>
        <w:jc w:val="both"/>
      </w:pPr>
      <w:r>
        <w:rPr>
          <w:b/>
          <w:color w:val="000000"/>
        </w:rPr>
        <w:t>3. Phẩm chất:</w:t>
      </w:r>
    </w:p>
    <w:p w14:paraId="17B206CA" w14:textId="77777777" w:rsidR="00215E3A" w:rsidRDefault="00A20486" w:rsidP="001F687B">
      <w:pPr>
        <w:shd w:val="clear" w:color="auto" w:fill="FFFFFF" w:themeFill="background1"/>
        <w:spacing w:after="0" w:line="240" w:lineRule="auto"/>
        <w:jc w:val="both"/>
      </w:pPr>
      <w:r>
        <w:rPr>
          <w:color w:val="000000"/>
        </w:rPr>
        <w:t>- Chăm chỉ, trách nhiệm: kiên trì rèn chữ, giữ vở sạch đẹp.</w:t>
      </w:r>
    </w:p>
    <w:p w14:paraId="23BB31F3" w14:textId="77777777" w:rsidR="00215E3A" w:rsidRDefault="00A20486" w:rsidP="001F687B">
      <w:pPr>
        <w:shd w:val="clear" w:color="auto" w:fill="FFFFFF" w:themeFill="background1"/>
        <w:spacing w:after="0" w:line="240" w:lineRule="auto"/>
        <w:jc w:val="both"/>
      </w:pPr>
      <w:r>
        <w:rPr>
          <w:b/>
          <w:color w:val="000000"/>
        </w:rPr>
        <w:t>II. ĐỒ DÙNG DẠY HỌC</w:t>
      </w:r>
    </w:p>
    <w:p w14:paraId="5F780474" w14:textId="77777777" w:rsidR="00215E3A" w:rsidRDefault="00A20486" w:rsidP="001F687B">
      <w:pPr>
        <w:shd w:val="clear" w:color="auto" w:fill="FFFFFF" w:themeFill="background1"/>
        <w:spacing w:after="0" w:line="240" w:lineRule="auto"/>
        <w:jc w:val="both"/>
      </w:pPr>
      <w:r>
        <w:rPr>
          <w:color w:val="000000"/>
        </w:rPr>
        <w:t>- GV: Máy tính, máy chiếu/tivi, tranh và câu bài tập cắt từ SGK, thẻ từ, phiếu học tập phù hợp với bài.</w:t>
      </w:r>
    </w:p>
    <w:p w14:paraId="1A4FB36E" w14:textId="77777777" w:rsidR="00215E3A" w:rsidRDefault="00A20486" w:rsidP="001F687B">
      <w:pPr>
        <w:shd w:val="clear" w:color="auto" w:fill="FFFFFF" w:themeFill="background1"/>
        <w:spacing w:after="0" w:line="240" w:lineRule="auto"/>
        <w:jc w:val="both"/>
      </w:pPr>
      <w:r>
        <w:rPr>
          <w:color w:val="000000"/>
        </w:rPr>
        <w:t>- HS: SGK Tiếng Việt 2 tập một, Vở bài tập Tiếng Việt, vở ô ly, bảng con/bút chì.</w:t>
      </w:r>
    </w:p>
    <w:p w14:paraId="7EA33BE7" w14:textId="77777777" w:rsidR="00215E3A" w:rsidRDefault="00A20486" w:rsidP="001F687B">
      <w:pPr>
        <w:shd w:val="clear" w:color="auto" w:fill="FFFFFF" w:themeFill="background1"/>
        <w:spacing w:after="0" w:line="240" w:lineRule="auto"/>
        <w:jc w:val="both"/>
      </w:pPr>
      <w:r>
        <w:rPr>
          <w:b/>
          <w:color w:val="000000"/>
        </w:rPr>
        <w:t>III. HOẠT ĐỘNG DẠY HỌC</w:t>
      </w:r>
    </w:p>
    <w:tbl>
      <w:tblPr>
        <w:tblStyle w:val="TableGrid"/>
        <w:tblW w:w="0" w:type="auto"/>
        <w:jc w:val="center"/>
        <w:tblLayout w:type="fixed"/>
        <w:tblLook w:val="04A0" w:firstRow="1" w:lastRow="0" w:firstColumn="1" w:lastColumn="0" w:noHBand="0" w:noVBand="1"/>
      </w:tblPr>
      <w:tblGrid>
        <w:gridCol w:w="5270"/>
        <w:gridCol w:w="5270"/>
      </w:tblGrid>
      <w:tr w:rsidR="00215E3A" w14:paraId="60FA8A75" w14:textId="77777777" w:rsidTr="001F687B">
        <w:trPr>
          <w:jc w:val="center"/>
        </w:trPr>
        <w:tc>
          <w:tcPr>
            <w:tcW w:w="5270" w:type="dxa"/>
            <w:tcBorders>
              <w:top w:val="single" w:sz="8" w:space="0" w:color="000000"/>
              <w:left w:val="single" w:sz="8" w:space="0" w:color="000000"/>
              <w:bottom w:val="single" w:sz="4" w:space="0" w:color="000000"/>
              <w:right w:val="single" w:sz="8" w:space="0" w:color="000000"/>
            </w:tcBorders>
            <w:shd w:val="clear" w:color="auto" w:fill="D9EAF7"/>
          </w:tcPr>
          <w:p w14:paraId="573E0EEB" w14:textId="77777777" w:rsidR="00215E3A" w:rsidRDefault="00A20486" w:rsidP="001F687B">
            <w:pPr>
              <w:shd w:val="clear" w:color="auto" w:fill="FFFFFF" w:themeFill="background1"/>
              <w:jc w:val="center"/>
            </w:pPr>
            <w:r>
              <w:rPr>
                <w:b/>
                <w:color w:val="006100"/>
              </w:rPr>
              <w:t>Hoạt động của giáo viên</w:t>
            </w:r>
          </w:p>
        </w:tc>
        <w:tc>
          <w:tcPr>
            <w:tcW w:w="5270" w:type="dxa"/>
            <w:tcBorders>
              <w:top w:val="single" w:sz="8" w:space="0" w:color="000000"/>
              <w:left w:val="single" w:sz="8" w:space="0" w:color="000000"/>
              <w:bottom w:val="single" w:sz="4" w:space="0" w:color="000000"/>
              <w:right w:val="single" w:sz="8" w:space="0" w:color="000000"/>
            </w:tcBorders>
            <w:shd w:val="clear" w:color="auto" w:fill="D9EAF7"/>
          </w:tcPr>
          <w:p w14:paraId="02CF2CE9" w14:textId="77777777" w:rsidR="00215E3A" w:rsidRDefault="00A20486" w:rsidP="001F687B">
            <w:pPr>
              <w:shd w:val="clear" w:color="auto" w:fill="FFFFFF" w:themeFill="background1"/>
              <w:jc w:val="center"/>
            </w:pPr>
            <w:r>
              <w:rPr>
                <w:b/>
                <w:color w:val="006100"/>
              </w:rPr>
              <w:t>Hoạt động của học sinh</w:t>
            </w:r>
          </w:p>
        </w:tc>
      </w:tr>
      <w:tr w:rsidR="00215E3A" w14:paraId="512C7420"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069EA3F8" w14:textId="77777777" w:rsidR="00215E3A" w:rsidRDefault="00A20486" w:rsidP="001F687B">
            <w:pPr>
              <w:shd w:val="clear" w:color="auto" w:fill="FFFFFF" w:themeFill="background1"/>
              <w:jc w:val="both"/>
            </w:pPr>
            <w:r>
              <w:rPr>
                <w:b/>
                <w:color w:val="008000"/>
              </w:rPr>
              <w:t>1. Khởi động (3 phút)</w:t>
            </w:r>
          </w:p>
          <w:p w14:paraId="0F051612" w14:textId="77777777" w:rsidR="00215E3A" w:rsidRDefault="00A20486" w:rsidP="001F687B">
            <w:pPr>
              <w:shd w:val="clear" w:color="auto" w:fill="FFFFFF" w:themeFill="background1"/>
              <w:jc w:val="both"/>
            </w:pPr>
            <w:r>
              <w:rPr>
                <w:b/>
                <w:color w:val="008000"/>
              </w:rPr>
              <w:t>Mục tiêu: Vừa ôn lại kiến thức cũ vừa kết nối sang bài học mới.</w:t>
            </w:r>
          </w:p>
        </w:tc>
      </w:tr>
      <w:tr w:rsidR="00215E3A" w14:paraId="7E91AB45" w14:textId="77777777" w:rsidTr="001F687B">
        <w:trPr>
          <w:jc w:val="center"/>
        </w:trPr>
        <w:tc>
          <w:tcPr>
            <w:tcW w:w="5270" w:type="dxa"/>
            <w:tcBorders>
              <w:top w:val="single" w:sz="4" w:space="0" w:color="000000"/>
              <w:left w:val="single" w:sz="8" w:space="0" w:color="000000"/>
              <w:bottom w:val="nil"/>
              <w:right w:val="single" w:sz="8" w:space="0" w:color="000000"/>
            </w:tcBorders>
          </w:tcPr>
          <w:p w14:paraId="316FC352" w14:textId="77777777" w:rsidR="00215E3A" w:rsidRDefault="00A20486" w:rsidP="001F687B">
            <w:pPr>
              <w:shd w:val="clear" w:color="auto" w:fill="FFFFFF" w:themeFill="background1"/>
              <w:jc w:val="both"/>
            </w:pPr>
            <w:r>
              <w:t>- GV yêu cầu HS nhắc lại các chữ hoa đã học.</w:t>
            </w:r>
          </w:p>
        </w:tc>
        <w:tc>
          <w:tcPr>
            <w:tcW w:w="5270" w:type="dxa"/>
            <w:tcBorders>
              <w:top w:val="single" w:sz="4" w:space="0" w:color="000000"/>
              <w:left w:val="single" w:sz="8" w:space="0" w:color="000000"/>
              <w:bottom w:val="nil"/>
              <w:right w:val="single" w:sz="8" w:space="0" w:color="000000"/>
            </w:tcBorders>
          </w:tcPr>
          <w:p w14:paraId="27A4F682" w14:textId="77777777" w:rsidR="00215E3A" w:rsidRDefault="00A20486" w:rsidP="001F687B">
            <w:pPr>
              <w:shd w:val="clear" w:color="auto" w:fill="FFFFFF" w:themeFill="background1"/>
              <w:jc w:val="both"/>
            </w:pPr>
            <w:r>
              <w:t>- HS nhắc lại các chữ hoa đã học: A, Ă, Â, B, C.</w:t>
            </w:r>
          </w:p>
        </w:tc>
      </w:tr>
      <w:tr w:rsidR="00215E3A" w14:paraId="2EF32D96" w14:textId="77777777" w:rsidTr="001F687B">
        <w:trPr>
          <w:jc w:val="center"/>
        </w:trPr>
        <w:tc>
          <w:tcPr>
            <w:tcW w:w="5270" w:type="dxa"/>
            <w:tcBorders>
              <w:top w:val="nil"/>
              <w:left w:val="single" w:sz="8" w:space="0" w:color="000000"/>
              <w:bottom w:val="nil"/>
              <w:right w:val="single" w:sz="8" w:space="0" w:color="000000"/>
            </w:tcBorders>
          </w:tcPr>
          <w:p w14:paraId="3564724C" w14:textId="77777777" w:rsidR="00215E3A" w:rsidRDefault="00A20486" w:rsidP="001F687B">
            <w:pPr>
              <w:shd w:val="clear" w:color="auto" w:fill="FFFFFF" w:themeFill="background1"/>
              <w:jc w:val="both"/>
            </w:pPr>
            <w:r>
              <w:t>- GV tổ chức cho HS nghe/hát theo lời bài đồng dao “Dung dăng dung dẻ”.</w:t>
            </w:r>
          </w:p>
        </w:tc>
        <w:tc>
          <w:tcPr>
            <w:tcW w:w="5270" w:type="dxa"/>
            <w:tcBorders>
              <w:top w:val="nil"/>
              <w:left w:val="single" w:sz="8" w:space="0" w:color="000000"/>
              <w:bottom w:val="nil"/>
              <w:right w:val="single" w:sz="8" w:space="0" w:color="000000"/>
            </w:tcBorders>
          </w:tcPr>
          <w:p w14:paraId="6981ADBD" w14:textId="77777777" w:rsidR="00215E3A" w:rsidRDefault="00A20486" w:rsidP="001F687B">
            <w:pPr>
              <w:shd w:val="clear" w:color="auto" w:fill="FFFFFF" w:themeFill="background1"/>
              <w:jc w:val="both"/>
            </w:pPr>
            <w:r>
              <w:t>- HS nghe/hát theo lời bài đồng dao “Dung dăng dung dẻ”.</w:t>
            </w:r>
          </w:p>
        </w:tc>
      </w:tr>
      <w:tr w:rsidR="00215E3A" w14:paraId="0A33F395" w14:textId="77777777" w:rsidTr="001F687B">
        <w:trPr>
          <w:jc w:val="center"/>
        </w:trPr>
        <w:tc>
          <w:tcPr>
            <w:tcW w:w="5270" w:type="dxa"/>
            <w:tcBorders>
              <w:top w:val="nil"/>
              <w:left w:val="single" w:sz="8" w:space="0" w:color="000000"/>
              <w:bottom w:val="single" w:sz="4" w:space="0" w:color="000000"/>
              <w:right w:val="single" w:sz="8" w:space="0" w:color="000000"/>
            </w:tcBorders>
          </w:tcPr>
          <w:p w14:paraId="4228ABFC" w14:textId="77777777" w:rsidR="00215E3A" w:rsidRDefault="00A20486" w:rsidP="001F687B">
            <w:pPr>
              <w:shd w:val="clear" w:color="auto" w:fill="FFFFFF" w:themeFill="background1"/>
              <w:jc w:val="both"/>
            </w:pPr>
            <w:r>
              <w:t>- GV dẫn dắt vào bài mới: Trong tiết tập viết hôm nay, các em sẽ học cách viết chữ hoa D và viết câu ứng dụng Dung dăng dung dẻ - Dắt trẻ đi chơi.</w:t>
            </w:r>
          </w:p>
        </w:tc>
        <w:tc>
          <w:tcPr>
            <w:tcW w:w="5270" w:type="dxa"/>
            <w:tcBorders>
              <w:top w:val="nil"/>
              <w:left w:val="single" w:sz="8" w:space="0" w:color="000000"/>
              <w:bottom w:val="single" w:sz="4" w:space="0" w:color="000000"/>
              <w:right w:val="single" w:sz="8" w:space="0" w:color="000000"/>
            </w:tcBorders>
          </w:tcPr>
          <w:p w14:paraId="2D5AA9E1" w14:textId="77777777" w:rsidR="00215E3A" w:rsidRDefault="00A20486" w:rsidP="001F687B">
            <w:pPr>
              <w:shd w:val="clear" w:color="auto" w:fill="FFFFFF" w:themeFill="background1"/>
              <w:jc w:val="both"/>
            </w:pPr>
            <w:r>
              <w:t>- HS lắng nghe, mở vở Tập viết đúng trang.</w:t>
            </w:r>
          </w:p>
        </w:tc>
      </w:tr>
      <w:tr w:rsidR="00215E3A" w14:paraId="49E42461"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0614629D" w14:textId="77777777" w:rsidR="00215E3A" w:rsidRDefault="00A20486" w:rsidP="001F687B">
            <w:pPr>
              <w:shd w:val="clear" w:color="auto" w:fill="FFFFFF" w:themeFill="background1"/>
              <w:jc w:val="both"/>
            </w:pPr>
            <w:r>
              <w:rPr>
                <w:b/>
                <w:color w:val="008000"/>
              </w:rPr>
              <w:t>2. Khám phá kiến thức (12 phút)</w:t>
            </w:r>
          </w:p>
          <w:p w14:paraId="5717DF73" w14:textId="77777777" w:rsidR="00215E3A" w:rsidRDefault="00A20486" w:rsidP="001F687B">
            <w:pPr>
              <w:shd w:val="clear" w:color="auto" w:fill="FFFFFF" w:themeFill="background1"/>
              <w:jc w:val="both"/>
            </w:pPr>
            <w:r>
              <w:rPr>
                <w:b/>
                <w:color w:val="008000"/>
              </w:rPr>
              <w:t>Mục tiêu: Giúp HS nắm được kĩ thuật viết chữ hoa D.</w:t>
            </w:r>
          </w:p>
        </w:tc>
      </w:tr>
      <w:tr w:rsidR="00215E3A" w14:paraId="07B5CF98" w14:textId="77777777" w:rsidTr="001F687B">
        <w:trPr>
          <w:jc w:val="center"/>
        </w:trPr>
        <w:tc>
          <w:tcPr>
            <w:tcW w:w="5270" w:type="dxa"/>
            <w:tcBorders>
              <w:top w:val="single" w:sz="4" w:space="0" w:color="000000"/>
              <w:left w:val="single" w:sz="8" w:space="0" w:color="000000"/>
              <w:bottom w:val="nil"/>
              <w:right w:val="single" w:sz="8" w:space="0" w:color="000000"/>
            </w:tcBorders>
          </w:tcPr>
          <w:p w14:paraId="505482C4" w14:textId="77777777" w:rsidR="00215E3A" w:rsidRDefault="00A20486" w:rsidP="001F687B">
            <w:pPr>
              <w:shd w:val="clear" w:color="auto" w:fill="FFFFFF" w:themeFill="background1"/>
              <w:jc w:val="both"/>
            </w:pPr>
            <w:r>
              <w:rPr>
                <w:b/>
                <w:color w:val="006100"/>
              </w:rPr>
              <w:t>Hoạt động 1: Hướng dẫn viết chữ hoa.</w:t>
            </w:r>
          </w:p>
          <w:p w14:paraId="552977C3" w14:textId="77777777" w:rsidR="00215E3A" w:rsidRDefault="00A20486" w:rsidP="001F687B">
            <w:pPr>
              <w:shd w:val="clear" w:color="auto" w:fill="FFFFFF" w:themeFill="background1"/>
              <w:jc w:val="both"/>
            </w:pPr>
            <w:r>
              <w:t>- GV giới thiệu mẫu chữ viết hoa D.</w:t>
            </w:r>
          </w:p>
          <w:p w14:paraId="32E45686" w14:textId="176E7ED4" w:rsidR="00215E3A" w:rsidRDefault="00215E3A" w:rsidP="001F687B">
            <w:pPr>
              <w:shd w:val="clear" w:color="auto" w:fill="FFFFFF" w:themeFill="background1"/>
              <w:jc w:val="center"/>
            </w:pPr>
          </w:p>
        </w:tc>
        <w:tc>
          <w:tcPr>
            <w:tcW w:w="5270" w:type="dxa"/>
            <w:tcBorders>
              <w:top w:val="single" w:sz="4" w:space="0" w:color="000000"/>
              <w:left w:val="single" w:sz="8" w:space="0" w:color="000000"/>
              <w:bottom w:val="nil"/>
              <w:right w:val="single" w:sz="8" w:space="0" w:color="000000"/>
            </w:tcBorders>
          </w:tcPr>
          <w:p w14:paraId="7CD80E9E" w14:textId="77777777" w:rsidR="00215E3A" w:rsidRDefault="00A20486" w:rsidP="001F687B">
            <w:pPr>
              <w:shd w:val="clear" w:color="auto" w:fill="FFFFFF" w:themeFill="background1"/>
              <w:jc w:val="both"/>
            </w:pPr>
            <w:r>
              <w:t>- HS quan sát mẫu chữ hoa D trong SGK/Tập viết.</w:t>
            </w:r>
          </w:p>
        </w:tc>
      </w:tr>
      <w:tr w:rsidR="00215E3A" w14:paraId="6B70E7F0" w14:textId="77777777" w:rsidTr="001F687B">
        <w:trPr>
          <w:jc w:val="center"/>
        </w:trPr>
        <w:tc>
          <w:tcPr>
            <w:tcW w:w="5270" w:type="dxa"/>
            <w:tcBorders>
              <w:top w:val="nil"/>
              <w:left w:val="single" w:sz="8" w:space="0" w:color="000000"/>
              <w:bottom w:val="nil"/>
              <w:right w:val="single" w:sz="8" w:space="0" w:color="000000"/>
            </w:tcBorders>
          </w:tcPr>
          <w:p w14:paraId="64E9A7FF" w14:textId="77777777" w:rsidR="00215E3A" w:rsidRDefault="00A20486" w:rsidP="001F687B">
            <w:pPr>
              <w:shd w:val="clear" w:color="auto" w:fill="FFFFFF" w:themeFill="background1"/>
              <w:jc w:val="both"/>
            </w:pPr>
            <w:r>
              <w:t>- GV hướng dẫn HS quan sát chữ viết hoa D nêu độ cao, độ rộng, các nét và quy trình viết chữ viết hoa D.</w:t>
            </w:r>
          </w:p>
        </w:tc>
        <w:tc>
          <w:tcPr>
            <w:tcW w:w="5270" w:type="dxa"/>
            <w:tcBorders>
              <w:top w:val="nil"/>
              <w:left w:val="single" w:sz="8" w:space="0" w:color="000000"/>
              <w:bottom w:val="nil"/>
              <w:right w:val="single" w:sz="8" w:space="0" w:color="000000"/>
            </w:tcBorders>
          </w:tcPr>
          <w:p w14:paraId="72DEE129" w14:textId="77777777" w:rsidR="00215E3A" w:rsidRDefault="00A20486" w:rsidP="001F687B">
            <w:pPr>
              <w:shd w:val="clear" w:color="auto" w:fill="FFFFFF" w:themeFill="background1"/>
              <w:jc w:val="both"/>
            </w:pPr>
            <w:r>
              <w:t>- HS nêu: Chữ D viết hoa cao 5 li, rộng khoảng 4 li, gồm nét lượn hai đầu và nét cong phải nối liền nhau, tạo vòng xoắn nhỏ ở chân chữ.</w:t>
            </w:r>
          </w:p>
        </w:tc>
      </w:tr>
      <w:tr w:rsidR="00215E3A" w14:paraId="1629E7AB" w14:textId="77777777" w:rsidTr="001F687B">
        <w:trPr>
          <w:jc w:val="center"/>
        </w:trPr>
        <w:tc>
          <w:tcPr>
            <w:tcW w:w="5270" w:type="dxa"/>
            <w:tcBorders>
              <w:top w:val="nil"/>
              <w:left w:val="single" w:sz="8" w:space="0" w:color="000000"/>
              <w:bottom w:val="nil"/>
              <w:right w:val="single" w:sz="8" w:space="0" w:color="000000"/>
            </w:tcBorders>
          </w:tcPr>
          <w:p w14:paraId="657EE0BD" w14:textId="77777777" w:rsidR="00215E3A" w:rsidRDefault="00A20486" w:rsidP="001F687B">
            <w:pPr>
              <w:shd w:val="clear" w:color="auto" w:fill="FFFFFF" w:themeFill="background1"/>
              <w:jc w:val="both"/>
            </w:pPr>
            <w:r>
              <w:t>- GV giới thiệu cách viết trên chữ mẫu.</w:t>
            </w:r>
          </w:p>
        </w:tc>
        <w:tc>
          <w:tcPr>
            <w:tcW w:w="5270" w:type="dxa"/>
            <w:tcBorders>
              <w:top w:val="nil"/>
              <w:left w:val="single" w:sz="8" w:space="0" w:color="000000"/>
              <w:bottom w:val="nil"/>
              <w:right w:val="single" w:sz="8" w:space="0" w:color="000000"/>
            </w:tcBorders>
          </w:tcPr>
          <w:p w14:paraId="4F80AAEB" w14:textId="77777777" w:rsidR="00215E3A" w:rsidRDefault="00A20486" w:rsidP="001F687B">
            <w:pPr>
              <w:shd w:val="clear" w:color="auto" w:fill="FFFFFF" w:themeFill="background1"/>
              <w:jc w:val="both"/>
            </w:pPr>
            <w:r>
              <w:t>- HS quan sát và lắng nghe cách viết trên chữ mẫu.</w:t>
            </w:r>
          </w:p>
        </w:tc>
      </w:tr>
      <w:tr w:rsidR="00215E3A" w14:paraId="13E41303" w14:textId="77777777" w:rsidTr="001F687B">
        <w:trPr>
          <w:jc w:val="center"/>
        </w:trPr>
        <w:tc>
          <w:tcPr>
            <w:tcW w:w="5270" w:type="dxa"/>
            <w:tcBorders>
              <w:top w:val="nil"/>
              <w:left w:val="single" w:sz="8" w:space="0" w:color="000000"/>
              <w:bottom w:val="nil"/>
              <w:right w:val="single" w:sz="8" w:space="0" w:color="000000"/>
            </w:tcBorders>
          </w:tcPr>
          <w:p w14:paraId="60A94CFB" w14:textId="77777777" w:rsidR="00215E3A" w:rsidRDefault="00A20486" w:rsidP="001F687B">
            <w:pPr>
              <w:shd w:val="clear" w:color="auto" w:fill="FFFFFF" w:themeFill="background1"/>
              <w:jc w:val="both"/>
            </w:pPr>
            <w:r>
              <w:t>- GV viết mẫu trên bảng lớp lần 1; sau đó cho HS quan sát cách viết chữ viết hoa D trên màn hình nếu có.</w:t>
            </w:r>
          </w:p>
        </w:tc>
        <w:tc>
          <w:tcPr>
            <w:tcW w:w="5270" w:type="dxa"/>
            <w:tcBorders>
              <w:top w:val="nil"/>
              <w:left w:val="single" w:sz="8" w:space="0" w:color="000000"/>
              <w:bottom w:val="nil"/>
              <w:right w:val="single" w:sz="8" w:space="0" w:color="000000"/>
            </w:tcBorders>
          </w:tcPr>
          <w:p w14:paraId="59FB2C6C" w14:textId="77777777" w:rsidR="00215E3A" w:rsidRDefault="00A20486" w:rsidP="001F687B">
            <w:pPr>
              <w:shd w:val="clear" w:color="auto" w:fill="FFFFFF" w:themeFill="background1"/>
              <w:jc w:val="both"/>
            </w:pPr>
            <w:r>
              <w:t>- HS theo dõi cách viết mẫu, nhận biết điểm đặt bút, hướng đưa bút và điểm dừng bút.</w:t>
            </w:r>
          </w:p>
        </w:tc>
      </w:tr>
      <w:tr w:rsidR="00215E3A" w14:paraId="55B372AF" w14:textId="77777777" w:rsidTr="001F687B">
        <w:trPr>
          <w:jc w:val="center"/>
        </w:trPr>
        <w:tc>
          <w:tcPr>
            <w:tcW w:w="5270" w:type="dxa"/>
            <w:tcBorders>
              <w:top w:val="nil"/>
              <w:left w:val="single" w:sz="8" w:space="0" w:color="000000"/>
              <w:bottom w:val="nil"/>
              <w:right w:val="single" w:sz="8" w:space="0" w:color="000000"/>
            </w:tcBorders>
          </w:tcPr>
          <w:p w14:paraId="2FBA2385" w14:textId="77777777" w:rsidR="00215E3A" w:rsidRDefault="00A20486" w:rsidP="001F687B">
            <w:pPr>
              <w:shd w:val="clear" w:color="auto" w:fill="FFFFFF" w:themeFill="background1"/>
              <w:jc w:val="both"/>
            </w:pPr>
            <w:r>
              <w:t>- GV viết mẫu trên bảng lớp lần 2, kết hợp nêu quy trình viết.</w:t>
            </w:r>
          </w:p>
        </w:tc>
        <w:tc>
          <w:tcPr>
            <w:tcW w:w="5270" w:type="dxa"/>
            <w:tcBorders>
              <w:top w:val="nil"/>
              <w:left w:val="single" w:sz="8" w:space="0" w:color="000000"/>
              <w:bottom w:val="nil"/>
              <w:right w:val="single" w:sz="8" w:space="0" w:color="000000"/>
            </w:tcBorders>
          </w:tcPr>
          <w:p w14:paraId="12F17F75" w14:textId="77777777" w:rsidR="00215E3A" w:rsidRDefault="00A20486" w:rsidP="001F687B">
            <w:pPr>
              <w:shd w:val="clear" w:color="auto" w:fill="FFFFFF" w:themeFill="background1"/>
              <w:jc w:val="both"/>
            </w:pPr>
            <w:r>
              <w:t xml:space="preserve">- HS nhắc lại quy trình: Nét 1 đặt bút trên đường kẻ ngang 6, viết nét lượn hai đầu theo chiều dọc, kéo xuống gần đường kẻ ngang 1. Nét 2 chuyển hướng viết nét cong phải từ dưới đi lên, tạo vòng xoắn nhỏ ở chân chữ, phần cuối </w:t>
            </w:r>
            <w:r>
              <w:lastRenderedPageBreak/>
              <w:t>nét cong lượn vào trong và dừng bút trên đường kẻ ngang 5.</w:t>
            </w:r>
          </w:p>
        </w:tc>
      </w:tr>
      <w:tr w:rsidR="00215E3A" w14:paraId="152993D5" w14:textId="77777777" w:rsidTr="001F687B">
        <w:trPr>
          <w:jc w:val="center"/>
        </w:trPr>
        <w:tc>
          <w:tcPr>
            <w:tcW w:w="5270" w:type="dxa"/>
            <w:tcBorders>
              <w:top w:val="nil"/>
              <w:left w:val="single" w:sz="8" w:space="0" w:color="000000"/>
              <w:bottom w:val="nil"/>
              <w:right w:val="single" w:sz="8" w:space="0" w:color="000000"/>
            </w:tcBorders>
          </w:tcPr>
          <w:p w14:paraId="604392D7" w14:textId="77777777" w:rsidR="00215E3A" w:rsidRDefault="00A20486" w:rsidP="001F687B">
            <w:pPr>
              <w:shd w:val="clear" w:color="auto" w:fill="FFFFFF" w:themeFill="background1"/>
              <w:jc w:val="both"/>
            </w:pPr>
            <w:r>
              <w:t>- GV hướng dẫn HS tập viết chữ hoa D trên không, trên bảng con hoặc nháp.</w:t>
            </w:r>
          </w:p>
        </w:tc>
        <w:tc>
          <w:tcPr>
            <w:tcW w:w="5270" w:type="dxa"/>
            <w:tcBorders>
              <w:top w:val="nil"/>
              <w:left w:val="single" w:sz="8" w:space="0" w:color="000000"/>
              <w:bottom w:val="nil"/>
              <w:right w:val="single" w:sz="8" w:space="0" w:color="000000"/>
            </w:tcBorders>
          </w:tcPr>
          <w:p w14:paraId="1B653832" w14:textId="77777777" w:rsidR="00215E3A" w:rsidRDefault="00A20486" w:rsidP="001F687B">
            <w:pPr>
              <w:shd w:val="clear" w:color="auto" w:fill="FFFFFF" w:themeFill="background1"/>
              <w:jc w:val="both"/>
            </w:pPr>
            <w:r>
              <w:t>- HS viết chữ hoa D trên không, bảng con hoặc nháp theo hướng dẫn.</w:t>
            </w:r>
          </w:p>
        </w:tc>
      </w:tr>
      <w:tr w:rsidR="00215E3A" w14:paraId="163BA775" w14:textId="77777777" w:rsidTr="001F687B">
        <w:trPr>
          <w:jc w:val="center"/>
        </w:trPr>
        <w:tc>
          <w:tcPr>
            <w:tcW w:w="5270" w:type="dxa"/>
            <w:tcBorders>
              <w:top w:val="nil"/>
              <w:left w:val="single" w:sz="8" w:space="0" w:color="000000"/>
              <w:bottom w:val="nil"/>
              <w:right w:val="single" w:sz="8" w:space="0" w:color="000000"/>
            </w:tcBorders>
          </w:tcPr>
          <w:p w14:paraId="771918A9" w14:textId="77777777" w:rsidR="00215E3A" w:rsidRDefault="00A20486" w:rsidP="001F687B">
            <w:pPr>
              <w:shd w:val="clear" w:color="auto" w:fill="FFFFFF" w:themeFill="background1"/>
              <w:jc w:val="both"/>
            </w:pPr>
            <w:r>
              <w:t>- GV hướng dẫn HS viết vở Tập viết; quan sát, giúp đỡ HS gặp khó khăn.</w:t>
            </w:r>
          </w:p>
        </w:tc>
        <w:tc>
          <w:tcPr>
            <w:tcW w:w="5270" w:type="dxa"/>
            <w:tcBorders>
              <w:top w:val="nil"/>
              <w:left w:val="single" w:sz="8" w:space="0" w:color="000000"/>
              <w:bottom w:val="nil"/>
              <w:right w:val="single" w:sz="8" w:space="0" w:color="000000"/>
            </w:tcBorders>
          </w:tcPr>
          <w:p w14:paraId="18D3F3C6" w14:textId="77777777" w:rsidR="00215E3A" w:rsidRDefault="00A20486" w:rsidP="001F687B">
            <w:pPr>
              <w:shd w:val="clear" w:color="auto" w:fill="FFFFFF" w:themeFill="background1"/>
              <w:jc w:val="both"/>
            </w:pPr>
            <w:r>
              <w:t>- HS nêu tư thế ngồi viết, viết chữ hoa D cỡ vừa và cỡ nhỏ vào vở Tập viết 2, tập một.</w:t>
            </w:r>
          </w:p>
        </w:tc>
      </w:tr>
      <w:tr w:rsidR="00215E3A" w14:paraId="153D1E79" w14:textId="77777777" w:rsidTr="001F687B">
        <w:trPr>
          <w:jc w:val="center"/>
        </w:trPr>
        <w:tc>
          <w:tcPr>
            <w:tcW w:w="5270" w:type="dxa"/>
            <w:tcBorders>
              <w:top w:val="nil"/>
              <w:left w:val="single" w:sz="8" w:space="0" w:color="000000"/>
              <w:bottom w:val="nil"/>
              <w:right w:val="single" w:sz="8" w:space="0" w:color="000000"/>
            </w:tcBorders>
          </w:tcPr>
          <w:p w14:paraId="0993F3A5" w14:textId="77777777" w:rsidR="00215E3A" w:rsidRDefault="00A20486" w:rsidP="001F687B">
            <w:pPr>
              <w:shd w:val="clear" w:color="auto" w:fill="FFFFFF" w:themeFill="background1"/>
              <w:jc w:val="both"/>
            </w:pPr>
            <w:r>
              <w:t>- GV hướng dẫn HS tự nhận xét và nhận xét lẫn nhau.</w:t>
            </w:r>
          </w:p>
        </w:tc>
        <w:tc>
          <w:tcPr>
            <w:tcW w:w="5270" w:type="dxa"/>
            <w:tcBorders>
              <w:top w:val="nil"/>
              <w:left w:val="single" w:sz="8" w:space="0" w:color="000000"/>
              <w:bottom w:val="nil"/>
              <w:right w:val="single" w:sz="8" w:space="0" w:color="000000"/>
            </w:tcBorders>
          </w:tcPr>
          <w:p w14:paraId="0BF6C701" w14:textId="77777777" w:rsidR="00215E3A" w:rsidRDefault="00A20486" w:rsidP="001F687B">
            <w:pPr>
              <w:shd w:val="clear" w:color="auto" w:fill="FFFFFF" w:themeFill="background1"/>
              <w:jc w:val="both"/>
            </w:pPr>
            <w:r>
              <w:t>- HS đổi vở, góp ý cho bạn về độ cao, nét cong, điểm dừng bút và độ cân đối của chữ.</w:t>
            </w:r>
          </w:p>
        </w:tc>
      </w:tr>
      <w:tr w:rsidR="00215E3A" w14:paraId="5E054A90" w14:textId="77777777" w:rsidTr="001F687B">
        <w:trPr>
          <w:jc w:val="center"/>
        </w:trPr>
        <w:tc>
          <w:tcPr>
            <w:tcW w:w="5270" w:type="dxa"/>
            <w:tcBorders>
              <w:top w:val="nil"/>
              <w:left w:val="single" w:sz="8" w:space="0" w:color="000000"/>
              <w:bottom w:val="single" w:sz="4" w:space="0" w:color="000000"/>
              <w:right w:val="single" w:sz="8" w:space="0" w:color="000000"/>
            </w:tcBorders>
          </w:tcPr>
          <w:p w14:paraId="64C6C8C5" w14:textId="77777777" w:rsidR="00215E3A" w:rsidRDefault="00A20486" w:rsidP="001F687B">
            <w:pPr>
              <w:shd w:val="clear" w:color="auto" w:fill="FFFFFF" w:themeFill="background1"/>
              <w:jc w:val="both"/>
            </w:pPr>
            <w:r>
              <w:t> Liên hệ: Em đã nhìn thấy chữ hoa D ở đâu? Vì sao cần phải viết hoa?</w:t>
            </w:r>
          </w:p>
        </w:tc>
        <w:tc>
          <w:tcPr>
            <w:tcW w:w="5270" w:type="dxa"/>
            <w:tcBorders>
              <w:top w:val="nil"/>
              <w:left w:val="single" w:sz="8" w:space="0" w:color="000000"/>
              <w:bottom w:val="single" w:sz="4" w:space="0" w:color="000000"/>
              <w:right w:val="single" w:sz="8" w:space="0" w:color="000000"/>
            </w:tcBorders>
          </w:tcPr>
          <w:p w14:paraId="39110BFA" w14:textId="77777777" w:rsidR="00215E3A" w:rsidRDefault="00A20486" w:rsidP="001F687B">
            <w:pPr>
              <w:shd w:val="clear" w:color="auto" w:fill="FFFFFF" w:themeFill="background1"/>
              <w:jc w:val="both"/>
            </w:pPr>
            <w:r>
              <w:t>- HS trả lời: Em thấy chữ hoa D ở đầu tên riêng, đầu câu, tên bài. Cần viết hoa để đúng chính tả và thể hiện sự trang trọng.</w:t>
            </w:r>
          </w:p>
        </w:tc>
      </w:tr>
      <w:tr w:rsidR="00215E3A" w14:paraId="0689841E"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0C0A60DD" w14:textId="77777777" w:rsidR="00215E3A" w:rsidRDefault="00A20486" w:rsidP="001F687B">
            <w:pPr>
              <w:shd w:val="clear" w:color="auto" w:fill="FFFFFF" w:themeFill="background1"/>
              <w:jc w:val="both"/>
            </w:pPr>
            <w:r>
              <w:rPr>
                <w:b/>
                <w:color w:val="008000"/>
              </w:rPr>
              <w:t>3. Thực hành (15 phút)</w:t>
            </w:r>
          </w:p>
          <w:p w14:paraId="0532BD01" w14:textId="77777777" w:rsidR="00215E3A" w:rsidRDefault="00A20486" w:rsidP="001F687B">
            <w:pPr>
              <w:shd w:val="clear" w:color="auto" w:fill="FFFFFF" w:themeFill="background1"/>
              <w:jc w:val="both"/>
            </w:pPr>
            <w:r>
              <w:rPr>
                <w:b/>
                <w:color w:val="008000"/>
              </w:rPr>
              <w:t>Mục tiêu: Giúp HS biết cách viết, trình bày câu ứng dụng có chữ hoa D.</w:t>
            </w:r>
          </w:p>
        </w:tc>
      </w:tr>
      <w:tr w:rsidR="00215E3A" w14:paraId="294AEE80" w14:textId="77777777" w:rsidTr="001F687B">
        <w:trPr>
          <w:jc w:val="center"/>
        </w:trPr>
        <w:tc>
          <w:tcPr>
            <w:tcW w:w="5270" w:type="dxa"/>
            <w:tcBorders>
              <w:top w:val="single" w:sz="4" w:space="0" w:color="000000"/>
              <w:left w:val="single" w:sz="8" w:space="0" w:color="000000"/>
              <w:bottom w:val="nil"/>
              <w:right w:val="single" w:sz="8" w:space="0" w:color="000000"/>
            </w:tcBorders>
          </w:tcPr>
          <w:p w14:paraId="649E2194" w14:textId="77777777" w:rsidR="00215E3A" w:rsidRDefault="00A20486" w:rsidP="001F687B">
            <w:pPr>
              <w:shd w:val="clear" w:color="auto" w:fill="FFFFFF" w:themeFill="background1"/>
              <w:jc w:val="both"/>
            </w:pPr>
            <w:r>
              <w:rPr>
                <w:b/>
                <w:color w:val="006100"/>
              </w:rPr>
              <w:t>Hoạt động 2: Hướng dẫn viết câu ứng dụng.</w:t>
            </w:r>
          </w:p>
          <w:p w14:paraId="217B0AD3" w14:textId="77777777" w:rsidR="00215E3A" w:rsidRDefault="00A20486" w:rsidP="001F687B">
            <w:pPr>
              <w:shd w:val="clear" w:color="auto" w:fill="FFFFFF" w:themeFill="background1"/>
              <w:jc w:val="both"/>
            </w:pPr>
            <w:r>
              <w:t>- GV yêu cầu HS đọc câu ứng dụng: “Dung dăng dung dẻ - Dắt trẻ đi chơi.”</w:t>
            </w:r>
          </w:p>
        </w:tc>
        <w:tc>
          <w:tcPr>
            <w:tcW w:w="5270" w:type="dxa"/>
            <w:tcBorders>
              <w:top w:val="single" w:sz="4" w:space="0" w:color="000000"/>
              <w:left w:val="single" w:sz="8" w:space="0" w:color="000000"/>
              <w:bottom w:val="nil"/>
              <w:right w:val="single" w:sz="8" w:space="0" w:color="000000"/>
            </w:tcBorders>
          </w:tcPr>
          <w:p w14:paraId="085B1540" w14:textId="77777777" w:rsidR="00215E3A" w:rsidRDefault="00A20486" w:rsidP="001F687B">
            <w:pPr>
              <w:shd w:val="clear" w:color="auto" w:fill="FFFFFF" w:themeFill="background1"/>
              <w:jc w:val="both"/>
            </w:pPr>
            <w:r>
              <w:t>- HS đọc câu ứng dụng: Dung dăng dung dẻ - Dắt trẻ đi chơi.</w:t>
            </w:r>
          </w:p>
        </w:tc>
      </w:tr>
      <w:tr w:rsidR="00215E3A" w14:paraId="2922BDBD" w14:textId="77777777" w:rsidTr="001F687B">
        <w:trPr>
          <w:jc w:val="center"/>
        </w:trPr>
        <w:tc>
          <w:tcPr>
            <w:tcW w:w="5270" w:type="dxa"/>
            <w:tcBorders>
              <w:top w:val="nil"/>
              <w:left w:val="single" w:sz="8" w:space="0" w:color="000000"/>
              <w:bottom w:val="nil"/>
              <w:right w:val="single" w:sz="8" w:space="0" w:color="000000"/>
            </w:tcBorders>
          </w:tcPr>
          <w:p w14:paraId="3AAC6B75" w14:textId="77777777" w:rsidR="00215E3A" w:rsidRDefault="00A20486" w:rsidP="001F687B">
            <w:pPr>
              <w:shd w:val="clear" w:color="auto" w:fill="FFFFFF" w:themeFill="background1"/>
              <w:jc w:val="both"/>
            </w:pPr>
            <w:r>
              <w:t>- GV giới thiệu: Câu ứng dụng là câu mở đầu trong bài đồng dao “Dung dăng dung dẻ”. Đây là bài đồng dao gắn bó với tuổi thơ, thể hiện sự hồn nhiên, ngây ngô của trẻ thơ.</w:t>
            </w:r>
          </w:p>
        </w:tc>
        <w:tc>
          <w:tcPr>
            <w:tcW w:w="5270" w:type="dxa"/>
            <w:tcBorders>
              <w:top w:val="nil"/>
              <w:left w:val="single" w:sz="8" w:space="0" w:color="000000"/>
              <w:bottom w:val="nil"/>
              <w:right w:val="single" w:sz="8" w:space="0" w:color="000000"/>
            </w:tcBorders>
          </w:tcPr>
          <w:p w14:paraId="03A341DF" w14:textId="77777777" w:rsidR="00215E3A" w:rsidRDefault="00A20486" w:rsidP="001F687B">
            <w:pPr>
              <w:shd w:val="clear" w:color="auto" w:fill="FFFFFF" w:themeFill="background1"/>
              <w:jc w:val="both"/>
            </w:pPr>
            <w:r>
              <w:t>- HS lắng nghe, hiểu ý nghĩa câu ứng dụng.</w:t>
            </w:r>
          </w:p>
        </w:tc>
      </w:tr>
      <w:tr w:rsidR="00215E3A" w14:paraId="0D4CF321" w14:textId="77777777" w:rsidTr="001F687B">
        <w:trPr>
          <w:jc w:val="center"/>
        </w:trPr>
        <w:tc>
          <w:tcPr>
            <w:tcW w:w="5270" w:type="dxa"/>
            <w:tcBorders>
              <w:top w:val="nil"/>
              <w:left w:val="single" w:sz="8" w:space="0" w:color="000000"/>
              <w:bottom w:val="nil"/>
              <w:right w:val="single" w:sz="8" w:space="0" w:color="000000"/>
            </w:tcBorders>
          </w:tcPr>
          <w:p w14:paraId="34D5B834" w14:textId="77777777" w:rsidR="00215E3A" w:rsidRDefault="00A20486" w:rsidP="001F687B">
            <w:pPr>
              <w:shd w:val="clear" w:color="auto" w:fill="FFFFFF" w:themeFill="background1"/>
              <w:jc w:val="both"/>
            </w:pPr>
            <w:r>
              <w:t>- GV chiếu mẫu câu ứng dụng.</w:t>
            </w:r>
          </w:p>
        </w:tc>
        <w:tc>
          <w:tcPr>
            <w:tcW w:w="5270" w:type="dxa"/>
            <w:tcBorders>
              <w:top w:val="nil"/>
              <w:left w:val="single" w:sz="8" w:space="0" w:color="000000"/>
              <w:bottom w:val="nil"/>
              <w:right w:val="single" w:sz="8" w:space="0" w:color="000000"/>
            </w:tcBorders>
          </w:tcPr>
          <w:p w14:paraId="060873BE" w14:textId="77777777" w:rsidR="00215E3A" w:rsidRDefault="00A20486" w:rsidP="001F687B">
            <w:pPr>
              <w:shd w:val="clear" w:color="auto" w:fill="FFFFFF" w:themeFill="background1"/>
              <w:jc w:val="both"/>
            </w:pPr>
            <w:r>
              <w:t>- HS quan sát mẫu câu ứng dụng trên bảng/màn hình.</w:t>
            </w:r>
          </w:p>
        </w:tc>
      </w:tr>
      <w:tr w:rsidR="00215E3A" w14:paraId="58EC6C16" w14:textId="77777777" w:rsidTr="001F687B">
        <w:trPr>
          <w:jc w:val="center"/>
        </w:trPr>
        <w:tc>
          <w:tcPr>
            <w:tcW w:w="5270" w:type="dxa"/>
            <w:tcBorders>
              <w:top w:val="nil"/>
              <w:left w:val="single" w:sz="8" w:space="0" w:color="000000"/>
              <w:bottom w:val="nil"/>
              <w:right w:val="single" w:sz="8" w:space="0" w:color="000000"/>
            </w:tcBorders>
          </w:tcPr>
          <w:p w14:paraId="5C17E7D1" w14:textId="77777777" w:rsidR="00215E3A" w:rsidRDefault="00A20486" w:rsidP="001F687B">
            <w:pPr>
              <w:shd w:val="clear" w:color="auto" w:fill="FFFFFF" w:themeFill="background1"/>
              <w:jc w:val="both"/>
            </w:pPr>
            <w:r>
              <w:t>- GV hỏi: Trong câu ứng dụng chữ nào viết hoa? Vì sao phải viết hoa chữ đó?</w:t>
            </w:r>
          </w:p>
        </w:tc>
        <w:tc>
          <w:tcPr>
            <w:tcW w:w="5270" w:type="dxa"/>
            <w:tcBorders>
              <w:top w:val="nil"/>
              <w:left w:val="single" w:sz="8" w:space="0" w:color="000000"/>
              <w:bottom w:val="nil"/>
              <w:right w:val="single" w:sz="8" w:space="0" w:color="000000"/>
            </w:tcBorders>
          </w:tcPr>
          <w:p w14:paraId="1C252AEC" w14:textId="77777777" w:rsidR="00215E3A" w:rsidRDefault="00A20486" w:rsidP="001F687B">
            <w:pPr>
              <w:shd w:val="clear" w:color="auto" w:fill="FFFFFF" w:themeFill="background1"/>
              <w:jc w:val="both"/>
            </w:pPr>
            <w:r>
              <w:t>- HS trả lời: Chữ D viết hoa vì đứng đầu câu.</w:t>
            </w:r>
          </w:p>
        </w:tc>
      </w:tr>
      <w:tr w:rsidR="00215E3A" w14:paraId="18470EFA" w14:textId="77777777" w:rsidTr="001F687B">
        <w:trPr>
          <w:jc w:val="center"/>
        </w:trPr>
        <w:tc>
          <w:tcPr>
            <w:tcW w:w="5270" w:type="dxa"/>
            <w:tcBorders>
              <w:top w:val="nil"/>
              <w:left w:val="single" w:sz="8" w:space="0" w:color="000000"/>
              <w:bottom w:val="nil"/>
              <w:right w:val="single" w:sz="8" w:space="0" w:color="000000"/>
            </w:tcBorders>
          </w:tcPr>
          <w:p w14:paraId="00FB655B" w14:textId="77777777" w:rsidR="00215E3A" w:rsidRDefault="00A20486" w:rsidP="001F687B">
            <w:pPr>
              <w:shd w:val="clear" w:color="auto" w:fill="FFFFFF" w:themeFill="background1"/>
              <w:jc w:val="both"/>
            </w:pPr>
            <w:r>
              <w:t>- GV hỏi: Nêu cách nối chữ viết hoa với chữ viết thường.</w:t>
            </w:r>
          </w:p>
        </w:tc>
        <w:tc>
          <w:tcPr>
            <w:tcW w:w="5270" w:type="dxa"/>
            <w:tcBorders>
              <w:top w:val="nil"/>
              <w:left w:val="single" w:sz="8" w:space="0" w:color="000000"/>
              <w:bottom w:val="nil"/>
              <w:right w:val="single" w:sz="8" w:space="0" w:color="000000"/>
            </w:tcBorders>
          </w:tcPr>
          <w:p w14:paraId="476C13F9" w14:textId="77777777" w:rsidR="00215E3A" w:rsidRDefault="00A20486" w:rsidP="001F687B">
            <w:pPr>
              <w:shd w:val="clear" w:color="auto" w:fill="FFFFFF" w:themeFill="background1"/>
              <w:jc w:val="both"/>
            </w:pPr>
            <w:r>
              <w:t>- HS trả lời: Nét 1 của chữ u cách nét cong phải của chữ hoa D nửa ô li.</w:t>
            </w:r>
          </w:p>
        </w:tc>
      </w:tr>
      <w:tr w:rsidR="00215E3A" w14:paraId="288F8526" w14:textId="77777777" w:rsidTr="001F687B">
        <w:trPr>
          <w:jc w:val="center"/>
        </w:trPr>
        <w:tc>
          <w:tcPr>
            <w:tcW w:w="5270" w:type="dxa"/>
            <w:tcBorders>
              <w:top w:val="nil"/>
              <w:left w:val="single" w:sz="8" w:space="0" w:color="000000"/>
              <w:bottom w:val="nil"/>
              <w:right w:val="single" w:sz="8" w:space="0" w:color="000000"/>
            </w:tcBorders>
          </w:tcPr>
          <w:p w14:paraId="791651C0" w14:textId="77777777" w:rsidR="00215E3A" w:rsidRDefault="00A20486" w:rsidP="001F687B">
            <w:pPr>
              <w:shd w:val="clear" w:color="auto" w:fill="FFFFFF" w:themeFill="background1"/>
              <w:jc w:val="both"/>
            </w:pPr>
            <w:r>
              <w:t>- GV hỏi: Khoảng cách giữa các chữ ghi tiếng trong câu bằng bao nhiêu?</w:t>
            </w:r>
          </w:p>
        </w:tc>
        <w:tc>
          <w:tcPr>
            <w:tcW w:w="5270" w:type="dxa"/>
            <w:tcBorders>
              <w:top w:val="nil"/>
              <w:left w:val="single" w:sz="8" w:space="0" w:color="000000"/>
              <w:bottom w:val="nil"/>
              <w:right w:val="single" w:sz="8" w:space="0" w:color="000000"/>
            </w:tcBorders>
          </w:tcPr>
          <w:p w14:paraId="684B3725" w14:textId="77777777" w:rsidR="00215E3A" w:rsidRDefault="00A20486" w:rsidP="001F687B">
            <w:pPr>
              <w:shd w:val="clear" w:color="auto" w:fill="FFFFFF" w:themeFill="background1"/>
              <w:jc w:val="both"/>
            </w:pPr>
            <w:r>
              <w:t>- HS trả lời: Khoảng cách giữa các chữ ghi tiếng bằng khoảng cách một chữ cái o.</w:t>
            </w:r>
          </w:p>
        </w:tc>
      </w:tr>
      <w:tr w:rsidR="00215E3A" w14:paraId="363480C5" w14:textId="77777777" w:rsidTr="001F687B">
        <w:trPr>
          <w:jc w:val="center"/>
        </w:trPr>
        <w:tc>
          <w:tcPr>
            <w:tcW w:w="5270" w:type="dxa"/>
            <w:tcBorders>
              <w:top w:val="nil"/>
              <w:left w:val="single" w:sz="8" w:space="0" w:color="000000"/>
              <w:bottom w:val="nil"/>
              <w:right w:val="single" w:sz="8" w:space="0" w:color="000000"/>
            </w:tcBorders>
          </w:tcPr>
          <w:p w14:paraId="24F3BC34" w14:textId="77777777" w:rsidR="00215E3A" w:rsidRDefault="00A20486" w:rsidP="001F687B">
            <w:pPr>
              <w:shd w:val="clear" w:color="auto" w:fill="FFFFFF" w:themeFill="background1"/>
              <w:jc w:val="both"/>
            </w:pPr>
            <w:r>
              <w:t>- GV hỏi: Những chữ cái nào cao 2,5 li? Những chữ cái nào cao 2 li? Con chữ t, r cao bao nhiêu?</w:t>
            </w:r>
          </w:p>
        </w:tc>
        <w:tc>
          <w:tcPr>
            <w:tcW w:w="5270" w:type="dxa"/>
            <w:tcBorders>
              <w:top w:val="nil"/>
              <w:left w:val="single" w:sz="8" w:space="0" w:color="000000"/>
              <w:bottom w:val="nil"/>
              <w:right w:val="single" w:sz="8" w:space="0" w:color="000000"/>
            </w:tcBorders>
          </w:tcPr>
          <w:p w14:paraId="3587CF9D" w14:textId="77777777" w:rsidR="00215E3A" w:rsidRDefault="00A20486" w:rsidP="001F687B">
            <w:pPr>
              <w:shd w:val="clear" w:color="auto" w:fill="FFFFFF" w:themeFill="background1"/>
              <w:jc w:val="both"/>
            </w:pPr>
            <w:r>
              <w:t>- HS trả lời: Chữ hoa D, h, g cao 2,5 li; d, đ cao 2 li; t cao 1,5 li; r cao 1,25 li; các chữ còn lại cao 1 li.</w:t>
            </w:r>
          </w:p>
        </w:tc>
      </w:tr>
      <w:tr w:rsidR="00215E3A" w14:paraId="11573B46" w14:textId="77777777" w:rsidTr="001F687B">
        <w:trPr>
          <w:jc w:val="center"/>
        </w:trPr>
        <w:tc>
          <w:tcPr>
            <w:tcW w:w="5270" w:type="dxa"/>
            <w:tcBorders>
              <w:top w:val="nil"/>
              <w:left w:val="single" w:sz="8" w:space="0" w:color="000000"/>
              <w:bottom w:val="nil"/>
              <w:right w:val="single" w:sz="8" w:space="0" w:color="000000"/>
            </w:tcBorders>
          </w:tcPr>
          <w:p w14:paraId="173CCB07" w14:textId="77777777" w:rsidR="00215E3A" w:rsidRDefault="00A20486" w:rsidP="001F687B">
            <w:pPr>
              <w:shd w:val="clear" w:color="auto" w:fill="FFFFFF" w:themeFill="background1"/>
              <w:jc w:val="both"/>
            </w:pPr>
            <w:r>
              <w:t>- GV hỏi: Cách đặt dấu thanh ở các chữ cái và vị trí đặt dấu chấm cuối câu như thế nào?</w:t>
            </w:r>
          </w:p>
        </w:tc>
        <w:tc>
          <w:tcPr>
            <w:tcW w:w="5270" w:type="dxa"/>
            <w:tcBorders>
              <w:top w:val="nil"/>
              <w:left w:val="single" w:sz="8" w:space="0" w:color="000000"/>
              <w:bottom w:val="nil"/>
              <w:right w:val="single" w:sz="8" w:space="0" w:color="000000"/>
            </w:tcBorders>
          </w:tcPr>
          <w:p w14:paraId="12458DA2" w14:textId="77777777" w:rsidR="00215E3A" w:rsidRDefault="00A20486" w:rsidP="001F687B">
            <w:pPr>
              <w:shd w:val="clear" w:color="auto" w:fill="FFFFFF" w:themeFill="background1"/>
              <w:jc w:val="both"/>
            </w:pPr>
            <w:r>
              <w:t>- HS trả lời: Dấu hỏi đặt trên chữ e trong tiếng dẻ, trẻ; dấu chấm đặt ngay sau chữ cái i trong tiếng chơi.</w:t>
            </w:r>
          </w:p>
        </w:tc>
      </w:tr>
      <w:tr w:rsidR="00215E3A" w14:paraId="68D011BB" w14:textId="77777777" w:rsidTr="001F687B">
        <w:trPr>
          <w:jc w:val="center"/>
        </w:trPr>
        <w:tc>
          <w:tcPr>
            <w:tcW w:w="5270" w:type="dxa"/>
            <w:tcBorders>
              <w:top w:val="nil"/>
              <w:left w:val="single" w:sz="8" w:space="0" w:color="000000"/>
              <w:bottom w:val="nil"/>
              <w:right w:val="single" w:sz="8" w:space="0" w:color="000000"/>
            </w:tcBorders>
          </w:tcPr>
          <w:p w14:paraId="5A89A17A" w14:textId="77777777" w:rsidR="00215E3A" w:rsidRDefault="00A20486" w:rsidP="001F687B">
            <w:pPr>
              <w:shd w:val="clear" w:color="auto" w:fill="FFFFFF" w:themeFill="background1"/>
              <w:jc w:val="both"/>
            </w:pPr>
            <w:r>
              <w:t>- GV chiếu bài viết mẫu câu ứng dụng lên bảng/viết mẫu.</w:t>
            </w:r>
          </w:p>
        </w:tc>
        <w:tc>
          <w:tcPr>
            <w:tcW w:w="5270" w:type="dxa"/>
            <w:tcBorders>
              <w:top w:val="nil"/>
              <w:left w:val="single" w:sz="8" w:space="0" w:color="000000"/>
              <w:bottom w:val="nil"/>
              <w:right w:val="single" w:sz="8" w:space="0" w:color="000000"/>
            </w:tcBorders>
          </w:tcPr>
          <w:p w14:paraId="6D04B63C" w14:textId="77777777" w:rsidR="00215E3A" w:rsidRDefault="00A20486" w:rsidP="001F687B">
            <w:pPr>
              <w:shd w:val="clear" w:color="auto" w:fill="FFFFFF" w:themeFill="background1"/>
              <w:jc w:val="both"/>
            </w:pPr>
            <w:r>
              <w:t>- HS quan sát GV viết mẫu câu ứng dụng trên bảng lớp/bảng phụ.</w:t>
            </w:r>
          </w:p>
        </w:tc>
      </w:tr>
      <w:tr w:rsidR="00215E3A" w14:paraId="24D3AF9B" w14:textId="77777777" w:rsidTr="001F687B">
        <w:trPr>
          <w:jc w:val="center"/>
        </w:trPr>
        <w:tc>
          <w:tcPr>
            <w:tcW w:w="5270" w:type="dxa"/>
            <w:tcBorders>
              <w:top w:val="nil"/>
              <w:left w:val="single" w:sz="8" w:space="0" w:color="000000"/>
              <w:bottom w:val="nil"/>
              <w:right w:val="single" w:sz="8" w:space="0" w:color="000000"/>
            </w:tcBorders>
          </w:tcPr>
          <w:p w14:paraId="11452F8B" w14:textId="77777777" w:rsidR="00215E3A" w:rsidRDefault="00A20486" w:rsidP="001F687B">
            <w:pPr>
              <w:shd w:val="clear" w:color="auto" w:fill="FFFFFF" w:themeFill="background1"/>
              <w:jc w:val="both"/>
            </w:pPr>
            <w:r>
              <w:t>- GV tổ chức cho HS viết vở; quan sát, hướng dẫn những HS gặp khó khăn.</w:t>
            </w:r>
          </w:p>
        </w:tc>
        <w:tc>
          <w:tcPr>
            <w:tcW w:w="5270" w:type="dxa"/>
            <w:tcBorders>
              <w:top w:val="nil"/>
              <w:left w:val="single" w:sz="8" w:space="0" w:color="000000"/>
              <w:bottom w:val="nil"/>
              <w:right w:val="single" w:sz="8" w:space="0" w:color="000000"/>
            </w:tcBorders>
          </w:tcPr>
          <w:p w14:paraId="263D9D99" w14:textId="77777777" w:rsidR="00215E3A" w:rsidRDefault="00A20486" w:rsidP="001F687B">
            <w:pPr>
              <w:shd w:val="clear" w:color="auto" w:fill="FFFFFF" w:themeFill="background1"/>
              <w:jc w:val="both"/>
            </w:pPr>
            <w:r>
              <w:t>- HS viết vào vở Tập viết 2 tập một, giữ tư thế đúng và viết cẩn thận.</w:t>
            </w:r>
          </w:p>
        </w:tc>
      </w:tr>
      <w:tr w:rsidR="00215E3A" w14:paraId="766C6F3F" w14:textId="77777777" w:rsidTr="001F687B">
        <w:trPr>
          <w:jc w:val="center"/>
        </w:trPr>
        <w:tc>
          <w:tcPr>
            <w:tcW w:w="5270" w:type="dxa"/>
            <w:tcBorders>
              <w:top w:val="nil"/>
              <w:left w:val="single" w:sz="8" w:space="0" w:color="000000"/>
              <w:bottom w:val="nil"/>
              <w:right w:val="single" w:sz="8" w:space="0" w:color="000000"/>
            </w:tcBorders>
          </w:tcPr>
          <w:p w14:paraId="6804898C" w14:textId="77777777" w:rsidR="00215E3A" w:rsidRDefault="00A20486" w:rsidP="001F687B">
            <w:pPr>
              <w:shd w:val="clear" w:color="auto" w:fill="FFFFFF" w:themeFill="background1"/>
              <w:jc w:val="both"/>
            </w:pPr>
            <w:r>
              <w:rPr>
                <w:b/>
                <w:color w:val="006100"/>
              </w:rPr>
              <w:t>Hoạt động 3: Soát lỗi, chữa bài.</w:t>
            </w:r>
          </w:p>
          <w:p w14:paraId="111DC190" w14:textId="77777777" w:rsidR="00215E3A" w:rsidRDefault="00A20486" w:rsidP="001F687B">
            <w:pPr>
              <w:shd w:val="clear" w:color="auto" w:fill="FFFFFF" w:themeFill="background1"/>
              <w:jc w:val="both"/>
            </w:pPr>
            <w:r>
              <w:t>- GV yêu cầu HS đổi vở cho nhau để phát hiện lỗi và góp ý theo cặp đôi.</w:t>
            </w:r>
          </w:p>
        </w:tc>
        <w:tc>
          <w:tcPr>
            <w:tcW w:w="5270" w:type="dxa"/>
            <w:tcBorders>
              <w:top w:val="nil"/>
              <w:left w:val="single" w:sz="8" w:space="0" w:color="000000"/>
              <w:bottom w:val="nil"/>
              <w:right w:val="single" w:sz="8" w:space="0" w:color="000000"/>
            </w:tcBorders>
          </w:tcPr>
          <w:p w14:paraId="3D9774E6" w14:textId="77777777" w:rsidR="00215E3A" w:rsidRDefault="00A20486" w:rsidP="001F687B">
            <w:pPr>
              <w:shd w:val="clear" w:color="auto" w:fill="FFFFFF" w:themeFill="background1"/>
              <w:jc w:val="both"/>
            </w:pPr>
            <w:r>
              <w:t>- HS đổi vở, phát hiện lỗi, góp ý cho bạn về độ cao, khoảng cách và dấu thanh.</w:t>
            </w:r>
          </w:p>
        </w:tc>
      </w:tr>
      <w:tr w:rsidR="00215E3A" w14:paraId="51CFBDF2" w14:textId="77777777" w:rsidTr="001F687B">
        <w:trPr>
          <w:jc w:val="center"/>
        </w:trPr>
        <w:tc>
          <w:tcPr>
            <w:tcW w:w="5270" w:type="dxa"/>
            <w:tcBorders>
              <w:top w:val="nil"/>
              <w:left w:val="single" w:sz="8" w:space="0" w:color="000000"/>
              <w:bottom w:val="nil"/>
              <w:right w:val="single" w:sz="8" w:space="0" w:color="000000"/>
            </w:tcBorders>
          </w:tcPr>
          <w:p w14:paraId="38F4BFF8" w14:textId="77777777" w:rsidR="00215E3A" w:rsidRDefault="00A20486" w:rsidP="001F687B">
            <w:pPr>
              <w:shd w:val="clear" w:color="auto" w:fill="FFFFFF" w:themeFill="background1"/>
              <w:jc w:val="both"/>
            </w:pPr>
            <w:r>
              <w:t>- GV chữa một số bài trên lớp, nhận xét, động viên khen ngợi các em.</w:t>
            </w:r>
          </w:p>
        </w:tc>
        <w:tc>
          <w:tcPr>
            <w:tcW w:w="5270" w:type="dxa"/>
            <w:tcBorders>
              <w:top w:val="nil"/>
              <w:left w:val="single" w:sz="8" w:space="0" w:color="000000"/>
              <w:bottom w:val="nil"/>
              <w:right w:val="single" w:sz="8" w:space="0" w:color="000000"/>
            </w:tcBorders>
          </w:tcPr>
          <w:p w14:paraId="20755F24" w14:textId="77777777" w:rsidR="00215E3A" w:rsidRDefault="00A20486" w:rsidP="001F687B">
            <w:pPr>
              <w:shd w:val="clear" w:color="auto" w:fill="FFFFFF" w:themeFill="background1"/>
              <w:jc w:val="both"/>
            </w:pPr>
            <w:r>
              <w:t>- HS chú ý, tự sửa sai nếu có.</w:t>
            </w:r>
          </w:p>
        </w:tc>
      </w:tr>
      <w:tr w:rsidR="00215E3A" w14:paraId="68A00271" w14:textId="77777777" w:rsidTr="001F687B">
        <w:trPr>
          <w:jc w:val="center"/>
        </w:trPr>
        <w:tc>
          <w:tcPr>
            <w:tcW w:w="5270" w:type="dxa"/>
            <w:tcBorders>
              <w:top w:val="nil"/>
              <w:left w:val="single" w:sz="8" w:space="0" w:color="000000"/>
              <w:bottom w:val="single" w:sz="4" w:space="0" w:color="000000"/>
              <w:right w:val="single" w:sz="8" w:space="0" w:color="000000"/>
            </w:tcBorders>
          </w:tcPr>
          <w:p w14:paraId="29B6CCE6" w14:textId="77777777" w:rsidR="00215E3A" w:rsidRDefault="00A20486" w:rsidP="001F687B">
            <w:pPr>
              <w:shd w:val="clear" w:color="auto" w:fill="FFFFFF" w:themeFill="background1"/>
              <w:jc w:val="both"/>
            </w:pPr>
            <w:r>
              <w:t>- GV mở rộng: Em hãy tìm thêm một số câu chứa tiếng có chữ hoa D.</w:t>
            </w:r>
          </w:p>
        </w:tc>
        <w:tc>
          <w:tcPr>
            <w:tcW w:w="5270" w:type="dxa"/>
            <w:tcBorders>
              <w:top w:val="nil"/>
              <w:left w:val="single" w:sz="8" w:space="0" w:color="000000"/>
              <w:bottom w:val="single" w:sz="4" w:space="0" w:color="000000"/>
              <w:right w:val="single" w:sz="8" w:space="0" w:color="000000"/>
            </w:tcBorders>
          </w:tcPr>
          <w:p w14:paraId="64DF612E" w14:textId="77777777" w:rsidR="00215E3A" w:rsidRDefault="00A20486" w:rsidP="001F687B">
            <w:pPr>
              <w:shd w:val="clear" w:color="auto" w:fill="FFFFFF" w:themeFill="background1"/>
              <w:jc w:val="both"/>
            </w:pPr>
            <w:r>
              <w:t>- HS nêu: Dũng đi học đúng giờ. Dung giúp mẹ dọn bàn. Đầu câu cần viết hoa chữ D.</w:t>
            </w:r>
          </w:p>
        </w:tc>
      </w:tr>
      <w:tr w:rsidR="003B638A" w14:paraId="7E772001"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5D8A95FF" w14:textId="77777777" w:rsidR="003B638A" w:rsidRDefault="001B3E3F" w:rsidP="001F687B">
            <w:pPr>
              <w:shd w:val="clear" w:color="auto" w:fill="FFFFFF" w:themeFill="background1"/>
            </w:pPr>
            <w:r>
              <w:rPr>
                <w:b/>
                <w:color w:val="008000"/>
              </w:rPr>
              <w:t>4. Vận dụng (5 phút)</w:t>
            </w:r>
          </w:p>
          <w:p w14:paraId="28A93586" w14:textId="77777777" w:rsidR="003B638A" w:rsidRDefault="001B3E3F" w:rsidP="001F687B">
            <w:pPr>
              <w:shd w:val="clear" w:color="auto" w:fill="FFFFFF" w:themeFill="background1"/>
            </w:pPr>
            <w:r>
              <w:rPr>
                <w:b/>
                <w:color w:val="008000"/>
              </w:rPr>
              <w:t>Mục tiêu: Củng cố quy trình viết chữ hoa D; rèn thói quen soát lỗi khi viết.</w:t>
            </w:r>
          </w:p>
        </w:tc>
      </w:tr>
      <w:tr w:rsidR="003B638A" w14:paraId="278E1719" w14:textId="77777777" w:rsidTr="001F687B">
        <w:trPr>
          <w:jc w:val="center"/>
        </w:trPr>
        <w:tc>
          <w:tcPr>
            <w:tcW w:w="5270" w:type="dxa"/>
            <w:tcBorders>
              <w:top w:val="single" w:sz="4" w:space="0" w:color="000000"/>
              <w:bottom w:val="nil"/>
            </w:tcBorders>
          </w:tcPr>
          <w:p w14:paraId="3B13CDC2" w14:textId="77777777" w:rsidR="003B638A" w:rsidRDefault="001B3E3F" w:rsidP="001F687B">
            <w:pPr>
              <w:shd w:val="clear" w:color="auto" w:fill="FFFFFF" w:themeFill="background1"/>
            </w:pPr>
            <w:r>
              <w:lastRenderedPageBreak/>
              <w:t>- GV yêu cầu HS nhắc lại điểm đặt bút, hướng đưa bút và điểm dừng bút khi viết chữ hoa D.</w:t>
            </w:r>
          </w:p>
        </w:tc>
        <w:tc>
          <w:tcPr>
            <w:tcW w:w="5270" w:type="dxa"/>
            <w:tcBorders>
              <w:top w:val="single" w:sz="4" w:space="0" w:color="000000"/>
              <w:bottom w:val="nil"/>
            </w:tcBorders>
          </w:tcPr>
          <w:p w14:paraId="01C96E03" w14:textId="77777777" w:rsidR="003B638A" w:rsidRDefault="001B3E3F" w:rsidP="001F687B">
            <w:pPr>
              <w:shd w:val="clear" w:color="auto" w:fill="FFFFFF" w:themeFill="background1"/>
            </w:pPr>
            <w:r>
              <w:t>- HS nêu: Đặt bút trên đường kẻ ngang 6, viết nét lượn hai đầu, chuyển sang nét cong phải, tạo vòng xoắn nhỏ ở chân chữ và dừng bút trên đường kẻ ngang 5.</w:t>
            </w:r>
          </w:p>
        </w:tc>
      </w:tr>
      <w:tr w:rsidR="003B638A" w14:paraId="0C77ABEE" w14:textId="77777777" w:rsidTr="001F687B">
        <w:trPr>
          <w:jc w:val="center"/>
        </w:trPr>
        <w:tc>
          <w:tcPr>
            <w:tcW w:w="5270" w:type="dxa"/>
            <w:tcBorders>
              <w:top w:val="nil"/>
            </w:tcBorders>
          </w:tcPr>
          <w:p w14:paraId="1118E1CB" w14:textId="77777777" w:rsidR="003B638A" w:rsidRDefault="001B3E3F" w:rsidP="001F687B">
            <w:pPr>
              <w:shd w:val="clear" w:color="auto" w:fill="FFFFFF" w:themeFill="background1"/>
            </w:pPr>
            <w:r>
              <w:t>- Dặn dò: Về nhà luyện viết thêm chữ hoa D và câu ứng dụng trong vở nháp; chuẩn bị bài Nói và nghe.</w:t>
            </w:r>
          </w:p>
        </w:tc>
        <w:tc>
          <w:tcPr>
            <w:tcW w:w="5270" w:type="dxa"/>
            <w:tcBorders>
              <w:top w:val="nil"/>
            </w:tcBorders>
          </w:tcPr>
          <w:p w14:paraId="029AECB6" w14:textId="77777777" w:rsidR="003B638A" w:rsidRDefault="001B3E3F" w:rsidP="001F687B">
            <w:pPr>
              <w:shd w:val="clear" w:color="auto" w:fill="FFFFFF" w:themeFill="background1"/>
            </w:pPr>
            <w:r>
              <w:t>- HS ghi nhớ: Em luyện viết thêm, soát lỗi độ cao, khoảng cách, dấu thanh và chuẩn bị bài sau.</w:t>
            </w:r>
          </w:p>
        </w:tc>
      </w:tr>
    </w:tbl>
    <w:p w14:paraId="660B8A93" w14:textId="77777777" w:rsidR="00215E3A" w:rsidRDefault="00A20486" w:rsidP="001F687B">
      <w:pPr>
        <w:shd w:val="clear" w:color="auto" w:fill="FFFFFF" w:themeFill="background1"/>
        <w:spacing w:after="0" w:line="240" w:lineRule="auto"/>
        <w:jc w:val="both"/>
      </w:pPr>
      <w:r>
        <w:rPr>
          <w:b/>
          <w:color w:val="000000"/>
        </w:rPr>
        <w:t>IV. ĐIỀU CHỈNH SAU TIẾT DẠY (NẾU CÓ):</w:t>
      </w:r>
    </w:p>
    <w:p w14:paraId="63D01450" w14:textId="77777777" w:rsidR="00215E3A" w:rsidRDefault="00A20486" w:rsidP="001F687B">
      <w:pPr>
        <w:shd w:val="clear" w:color="auto" w:fill="FFFFFF" w:themeFill="background1"/>
        <w:spacing w:after="0" w:line="240" w:lineRule="auto"/>
        <w:jc w:val="both"/>
      </w:pPr>
      <w:r>
        <w:rPr>
          <w:color w:val="000000"/>
        </w:rPr>
        <w:t>................................................................................................................................................</w:t>
      </w:r>
    </w:p>
    <w:p w14:paraId="40A839B3" w14:textId="79FF0A30" w:rsidR="00215E3A" w:rsidRDefault="00215E3A" w:rsidP="001F687B">
      <w:pPr>
        <w:shd w:val="clear" w:color="auto" w:fill="FFFFFF" w:themeFill="background1"/>
        <w:spacing w:after="0" w:line="240" w:lineRule="auto"/>
        <w:jc w:val="both"/>
      </w:pPr>
    </w:p>
    <w:p w14:paraId="10BA4C71" w14:textId="77777777" w:rsidR="00215E3A" w:rsidRDefault="003F1E52" w:rsidP="001F687B">
      <w:pPr>
        <w:shd w:val="clear" w:color="auto" w:fill="FFFFFF" w:themeFill="background1"/>
        <w:spacing w:after="0" w:line="240" w:lineRule="auto"/>
        <w:jc w:val="center"/>
      </w:pPr>
      <w:r>
        <w:rPr>
          <w:b/>
          <w:color w:val="000000"/>
        </w:rPr>
        <w:t>KẾ HOẠCH BÀI DẠY MÔN TIẾNG VIỆT LỚP 2</w:t>
      </w:r>
      <w:r w:rsidR="00A20486">
        <w:rPr>
          <w:b/>
          <w:color w:val="000000"/>
        </w:rPr>
        <w:t>- TUẦN 5</w:t>
      </w:r>
    </w:p>
    <w:p w14:paraId="5613384E" w14:textId="77777777" w:rsidR="00215E3A" w:rsidRDefault="00A20486" w:rsidP="001F687B">
      <w:pPr>
        <w:shd w:val="clear" w:color="auto" w:fill="FFFFFF" w:themeFill="background1"/>
        <w:spacing w:after="0" w:line="240" w:lineRule="auto"/>
        <w:jc w:val="center"/>
      </w:pPr>
      <w:r>
        <w:rPr>
          <w:b/>
          <w:color w:val="000000"/>
        </w:rPr>
        <w:t>CHỦ ĐỀ 2: ĐI HỌC VUI SAO</w:t>
      </w:r>
    </w:p>
    <w:p w14:paraId="3A63FD73" w14:textId="77777777" w:rsidR="00215E3A" w:rsidRDefault="00A20486" w:rsidP="001F687B">
      <w:pPr>
        <w:shd w:val="clear" w:color="auto" w:fill="FFFFFF" w:themeFill="background1"/>
        <w:spacing w:after="0" w:line="240" w:lineRule="auto"/>
        <w:jc w:val="center"/>
      </w:pPr>
      <w:r>
        <w:rPr>
          <w:b/>
          <w:color w:val="000000"/>
        </w:rPr>
        <w:t>BÀI 9: CÔ GIÁO LỚP EM</w:t>
      </w:r>
    </w:p>
    <w:p w14:paraId="28FEFAF2" w14:textId="77777777" w:rsidR="00215E3A" w:rsidRDefault="00A20486" w:rsidP="001F687B">
      <w:pPr>
        <w:shd w:val="clear" w:color="auto" w:fill="FFFFFF" w:themeFill="background1"/>
        <w:spacing w:after="0" w:line="240" w:lineRule="auto"/>
        <w:jc w:val="center"/>
      </w:pPr>
      <w:r>
        <w:rPr>
          <w:b/>
          <w:color w:val="000000"/>
        </w:rPr>
        <w:t>TIẾT 4: NÓI VÀ NGHE: KỂ CHUYỆN CẬU BÉ HAM HỌC</w:t>
      </w:r>
    </w:p>
    <w:p w14:paraId="58EDEB68" w14:textId="77777777" w:rsidR="00215E3A" w:rsidRDefault="00A20486" w:rsidP="001F687B">
      <w:pPr>
        <w:shd w:val="clear" w:color="auto" w:fill="FFFFFF" w:themeFill="background1"/>
        <w:spacing w:after="0" w:line="240" w:lineRule="auto"/>
        <w:jc w:val="both"/>
      </w:pPr>
      <w:r>
        <w:rPr>
          <w:b/>
          <w:color w:val="000000"/>
        </w:rPr>
        <w:t>I. YÊU CẦU CẦN ĐẠT</w:t>
      </w:r>
    </w:p>
    <w:p w14:paraId="3A6CD849" w14:textId="77777777" w:rsidR="00215E3A" w:rsidRDefault="00A20486" w:rsidP="001F687B">
      <w:pPr>
        <w:shd w:val="clear" w:color="auto" w:fill="FFFFFF" w:themeFill="background1"/>
        <w:spacing w:after="0" w:line="240" w:lineRule="auto"/>
        <w:jc w:val="both"/>
      </w:pPr>
      <w:r>
        <w:rPr>
          <w:b/>
          <w:color w:val="000000"/>
        </w:rPr>
        <w:t>1. Năng lực đặc thù:</w:t>
      </w:r>
    </w:p>
    <w:p w14:paraId="7CB24ABF" w14:textId="77777777" w:rsidR="00215E3A" w:rsidRDefault="00A20486" w:rsidP="001F687B">
      <w:pPr>
        <w:shd w:val="clear" w:color="auto" w:fill="FFFFFF" w:themeFill="background1"/>
        <w:spacing w:after="0" w:line="240" w:lineRule="auto"/>
        <w:jc w:val="both"/>
      </w:pPr>
      <w:r>
        <w:rPr>
          <w:color w:val="000000"/>
        </w:rPr>
        <w:t>- Dựa vào tranh, câu hỏi gợi ý để kể hoặc nói được nội dung Cô giáo lớp em.</w:t>
      </w:r>
    </w:p>
    <w:p w14:paraId="5EEA869C" w14:textId="77777777" w:rsidR="00215E3A" w:rsidRDefault="00A20486" w:rsidP="001F687B">
      <w:pPr>
        <w:shd w:val="clear" w:color="auto" w:fill="FFFFFF" w:themeFill="background1"/>
        <w:spacing w:after="0" w:line="240" w:lineRule="auto"/>
        <w:jc w:val="both"/>
      </w:pPr>
      <w:r>
        <w:rPr>
          <w:color w:val="000000"/>
        </w:rPr>
        <w:t>- Biết nghe bạn nói/kể, nhận xét và trao đổi chi tiết phù hợp.</w:t>
      </w:r>
    </w:p>
    <w:p w14:paraId="663AE703" w14:textId="77777777" w:rsidR="00215E3A" w:rsidRDefault="00A20486" w:rsidP="001F687B">
      <w:pPr>
        <w:shd w:val="clear" w:color="auto" w:fill="FFFFFF" w:themeFill="background1"/>
        <w:spacing w:after="0" w:line="240" w:lineRule="auto"/>
        <w:jc w:val="both"/>
      </w:pPr>
      <w:r>
        <w:rPr>
          <w:b/>
          <w:color w:val="000000"/>
        </w:rPr>
        <w:t>2. Năng lực chung:</w:t>
      </w:r>
    </w:p>
    <w:p w14:paraId="7CBD3DD8" w14:textId="77777777" w:rsidR="00215E3A" w:rsidRDefault="00A20486" w:rsidP="001F687B">
      <w:pPr>
        <w:shd w:val="clear" w:color="auto" w:fill="FFFFFF" w:themeFill="background1"/>
        <w:spacing w:after="0" w:line="240" w:lineRule="auto"/>
        <w:jc w:val="both"/>
      </w:pPr>
      <w:r>
        <w:rPr>
          <w:color w:val="000000"/>
        </w:rPr>
        <w:t>- Giao tiếp và hợp tác: kể/nói rõ ràng, biết lắng nghe, tôn trọng lượt lời của bạn.</w:t>
      </w:r>
    </w:p>
    <w:p w14:paraId="02FA8CEC" w14:textId="77777777" w:rsidR="00215E3A" w:rsidRDefault="00A20486" w:rsidP="001F687B">
      <w:pPr>
        <w:shd w:val="clear" w:color="auto" w:fill="FFFFFF" w:themeFill="background1"/>
        <w:spacing w:after="0" w:line="240" w:lineRule="auto"/>
        <w:jc w:val="both"/>
      </w:pPr>
      <w:r>
        <w:rPr>
          <w:color w:val="000000"/>
        </w:rPr>
        <w:t>- Giải quyết vấn đề và sáng tạo: lựa chọn lời kể, lời nói phù hợp với tình huống.</w:t>
      </w:r>
    </w:p>
    <w:p w14:paraId="60FCDA2D" w14:textId="77777777" w:rsidR="00215E3A" w:rsidRDefault="00A20486" w:rsidP="001F687B">
      <w:pPr>
        <w:shd w:val="clear" w:color="auto" w:fill="FFFFFF" w:themeFill="background1"/>
        <w:spacing w:after="0" w:line="240" w:lineRule="auto"/>
        <w:jc w:val="both"/>
      </w:pPr>
      <w:r>
        <w:rPr>
          <w:b/>
          <w:color w:val="000000"/>
        </w:rPr>
        <w:t>3. Phẩm chất:</w:t>
      </w:r>
    </w:p>
    <w:p w14:paraId="5F4AE323" w14:textId="77777777" w:rsidR="00215E3A" w:rsidRDefault="00A20486" w:rsidP="001F687B">
      <w:pPr>
        <w:shd w:val="clear" w:color="auto" w:fill="FFFFFF" w:themeFill="background1"/>
        <w:spacing w:after="0" w:line="240" w:lineRule="auto"/>
        <w:jc w:val="both"/>
      </w:pPr>
      <w:r>
        <w:rPr>
          <w:color w:val="000000"/>
        </w:rPr>
        <w:t>- Nhân ái, trách nhiệm: biết thể hiện thái độ tôn trọng, thân thiện khi giao tiếp.</w:t>
      </w:r>
    </w:p>
    <w:p w14:paraId="56F8B10C" w14:textId="77777777" w:rsidR="00215E3A" w:rsidRDefault="00A20486" w:rsidP="001F687B">
      <w:pPr>
        <w:shd w:val="clear" w:color="auto" w:fill="FFFFFF" w:themeFill="background1"/>
        <w:spacing w:after="0" w:line="240" w:lineRule="auto"/>
        <w:jc w:val="both"/>
      </w:pPr>
      <w:r>
        <w:rPr>
          <w:b/>
          <w:color w:val="000000"/>
        </w:rPr>
        <w:t>4. Tích hợp:</w:t>
      </w:r>
    </w:p>
    <w:p w14:paraId="1DACF274" w14:textId="77777777" w:rsidR="00215E3A" w:rsidRDefault="00A20486" w:rsidP="001F687B">
      <w:pPr>
        <w:shd w:val="clear" w:color="auto" w:fill="FFFFFF" w:themeFill="background1"/>
        <w:spacing w:after="0" w:line="240" w:lineRule="auto"/>
        <w:jc w:val="both"/>
      </w:pPr>
      <w:r>
        <w:rPr>
          <w:color w:val="C00000"/>
        </w:rPr>
        <w:t>- Giáo dục đạo đức, lối sống: HS biết yêu quý, kính trọng thầy cô, trường lớp, bạn bè; biết thể hiện tình cảm bằng lời nói, việc làm lịch sự, chăm học và có trách nhiệm trong học tập.</w:t>
      </w:r>
    </w:p>
    <w:p w14:paraId="0EDDFE7F" w14:textId="77777777" w:rsidR="00215E3A" w:rsidRDefault="00A20486" w:rsidP="001F687B">
      <w:pPr>
        <w:shd w:val="clear" w:color="auto" w:fill="FFFFFF" w:themeFill="background1"/>
        <w:spacing w:after="0" w:line="240" w:lineRule="auto"/>
        <w:jc w:val="both"/>
      </w:pPr>
      <w:r>
        <w:rPr>
          <w:b/>
          <w:color w:val="000000"/>
        </w:rPr>
        <w:t>II. ĐỒ DÙNG DẠY HỌC</w:t>
      </w:r>
    </w:p>
    <w:p w14:paraId="75790402" w14:textId="77777777" w:rsidR="00215E3A" w:rsidRDefault="00A20486" w:rsidP="001F687B">
      <w:pPr>
        <w:shd w:val="clear" w:color="auto" w:fill="FFFFFF" w:themeFill="background1"/>
        <w:spacing w:after="0" w:line="240" w:lineRule="auto"/>
        <w:jc w:val="both"/>
      </w:pPr>
      <w:r>
        <w:rPr>
          <w:color w:val="000000"/>
        </w:rPr>
        <w:t>- GV: Máy tính, máy chiếu/tivi, tranh và câu bài tập cắt từ SGK, thẻ từ, phiếu học tập phù hợp với bài.</w:t>
      </w:r>
    </w:p>
    <w:p w14:paraId="3E9BB192" w14:textId="77777777" w:rsidR="00215E3A" w:rsidRDefault="00A20486" w:rsidP="001F687B">
      <w:pPr>
        <w:shd w:val="clear" w:color="auto" w:fill="FFFFFF" w:themeFill="background1"/>
        <w:spacing w:after="0" w:line="240" w:lineRule="auto"/>
        <w:jc w:val="both"/>
      </w:pPr>
      <w:r>
        <w:rPr>
          <w:color w:val="000000"/>
        </w:rPr>
        <w:t>- HS: SGK Tiếng Việt 2 tập một, Vở bài tập Tiếng Việt, vở ô ly, bảng con/bút chì.</w:t>
      </w:r>
    </w:p>
    <w:p w14:paraId="75F7F6CB" w14:textId="77777777" w:rsidR="00215E3A" w:rsidRDefault="00A20486" w:rsidP="001F687B">
      <w:pPr>
        <w:shd w:val="clear" w:color="auto" w:fill="FFFFFF" w:themeFill="background1"/>
        <w:spacing w:after="0" w:line="240" w:lineRule="auto"/>
        <w:jc w:val="both"/>
      </w:pPr>
      <w:r>
        <w:rPr>
          <w:b/>
          <w:color w:val="000000"/>
        </w:rPr>
        <w:t>III. HOẠT ĐỘNG DẠY HỌC</w:t>
      </w:r>
    </w:p>
    <w:tbl>
      <w:tblPr>
        <w:tblStyle w:val="TableGrid"/>
        <w:tblW w:w="0" w:type="auto"/>
        <w:jc w:val="center"/>
        <w:tblLayout w:type="fixed"/>
        <w:tblLook w:val="04A0" w:firstRow="1" w:lastRow="0" w:firstColumn="1" w:lastColumn="0" w:noHBand="0" w:noVBand="1"/>
      </w:tblPr>
      <w:tblGrid>
        <w:gridCol w:w="5270"/>
        <w:gridCol w:w="5270"/>
      </w:tblGrid>
      <w:tr w:rsidR="00215E3A" w14:paraId="04AE7C82" w14:textId="77777777" w:rsidTr="001F687B">
        <w:trPr>
          <w:jc w:val="center"/>
        </w:trPr>
        <w:tc>
          <w:tcPr>
            <w:tcW w:w="5270" w:type="dxa"/>
            <w:tcBorders>
              <w:top w:val="single" w:sz="8" w:space="0" w:color="000000"/>
              <w:left w:val="single" w:sz="8" w:space="0" w:color="000000"/>
              <w:bottom w:val="single" w:sz="4" w:space="0" w:color="000000"/>
              <w:right w:val="single" w:sz="8" w:space="0" w:color="000000"/>
            </w:tcBorders>
            <w:shd w:val="clear" w:color="auto" w:fill="D9EAF7"/>
          </w:tcPr>
          <w:p w14:paraId="44C3B1E5" w14:textId="77777777" w:rsidR="00215E3A" w:rsidRDefault="00A20486" w:rsidP="001F687B">
            <w:pPr>
              <w:shd w:val="clear" w:color="auto" w:fill="FFFFFF" w:themeFill="background1"/>
              <w:jc w:val="center"/>
            </w:pPr>
            <w:r>
              <w:rPr>
                <w:b/>
                <w:color w:val="006100"/>
              </w:rPr>
              <w:t>Hoạt động của giáo viên</w:t>
            </w:r>
          </w:p>
        </w:tc>
        <w:tc>
          <w:tcPr>
            <w:tcW w:w="5270" w:type="dxa"/>
            <w:tcBorders>
              <w:top w:val="single" w:sz="8" w:space="0" w:color="000000"/>
              <w:left w:val="single" w:sz="8" w:space="0" w:color="000000"/>
              <w:bottom w:val="single" w:sz="4" w:space="0" w:color="000000"/>
              <w:right w:val="single" w:sz="8" w:space="0" w:color="000000"/>
            </w:tcBorders>
            <w:shd w:val="clear" w:color="auto" w:fill="D9EAF7"/>
          </w:tcPr>
          <w:p w14:paraId="228C8A9D" w14:textId="77777777" w:rsidR="00215E3A" w:rsidRDefault="00A20486" w:rsidP="001F687B">
            <w:pPr>
              <w:shd w:val="clear" w:color="auto" w:fill="FFFFFF" w:themeFill="background1"/>
              <w:jc w:val="center"/>
            </w:pPr>
            <w:r>
              <w:rPr>
                <w:b/>
                <w:color w:val="006100"/>
              </w:rPr>
              <w:t>Hoạt động của học sinh</w:t>
            </w:r>
          </w:p>
        </w:tc>
      </w:tr>
      <w:tr w:rsidR="00215E3A" w14:paraId="0A1E28BE"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34EB480A" w14:textId="77777777" w:rsidR="00215E3A" w:rsidRDefault="00A20486" w:rsidP="001F687B">
            <w:pPr>
              <w:shd w:val="clear" w:color="auto" w:fill="FFFFFF" w:themeFill="background1"/>
              <w:jc w:val="both"/>
            </w:pPr>
            <w:r>
              <w:rPr>
                <w:b/>
                <w:color w:val="008000"/>
              </w:rPr>
              <w:t>1. Khởi động (5 phút)</w:t>
            </w:r>
          </w:p>
          <w:p w14:paraId="4137860B" w14:textId="77777777" w:rsidR="00215E3A" w:rsidRDefault="00A20486" w:rsidP="001F687B">
            <w:pPr>
              <w:shd w:val="clear" w:color="auto" w:fill="FFFFFF" w:themeFill="background1"/>
              <w:jc w:val="both"/>
            </w:pPr>
            <w:r>
              <w:rPr>
                <w:b/>
                <w:color w:val="008000"/>
              </w:rPr>
              <w:t>Mục tiêu: Tạo hứng thú cho HS và kết nối với bài học mới.</w:t>
            </w:r>
          </w:p>
        </w:tc>
      </w:tr>
      <w:tr w:rsidR="00215E3A" w14:paraId="0BB002FF" w14:textId="77777777" w:rsidTr="001F687B">
        <w:trPr>
          <w:jc w:val="center"/>
        </w:trPr>
        <w:tc>
          <w:tcPr>
            <w:tcW w:w="5270" w:type="dxa"/>
            <w:tcBorders>
              <w:top w:val="single" w:sz="4" w:space="0" w:color="000000"/>
              <w:left w:val="single" w:sz="8" w:space="0" w:color="000000"/>
              <w:bottom w:val="nil"/>
              <w:right w:val="single" w:sz="8" w:space="0" w:color="000000"/>
            </w:tcBorders>
          </w:tcPr>
          <w:p w14:paraId="420DC535" w14:textId="77777777" w:rsidR="00215E3A" w:rsidRDefault="00A20486" w:rsidP="001F687B">
            <w:pPr>
              <w:shd w:val="clear" w:color="auto" w:fill="FFFFFF" w:themeFill="background1"/>
              <w:jc w:val="both"/>
            </w:pPr>
            <w:r>
              <w:t>- GV tổ chức cho HS nghe/hát và vận động theo nhịp bài hát “Cô giáo em” của tác giả Trần Kiết Tường.</w:t>
            </w:r>
          </w:p>
        </w:tc>
        <w:tc>
          <w:tcPr>
            <w:tcW w:w="5270" w:type="dxa"/>
            <w:tcBorders>
              <w:top w:val="single" w:sz="4" w:space="0" w:color="000000"/>
              <w:left w:val="single" w:sz="8" w:space="0" w:color="000000"/>
              <w:bottom w:val="nil"/>
              <w:right w:val="single" w:sz="8" w:space="0" w:color="000000"/>
            </w:tcBorders>
          </w:tcPr>
          <w:p w14:paraId="25536756" w14:textId="77777777" w:rsidR="00215E3A" w:rsidRDefault="00A20486" w:rsidP="001F687B">
            <w:pPr>
              <w:shd w:val="clear" w:color="auto" w:fill="FFFFFF" w:themeFill="background1"/>
              <w:jc w:val="both"/>
            </w:pPr>
            <w:r>
              <w:t>- HS hát và vận động theo nhịp bài hát.</w:t>
            </w:r>
          </w:p>
        </w:tc>
      </w:tr>
      <w:tr w:rsidR="00215E3A" w14:paraId="54AE57CA" w14:textId="77777777" w:rsidTr="001F687B">
        <w:trPr>
          <w:jc w:val="center"/>
        </w:trPr>
        <w:tc>
          <w:tcPr>
            <w:tcW w:w="5270" w:type="dxa"/>
            <w:tcBorders>
              <w:top w:val="nil"/>
              <w:left w:val="single" w:sz="8" w:space="0" w:color="000000"/>
              <w:bottom w:val="nil"/>
              <w:right w:val="single" w:sz="8" w:space="0" w:color="000000"/>
            </w:tcBorders>
          </w:tcPr>
          <w:p w14:paraId="7A6F9F50" w14:textId="77777777" w:rsidR="00215E3A" w:rsidRDefault="00A20486" w:rsidP="001F687B">
            <w:pPr>
              <w:shd w:val="clear" w:color="auto" w:fill="FFFFFF" w:themeFill="background1"/>
              <w:jc w:val="both"/>
            </w:pPr>
            <w:r>
              <w:t>- GV dẫn dắt, giới thiệu vào bài.</w:t>
            </w:r>
          </w:p>
        </w:tc>
        <w:tc>
          <w:tcPr>
            <w:tcW w:w="5270" w:type="dxa"/>
            <w:tcBorders>
              <w:top w:val="nil"/>
              <w:left w:val="single" w:sz="8" w:space="0" w:color="000000"/>
              <w:bottom w:val="nil"/>
              <w:right w:val="single" w:sz="8" w:space="0" w:color="000000"/>
            </w:tcBorders>
          </w:tcPr>
          <w:p w14:paraId="273FC67C" w14:textId="77777777" w:rsidR="00215E3A" w:rsidRDefault="00A20486" w:rsidP="001F687B">
            <w:pPr>
              <w:shd w:val="clear" w:color="auto" w:fill="FFFFFF" w:themeFill="background1"/>
              <w:jc w:val="both"/>
            </w:pPr>
            <w:r>
              <w:t>- HS lắng nghe, nhắc lại tên bài.</w:t>
            </w:r>
          </w:p>
        </w:tc>
      </w:tr>
      <w:tr w:rsidR="00215E3A" w14:paraId="08FA1640" w14:textId="77777777" w:rsidTr="001F687B">
        <w:trPr>
          <w:jc w:val="center"/>
        </w:trPr>
        <w:tc>
          <w:tcPr>
            <w:tcW w:w="5270" w:type="dxa"/>
            <w:tcBorders>
              <w:top w:val="nil"/>
              <w:left w:val="single" w:sz="8" w:space="0" w:color="000000"/>
              <w:bottom w:val="single" w:sz="4" w:space="0" w:color="000000"/>
              <w:right w:val="single" w:sz="8" w:space="0" w:color="000000"/>
            </w:tcBorders>
          </w:tcPr>
          <w:p w14:paraId="3F6ACAEE" w14:textId="77777777" w:rsidR="00215E3A" w:rsidRDefault="00A20486" w:rsidP="001F687B">
            <w:pPr>
              <w:shd w:val="clear" w:color="auto" w:fill="FFFFFF" w:themeFill="background1"/>
              <w:jc w:val="both"/>
            </w:pPr>
            <w:r>
              <w:t>- GV ghi tên bài.</w:t>
            </w:r>
          </w:p>
        </w:tc>
        <w:tc>
          <w:tcPr>
            <w:tcW w:w="5270" w:type="dxa"/>
            <w:tcBorders>
              <w:top w:val="nil"/>
              <w:left w:val="single" w:sz="8" w:space="0" w:color="000000"/>
              <w:bottom w:val="single" w:sz="4" w:space="0" w:color="000000"/>
              <w:right w:val="single" w:sz="8" w:space="0" w:color="000000"/>
            </w:tcBorders>
          </w:tcPr>
          <w:p w14:paraId="7EF7F189" w14:textId="77777777" w:rsidR="00215E3A" w:rsidRDefault="00A20486" w:rsidP="001F687B">
            <w:pPr>
              <w:shd w:val="clear" w:color="auto" w:fill="FFFFFF" w:themeFill="background1"/>
              <w:jc w:val="both"/>
            </w:pPr>
            <w:r>
              <w:t>- HS ghi bài vào vở.</w:t>
            </w:r>
          </w:p>
        </w:tc>
      </w:tr>
      <w:tr w:rsidR="00215E3A" w14:paraId="10BE8010"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7D3443ED" w14:textId="77777777" w:rsidR="00215E3A" w:rsidRDefault="00A20486" w:rsidP="001F687B">
            <w:pPr>
              <w:shd w:val="clear" w:color="auto" w:fill="FFFFFF" w:themeFill="background1"/>
              <w:jc w:val="both"/>
            </w:pPr>
            <w:r>
              <w:rPr>
                <w:b/>
                <w:color w:val="008000"/>
              </w:rPr>
              <w:t>2. Khám phá kiến thức (10 phút)</w:t>
            </w:r>
          </w:p>
          <w:p w14:paraId="591EE185" w14:textId="77777777" w:rsidR="00215E3A" w:rsidRDefault="00A20486" w:rsidP="001F687B">
            <w:pPr>
              <w:shd w:val="clear" w:color="auto" w:fill="FFFFFF" w:themeFill="background1"/>
              <w:jc w:val="both"/>
            </w:pPr>
            <w:r>
              <w:rPr>
                <w:b/>
                <w:color w:val="008000"/>
              </w:rPr>
              <w:t>Mục tiêu: Biết quan sát tranh, nghe kể để tìm hiểu nội dung và ghi nhớ các chi tiết trong câu chuyện.</w:t>
            </w:r>
          </w:p>
        </w:tc>
      </w:tr>
      <w:tr w:rsidR="00215E3A" w14:paraId="23D61F29" w14:textId="77777777" w:rsidTr="001F687B">
        <w:trPr>
          <w:jc w:val="center"/>
        </w:trPr>
        <w:tc>
          <w:tcPr>
            <w:tcW w:w="5270" w:type="dxa"/>
            <w:tcBorders>
              <w:top w:val="single" w:sz="4" w:space="0" w:color="000000"/>
              <w:left w:val="single" w:sz="8" w:space="0" w:color="000000"/>
              <w:bottom w:val="nil"/>
              <w:right w:val="single" w:sz="8" w:space="0" w:color="000000"/>
            </w:tcBorders>
          </w:tcPr>
          <w:p w14:paraId="7743A9FF" w14:textId="77777777" w:rsidR="00215E3A" w:rsidRDefault="00A20486" w:rsidP="001F687B">
            <w:pPr>
              <w:shd w:val="clear" w:color="auto" w:fill="FFFFFF" w:themeFill="background1"/>
              <w:jc w:val="both"/>
            </w:pPr>
            <w:r>
              <w:rPr>
                <w:b/>
                <w:color w:val="006100"/>
              </w:rPr>
              <w:t>Hoạt động 1: Tìm hiểu nội dung và nghe kể câu chuyện.</w:t>
            </w:r>
          </w:p>
          <w:p w14:paraId="79DD80B6" w14:textId="77777777" w:rsidR="00215E3A" w:rsidRDefault="00A20486" w:rsidP="001F687B">
            <w:pPr>
              <w:shd w:val="clear" w:color="auto" w:fill="FFFFFF" w:themeFill="background1"/>
              <w:jc w:val="both"/>
            </w:pPr>
            <w:r>
              <w:t>- GV yêu cầu HS quan sát các bức tranh, dựa vào nhan đề và câu hỏi gợi ý dưới mỗi tranh để trả lời câu hỏi: Mỗi bức tranh vẽ gì?</w:t>
            </w:r>
          </w:p>
          <w:p w14:paraId="419FC7AB" w14:textId="050438E0" w:rsidR="00215E3A" w:rsidRDefault="00215E3A" w:rsidP="001F687B">
            <w:pPr>
              <w:shd w:val="clear" w:color="auto" w:fill="FFFFFF" w:themeFill="background1"/>
              <w:jc w:val="center"/>
            </w:pPr>
          </w:p>
        </w:tc>
        <w:tc>
          <w:tcPr>
            <w:tcW w:w="5270" w:type="dxa"/>
            <w:tcBorders>
              <w:top w:val="single" w:sz="4" w:space="0" w:color="000000"/>
              <w:left w:val="single" w:sz="8" w:space="0" w:color="000000"/>
              <w:bottom w:val="nil"/>
              <w:right w:val="single" w:sz="8" w:space="0" w:color="000000"/>
            </w:tcBorders>
          </w:tcPr>
          <w:p w14:paraId="29BBC736" w14:textId="77777777" w:rsidR="00215E3A" w:rsidRDefault="00A20486" w:rsidP="001F687B">
            <w:pPr>
              <w:shd w:val="clear" w:color="auto" w:fill="FFFFFF" w:themeFill="background1"/>
              <w:jc w:val="both"/>
            </w:pPr>
            <w:r>
              <w:lastRenderedPageBreak/>
              <w:t>- HS quan sát, suy nghĩ; một số em phát biểu ý kiến trước lớp về nội dung từng tranh.</w:t>
            </w:r>
          </w:p>
        </w:tc>
      </w:tr>
      <w:tr w:rsidR="00215E3A" w14:paraId="2F78529B" w14:textId="77777777" w:rsidTr="001F687B">
        <w:trPr>
          <w:jc w:val="center"/>
        </w:trPr>
        <w:tc>
          <w:tcPr>
            <w:tcW w:w="5270" w:type="dxa"/>
            <w:tcBorders>
              <w:top w:val="nil"/>
              <w:left w:val="single" w:sz="8" w:space="0" w:color="000000"/>
              <w:bottom w:val="nil"/>
              <w:right w:val="single" w:sz="8" w:space="0" w:color="000000"/>
            </w:tcBorders>
          </w:tcPr>
          <w:p w14:paraId="687638BD" w14:textId="77777777" w:rsidR="00215E3A" w:rsidRDefault="00A20486" w:rsidP="001F687B">
            <w:pPr>
              <w:shd w:val="clear" w:color="auto" w:fill="FFFFFF" w:themeFill="background1"/>
              <w:jc w:val="both"/>
            </w:pPr>
            <w:r>
              <w:t>- GV giới thiệu câu chuyện: Câu chuyện kể về cậu bé có tên là Vũ Duệ. Vì nhà nghèo nên Vũ Duệ không được đến trường, cậu thường cõng em đứng ngoài lớp học của thầy để nghe thầy giảng.</w:t>
            </w:r>
          </w:p>
        </w:tc>
        <w:tc>
          <w:tcPr>
            <w:tcW w:w="5270" w:type="dxa"/>
            <w:tcBorders>
              <w:top w:val="nil"/>
              <w:left w:val="single" w:sz="8" w:space="0" w:color="000000"/>
              <w:bottom w:val="nil"/>
              <w:right w:val="single" w:sz="8" w:space="0" w:color="000000"/>
            </w:tcBorders>
          </w:tcPr>
          <w:p w14:paraId="1A6BAA7E" w14:textId="77777777" w:rsidR="00215E3A" w:rsidRDefault="00A20486" w:rsidP="001F687B">
            <w:pPr>
              <w:shd w:val="clear" w:color="auto" w:fill="FFFFFF" w:themeFill="background1"/>
              <w:jc w:val="both"/>
            </w:pPr>
            <w:r>
              <w:t>- HS chú ý lắng nghe, hiểu hoàn cảnh của nhân vật Vũ Duệ.</w:t>
            </w:r>
          </w:p>
        </w:tc>
      </w:tr>
      <w:tr w:rsidR="00215E3A" w14:paraId="64F58347" w14:textId="77777777" w:rsidTr="001F687B">
        <w:trPr>
          <w:jc w:val="center"/>
        </w:trPr>
        <w:tc>
          <w:tcPr>
            <w:tcW w:w="5270" w:type="dxa"/>
            <w:tcBorders>
              <w:top w:val="nil"/>
              <w:left w:val="single" w:sz="8" w:space="0" w:color="000000"/>
              <w:bottom w:val="nil"/>
              <w:right w:val="single" w:sz="8" w:space="0" w:color="000000"/>
            </w:tcBorders>
          </w:tcPr>
          <w:p w14:paraId="3605CBF1" w14:textId="77777777" w:rsidR="00215E3A" w:rsidRDefault="00A20486" w:rsidP="001F687B">
            <w:pPr>
              <w:shd w:val="clear" w:color="auto" w:fill="FFFFFF" w:themeFill="background1"/>
              <w:jc w:val="both"/>
            </w:pPr>
            <w:r>
              <w:t>- GV kể câu chuyện lần 1, kết hợp chỉ các hình ảnh trong 4 bức tranh.</w:t>
            </w:r>
          </w:p>
        </w:tc>
        <w:tc>
          <w:tcPr>
            <w:tcW w:w="5270" w:type="dxa"/>
            <w:tcBorders>
              <w:top w:val="nil"/>
              <w:left w:val="single" w:sz="8" w:space="0" w:color="000000"/>
              <w:bottom w:val="nil"/>
              <w:right w:val="single" w:sz="8" w:space="0" w:color="000000"/>
            </w:tcBorders>
          </w:tcPr>
          <w:p w14:paraId="176DA8E8" w14:textId="77777777" w:rsidR="00215E3A" w:rsidRDefault="00A20486" w:rsidP="001F687B">
            <w:pPr>
              <w:shd w:val="clear" w:color="auto" w:fill="FFFFFF" w:themeFill="background1"/>
              <w:jc w:val="both"/>
            </w:pPr>
            <w:r>
              <w:t>- HS chú ý quan sát tranh và lắng nghe GV kể chuyện.</w:t>
            </w:r>
          </w:p>
        </w:tc>
      </w:tr>
      <w:tr w:rsidR="00215E3A" w14:paraId="1AB103EC" w14:textId="77777777" w:rsidTr="001F687B">
        <w:trPr>
          <w:jc w:val="center"/>
        </w:trPr>
        <w:tc>
          <w:tcPr>
            <w:tcW w:w="5270" w:type="dxa"/>
            <w:tcBorders>
              <w:top w:val="nil"/>
              <w:left w:val="single" w:sz="8" w:space="0" w:color="000000"/>
              <w:bottom w:val="nil"/>
              <w:right w:val="single" w:sz="8" w:space="0" w:color="000000"/>
            </w:tcBorders>
          </w:tcPr>
          <w:p w14:paraId="39BA2112" w14:textId="77777777" w:rsidR="00215E3A" w:rsidRDefault="00A20486" w:rsidP="001F687B">
            <w:pPr>
              <w:shd w:val="clear" w:color="auto" w:fill="FFFFFF" w:themeFill="background1"/>
              <w:jc w:val="both"/>
            </w:pPr>
            <w:r>
              <w:t>- GV kể câu chuyện lần 2, thỉnh thoảng dừng lại để hỏi sự việc tiếp theo là gì để cho HS tập kể theo/kể cùng GV.</w:t>
            </w:r>
          </w:p>
        </w:tc>
        <w:tc>
          <w:tcPr>
            <w:tcW w:w="5270" w:type="dxa"/>
            <w:tcBorders>
              <w:top w:val="nil"/>
              <w:left w:val="single" w:sz="8" w:space="0" w:color="000000"/>
              <w:bottom w:val="nil"/>
              <w:right w:val="single" w:sz="8" w:space="0" w:color="000000"/>
            </w:tcBorders>
          </w:tcPr>
          <w:p w14:paraId="3493870E" w14:textId="77777777" w:rsidR="00215E3A" w:rsidRDefault="00A20486" w:rsidP="001F687B">
            <w:pPr>
              <w:shd w:val="clear" w:color="auto" w:fill="FFFFFF" w:themeFill="background1"/>
              <w:jc w:val="both"/>
            </w:pPr>
            <w:r>
              <w:t>- HS lắng nghe, tập kể theo và ghi nhớ chi tiết câu chuyện.</w:t>
            </w:r>
          </w:p>
        </w:tc>
      </w:tr>
      <w:tr w:rsidR="00215E3A" w14:paraId="10336974" w14:textId="77777777" w:rsidTr="001F687B">
        <w:trPr>
          <w:jc w:val="center"/>
        </w:trPr>
        <w:tc>
          <w:tcPr>
            <w:tcW w:w="5270" w:type="dxa"/>
            <w:tcBorders>
              <w:top w:val="nil"/>
              <w:left w:val="single" w:sz="8" w:space="0" w:color="000000"/>
              <w:bottom w:val="nil"/>
              <w:right w:val="single" w:sz="8" w:space="0" w:color="000000"/>
            </w:tcBorders>
          </w:tcPr>
          <w:p w14:paraId="13F0346D" w14:textId="77777777" w:rsidR="00215E3A" w:rsidRDefault="00A20486" w:rsidP="001F687B">
            <w:pPr>
              <w:shd w:val="clear" w:color="auto" w:fill="FFFFFF" w:themeFill="background1"/>
              <w:jc w:val="both"/>
            </w:pPr>
            <w:r>
              <w:t>- GV nêu yêu cầu thảo luận nhóm bốn, trả lời các câu hỏi dưới mỗi tranh: Vì sao cậu bé Vũ Duệ không được đi học? Buổi sáng Vũ Duệ thường cõng em đi đâu? Vì sao Vũ Duệ được thầy khen? Vì sao Vũ Duệ được đi học?</w:t>
            </w:r>
          </w:p>
        </w:tc>
        <w:tc>
          <w:tcPr>
            <w:tcW w:w="5270" w:type="dxa"/>
            <w:tcBorders>
              <w:top w:val="nil"/>
              <w:left w:val="single" w:sz="8" w:space="0" w:color="000000"/>
              <w:bottom w:val="nil"/>
              <w:right w:val="single" w:sz="8" w:space="0" w:color="000000"/>
            </w:tcBorders>
          </w:tcPr>
          <w:p w14:paraId="0117FC37" w14:textId="77777777" w:rsidR="00215E3A" w:rsidRDefault="00A20486" w:rsidP="001F687B">
            <w:pPr>
              <w:shd w:val="clear" w:color="auto" w:fill="FFFFFF" w:themeFill="background1"/>
              <w:jc w:val="both"/>
            </w:pPr>
            <w:r>
              <w:t>- HS làm việc nhóm, quan sát tranh, đọc thầm lời gợi ý dưới tranh và trả lời: Tranh 1: Vì nhà nghèo, Vũ Duệ không được đi học, phải ở nhà trông em. Tranh 2: Buổi sáng, Vũ Duệ cõng em đứng ngoài hiên nghe thầy giảng. Tranh 3: Vũ Duệ được thầy khen vì trả lời được câu hỏi. Tranh 4: Vũ Duệ được thầy nhận vào lớp học.</w:t>
            </w:r>
          </w:p>
        </w:tc>
      </w:tr>
      <w:tr w:rsidR="00215E3A" w14:paraId="55C2ACE5" w14:textId="77777777" w:rsidTr="001F687B">
        <w:trPr>
          <w:jc w:val="center"/>
        </w:trPr>
        <w:tc>
          <w:tcPr>
            <w:tcW w:w="5270" w:type="dxa"/>
            <w:tcBorders>
              <w:top w:val="nil"/>
              <w:left w:val="single" w:sz="8" w:space="0" w:color="000000"/>
              <w:bottom w:val="nil"/>
              <w:right w:val="single" w:sz="8" w:space="0" w:color="000000"/>
            </w:tcBorders>
          </w:tcPr>
          <w:p w14:paraId="1F6145B6" w14:textId="77777777" w:rsidR="00215E3A" w:rsidRDefault="00A20486" w:rsidP="001F687B">
            <w:pPr>
              <w:shd w:val="clear" w:color="auto" w:fill="FFFFFF" w:themeFill="background1"/>
              <w:jc w:val="both"/>
            </w:pPr>
            <w:r>
              <w:t>- GV mời đại diện một số nhóm lên trả lời.</w:t>
            </w:r>
          </w:p>
        </w:tc>
        <w:tc>
          <w:tcPr>
            <w:tcW w:w="5270" w:type="dxa"/>
            <w:tcBorders>
              <w:top w:val="nil"/>
              <w:left w:val="single" w:sz="8" w:space="0" w:color="000000"/>
              <w:bottom w:val="nil"/>
              <w:right w:val="single" w:sz="8" w:space="0" w:color="000000"/>
            </w:tcBorders>
          </w:tcPr>
          <w:p w14:paraId="71BC096E" w14:textId="77777777" w:rsidR="00215E3A" w:rsidRDefault="00A20486" w:rsidP="001F687B">
            <w:pPr>
              <w:shd w:val="clear" w:color="auto" w:fill="FFFFFF" w:themeFill="background1"/>
              <w:jc w:val="both"/>
            </w:pPr>
            <w:r>
              <w:t>- Đại diện các nhóm trình bày kết quả; nhóm khác nhận xét, bổ sung.</w:t>
            </w:r>
          </w:p>
        </w:tc>
      </w:tr>
      <w:tr w:rsidR="00215E3A" w14:paraId="40C8B169" w14:textId="77777777" w:rsidTr="001F687B">
        <w:trPr>
          <w:jc w:val="center"/>
        </w:trPr>
        <w:tc>
          <w:tcPr>
            <w:tcW w:w="5270" w:type="dxa"/>
            <w:tcBorders>
              <w:top w:val="nil"/>
              <w:left w:val="single" w:sz="8" w:space="0" w:color="000000"/>
              <w:bottom w:val="single" w:sz="4" w:space="0" w:color="000000"/>
              <w:right w:val="single" w:sz="8" w:space="0" w:color="000000"/>
            </w:tcBorders>
          </w:tcPr>
          <w:p w14:paraId="286FAD07" w14:textId="77777777" w:rsidR="00215E3A" w:rsidRDefault="00A20486" w:rsidP="001F687B">
            <w:pPr>
              <w:shd w:val="clear" w:color="auto" w:fill="FFFFFF" w:themeFill="background1"/>
              <w:jc w:val="both"/>
            </w:pPr>
            <w:r>
              <w:t>- GV nhận xét, khuyến khích HS nhớ các chi tiết của câu chuyện.</w:t>
            </w:r>
          </w:p>
        </w:tc>
        <w:tc>
          <w:tcPr>
            <w:tcW w:w="5270" w:type="dxa"/>
            <w:tcBorders>
              <w:top w:val="nil"/>
              <w:left w:val="single" w:sz="8" w:space="0" w:color="000000"/>
              <w:bottom w:val="single" w:sz="4" w:space="0" w:color="000000"/>
              <w:right w:val="single" w:sz="8" w:space="0" w:color="000000"/>
            </w:tcBorders>
          </w:tcPr>
          <w:p w14:paraId="5F4DA53B" w14:textId="77777777" w:rsidR="00215E3A" w:rsidRDefault="00A20486" w:rsidP="001F687B">
            <w:pPr>
              <w:shd w:val="clear" w:color="auto" w:fill="FFFFFF" w:themeFill="background1"/>
              <w:jc w:val="both"/>
            </w:pPr>
            <w:r>
              <w:t>- HS lắng nghe, ghi nhớ nội dung chính của từng tranh.</w:t>
            </w:r>
          </w:p>
        </w:tc>
      </w:tr>
      <w:tr w:rsidR="00215E3A" w14:paraId="7AC85FFF"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6E4ACEFA" w14:textId="77777777" w:rsidR="00215E3A" w:rsidRDefault="00A20486" w:rsidP="001F687B">
            <w:pPr>
              <w:shd w:val="clear" w:color="auto" w:fill="FFFFFF" w:themeFill="background1"/>
              <w:jc w:val="both"/>
            </w:pPr>
            <w:r>
              <w:rPr>
                <w:b/>
                <w:color w:val="008000"/>
              </w:rPr>
              <w:t>3. Thực hành (15 phút)</w:t>
            </w:r>
          </w:p>
          <w:p w14:paraId="46F331C0" w14:textId="77777777" w:rsidR="00215E3A" w:rsidRDefault="00A20486" w:rsidP="001F687B">
            <w:pPr>
              <w:shd w:val="clear" w:color="auto" w:fill="FFFFFF" w:themeFill="background1"/>
              <w:jc w:val="both"/>
            </w:pPr>
            <w:r>
              <w:rPr>
                <w:b/>
                <w:color w:val="008000"/>
              </w:rPr>
              <w:t>Mục tiêu: Biết huy động những gì đã được quan sát và nghe kể để kể lại được 1 - 2 đoạn của chuyện.</w:t>
            </w:r>
          </w:p>
        </w:tc>
      </w:tr>
      <w:tr w:rsidR="00215E3A" w14:paraId="0B0814A4" w14:textId="77777777" w:rsidTr="001F687B">
        <w:trPr>
          <w:jc w:val="center"/>
        </w:trPr>
        <w:tc>
          <w:tcPr>
            <w:tcW w:w="5270" w:type="dxa"/>
            <w:tcBorders>
              <w:top w:val="single" w:sz="4" w:space="0" w:color="000000"/>
              <w:left w:val="single" w:sz="8" w:space="0" w:color="000000"/>
              <w:bottom w:val="nil"/>
              <w:right w:val="single" w:sz="8" w:space="0" w:color="000000"/>
            </w:tcBorders>
          </w:tcPr>
          <w:p w14:paraId="7417C440" w14:textId="77777777" w:rsidR="00215E3A" w:rsidRDefault="00A20486" w:rsidP="001F687B">
            <w:pPr>
              <w:shd w:val="clear" w:color="auto" w:fill="FFFFFF" w:themeFill="background1"/>
              <w:jc w:val="both"/>
            </w:pPr>
            <w:r>
              <w:rPr>
                <w:b/>
                <w:color w:val="006100"/>
              </w:rPr>
              <w:t>Hoạt động 2: Chọn kể lại 1 - 2 đoạn của câu chuyện theo tranh.</w:t>
            </w:r>
          </w:p>
          <w:p w14:paraId="4ED0CCF3" w14:textId="77777777" w:rsidR="00215E3A" w:rsidRDefault="00A20486" w:rsidP="001F687B">
            <w:pPr>
              <w:shd w:val="clear" w:color="auto" w:fill="FFFFFF" w:themeFill="background1"/>
              <w:jc w:val="both"/>
            </w:pPr>
            <w:r>
              <w:t>- GV hướng dẫn HS làm việc cá nhân: nhìn tranh, đọc thầm lại câu hỏi dưới tranh, nhớ lại nội dung câu chuyện, chọn 1 - 2 đoạn nhớ nhất hoặc thích nhất để tập kể, không phải kể đúng từng câu chữ mà GV đã kể.</w:t>
            </w:r>
          </w:p>
        </w:tc>
        <w:tc>
          <w:tcPr>
            <w:tcW w:w="5270" w:type="dxa"/>
            <w:tcBorders>
              <w:top w:val="single" w:sz="4" w:space="0" w:color="000000"/>
              <w:left w:val="single" w:sz="8" w:space="0" w:color="000000"/>
              <w:bottom w:val="nil"/>
              <w:right w:val="single" w:sz="8" w:space="0" w:color="000000"/>
            </w:tcBorders>
          </w:tcPr>
          <w:p w14:paraId="3B53704D" w14:textId="77777777" w:rsidR="00215E3A" w:rsidRDefault="00A20486" w:rsidP="001F687B">
            <w:pPr>
              <w:shd w:val="clear" w:color="auto" w:fill="FFFFFF" w:themeFill="background1"/>
              <w:jc w:val="both"/>
            </w:pPr>
            <w:r>
              <w:t>- HS làm việc cá nhân, chọn 1 - 2 đoạn em nhớ nhất hoặc thích nhất để tập kể bằng lời của mình.</w:t>
            </w:r>
          </w:p>
        </w:tc>
      </w:tr>
      <w:tr w:rsidR="00215E3A" w14:paraId="158790E5" w14:textId="77777777" w:rsidTr="001F687B">
        <w:trPr>
          <w:jc w:val="center"/>
        </w:trPr>
        <w:tc>
          <w:tcPr>
            <w:tcW w:w="5270" w:type="dxa"/>
            <w:tcBorders>
              <w:top w:val="nil"/>
              <w:left w:val="single" w:sz="8" w:space="0" w:color="000000"/>
              <w:bottom w:val="nil"/>
              <w:right w:val="single" w:sz="8" w:space="0" w:color="000000"/>
            </w:tcBorders>
          </w:tcPr>
          <w:p w14:paraId="500C82D0" w14:textId="77777777" w:rsidR="00215E3A" w:rsidRDefault="00A20486" w:rsidP="001F687B">
            <w:pPr>
              <w:shd w:val="clear" w:color="auto" w:fill="FFFFFF" w:themeFill="background1"/>
              <w:jc w:val="both"/>
            </w:pPr>
            <w:r>
              <w:t>- GV tổ chức cho HS tập kể chuyện theo nhóm bốn, một bạn kể, các bạn khác lắng nghe để góp ý, sau đó đổi vai người kể và người nghe.</w:t>
            </w:r>
          </w:p>
        </w:tc>
        <w:tc>
          <w:tcPr>
            <w:tcW w:w="5270" w:type="dxa"/>
            <w:tcBorders>
              <w:top w:val="nil"/>
              <w:left w:val="single" w:sz="8" w:space="0" w:color="000000"/>
              <w:bottom w:val="nil"/>
              <w:right w:val="single" w:sz="8" w:space="0" w:color="000000"/>
            </w:tcBorders>
          </w:tcPr>
          <w:p w14:paraId="0B0337FD" w14:textId="77777777" w:rsidR="00215E3A" w:rsidRDefault="00A20486" w:rsidP="001F687B">
            <w:pPr>
              <w:shd w:val="clear" w:color="auto" w:fill="FFFFFF" w:themeFill="background1"/>
              <w:jc w:val="both"/>
            </w:pPr>
            <w:r>
              <w:t>- HS tập kể chuyện trong nhóm, đổi vai để bạn nào cũng được kể và được nghe góp ý.</w:t>
            </w:r>
          </w:p>
        </w:tc>
      </w:tr>
      <w:tr w:rsidR="00215E3A" w14:paraId="24AA3942" w14:textId="77777777" w:rsidTr="001F687B">
        <w:trPr>
          <w:jc w:val="center"/>
        </w:trPr>
        <w:tc>
          <w:tcPr>
            <w:tcW w:w="5270" w:type="dxa"/>
            <w:tcBorders>
              <w:top w:val="nil"/>
              <w:left w:val="single" w:sz="8" w:space="0" w:color="000000"/>
              <w:bottom w:val="nil"/>
              <w:right w:val="single" w:sz="8" w:space="0" w:color="000000"/>
            </w:tcBorders>
          </w:tcPr>
          <w:p w14:paraId="0CCE6C93" w14:textId="77777777" w:rsidR="00215E3A" w:rsidRDefault="00A20486" w:rsidP="001F687B">
            <w:pPr>
              <w:shd w:val="clear" w:color="auto" w:fill="FFFFFF" w:themeFill="background1"/>
              <w:jc w:val="both"/>
            </w:pPr>
            <w:r>
              <w:t>- GV lưu ý: Với HS chưa thể kể được 2 đoạn, GV chỉ yêu cầu kể một đoạn em thích hoặc em nhớ nhất; khích lệ những em kể được nhiều hơn 2 đoạn.</w:t>
            </w:r>
          </w:p>
        </w:tc>
        <w:tc>
          <w:tcPr>
            <w:tcW w:w="5270" w:type="dxa"/>
            <w:tcBorders>
              <w:top w:val="nil"/>
              <w:left w:val="single" w:sz="8" w:space="0" w:color="000000"/>
              <w:bottom w:val="nil"/>
              <w:right w:val="single" w:sz="8" w:space="0" w:color="000000"/>
            </w:tcBorders>
          </w:tcPr>
          <w:p w14:paraId="6627EC89" w14:textId="77777777" w:rsidR="00215E3A" w:rsidRDefault="00A20486" w:rsidP="001F687B">
            <w:pPr>
              <w:shd w:val="clear" w:color="auto" w:fill="FFFFFF" w:themeFill="background1"/>
              <w:jc w:val="both"/>
            </w:pPr>
            <w:r>
              <w:t>- HS còn lúng túng kể một đoạn ngắn; HS kể tốt thử kể nhiều đoạn hơn.</w:t>
            </w:r>
          </w:p>
        </w:tc>
      </w:tr>
      <w:tr w:rsidR="00215E3A" w14:paraId="6D354A77" w14:textId="77777777" w:rsidTr="001F687B">
        <w:trPr>
          <w:jc w:val="center"/>
        </w:trPr>
        <w:tc>
          <w:tcPr>
            <w:tcW w:w="5270" w:type="dxa"/>
            <w:tcBorders>
              <w:top w:val="nil"/>
              <w:left w:val="single" w:sz="8" w:space="0" w:color="000000"/>
              <w:bottom w:val="nil"/>
              <w:right w:val="single" w:sz="8" w:space="0" w:color="000000"/>
            </w:tcBorders>
          </w:tcPr>
          <w:p w14:paraId="31636BA0" w14:textId="77777777" w:rsidR="00215E3A" w:rsidRDefault="00A20486" w:rsidP="001F687B">
            <w:pPr>
              <w:shd w:val="clear" w:color="auto" w:fill="FFFFFF" w:themeFill="background1"/>
              <w:jc w:val="both"/>
            </w:pPr>
            <w:r>
              <w:t>- GV mời 2 HS xung phong kể trước lớp, mỗi em kể 2 đoạn, kể nối tiếp đến hết câu chuyện.</w:t>
            </w:r>
          </w:p>
        </w:tc>
        <w:tc>
          <w:tcPr>
            <w:tcW w:w="5270" w:type="dxa"/>
            <w:tcBorders>
              <w:top w:val="nil"/>
              <w:left w:val="single" w:sz="8" w:space="0" w:color="000000"/>
              <w:bottom w:val="nil"/>
              <w:right w:val="single" w:sz="8" w:space="0" w:color="000000"/>
            </w:tcBorders>
          </w:tcPr>
          <w:p w14:paraId="4E249A03" w14:textId="77777777" w:rsidR="00215E3A" w:rsidRDefault="00A20486" w:rsidP="001F687B">
            <w:pPr>
              <w:shd w:val="clear" w:color="auto" w:fill="FFFFFF" w:themeFill="background1"/>
              <w:jc w:val="both"/>
            </w:pPr>
            <w:r>
              <w:t>- 2 HS xung phong kể trước lớp; cả lớp theo dõi, nhận xét.</w:t>
            </w:r>
          </w:p>
        </w:tc>
      </w:tr>
      <w:tr w:rsidR="00215E3A" w14:paraId="1373A57A" w14:textId="77777777" w:rsidTr="001F687B">
        <w:trPr>
          <w:jc w:val="center"/>
        </w:trPr>
        <w:tc>
          <w:tcPr>
            <w:tcW w:w="5270" w:type="dxa"/>
            <w:tcBorders>
              <w:top w:val="nil"/>
              <w:left w:val="single" w:sz="8" w:space="0" w:color="000000"/>
              <w:bottom w:val="nil"/>
              <w:right w:val="single" w:sz="8" w:space="0" w:color="000000"/>
            </w:tcBorders>
          </w:tcPr>
          <w:p w14:paraId="3076AE38" w14:textId="77777777" w:rsidR="00215E3A" w:rsidRDefault="00A20486" w:rsidP="001F687B">
            <w:pPr>
              <w:shd w:val="clear" w:color="auto" w:fill="FFFFFF" w:themeFill="background1"/>
              <w:jc w:val="both"/>
            </w:pPr>
            <w:r>
              <w:t>- GV tổ chức cho HS đóng vai kể lại toàn bộ câu chuyện tùy vào khả năng của HS trong lớp.</w:t>
            </w:r>
          </w:p>
        </w:tc>
        <w:tc>
          <w:tcPr>
            <w:tcW w:w="5270" w:type="dxa"/>
            <w:tcBorders>
              <w:top w:val="nil"/>
              <w:left w:val="single" w:sz="8" w:space="0" w:color="000000"/>
              <w:bottom w:val="nil"/>
              <w:right w:val="single" w:sz="8" w:space="0" w:color="000000"/>
            </w:tcBorders>
          </w:tcPr>
          <w:p w14:paraId="54065EE7" w14:textId="77777777" w:rsidR="00215E3A" w:rsidRDefault="00A20486" w:rsidP="001F687B">
            <w:pPr>
              <w:shd w:val="clear" w:color="auto" w:fill="FFFFFF" w:themeFill="background1"/>
              <w:jc w:val="both"/>
            </w:pPr>
            <w:r>
              <w:t>- HS đóng vai thầy đồ, Vũ Duệ, em nhỏ hoặc người kể chuyện để kể lại câu chuyện.</w:t>
            </w:r>
          </w:p>
        </w:tc>
      </w:tr>
      <w:tr w:rsidR="00215E3A" w14:paraId="7D492545" w14:textId="77777777" w:rsidTr="001F687B">
        <w:trPr>
          <w:jc w:val="center"/>
        </w:trPr>
        <w:tc>
          <w:tcPr>
            <w:tcW w:w="5270" w:type="dxa"/>
            <w:tcBorders>
              <w:top w:val="nil"/>
              <w:left w:val="single" w:sz="8" w:space="0" w:color="000000"/>
              <w:bottom w:val="nil"/>
              <w:right w:val="single" w:sz="8" w:space="0" w:color="000000"/>
            </w:tcBorders>
          </w:tcPr>
          <w:p w14:paraId="569FFFD4" w14:textId="77777777" w:rsidR="00215E3A" w:rsidRDefault="00A20486" w:rsidP="001F687B">
            <w:pPr>
              <w:shd w:val="clear" w:color="auto" w:fill="FFFFFF" w:themeFill="background1"/>
              <w:jc w:val="both"/>
            </w:pPr>
            <w:r>
              <w:t>- GV động viên, khen ngợi.</w:t>
            </w:r>
          </w:p>
        </w:tc>
        <w:tc>
          <w:tcPr>
            <w:tcW w:w="5270" w:type="dxa"/>
            <w:tcBorders>
              <w:top w:val="nil"/>
              <w:left w:val="single" w:sz="8" w:space="0" w:color="000000"/>
              <w:bottom w:val="nil"/>
              <w:right w:val="single" w:sz="8" w:space="0" w:color="000000"/>
            </w:tcBorders>
          </w:tcPr>
          <w:p w14:paraId="53263EEE" w14:textId="77777777" w:rsidR="00215E3A" w:rsidRDefault="00A20486" w:rsidP="001F687B">
            <w:pPr>
              <w:shd w:val="clear" w:color="auto" w:fill="FFFFFF" w:themeFill="background1"/>
              <w:jc w:val="both"/>
            </w:pPr>
            <w:r>
              <w:t>- HS lắng nghe, tự tin hơn khi kể chuyện.</w:t>
            </w:r>
          </w:p>
        </w:tc>
      </w:tr>
      <w:tr w:rsidR="00215E3A" w14:paraId="15741FEB" w14:textId="77777777" w:rsidTr="001F687B">
        <w:trPr>
          <w:jc w:val="center"/>
        </w:trPr>
        <w:tc>
          <w:tcPr>
            <w:tcW w:w="5270" w:type="dxa"/>
            <w:tcBorders>
              <w:top w:val="nil"/>
              <w:left w:val="single" w:sz="8" w:space="0" w:color="000000"/>
              <w:bottom w:val="single" w:sz="4" w:space="0" w:color="000000"/>
              <w:right w:val="single" w:sz="8" w:space="0" w:color="000000"/>
            </w:tcBorders>
          </w:tcPr>
          <w:p w14:paraId="7A27CF15" w14:textId="77777777" w:rsidR="00215E3A" w:rsidRDefault="00A20486" w:rsidP="001F687B">
            <w:pPr>
              <w:shd w:val="clear" w:color="auto" w:fill="FFFFFF" w:themeFill="background1"/>
              <w:jc w:val="both"/>
            </w:pPr>
            <w:r>
              <w:t>- GV nhấn mạnh ý nghĩa câu chuyện.</w:t>
            </w:r>
          </w:p>
        </w:tc>
        <w:tc>
          <w:tcPr>
            <w:tcW w:w="5270" w:type="dxa"/>
            <w:tcBorders>
              <w:top w:val="nil"/>
              <w:left w:val="single" w:sz="8" w:space="0" w:color="000000"/>
              <w:bottom w:val="single" w:sz="4" w:space="0" w:color="000000"/>
              <w:right w:val="single" w:sz="8" w:space="0" w:color="000000"/>
            </w:tcBorders>
          </w:tcPr>
          <w:p w14:paraId="6440651E" w14:textId="77777777" w:rsidR="00215E3A" w:rsidRDefault="00A20486" w:rsidP="001F687B">
            <w:pPr>
              <w:shd w:val="clear" w:color="auto" w:fill="FFFFFF" w:themeFill="background1"/>
              <w:jc w:val="both"/>
            </w:pPr>
            <w:r>
              <w:t>- HS nêu: Câu chuyện khuyên chúng em chăm học, ham học và biết trân trọng việc được đến trường.</w:t>
            </w:r>
          </w:p>
        </w:tc>
      </w:tr>
      <w:tr w:rsidR="00215E3A" w14:paraId="4F8E2AE7"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22F9430E" w14:textId="77777777" w:rsidR="00215E3A" w:rsidRDefault="00A20486" w:rsidP="001F687B">
            <w:pPr>
              <w:shd w:val="clear" w:color="auto" w:fill="FFFFFF" w:themeFill="background1"/>
            </w:pPr>
            <w:r>
              <w:rPr>
                <w:b/>
                <w:color w:val="008000"/>
              </w:rPr>
              <w:lastRenderedPageBreak/>
              <w:t>4. Vận dụng (5 phút)</w:t>
            </w:r>
            <w:r>
              <w:rPr>
                <w:b/>
                <w:color w:val="008000"/>
              </w:rPr>
              <w:br/>
              <w:t>Hoạt động 3: Kể cho người thân về cậu bé Vũ Duệ trong câu chuyện.</w:t>
            </w:r>
            <w:r>
              <w:rPr>
                <w:b/>
                <w:color w:val="008000"/>
              </w:rPr>
              <w:br/>
              <w:t>Mục tiêu: HS biết kể về nhân vật theo lời kể của mình. Mục tiêu tích hợp: HS biết đi học đều, chuẩn bị sách vở, chăm chú nghe giảng và mạnh dạn hỏi khi chưa hiểu.</w:t>
            </w:r>
          </w:p>
        </w:tc>
      </w:tr>
      <w:tr w:rsidR="00215E3A" w14:paraId="42A32149" w14:textId="77777777" w:rsidTr="001F687B">
        <w:trPr>
          <w:jc w:val="center"/>
        </w:trPr>
        <w:tc>
          <w:tcPr>
            <w:tcW w:w="5270" w:type="dxa"/>
            <w:tcBorders>
              <w:top w:val="single" w:sz="4" w:space="0" w:color="000000"/>
              <w:left w:val="single" w:sz="8" w:space="0" w:color="000000"/>
              <w:bottom w:val="nil"/>
              <w:right w:val="single" w:sz="8" w:space="0" w:color="000000"/>
            </w:tcBorders>
          </w:tcPr>
          <w:p w14:paraId="1C10D050" w14:textId="77777777" w:rsidR="00215E3A" w:rsidRDefault="00A20486" w:rsidP="001F687B">
            <w:pPr>
              <w:shd w:val="clear" w:color="auto" w:fill="FFFFFF" w:themeFill="background1"/>
              <w:jc w:val="both"/>
            </w:pPr>
            <w:r>
              <w:t>- GV nêu yêu cầu kể cho người thân nghe câu chuyện về cậu bé Vũ Duệ hoặc kể 1, 2 đoạn em thích nhất trong câu chuyện theo lời kể của mình.</w:t>
            </w:r>
          </w:p>
        </w:tc>
        <w:tc>
          <w:tcPr>
            <w:tcW w:w="5270" w:type="dxa"/>
            <w:tcBorders>
              <w:top w:val="single" w:sz="4" w:space="0" w:color="000000"/>
              <w:left w:val="single" w:sz="8" w:space="0" w:color="000000"/>
              <w:bottom w:val="nil"/>
              <w:right w:val="single" w:sz="8" w:space="0" w:color="000000"/>
            </w:tcBorders>
          </w:tcPr>
          <w:p w14:paraId="4C145239" w14:textId="77777777" w:rsidR="00215E3A" w:rsidRDefault="00A20486" w:rsidP="001F687B">
            <w:pPr>
              <w:shd w:val="clear" w:color="auto" w:fill="FFFFFF" w:themeFill="background1"/>
              <w:jc w:val="both"/>
            </w:pPr>
            <w:r>
              <w:t>- HS lắng nghe và vận dụng về kể lại cho người thân nghe câu chuyện.</w:t>
            </w:r>
          </w:p>
        </w:tc>
      </w:tr>
      <w:tr w:rsidR="00215E3A" w14:paraId="455B1072" w14:textId="77777777" w:rsidTr="001F687B">
        <w:trPr>
          <w:jc w:val="center"/>
        </w:trPr>
        <w:tc>
          <w:tcPr>
            <w:tcW w:w="5270" w:type="dxa"/>
            <w:tcBorders>
              <w:top w:val="nil"/>
              <w:left w:val="single" w:sz="8" w:space="0" w:color="000000"/>
              <w:bottom w:val="nil"/>
              <w:right w:val="single" w:sz="8" w:space="0" w:color="000000"/>
            </w:tcBorders>
          </w:tcPr>
          <w:p w14:paraId="0740B96D" w14:textId="77777777" w:rsidR="00215E3A" w:rsidRDefault="00A20486" w:rsidP="001F687B">
            <w:pPr>
              <w:shd w:val="clear" w:color="auto" w:fill="FFFFFF" w:themeFill="background1"/>
              <w:jc w:val="both"/>
            </w:pPr>
            <w:r>
              <w:t>- Em có cảm nhận gì về bạn HS trong câu chuyện?</w:t>
            </w:r>
          </w:p>
        </w:tc>
        <w:tc>
          <w:tcPr>
            <w:tcW w:w="5270" w:type="dxa"/>
            <w:tcBorders>
              <w:top w:val="nil"/>
              <w:left w:val="single" w:sz="8" w:space="0" w:color="000000"/>
              <w:bottom w:val="nil"/>
              <w:right w:val="single" w:sz="8" w:space="0" w:color="000000"/>
            </w:tcBorders>
          </w:tcPr>
          <w:p w14:paraId="59163E26" w14:textId="77777777" w:rsidR="00215E3A" w:rsidRDefault="00A20486" w:rsidP="001F687B">
            <w:pPr>
              <w:shd w:val="clear" w:color="auto" w:fill="FFFFFF" w:themeFill="background1"/>
              <w:jc w:val="both"/>
            </w:pPr>
            <w:r>
              <w:t>- HS chia sẻ: Vũ Duệ là một bạn rất ham học, chăm chỉ và kiên trì.</w:t>
            </w:r>
          </w:p>
        </w:tc>
      </w:tr>
      <w:tr w:rsidR="00215E3A" w14:paraId="68F77894" w14:textId="77777777" w:rsidTr="001F687B">
        <w:trPr>
          <w:jc w:val="center"/>
        </w:trPr>
        <w:tc>
          <w:tcPr>
            <w:tcW w:w="5270" w:type="dxa"/>
            <w:tcBorders>
              <w:top w:val="nil"/>
              <w:left w:val="single" w:sz="8" w:space="0" w:color="000000"/>
              <w:bottom w:val="nil"/>
              <w:right w:val="single" w:sz="8" w:space="0" w:color="000000"/>
            </w:tcBorders>
          </w:tcPr>
          <w:p w14:paraId="5192BAAF" w14:textId="77777777" w:rsidR="00215E3A" w:rsidRDefault="00A20486" w:rsidP="001F687B">
            <w:pPr>
              <w:shd w:val="clear" w:color="auto" w:fill="FFFFFF" w:themeFill="background1"/>
              <w:jc w:val="both"/>
            </w:pPr>
            <w:r>
              <w:t>- Em học tập được điều gì từ bạn?</w:t>
            </w:r>
          </w:p>
        </w:tc>
        <w:tc>
          <w:tcPr>
            <w:tcW w:w="5270" w:type="dxa"/>
            <w:tcBorders>
              <w:top w:val="nil"/>
              <w:left w:val="single" w:sz="8" w:space="0" w:color="000000"/>
              <w:bottom w:val="nil"/>
              <w:right w:val="single" w:sz="8" w:space="0" w:color="000000"/>
            </w:tcBorders>
          </w:tcPr>
          <w:p w14:paraId="05109A2E" w14:textId="77777777" w:rsidR="00215E3A" w:rsidRDefault="00A20486" w:rsidP="001F687B">
            <w:pPr>
              <w:shd w:val="clear" w:color="auto" w:fill="FFFFFF" w:themeFill="background1"/>
              <w:jc w:val="both"/>
            </w:pPr>
            <w:r>
              <w:t>- HS trả lời: Em học được sự chăm học, không bỏ cuộc, biết quý trọng cơ hội học tập.</w:t>
            </w:r>
          </w:p>
        </w:tc>
      </w:tr>
      <w:tr w:rsidR="00215E3A" w14:paraId="657ACF09" w14:textId="77777777" w:rsidTr="001F687B">
        <w:trPr>
          <w:jc w:val="center"/>
        </w:trPr>
        <w:tc>
          <w:tcPr>
            <w:tcW w:w="5270" w:type="dxa"/>
            <w:tcBorders>
              <w:top w:val="nil"/>
              <w:left w:val="single" w:sz="8" w:space="0" w:color="000000"/>
              <w:bottom w:val="nil"/>
            </w:tcBorders>
          </w:tcPr>
          <w:p w14:paraId="78D9A37F" w14:textId="77777777" w:rsidR="00215E3A" w:rsidRDefault="00A20486" w:rsidP="001F687B">
            <w:pPr>
              <w:shd w:val="clear" w:color="auto" w:fill="FFFFFF" w:themeFill="background1"/>
            </w:pPr>
            <w:r>
              <w:rPr>
                <w:color w:val="C00000"/>
              </w:rPr>
              <w:t>- Khi gặp khó khăn trong học tập, em cần làm gì để noi gương bạn Vũ Duệ?</w:t>
            </w:r>
          </w:p>
        </w:tc>
        <w:tc>
          <w:tcPr>
            <w:tcW w:w="5270" w:type="dxa"/>
            <w:tcBorders>
              <w:top w:val="nil"/>
              <w:bottom w:val="nil"/>
            </w:tcBorders>
          </w:tcPr>
          <w:p w14:paraId="50624841" w14:textId="77777777" w:rsidR="00215E3A" w:rsidRDefault="00A20486" w:rsidP="001F687B">
            <w:pPr>
              <w:shd w:val="clear" w:color="auto" w:fill="FFFFFF" w:themeFill="background1"/>
            </w:pPr>
            <w:r>
              <w:rPr>
                <w:color w:val="C00000"/>
              </w:rPr>
              <w:t>- HS trả lời: Em cần cố gắng học, hỏi thầy cô khi chưa hiểu, nhờ bạn hỗ trợ, không bỏ cuộc và trân trọng cơ hội được đến trường.</w:t>
            </w:r>
          </w:p>
        </w:tc>
      </w:tr>
      <w:tr w:rsidR="00215E3A" w14:paraId="21C2C30B" w14:textId="77777777" w:rsidTr="001F687B">
        <w:trPr>
          <w:jc w:val="center"/>
        </w:trPr>
        <w:tc>
          <w:tcPr>
            <w:tcW w:w="5270" w:type="dxa"/>
            <w:tcBorders>
              <w:top w:val="nil"/>
              <w:left w:val="single" w:sz="8" w:space="0" w:color="000000"/>
              <w:bottom w:val="nil"/>
            </w:tcBorders>
          </w:tcPr>
          <w:p w14:paraId="33657BEA" w14:textId="77777777" w:rsidR="00215E3A" w:rsidRDefault="00A20486" w:rsidP="001F687B">
            <w:pPr>
              <w:shd w:val="clear" w:color="auto" w:fill="FFFFFF" w:themeFill="background1"/>
            </w:pPr>
            <w:r>
              <w:rPr>
                <w:color w:val="C00000"/>
              </w:rPr>
              <w:t>- Giáo dục đạo đức, lối sống: Qua câu chuyện Cậu bé ham học, các em hiểu rằng tinh thần ham học, kiên trì vượt khó là phẩm chất đáng quý. Dù hoàn cảnh khó khăn, Vũ Duệ vẫn tìm cách nghe thầy giảng, chăm chú học bài và biết nắm lấy cơ hội được đến lớp. Trong học tập hằng ngày, các em cần đi học đều, chuẩn bị đầy đủ sách vở, chú ý nghe giảng, mạnh dạn hỏi thầy cô khi chưa hiểu, giúp đỡ bạn gặp khó khăn và không bỏ cuộc khi bài học còn khó.</w:t>
            </w:r>
          </w:p>
        </w:tc>
        <w:tc>
          <w:tcPr>
            <w:tcW w:w="5270" w:type="dxa"/>
            <w:tcBorders>
              <w:top w:val="nil"/>
              <w:bottom w:val="nil"/>
            </w:tcBorders>
          </w:tcPr>
          <w:p w14:paraId="574F8C35" w14:textId="77777777" w:rsidR="00215E3A" w:rsidRDefault="00A20486" w:rsidP="001F687B">
            <w:pPr>
              <w:shd w:val="clear" w:color="auto" w:fill="FFFFFF" w:themeFill="background1"/>
            </w:pPr>
            <w:r>
              <w:rPr>
                <w:color w:val="C00000"/>
              </w:rPr>
              <w:t>- HS lắng nghe, nêu việc làm phù hợp: đi học đều, soạn sách vở trước khi đi học, chăm chú nghe giảng, hỏi cô khi chưa hiểu và giúp bạn cùng học tiến bộ.</w:t>
            </w:r>
          </w:p>
        </w:tc>
      </w:tr>
      <w:tr w:rsidR="003B638A" w14:paraId="387E1AB4" w14:textId="77777777" w:rsidTr="001F687B">
        <w:trPr>
          <w:jc w:val="center"/>
        </w:trPr>
        <w:tc>
          <w:tcPr>
            <w:tcW w:w="5270" w:type="dxa"/>
            <w:tcBorders>
              <w:top w:val="nil"/>
              <w:left w:val="single" w:sz="8" w:space="0" w:color="000000"/>
            </w:tcBorders>
          </w:tcPr>
          <w:p w14:paraId="47C14527" w14:textId="77777777" w:rsidR="003B638A" w:rsidRDefault="001B3E3F" w:rsidP="001F687B">
            <w:pPr>
              <w:shd w:val="clear" w:color="auto" w:fill="FFFFFF" w:themeFill="background1"/>
            </w:pPr>
            <w:r>
              <w:t>- Dặn dò: Về nhà kể lại câu chuyện Cậu bé ham học cho người thân nghe; chuẩn bị bài Thời khóa biểu.</w:t>
            </w:r>
          </w:p>
        </w:tc>
        <w:tc>
          <w:tcPr>
            <w:tcW w:w="5270" w:type="dxa"/>
            <w:tcBorders>
              <w:top w:val="nil"/>
            </w:tcBorders>
          </w:tcPr>
          <w:p w14:paraId="5C86BFEF" w14:textId="77777777" w:rsidR="003B638A" w:rsidRDefault="001B3E3F" w:rsidP="001F687B">
            <w:pPr>
              <w:shd w:val="clear" w:color="auto" w:fill="FFFFFF" w:themeFill="background1"/>
            </w:pPr>
            <w:r>
              <w:t>- HS ghi nhớ nhiệm vụ về nhà, tập kể lại câu chuyện theo lời của mình và xem trước bài mới.</w:t>
            </w:r>
          </w:p>
        </w:tc>
      </w:tr>
    </w:tbl>
    <w:p w14:paraId="58D32DED" w14:textId="77777777" w:rsidR="00215E3A" w:rsidRDefault="00A20486" w:rsidP="001F687B">
      <w:pPr>
        <w:shd w:val="clear" w:color="auto" w:fill="FFFFFF" w:themeFill="background1"/>
        <w:spacing w:after="0" w:line="240" w:lineRule="auto"/>
        <w:jc w:val="both"/>
      </w:pPr>
      <w:r>
        <w:rPr>
          <w:b/>
          <w:color w:val="000000"/>
        </w:rPr>
        <w:t>IV. ĐIỀU CHỈNH SAU TIẾT DẠY (NẾU CÓ):</w:t>
      </w:r>
    </w:p>
    <w:p w14:paraId="3895C254" w14:textId="77777777" w:rsidR="00215E3A" w:rsidRDefault="00A20486" w:rsidP="001F687B">
      <w:pPr>
        <w:shd w:val="clear" w:color="auto" w:fill="FFFFFF" w:themeFill="background1"/>
        <w:spacing w:after="0" w:line="240" w:lineRule="auto"/>
        <w:jc w:val="both"/>
      </w:pPr>
      <w:r>
        <w:rPr>
          <w:color w:val="000000"/>
        </w:rPr>
        <w:t>................................................................................................................................................</w:t>
      </w:r>
    </w:p>
    <w:p w14:paraId="644CD333" w14:textId="4836D2BE" w:rsidR="00215E3A" w:rsidRDefault="00215E3A" w:rsidP="001F687B">
      <w:pPr>
        <w:shd w:val="clear" w:color="auto" w:fill="FFFFFF" w:themeFill="background1"/>
        <w:spacing w:after="0" w:line="240" w:lineRule="auto"/>
        <w:jc w:val="both"/>
      </w:pPr>
    </w:p>
    <w:p w14:paraId="724F3EB0" w14:textId="77777777" w:rsidR="00215E3A" w:rsidRDefault="003F1E52" w:rsidP="001F687B">
      <w:pPr>
        <w:shd w:val="clear" w:color="auto" w:fill="FFFFFF" w:themeFill="background1"/>
        <w:spacing w:after="0" w:line="240" w:lineRule="auto"/>
        <w:jc w:val="center"/>
      </w:pPr>
      <w:r>
        <w:rPr>
          <w:b/>
          <w:color w:val="000000"/>
        </w:rPr>
        <w:t>KẾ HOẠCH BÀI DẠY MÔN TIẾNG VIỆT LỚP 2</w:t>
      </w:r>
      <w:r w:rsidR="00A20486">
        <w:rPr>
          <w:b/>
          <w:color w:val="000000"/>
        </w:rPr>
        <w:t>- TUẦN 5</w:t>
      </w:r>
    </w:p>
    <w:p w14:paraId="6524ED1B" w14:textId="77777777" w:rsidR="00215E3A" w:rsidRDefault="00A20486" w:rsidP="001F687B">
      <w:pPr>
        <w:shd w:val="clear" w:color="auto" w:fill="FFFFFF" w:themeFill="background1"/>
        <w:spacing w:after="0" w:line="240" w:lineRule="auto"/>
        <w:jc w:val="center"/>
      </w:pPr>
      <w:r>
        <w:rPr>
          <w:b/>
          <w:color w:val="000000"/>
        </w:rPr>
        <w:t>CHỦ ĐỀ 2: ĐI HỌC VUI SAO</w:t>
      </w:r>
    </w:p>
    <w:p w14:paraId="54A918B9" w14:textId="77777777" w:rsidR="00215E3A" w:rsidRDefault="00A20486" w:rsidP="001F687B">
      <w:pPr>
        <w:shd w:val="clear" w:color="auto" w:fill="FFFFFF" w:themeFill="background1"/>
        <w:spacing w:after="0" w:line="240" w:lineRule="auto"/>
        <w:jc w:val="center"/>
      </w:pPr>
      <w:r>
        <w:rPr>
          <w:b/>
          <w:color w:val="000000"/>
        </w:rPr>
        <w:t>BÀI 10: THỜI KHÓA BIỂU</w:t>
      </w:r>
    </w:p>
    <w:p w14:paraId="76264AF8" w14:textId="77777777" w:rsidR="00215E3A" w:rsidRDefault="00A20486" w:rsidP="001F687B">
      <w:pPr>
        <w:shd w:val="clear" w:color="auto" w:fill="FFFFFF" w:themeFill="background1"/>
        <w:spacing w:after="0" w:line="240" w:lineRule="auto"/>
        <w:jc w:val="center"/>
      </w:pPr>
      <w:r>
        <w:rPr>
          <w:b/>
          <w:color w:val="000000"/>
        </w:rPr>
        <w:t>TIẾT 1 - 2: ĐỌC: THỜI KHÓA BIỂU</w:t>
      </w:r>
    </w:p>
    <w:p w14:paraId="3616FD29" w14:textId="77777777" w:rsidR="00215E3A" w:rsidRDefault="00A20486" w:rsidP="001F687B">
      <w:pPr>
        <w:shd w:val="clear" w:color="auto" w:fill="FFFFFF" w:themeFill="background1"/>
        <w:spacing w:after="0" w:line="240" w:lineRule="auto"/>
        <w:jc w:val="both"/>
      </w:pPr>
      <w:r>
        <w:rPr>
          <w:b/>
          <w:color w:val="000000"/>
        </w:rPr>
        <w:t>I. YÊU CẦU CẦN ĐẠT</w:t>
      </w:r>
    </w:p>
    <w:p w14:paraId="2AFAEB7B" w14:textId="77777777" w:rsidR="00215E3A" w:rsidRDefault="00A20486" w:rsidP="001F687B">
      <w:pPr>
        <w:shd w:val="clear" w:color="auto" w:fill="FFFFFF" w:themeFill="background1"/>
        <w:spacing w:after="0" w:line="240" w:lineRule="auto"/>
        <w:jc w:val="both"/>
      </w:pPr>
      <w:r>
        <w:rPr>
          <w:b/>
          <w:color w:val="000000"/>
        </w:rPr>
        <w:t>1. Năng lực đặc thù:</w:t>
      </w:r>
    </w:p>
    <w:p w14:paraId="7728A280" w14:textId="77777777" w:rsidR="00215E3A" w:rsidRDefault="00A20486" w:rsidP="001F687B">
      <w:pPr>
        <w:shd w:val="clear" w:color="auto" w:fill="FFFFFF" w:themeFill="background1"/>
        <w:spacing w:after="0" w:line="240" w:lineRule="auto"/>
        <w:jc w:val="both"/>
      </w:pPr>
      <w:r>
        <w:rPr>
          <w:color w:val="000000"/>
        </w:rPr>
        <w:t>- Đọc đúng, rõ ràng bài Thời khóa biểu; biết ngắt nghỉ hơi phù hợp theo dấu câu, dòng thơ hoặc đoạn văn.</w:t>
      </w:r>
    </w:p>
    <w:p w14:paraId="6CEEFA04" w14:textId="77777777" w:rsidR="00215E3A" w:rsidRDefault="00A20486" w:rsidP="001F687B">
      <w:pPr>
        <w:shd w:val="clear" w:color="auto" w:fill="FFFFFF" w:themeFill="background1"/>
        <w:spacing w:after="0" w:line="240" w:lineRule="auto"/>
        <w:jc w:val="both"/>
      </w:pPr>
      <w:r>
        <w:rPr>
          <w:color w:val="000000"/>
        </w:rPr>
        <w:t>- Hiểu nghĩa từ ngữ; trả lời được câu hỏi trong SGK; nêu được nội dung chính của bài.</w:t>
      </w:r>
    </w:p>
    <w:p w14:paraId="26FA4C7D" w14:textId="77777777" w:rsidR="00215E3A" w:rsidRDefault="00A20486" w:rsidP="001F687B">
      <w:pPr>
        <w:shd w:val="clear" w:color="auto" w:fill="FFFFFF" w:themeFill="background1"/>
        <w:spacing w:after="0" w:line="240" w:lineRule="auto"/>
        <w:jc w:val="both"/>
      </w:pPr>
      <w:r>
        <w:rPr>
          <w:color w:val="000000"/>
        </w:rPr>
        <w:t>- Biết luyện đọc lại, trao đổi, nói/viết câu theo nội dung bài học.</w:t>
      </w:r>
    </w:p>
    <w:p w14:paraId="6B551393" w14:textId="77777777" w:rsidR="00215E3A" w:rsidRDefault="00A20486" w:rsidP="001F687B">
      <w:pPr>
        <w:shd w:val="clear" w:color="auto" w:fill="FFFFFF" w:themeFill="background1"/>
        <w:spacing w:after="0" w:line="240" w:lineRule="auto"/>
        <w:jc w:val="both"/>
      </w:pPr>
      <w:r>
        <w:rPr>
          <w:b/>
          <w:color w:val="000000"/>
        </w:rPr>
        <w:t>2. Năng lực chung:</w:t>
      </w:r>
    </w:p>
    <w:p w14:paraId="39DCE923" w14:textId="77777777" w:rsidR="00215E3A" w:rsidRDefault="00A20486" w:rsidP="001F687B">
      <w:pPr>
        <w:shd w:val="clear" w:color="auto" w:fill="FFFFFF" w:themeFill="background1"/>
        <w:spacing w:after="0" w:line="240" w:lineRule="auto"/>
        <w:jc w:val="both"/>
      </w:pPr>
      <w:r>
        <w:rPr>
          <w:color w:val="000000"/>
        </w:rPr>
        <w:t>- Tự chủ và tự học: chủ động đọc bài, tự sửa lỗi phát âm và hoàn thành nhiệm vụ học tập.</w:t>
      </w:r>
    </w:p>
    <w:p w14:paraId="6AE8AB92" w14:textId="77777777" w:rsidR="00215E3A" w:rsidRDefault="00A20486" w:rsidP="001F687B">
      <w:pPr>
        <w:shd w:val="clear" w:color="auto" w:fill="FFFFFF" w:themeFill="background1"/>
        <w:spacing w:after="0" w:line="240" w:lineRule="auto"/>
        <w:jc w:val="both"/>
      </w:pPr>
      <w:r>
        <w:rPr>
          <w:color w:val="000000"/>
        </w:rPr>
        <w:t>- Giao tiếp và hợp tác: biết trao đổi nhóm, lắng nghe và góp ý cho bạn.</w:t>
      </w:r>
    </w:p>
    <w:p w14:paraId="7B0AE14B" w14:textId="77777777" w:rsidR="00215E3A" w:rsidRDefault="00A20486" w:rsidP="001F687B">
      <w:pPr>
        <w:shd w:val="clear" w:color="auto" w:fill="FFFFFF" w:themeFill="background1"/>
        <w:spacing w:after="0" w:line="240" w:lineRule="auto"/>
        <w:jc w:val="both"/>
      </w:pPr>
      <w:r>
        <w:rPr>
          <w:color w:val="000000"/>
        </w:rPr>
        <w:t>- Giải quyết vấn đề và sáng tạo: biết liên hệ nội dung bài học với việc làm hằng ngày.</w:t>
      </w:r>
    </w:p>
    <w:p w14:paraId="6B71F1C1" w14:textId="77777777" w:rsidR="00215E3A" w:rsidRDefault="00A20486" w:rsidP="001F687B">
      <w:pPr>
        <w:shd w:val="clear" w:color="auto" w:fill="FFFFFF" w:themeFill="background1"/>
        <w:spacing w:after="0" w:line="240" w:lineRule="auto"/>
        <w:jc w:val="both"/>
      </w:pPr>
      <w:r>
        <w:rPr>
          <w:b/>
          <w:color w:val="000000"/>
        </w:rPr>
        <w:t>3. Phẩm chất:</w:t>
      </w:r>
    </w:p>
    <w:p w14:paraId="0D546E88" w14:textId="77777777" w:rsidR="00215E3A" w:rsidRDefault="00A20486" w:rsidP="001F687B">
      <w:pPr>
        <w:shd w:val="clear" w:color="auto" w:fill="FFFFFF" w:themeFill="background1"/>
        <w:spacing w:after="0" w:line="240" w:lineRule="auto"/>
        <w:jc w:val="both"/>
      </w:pPr>
      <w:r>
        <w:rPr>
          <w:color w:val="000000"/>
        </w:rPr>
        <w:lastRenderedPageBreak/>
        <w:t>- Nhân ái, chăm chỉ, trách nhiệm: yêu quý trường lớp, thầy cô, bạn bè; tích cực học tập và thực hiện nền nếp.</w:t>
      </w:r>
    </w:p>
    <w:p w14:paraId="7B20FCCB" w14:textId="77777777" w:rsidR="00215E3A" w:rsidRDefault="00A20486" w:rsidP="001F687B">
      <w:pPr>
        <w:shd w:val="clear" w:color="auto" w:fill="FFFFFF" w:themeFill="background1"/>
        <w:spacing w:after="0" w:line="240" w:lineRule="auto"/>
        <w:jc w:val="both"/>
      </w:pPr>
      <w:r>
        <w:rPr>
          <w:b/>
          <w:color w:val="000000"/>
        </w:rPr>
        <w:t>4. Tích hợp:</w:t>
      </w:r>
    </w:p>
    <w:p w14:paraId="3B8EEA16" w14:textId="77777777" w:rsidR="00215E3A" w:rsidRDefault="00A20486" w:rsidP="001F687B">
      <w:pPr>
        <w:shd w:val="clear" w:color="auto" w:fill="FFFFFF" w:themeFill="background1"/>
        <w:spacing w:after="0" w:line="240" w:lineRule="auto"/>
        <w:jc w:val="both"/>
      </w:pPr>
      <w:r>
        <w:rPr>
          <w:color w:val="C00000"/>
        </w:rPr>
        <w:t>- Giáo dục đạo đức, lối sống: HS biết yêu quý, kính trọng thầy cô, trường lớp, bạn bè; biết thể hiện tình cảm bằng lời nói, việc làm lịch sự, chăm học và có trách nhiệm trong học tập.</w:t>
      </w:r>
    </w:p>
    <w:p w14:paraId="74B72F05" w14:textId="77777777" w:rsidR="00215E3A" w:rsidRDefault="00A20486" w:rsidP="001F687B">
      <w:pPr>
        <w:shd w:val="clear" w:color="auto" w:fill="FFFFFF" w:themeFill="background1"/>
        <w:spacing w:after="0" w:line="240" w:lineRule="auto"/>
        <w:jc w:val="both"/>
      </w:pPr>
      <w:r>
        <w:rPr>
          <w:b/>
          <w:color w:val="000000"/>
        </w:rPr>
        <w:t>II. ĐỒ DÙNG DẠY HỌC</w:t>
      </w:r>
    </w:p>
    <w:p w14:paraId="3293DBA3" w14:textId="77777777" w:rsidR="00215E3A" w:rsidRDefault="00A20486" w:rsidP="001F687B">
      <w:pPr>
        <w:shd w:val="clear" w:color="auto" w:fill="FFFFFF" w:themeFill="background1"/>
        <w:spacing w:after="0" w:line="240" w:lineRule="auto"/>
        <w:jc w:val="both"/>
      </w:pPr>
      <w:r>
        <w:rPr>
          <w:color w:val="000000"/>
        </w:rPr>
        <w:t>- GV: Máy tính, máy chiếu/tivi, tranh và câu bài tập cắt từ SGK, thẻ từ, phiếu học tập phù hợp với bài.</w:t>
      </w:r>
    </w:p>
    <w:p w14:paraId="6D5DC9C3" w14:textId="77777777" w:rsidR="00215E3A" w:rsidRDefault="00A20486" w:rsidP="001F687B">
      <w:pPr>
        <w:shd w:val="clear" w:color="auto" w:fill="FFFFFF" w:themeFill="background1"/>
        <w:spacing w:after="0" w:line="240" w:lineRule="auto"/>
        <w:jc w:val="both"/>
      </w:pPr>
      <w:r>
        <w:rPr>
          <w:color w:val="000000"/>
        </w:rPr>
        <w:t>- HS: SGK Tiếng Việt 2 tập một, Vở bài tập Tiếng Việt, vở ô ly, bảng con/bút chì.</w:t>
      </w:r>
    </w:p>
    <w:p w14:paraId="42123DF8" w14:textId="77777777" w:rsidR="00215E3A" w:rsidRDefault="00A20486" w:rsidP="001F687B">
      <w:pPr>
        <w:shd w:val="clear" w:color="auto" w:fill="FFFFFF" w:themeFill="background1"/>
        <w:spacing w:after="0" w:line="240" w:lineRule="auto"/>
        <w:jc w:val="both"/>
      </w:pPr>
      <w:r>
        <w:rPr>
          <w:b/>
          <w:color w:val="000000"/>
        </w:rPr>
        <w:t>III. HOẠT ĐỘNG DẠY HỌC</w:t>
      </w:r>
    </w:p>
    <w:tbl>
      <w:tblPr>
        <w:tblStyle w:val="TableGrid"/>
        <w:tblW w:w="0" w:type="auto"/>
        <w:jc w:val="center"/>
        <w:tblLayout w:type="fixed"/>
        <w:tblLook w:val="04A0" w:firstRow="1" w:lastRow="0" w:firstColumn="1" w:lastColumn="0" w:noHBand="0" w:noVBand="1"/>
      </w:tblPr>
      <w:tblGrid>
        <w:gridCol w:w="5270"/>
        <w:gridCol w:w="5270"/>
      </w:tblGrid>
      <w:tr w:rsidR="00215E3A" w14:paraId="61528D64" w14:textId="77777777" w:rsidTr="001F687B">
        <w:trPr>
          <w:jc w:val="center"/>
        </w:trPr>
        <w:tc>
          <w:tcPr>
            <w:tcW w:w="5270" w:type="dxa"/>
            <w:tcBorders>
              <w:top w:val="single" w:sz="8" w:space="0" w:color="000000"/>
              <w:left w:val="single" w:sz="8" w:space="0" w:color="000000"/>
              <w:bottom w:val="single" w:sz="4" w:space="0" w:color="000000"/>
              <w:right w:val="single" w:sz="8" w:space="0" w:color="000000"/>
            </w:tcBorders>
            <w:shd w:val="clear" w:color="auto" w:fill="D9EAF7"/>
          </w:tcPr>
          <w:p w14:paraId="50E01DF2" w14:textId="77777777" w:rsidR="00215E3A" w:rsidRDefault="00A20486" w:rsidP="001F687B">
            <w:pPr>
              <w:shd w:val="clear" w:color="auto" w:fill="FFFFFF" w:themeFill="background1"/>
              <w:jc w:val="center"/>
            </w:pPr>
            <w:r>
              <w:rPr>
                <w:b/>
                <w:color w:val="006100"/>
              </w:rPr>
              <w:t>Hoạt động của giáo viên</w:t>
            </w:r>
          </w:p>
        </w:tc>
        <w:tc>
          <w:tcPr>
            <w:tcW w:w="5270" w:type="dxa"/>
            <w:tcBorders>
              <w:top w:val="single" w:sz="8" w:space="0" w:color="000000"/>
              <w:left w:val="single" w:sz="8" w:space="0" w:color="000000"/>
              <w:bottom w:val="single" w:sz="4" w:space="0" w:color="000000"/>
              <w:right w:val="single" w:sz="8" w:space="0" w:color="000000"/>
            </w:tcBorders>
            <w:shd w:val="clear" w:color="auto" w:fill="D9EAF7"/>
          </w:tcPr>
          <w:p w14:paraId="40E9B85D" w14:textId="77777777" w:rsidR="00215E3A" w:rsidRDefault="00A20486" w:rsidP="001F687B">
            <w:pPr>
              <w:shd w:val="clear" w:color="auto" w:fill="FFFFFF" w:themeFill="background1"/>
              <w:jc w:val="center"/>
            </w:pPr>
            <w:r>
              <w:rPr>
                <w:b/>
                <w:color w:val="006100"/>
              </w:rPr>
              <w:t>Hoạt động của học sinh</w:t>
            </w:r>
          </w:p>
        </w:tc>
      </w:tr>
      <w:tr w:rsidR="00215E3A" w14:paraId="5A2E7CB1"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37072BB7" w14:textId="77777777" w:rsidR="00215E3A" w:rsidRDefault="00A20486" w:rsidP="001F687B">
            <w:pPr>
              <w:shd w:val="clear" w:color="auto" w:fill="FFFFFF" w:themeFill="background1"/>
              <w:jc w:val="both"/>
            </w:pPr>
            <w:r>
              <w:rPr>
                <w:b/>
                <w:color w:val="008000"/>
              </w:rPr>
              <w:t>TIẾT 1 (35 phút)</w:t>
            </w:r>
          </w:p>
          <w:p w14:paraId="2924E506" w14:textId="77777777" w:rsidR="00215E3A" w:rsidRDefault="00A20486" w:rsidP="001F687B">
            <w:pPr>
              <w:shd w:val="clear" w:color="auto" w:fill="FFFFFF" w:themeFill="background1"/>
              <w:jc w:val="both"/>
            </w:pPr>
            <w:r>
              <w:rPr>
                <w:b/>
                <w:color w:val="008000"/>
              </w:rPr>
              <w:t>1. Khởi động (5 phút)</w:t>
            </w:r>
          </w:p>
          <w:p w14:paraId="0772CCFB" w14:textId="77777777" w:rsidR="00215E3A" w:rsidRDefault="00A20486" w:rsidP="001F687B">
            <w:pPr>
              <w:shd w:val="clear" w:color="auto" w:fill="FFFFFF" w:themeFill="background1"/>
              <w:jc w:val="both"/>
            </w:pPr>
            <w:r>
              <w:rPr>
                <w:b/>
                <w:color w:val="008000"/>
              </w:rPr>
              <w:t>Mục tiêu: Tạo hứng thú cho HS và kết nối với bài học mới.</w:t>
            </w:r>
          </w:p>
        </w:tc>
      </w:tr>
      <w:tr w:rsidR="00215E3A" w14:paraId="1B0F6E4C" w14:textId="77777777" w:rsidTr="001F687B">
        <w:trPr>
          <w:jc w:val="center"/>
        </w:trPr>
        <w:tc>
          <w:tcPr>
            <w:tcW w:w="5270" w:type="dxa"/>
            <w:tcBorders>
              <w:top w:val="single" w:sz="4" w:space="0" w:color="000000"/>
              <w:left w:val="single" w:sz="8" w:space="0" w:color="000000"/>
              <w:bottom w:val="nil"/>
              <w:right w:val="single" w:sz="8" w:space="0" w:color="000000"/>
            </w:tcBorders>
          </w:tcPr>
          <w:p w14:paraId="44728564" w14:textId="77777777" w:rsidR="00215E3A" w:rsidRDefault="00A20486" w:rsidP="001F687B">
            <w:pPr>
              <w:shd w:val="clear" w:color="auto" w:fill="FFFFFF" w:themeFill="background1"/>
              <w:jc w:val="both"/>
            </w:pPr>
            <w:r>
              <w:t>- GV yêu cầu HS đọc thuộc lòng khổ thơ em thích trong bài Cô giáo lớp em và nói về một số điều thú vị.</w:t>
            </w:r>
          </w:p>
        </w:tc>
        <w:tc>
          <w:tcPr>
            <w:tcW w:w="5270" w:type="dxa"/>
            <w:tcBorders>
              <w:top w:val="single" w:sz="4" w:space="0" w:color="000000"/>
              <w:left w:val="single" w:sz="8" w:space="0" w:color="000000"/>
              <w:bottom w:val="nil"/>
              <w:right w:val="single" w:sz="8" w:space="0" w:color="000000"/>
            </w:tcBorders>
          </w:tcPr>
          <w:p w14:paraId="7874272A" w14:textId="77777777" w:rsidR="00215E3A" w:rsidRDefault="00A20486" w:rsidP="001F687B">
            <w:pPr>
              <w:shd w:val="clear" w:color="auto" w:fill="FFFFFF" w:themeFill="background1"/>
              <w:jc w:val="both"/>
            </w:pPr>
            <w:r>
              <w:t>- HS đọc thuộc lòng khổ thơ yêu thích và nói: Em thích hình ảnh cô giáo mỉm cười, giảng bài, dạy viết.</w:t>
            </w:r>
          </w:p>
        </w:tc>
      </w:tr>
      <w:tr w:rsidR="00215E3A" w14:paraId="12576996" w14:textId="77777777" w:rsidTr="001F687B">
        <w:trPr>
          <w:jc w:val="center"/>
        </w:trPr>
        <w:tc>
          <w:tcPr>
            <w:tcW w:w="5270" w:type="dxa"/>
            <w:tcBorders>
              <w:top w:val="nil"/>
              <w:left w:val="single" w:sz="8" w:space="0" w:color="000000"/>
              <w:bottom w:val="nil"/>
              <w:right w:val="single" w:sz="8" w:space="0" w:color="000000"/>
            </w:tcBorders>
          </w:tcPr>
          <w:p w14:paraId="3A070CC9" w14:textId="77777777" w:rsidR="00215E3A" w:rsidRDefault="00A20486" w:rsidP="001F687B">
            <w:pPr>
              <w:shd w:val="clear" w:color="auto" w:fill="FFFFFF" w:themeFill="background1"/>
              <w:jc w:val="both"/>
            </w:pPr>
            <w:r>
              <w:t>- GV nhận xét, tuyên dương.</w:t>
            </w:r>
          </w:p>
        </w:tc>
        <w:tc>
          <w:tcPr>
            <w:tcW w:w="5270" w:type="dxa"/>
            <w:tcBorders>
              <w:top w:val="nil"/>
              <w:left w:val="single" w:sz="8" w:space="0" w:color="000000"/>
              <w:bottom w:val="nil"/>
              <w:right w:val="single" w:sz="8" w:space="0" w:color="000000"/>
            </w:tcBorders>
          </w:tcPr>
          <w:p w14:paraId="3B82572F" w14:textId="77777777" w:rsidR="00215E3A" w:rsidRDefault="00A20486" w:rsidP="001F687B">
            <w:pPr>
              <w:shd w:val="clear" w:color="auto" w:fill="FFFFFF" w:themeFill="background1"/>
              <w:jc w:val="both"/>
            </w:pPr>
            <w:r>
              <w:t>- HS lắng nghe nhận xét.</w:t>
            </w:r>
          </w:p>
        </w:tc>
      </w:tr>
      <w:tr w:rsidR="00215E3A" w14:paraId="79402EEC" w14:textId="77777777" w:rsidTr="001F687B">
        <w:trPr>
          <w:jc w:val="center"/>
        </w:trPr>
        <w:tc>
          <w:tcPr>
            <w:tcW w:w="5270" w:type="dxa"/>
            <w:tcBorders>
              <w:top w:val="nil"/>
              <w:left w:val="single" w:sz="8" w:space="0" w:color="000000"/>
              <w:bottom w:val="nil"/>
              <w:right w:val="single" w:sz="8" w:space="0" w:color="000000"/>
            </w:tcBorders>
          </w:tcPr>
          <w:p w14:paraId="3E7A6C38" w14:textId="77777777" w:rsidR="00215E3A" w:rsidRDefault="00A20486" w:rsidP="001F687B">
            <w:pPr>
              <w:shd w:val="clear" w:color="auto" w:fill="FFFFFF" w:themeFill="background1"/>
              <w:jc w:val="both"/>
            </w:pPr>
            <w:r>
              <w:t>- GV tổ chức cho HS làm việc cặp đôi và trao đổi: Em đã làm thế nào để biết được các môn học trong ngày, trong tuần?</w:t>
            </w:r>
          </w:p>
          <w:p w14:paraId="79967A2E" w14:textId="2FAD9E01" w:rsidR="00215E3A" w:rsidRDefault="00215E3A" w:rsidP="001F687B">
            <w:pPr>
              <w:shd w:val="clear" w:color="auto" w:fill="FFFFFF" w:themeFill="background1"/>
              <w:jc w:val="center"/>
            </w:pPr>
          </w:p>
        </w:tc>
        <w:tc>
          <w:tcPr>
            <w:tcW w:w="5270" w:type="dxa"/>
            <w:tcBorders>
              <w:top w:val="nil"/>
              <w:left w:val="single" w:sz="8" w:space="0" w:color="000000"/>
              <w:bottom w:val="nil"/>
              <w:right w:val="single" w:sz="8" w:space="0" w:color="000000"/>
            </w:tcBorders>
          </w:tcPr>
          <w:p w14:paraId="1CDA2EC0" w14:textId="77777777" w:rsidR="00215E3A" w:rsidRDefault="00A20486" w:rsidP="001F687B">
            <w:pPr>
              <w:shd w:val="clear" w:color="auto" w:fill="FFFFFF" w:themeFill="background1"/>
              <w:jc w:val="both"/>
            </w:pPr>
            <w:r>
              <w:t>- HS trao đổi cặp đôi và chia sẻ: Em xem thời khóa biểu, hỏi cô giáo, nhờ mẹ nhắc hoặc tự ghi nhớ.</w:t>
            </w:r>
          </w:p>
        </w:tc>
      </w:tr>
      <w:tr w:rsidR="00215E3A" w14:paraId="70F5F6A9" w14:textId="77777777" w:rsidTr="001F687B">
        <w:trPr>
          <w:jc w:val="center"/>
        </w:trPr>
        <w:tc>
          <w:tcPr>
            <w:tcW w:w="5270" w:type="dxa"/>
            <w:tcBorders>
              <w:top w:val="nil"/>
              <w:left w:val="single" w:sz="8" w:space="0" w:color="000000"/>
              <w:bottom w:val="nil"/>
              <w:right w:val="single" w:sz="8" w:space="0" w:color="000000"/>
            </w:tcBorders>
          </w:tcPr>
          <w:p w14:paraId="2E551643" w14:textId="77777777" w:rsidR="00215E3A" w:rsidRDefault="00A20486" w:rsidP="001F687B">
            <w:pPr>
              <w:shd w:val="clear" w:color="auto" w:fill="FFFFFF" w:themeFill="background1"/>
              <w:jc w:val="both"/>
            </w:pPr>
            <w:r>
              <w:t>- GV hỏi: Em cảm thấy như thế nào khi biết trước các môn học trong ngày, trong tuần?</w:t>
            </w:r>
          </w:p>
        </w:tc>
        <w:tc>
          <w:tcPr>
            <w:tcW w:w="5270" w:type="dxa"/>
            <w:tcBorders>
              <w:top w:val="nil"/>
              <w:left w:val="single" w:sz="8" w:space="0" w:color="000000"/>
              <w:bottom w:val="nil"/>
              <w:right w:val="single" w:sz="8" w:space="0" w:color="000000"/>
            </w:tcBorders>
          </w:tcPr>
          <w:p w14:paraId="1143CC01" w14:textId="77777777" w:rsidR="00215E3A" w:rsidRDefault="00A20486" w:rsidP="001F687B">
            <w:pPr>
              <w:shd w:val="clear" w:color="auto" w:fill="FFFFFF" w:themeFill="background1"/>
              <w:jc w:val="both"/>
            </w:pPr>
            <w:r>
              <w:t>- HS trả lời: Em thấy yên tâm, chuẩn bị sách vở tốt hơn và đi học đúng giờ.</w:t>
            </w:r>
          </w:p>
        </w:tc>
      </w:tr>
      <w:tr w:rsidR="00215E3A" w14:paraId="0B8A52E7" w14:textId="77777777" w:rsidTr="001F687B">
        <w:trPr>
          <w:jc w:val="center"/>
        </w:trPr>
        <w:tc>
          <w:tcPr>
            <w:tcW w:w="5270" w:type="dxa"/>
            <w:tcBorders>
              <w:top w:val="nil"/>
              <w:left w:val="single" w:sz="8" w:space="0" w:color="000000"/>
              <w:bottom w:val="single" w:sz="4" w:space="0" w:color="000000"/>
              <w:right w:val="single" w:sz="8" w:space="0" w:color="000000"/>
            </w:tcBorders>
          </w:tcPr>
          <w:p w14:paraId="2704A95B" w14:textId="77777777" w:rsidR="00215E3A" w:rsidRDefault="00A20486" w:rsidP="001F687B">
            <w:pPr>
              <w:shd w:val="clear" w:color="auto" w:fill="FFFFFF" w:themeFill="background1"/>
              <w:jc w:val="both"/>
            </w:pPr>
            <w:r>
              <w:t>- GV kết nối vào bài mới: Để biết được các môn học trong tuần, các em cần xem thời khoá biểu của lớp. Chúng ta cũng cần biết cách đọc thời khoá biểu cũng như các bài đọc trình bày dưới hình thức biểu bảng. Qua bài đọc Thời khoá biểu, chúng ta sẽ có thêm các kĩ năng đó.</w:t>
            </w:r>
          </w:p>
        </w:tc>
        <w:tc>
          <w:tcPr>
            <w:tcW w:w="5270" w:type="dxa"/>
            <w:tcBorders>
              <w:top w:val="nil"/>
              <w:left w:val="single" w:sz="8" w:space="0" w:color="000000"/>
              <w:bottom w:val="single" w:sz="4" w:space="0" w:color="000000"/>
              <w:right w:val="single" w:sz="8" w:space="0" w:color="000000"/>
            </w:tcBorders>
          </w:tcPr>
          <w:p w14:paraId="78E1DA8D" w14:textId="77777777" w:rsidR="00215E3A" w:rsidRDefault="00A20486" w:rsidP="001F687B">
            <w:pPr>
              <w:shd w:val="clear" w:color="auto" w:fill="FFFFFF" w:themeFill="background1"/>
              <w:jc w:val="both"/>
            </w:pPr>
            <w:r>
              <w:t>- HS lắng nghe, mở SGK bài Thời khóa biểu.</w:t>
            </w:r>
          </w:p>
        </w:tc>
      </w:tr>
      <w:tr w:rsidR="00215E3A" w14:paraId="68CED34F"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549B2F2D" w14:textId="77777777" w:rsidR="00215E3A" w:rsidRDefault="00A20486" w:rsidP="001F687B">
            <w:pPr>
              <w:shd w:val="clear" w:color="auto" w:fill="FFFFFF" w:themeFill="background1"/>
              <w:jc w:val="both"/>
            </w:pPr>
            <w:r>
              <w:rPr>
                <w:b/>
                <w:color w:val="008000"/>
              </w:rPr>
              <w:t>2. Khám phá kiến thức</w:t>
            </w:r>
          </w:p>
          <w:p w14:paraId="606DA138" w14:textId="77777777" w:rsidR="00215E3A" w:rsidRDefault="00A20486" w:rsidP="001F687B">
            <w:pPr>
              <w:shd w:val="clear" w:color="auto" w:fill="FFFFFF" w:themeFill="background1"/>
              <w:jc w:val="both"/>
            </w:pPr>
            <w:r>
              <w:rPr>
                <w:b/>
                <w:color w:val="008000"/>
              </w:rPr>
              <w:t>Mục tiêu: Giúp HS đọc thành tiếng trôi chảy toàn bài và hiểu nội dung bài đọc. Mục tiêu tích hợp: HS biết có thời khóa biểu là cách rèn nền nếp, sống có kỉ luật, biết sắp xếp thời gian học tập, vui chơi, nghỉ ngơi hợp lí.</w:t>
            </w:r>
          </w:p>
        </w:tc>
      </w:tr>
      <w:tr w:rsidR="00215E3A" w14:paraId="062D7CD0"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618D621A" w14:textId="77777777" w:rsidR="00215E3A" w:rsidRDefault="00A20486" w:rsidP="001F687B">
            <w:pPr>
              <w:shd w:val="clear" w:color="auto" w:fill="FFFFFF" w:themeFill="background1"/>
              <w:jc w:val="both"/>
            </w:pPr>
            <w:r>
              <w:rPr>
                <w:b/>
                <w:color w:val="008000"/>
              </w:rPr>
              <w:t>Hoạt động 1: Đọc văn bản (25 phút)</w:t>
            </w:r>
          </w:p>
          <w:p w14:paraId="07F96893" w14:textId="77777777" w:rsidR="00215E3A" w:rsidRDefault="00A20486" w:rsidP="001F687B">
            <w:pPr>
              <w:shd w:val="clear" w:color="auto" w:fill="FFFFFF" w:themeFill="background1"/>
              <w:jc w:val="both"/>
            </w:pPr>
            <w:r>
              <w:rPr>
                <w:b/>
                <w:color w:val="008000"/>
              </w:rPr>
              <w:t>Mục tiêu: HS biết đọc văn bản thông tin dạng bảng; đọc đúng theo cột, hàng, buổi, tiết, môn.</w:t>
            </w:r>
          </w:p>
        </w:tc>
      </w:tr>
      <w:tr w:rsidR="00215E3A" w14:paraId="2F310FC1" w14:textId="77777777" w:rsidTr="001F687B">
        <w:trPr>
          <w:jc w:val="center"/>
        </w:trPr>
        <w:tc>
          <w:tcPr>
            <w:tcW w:w="5270" w:type="dxa"/>
            <w:tcBorders>
              <w:top w:val="single" w:sz="4" w:space="0" w:color="000000"/>
              <w:left w:val="single" w:sz="8" w:space="0" w:color="000000"/>
              <w:bottom w:val="nil"/>
              <w:right w:val="single" w:sz="8" w:space="0" w:color="000000"/>
            </w:tcBorders>
          </w:tcPr>
          <w:p w14:paraId="1A19EDE3" w14:textId="77777777" w:rsidR="00215E3A" w:rsidRDefault="00A20486" w:rsidP="001F687B">
            <w:pPr>
              <w:shd w:val="clear" w:color="auto" w:fill="FFFFFF" w:themeFill="background1"/>
              <w:jc w:val="both"/>
            </w:pPr>
            <w:r>
              <w:rPr>
                <w:b/>
              </w:rPr>
              <w:t>a. GV đọc mẫu.</w:t>
            </w:r>
          </w:p>
          <w:p w14:paraId="6FC7EB63" w14:textId="77777777" w:rsidR="00215E3A" w:rsidRDefault="00A20486" w:rsidP="001F687B">
            <w:pPr>
              <w:shd w:val="clear" w:color="auto" w:fill="FFFFFF" w:themeFill="background1"/>
              <w:jc w:val="both"/>
            </w:pPr>
            <w:r>
              <w:t>- GV giới thiệu: Bài đọc Thời khoá biểu là một loại văn bản thông tin gồm có các cột dọc, hàng ngang, chia thành nhiều ô và trong mỗi ô chứa một thông tin cần thiết.</w:t>
            </w:r>
          </w:p>
          <w:p w14:paraId="639E3192" w14:textId="0E06A326" w:rsidR="00215E3A" w:rsidRDefault="00215E3A" w:rsidP="001F687B">
            <w:pPr>
              <w:shd w:val="clear" w:color="auto" w:fill="FFFFFF" w:themeFill="background1"/>
              <w:jc w:val="center"/>
            </w:pPr>
          </w:p>
        </w:tc>
        <w:tc>
          <w:tcPr>
            <w:tcW w:w="5270" w:type="dxa"/>
            <w:tcBorders>
              <w:top w:val="single" w:sz="4" w:space="0" w:color="000000"/>
              <w:left w:val="single" w:sz="8" w:space="0" w:color="000000"/>
              <w:bottom w:val="nil"/>
              <w:right w:val="single" w:sz="8" w:space="0" w:color="000000"/>
            </w:tcBorders>
          </w:tcPr>
          <w:p w14:paraId="46E08A93" w14:textId="77777777" w:rsidR="00215E3A" w:rsidRDefault="00A20486" w:rsidP="001F687B">
            <w:pPr>
              <w:shd w:val="clear" w:color="auto" w:fill="FFFFFF" w:themeFill="background1"/>
              <w:jc w:val="both"/>
            </w:pPr>
            <w:r>
              <w:t>- HS chú ý lắng nghe, quan sát văn bản Thời khóa biểu trong SGK.</w:t>
            </w:r>
          </w:p>
        </w:tc>
      </w:tr>
      <w:tr w:rsidR="00215E3A" w14:paraId="478D0DAC" w14:textId="77777777" w:rsidTr="001F687B">
        <w:trPr>
          <w:jc w:val="center"/>
        </w:trPr>
        <w:tc>
          <w:tcPr>
            <w:tcW w:w="5270" w:type="dxa"/>
            <w:tcBorders>
              <w:top w:val="nil"/>
              <w:left w:val="single" w:sz="8" w:space="0" w:color="000000"/>
              <w:bottom w:val="nil"/>
              <w:right w:val="single" w:sz="8" w:space="0" w:color="000000"/>
            </w:tcBorders>
          </w:tcPr>
          <w:p w14:paraId="08363D9A" w14:textId="77777777" w:rsidR="00215E3A" w:rsidRDefault="00A20486" w:rsidP="001F687B">
            <w:pPr>
              <w:shd w:val="clear" w:color="auto" w:fill="FFFFFF" w:themeFill="background1"/>
              <w:jc w:val="both"/>
            </w:pPr>
            <w:r>
              <w:t>- GV đọc mẫu toàn bài, đọc chậm, rõ để HS dễ theo dõi: đọc theo cột dọc, hàng ngang theo đúng nội dung bài đọc.</w:t>
            </w:r>
          </w:p>
        </w:tc>
        <w:tc>
          <w:tcPr>
            <w:tcW w:w="5270" w:type="dxa"/>
            <w:tcBorders>
              <w:top w:val="nil"/>
              <w:left w:val="single" w:sz="8" w:space="0" w:color="000000"/>
              <w:bottom w:val="nil"/>
              <w:right w:val="single" w:sz="8" w:space="0" w:color="000000"/>
            </w:tcBorders>
          </w:tcPr>
          <w:p w14:paraId="23E5F24C" w14:textId="77777777" w:rsidR="00215E3A" w:rsidRDefault="00A20486" w:rsidP="001F687B">
            <w:pPr>
              <w:shd w:val="clear" w:color="auto" w:fill="FFFFFF" w:themeFill="background1"/>
              <w:jc w:val="both"/>
            </w:pPr>
            <w:r>
              <w:t>- HS đọc thầm văn bản trong khi nghe GV đọc mẫu.</w:t>
            </w:r>
          </w:p>
        </w:tc>
      </w:tr>
      <w:tr w:rsidR="00215E3A" w14:paraId="7BFE1317" w14:textId="77777777" w:rsidTr="001F687B">
        <w:trPr>
          <w:jc w:val="center"/>
        </w:trPr>
        <w:tc>
          <w:tcPr>
            <w:tcW w:w="5270" w:type="dxa"/>
            <w:tcBorders>
              <w:top w:val="nil"/>
              <w:left w:val="single" w:sz="8" w:space="0" w:color="000000"/>
              <w:bottom w:val="nil"/>
              <w:right w:val="single" w:sz="8" w:space="0" w:color="000000"/>
            </w:tcBorders>
          </w:tcPr>
          <w:p w14:paraId="095264F1" w14:textId="77777777" w:rsidR="00215E3A" w:rsidRDefault="00A20486" w:rsidP="001F687B">
            <w:pPr>
              <w:shd w:val="clear" w:color="auto" w:fill="FFFFFF" w:themeFill="background1"/>
              <w:jc w:val="both"/>
            </w:pPr>
            <w:r>
              <w:t>- GV hướng dẫn kĩ cách đọc thời khoá biểu; vừa đọc vừa lấy thước chỉ vào từng cột, từng hàng.</w:t>
            </w:r>
          </w:p>
        </w:tc>
        <w:tc>
          <w:tcPr>
            <w:tcW w:w="5270" w:type="dxa"/>
            <w:tcBorders>
              <w:top w:val="nil"/>
              <w:left w:val="single" w:sz="8" w:space="0" w:color="000000"/>
              <w:bottom w:val="nil"/>
              <w:right w:val="single" w:sz="8" w:space="0" w:color="000000"/>
            </w:tcBorders>
          </w:tcPr>
          <w:p w14:paraId="38F722C8" w14:textId="77777777" w:rsidR="00215E3A" w:rsidRDefault="00A20486" w:rsidP="001F687B">
            <w:pPr>
              <w:shd w:val="clear" w:color="auto" w:fill="FFFFFF" w:themeFill="background1"/>
              <w:jc w:val="both"/>
            </w:pPr>
            <w:r>
              <w:t>- HS theo dõi cách GV chỉ cột, hàng; biết đọc thông tin theo thứ - buổi - tiết - môn.</w:t>
            </w:r>
          </w:p>
        </w:tc>
      </w:tr>
      <w:tr w:rsidR="00215E3A" w14:paraId="7D66F354" w14:textId="77777777" w:rsidTr="001F687B">
        <w:trPr>
          <w:jc w:val="center"/>
        </w:trPr>
        <w:tc>
          <w:tcPr>
            <w:tcW w:w="5270" w:type="dxa"/>
            <w:tcBorders>
              <w:top w:val="nil"/>
              <w:left w:val="single" w:sz="8" w:space="0" w:color="000000"/>
              <w:bottom w:val="nil"/>
              <w:right w:val="single" w:sz="8" w:space="0" w:color="000000"/>
            </w:tcBorders>
          </w:tcPr>
          <w:p w14:paraId="5D2F61A6" w14:textId="77777777" w:rsidR="00215E3A" w:rsidRDefault="00A20486" w:rsidP="001F687B">
            <w:pPr>
              <w:shd w:val="clear" w:color="auto" w:fill="FFFFFF" w:themeFill="background1"/>
              <w:jc w:val="both"/>
            </w:pPr>
            <w:r>
              <w:rPr>
                <w:b/>
              </w:rPr>
              <w:lastRenderedPageBreak/>
              <w:t>b. HS luyện đọc từng đoạn, kết hợp đọc từ khó và giải nghĩa từ.</w:t>
            </w:r>
          </w:p>
          <w:p w14:paraId="7DC206BA" w14:textId="77777777" w:rsidR="00215E3A" w:rsidRDefault="00A20486" w:rsidP="001F687B">
            <w:pPr>
              <w:shd w:val="clear" w:color="auto" w:fill="FFFFFF" w:themeFill="background1"/>
              <w:jc w:val="both"/>
            </w:pPr>
            <w:r>
              <w:t>- GV hỏi: Bài đọc gồm mấy đoạn?</w:t>
            </w:r>
          </w:p>
        </w:tc>
        <w:tc>
          <w:tcPr>
            <w:tcW w:w="5270" w:type="dxa"/>
            <w:tcBorders>
              <w:top w:val="nil"/>
              <w:left w:val="single" w:sz="8" w:space="0" w:color="000000"/>
              <w:bottom w:val="nil"/>
              <w:right w:val="single" w:sz="8" w:space="0" w:color="000000"/>
            </w:tcBorders>
          </w:tcPr>
          <w:p w14:paraId="1788FD37" w14:textId="77777777" w:rsidR="00215E3A" w:rsidRDefault="00A20486" w:rsidP="001F687B">
            <w:pPr>
              <w:shd w:val="clear" w:color="auto" w:fill="FFFFFF" w:themeFill="background1"/>
              <w:jc w:val="both"/>
            </w:pPr>
            <w:r>
              <w:t>- HS trả lời: Bài đọc gồm 3 đoạn: đoạn 1 từ đầu đến thứ - buổi - tiết - môn; đoạn 2 là nội dung buổi sáng; đoạn 3 là nội dung buổi chiều.</w:t>
            </w:r>
          </w:p>
        </w:tc>
      </w:tr>
      <w:tr w:rsidR="00215E3A" w14:paraId="7547AB04" w14:textId="77777777" w:rsidTr="001F687B">
        <w:trPr>
          <w:jc w:val="center"/>
        </w:trPr>
        <w:tc>
          <w:tcPr>
            <w:tcW w:w="5270" w:type="dxa"/>
            <w:tcBorders>
              <w:top w:val="nil"/>
              <w:left w:val="single" w:sz="8" w:space="0" w:color="000000"/>
              <w:bottom w:val="nil"/>
              <w:right w:val="single" w:sz="8" w:space="0" w:color="000000"/>
            </w:tcBorders>
          </w:tcPr>
          <w:p w14:paraId="7191E13D" w14:textId="77777777" w:rsidR="00215E3A" w:rsidRDefault="00A20486" w:rsidP="001F687B">
            <w:pPr>
              <w:shd w:val="clear" w:color="auto" w:fill="FFFFFF" w:themeFill="background1"/>
              <w:jc w:val="both"/>
            </w:pPr>
            <w:r>
              <w:t>- GV hướng dẫn HS đọc nối tiếp từng đoạn lần 1.</w:t>
            </w:r>
          </w:p>
        </w:tc>
        <w:tc>
          <w:tcPr>
            <w:tcW w:w="5270" w:type="dxa"/>
            <w:tcBorders>
              <w:top w:val="nil"/>
              <w:left w:val="single" w:sz="8" w:space="0" w:color="000000"/>
              <w:bottom w:val="nil"/>
              <w:right w:val="single" w:sz="8" w:space="0" w:color="000000"/>
            </w:tcBorders>
          </w:tcPr>
          <w:p w14:paraId="047AC797" w14:textId="77777777" w:rsidR="00215E3A" w:rsidRDefault="00A20486" w:rsidP="001F687B">
            <w:pPr>
              <w:shd w:val="clear" w:color="auto" w:fill="FFFFFF" w:themeFill="background1"/>
              <w:jc w:val="both"/>
            </w:pPr>
            <w:r>
              <w:t>- 3 HS đọc nối tiếp 3 đoạn; HS khác theo dõi và góp ý.</w:t>
            </w:r>
          </w:p>
        </w:tc>
      </w:tr>
      <w:tr w:rsidR="00215E3A" w14:paraId="66A35FA2" w14:textId="77777777" w:rsidTr="001F687B">
        <w:trPr>
          <w:jc w:val="center"/>
        </w:trPr>
        <w:tc>
          <w:tcPr>
            <w:tcW w:w="5270" w:type="dxa"/>
            <w:tcBorders>
              <w:top w:val="nil"/>
              <w:left w:val="single" w:sz="8" w:space="0" w:color="000000"/>
              <w:bottom w:val="nil"/>
              <w:right w:val="single" w:sz="8" w:space="0" w:color="000000"/>
            </w:tcBorders>
          </w:tcPr>
          <w:p w14:paraId="5978BD60" w14:textId="77777777" w:rsidR="00215E3A" w:rsidRDefault="00A20486" w:rsidP="001F687B">
            <w:pPr>
              <w:shd w:val="clear" w:color="auto" w:fill="FFFFFF" w:themeFill="background1"/>
              <w:jc w:val="both"/>
            </w:pPr>
            <w:r>
              <w:t>- GV mời HS nêu từ khó phát âm.</w:t>
            </w:r>
          </w:p>
        </w:tc>
        <w:tc>
          <w:tcPr>
            <w:tcW w:w="5270" w:type="dxa"/>
            <w:tcBorders>
              <w:top w:val="nil"/>
              <w:left w:val="single" w:sz="8" w:space="0" w:color="000000"/>
              <w:bottom w:val="nil"/>
              <w:right w:val="single" w:sz="8" w:space="0" w:color="000000"/>
            </w:tcBorders>
          </w:tcPr>
          <w:p w14:paraId="0805EEB6" w14:textId="77777777" w:rsidR="00215E3A" w:rsidRDefault="00A20486" w:rsidP="001F687B">
            <w:pPr>
              <w:shd w:val="clear" w:color="auto" w:fill="FFFFFF" w:themeFill="background1"/>
              <w:jc w:val="both"/>
            </w:pPr>
            <w:r>
              <w:t>- HS nêu: thời khóa biểu, trải nghiệm, trình tự, tự nhiên và xã hội, hoạt động trải nghiệm.</w:t>
            </w:r>
          </w:p>
        </w:tc>
      </w:tr>
      <w:tr w:rsidR="00215E3A" w14:paraId="62566E61" w14:textId="77777777" w:rsidTr="001F687B">
        <w:trPr>
          <w:jc w:val="center"/>
        </w:trPr>
        <w:tc>
          <w:tcPr>
            <w:tcW w:w="5270" w:type="dxa"/>
            <w:tcBorders>
              <w:top w:val="nil"/>
              <w:left w:val="single" w:sz="8" w:space="0" w:color="000000"/>
              <w:bottom w:val="nil"/>
              <w:right w:val="single" w:sz="8" w:space="0" w:color="000000"/>
            </w:tcBorders>
          </w:tcPr>
          <w:p w14:paraId="2498A770" w14:textId="77777777" w:rsidR="00215E3A" w:rsidRDefault="00A20486" w:rsidP="001F687B">
            <w:pPr>
              <w:shd w:val="clear" w:color="auto" w:fill="FFFFFF" w:themeFill="background1"/>
              <w:jc w:val="both"/>
            </w:pPr>
            <w:r>
              <w:t>- GV viết bảng từ khó và tổ chức cho HS luyện đọc.</w:t>
            </w:r>
          </w:p>
        </w:tc>
        <w:tc>
          <w:tcPr>
            <w:tcW w:w="5270" w:type="dxa"/>
            <w:tcBorders>
              <w:top w:val="nil"/>
              <w:left w:val="single" w:sz="8" w:space="0" w:color="000000"/>
              <w:bottom w:val="nil"/>
              <w:right w:val="single" w:sz="8" w:space="0" w:color="000000"/>
            </w:tcBorders>
          </w:tcPr>
          <w:p w14:paraId="0F5C4882" w14:textId="77777777" w:rsidR="00215E3A" w:rsidRDefault="00A20486" w:rsidP="001F687B">
            <w:pPr>
              <w:shd w:val="clear" w:color="auto" w:fill="FFFFFF" w:themeFill="background1"/>
              <w:jc w:val="both"/>
            </w:pPr>
            <w:r>
              <w:t>- HS luyện phát âm từ khó cá nhân, nhóm, đồng thanh.</w:t>
            </w:r>
          </w:p>
        </w:tc>
      </w:tr>
      <w:tr w:rsidR="00215E3A" w14:paraId="2E288D31" w14:textId="77777777" w:rsidTr="001F687B">
        <w:trPr>
          <w:jc w:val="center"/>
        </w:trPr>
        <w:tc>
          <w:tcPr>
            <w:tcW w:w="5270" w:type="dxa"/>
            <w:tcBorders>
              <w:top w:val="nil"/>
              <w:left w:val="single" w:sz="8" w:space="0" w:color="000000"/>
              <w:bottom w:val="nil"/>
              <w:right w:val="single" w:sz="8" w:space="0" w:color="000000"/>
            </w:tcBorders>
          </w:tcPr>
          <w:p w14:paraId="28D56032" w14:textId="77777777" w:rsidR="00215E3A" w:rsidRDefault="00A20486" w:rsidP="001F687B">
            <w:pPr>
              <w:shd w:val="clear" w:color="auto" w:fill="FFFFFF" w:themeFill="background1"/>
              <w:jc w:val="both"/>
            </w:pPr>
            <w:r>
              <w:t>- GV kết hợp hướng dẫn HS cách ngắt khi đọc bảng thời khóa biểu.</w:t>
            </w:r>
          </w:p>
        </w:tc>
        <w:tc>
          <w:tcPr>
            <w:tcW w:w="5270" w:type="dxa"/>
            <w:tcBorders>
              <w:top w:val="nil"/>
              <w:left w:val="single" w:sz="8" w:space="0" w:color="000000"/>
              <w:bottom w:val="nil"/>
              <w:right w:val="single" w:sz="8" w:space="0" w:color="000000"/>
            </w:tcBorders>
          </w:tcPr>
          <w:p w14:paraId="1CD839A7" w14:textId="77777777" w:rsidR="00215E3A" w:rsidRDefault="00A20486" w:rsidP="001F687B">
            <w:pPr>
              <w:shd w:val="clear" w:color="auto" w:fill="FFFFFF" w:themeFill="background1"/>
              <w:jc w:val="both"/>
            </w:pPr>
            <w:r>
              <w:t>- HS luyện đọc: Thứ Hai/ buổi sáng/ tiết 1/ Hoạt động trải nghiệm; tiết 2/ Toán; tiết 3/ Tiếng Việt.</w:t>
            </w:r>
          </w:p>
        </w:tc>
      </w:tr>
      <w:tr w:rsidR="00215E3A" w14:paraId="55D4F0A2" w14:textId="77777777" w:rsidTr="001F687B">
        <w:trPr>
          <w:jc w:val="center"/>
        </w:trPr>
        <w:tc>
          <w:tcPr>
            <w:tcW w:w="5270" w:type="dxa"/>
            <w:tcBorders>
              <w:top w:val="nil"/>
              <w:left w:val="single" w:sz="8" w:space="0" w:color="000000"/>
              <w:bottom w:val="nil"/>
              <w:right w:val="single" w:sz="8" w:space="0" w:color="000000"/>
            </w:tcBorders>
          </w:tcPr>
          <w:p w14:paraId="64BD5C40" w14:textId="77777777" w:rsidR="00215E3A" w:rsidRDefault="00A20486" w:rsidP="001F687B">
            <w:pPr>
              <w:shd w:val="clear" w:color="auto" w:fill="FFFFFF" w:themeFill="background1"/>
              <w:jc w:val="both"/>
            </w:pPr>
            <w:r>
              <w:t>- GV hướng dẫn HS đọc nối tiếp từng đoạn lần 2.</w:t>
            </w:r>
          </w:p>
        </w:tc>
        <w:tc>
          <w:tcPr>
            <w:tcW w:w="5270" w:type="dxa"/>
            <w:tcBorders>
              <w:top w:val="nil"/>
              <w:left w:val="single" w:sz="8" w:space="0" w:color="000000"/>
              <w:bottom w:val="nil"/>
              <w:right w:val="single" w:sz="8" w:space="0" w:color="000000"/>
            </w:tcBorders>
          </w:tcPr>
          <w:p w14:paraId="4F890014" w14:textId="77777777" w:rsidR="00215E3A" w:rsidRDefault="00A20486" w:rsidP="001F687B">
            <w:pPr>
              <w:shd w:val="clear" w:color="auto" w:fill="FFFFFF" w:themeFill="background1"/>
              <w:jc w:val="both"/>
            </w:pPr>
            <w:r>
              <w:t>- 3 HS đọc nối tiếp lần 2, biết ngắt nghỉ rõ hơn khi đọc bảng biểu.</w:t>
            </w:r>
          </w:p>
        </w:tc>
      </w:tr>
      <w:tr w:rsidR="00215E3A" w14:paraId="0DCDF0CD" w14:textId="77777777" w:rsidTr="001F687B">
        <w:trPr>
          <w:jc w:val="center"/>
        </w:trPr>
        <w:tc>
          <w:tcPr>
            <w:tcW w:w="5270" w:type="dxa"/>
            <w:tcBorders>
              <w:top w:val="nil"/>
              <w:left w:val="single" w:sz="8" w:space="0" w:color="000000"/>
              <w:bottom w:val="nil"/>
              <w:right w:val="single" w:sz="8" w:space="0" w:color="000000"/>
            </w:tcBorders>
          </w:tcPr>
          <w:p w14:paraId="652049DF" w14:textId="77777777" w:rsidR="00215E3A" w:rsidRDefault="00A20486" w:rsidP="001F687B">
            <w:pPr>
              <w:shd w:val="clear" w:color="auto" w:fill="FFFFFF" w:themeFill="background1"/>
              <w:jc w:val="both"/>
            </w:pPr>
            <w:r>
              <w:t>- GV hỏi: Trong bài đọc có từ ngữ nào em chưa hiểu?</w:t>
            </w:r>
          </w:p>
        </w:tc>
        <w:tc>
          <w:tcPr>
            <w:tcW w:w="5270" w:type="dxa"/>
            <w:tcBorders>
              <w:top w:val="nil"/>
              <w:left w:val="single" w:sz="8" w:space="0" w:color="000000"/>
              <w:bottom w:val="nil"/>
              <w:right w:val="single" w:sz="8" w:space="0" w:color="000000"/>
            </w:tcBorders>
          </w:tcPr>
          <w:p w14:paraId="22BED3BE" w14:textId="77777777" w:rsidR="00215E3A" w:rsidRDefault="00A20486" w:rsidP="001F687B">
            <w:pPr>
              <w:shd w:val="clear" w:color="auto" w:fill="FFFFFF" w:themeFill="background1"/>
              <w:jc w:val="both"/>
            </w:pPr>
            <w:r>
              <w:t>- HS nêu từ chưa hiểu: thời khóa biểu, trình tự; nghe giải nghĩa và nhắc lại bằng lời của mình.</w:t>
            </w:r>
          </w:p>
        </w:tc>
      </w:tr>
      <w:tr w:rsidR="00215E3A" w14:paraId="051F6B7B" w14:textId="77777777" w:rsidTr="001F687B">
        <w:trPr>
          <w:jc w:val="center"/>
        </w:trPr>
        <w:tc>
          <w:tcPr>
            <w:tcW w:w="5270" w:type="dxa"/>
            <w:tcBorders>
              <w:top w:val="nil"/>
              <w:left w:val="single" w:sz="8" w:space="0" w:color="000000"/>
              <w:bottom w:val="nil"/>
              <w:right w:val="single" w:sz="8" w:space="0" w:color="000000"/>
            </w:tcBorders>
          </w:tcPr>
          <w:p w14:paraId="309B949B" w14:textId="77777777" w:rsidR="00215E3A" w:rsidRDefault="00A20486" w:rsidP="001F687B">
            <w:pPr>
              <w:shd w:val="clear" w:color="auto" w:fill="FFFFFF" w:themeFill="background1"/>
              <w:jc w:val="both"/>
            </w:pPr>
            <w:r>
              <w:rPr>
                <w:b/>
              </w:rPr>
              <w:t>c. HS luyện đọc trong nhóm.</w:t>
            </w:r>
          </w:p>
          <w:p w14:paraId="5BA0D79F" w14:textId="77777777" w:rsidR="00215E3A" w:rsidRDefault="00A20486" w:rsidP="001F687B">
            <w:pPr>
              <w:shd w:val="clear" w:color="auto" w:fill="FFFFFF" w:themeFill="background1"/>
              <w:jc w:val="both"/>
            </w:pPr>
            <w:r>
              <w:t>- GV tổ chức cho HS luyện đọc theo nhóm ba.</w:t>
            </w:r>
          </w:p>
        </w:tc>
        <w:tc>
          <w:tcPr>
            <w:tcW w:w="5270" w:type="dxa"/>
            <w:tcBorders>
              <w:top w:val="nil"/>
              <w:left w:val="single" w:sz="8" w:space="0" w:color="000000"/>
              <w:bottom w:val="nil"/>
              <w:right w:val="single" w:sz="8" w:space="0" w:color="000000"/>
            </w:tcBorders>
          </w:tcPr>
          <w:p w14:paraId="447CDC62" w14:textId="77777777" w:rsidR="00215E3A" w:rsidRDefault="00A20486" w:rsidP="001F687B">
            <w:pPr>
              <w:shd w:val="clear" w:color="auto" w:fill="FFFFFF" w:themeFill="background1"/>
              <w:jc w:val="both"/>
            </w:pPr>
            <w:r>
              <w:t>- HS luyện đọc theo nhóm ba; mỗi bạn đọc một đoạn, các bạn góp ý.</w:t>
            </w:r>
          </w:p>
        </w:tc>
      </w:tr>
      <w:tr w:rsidR="00215E3A" w14:paraId="650823D6" w14:textId="77777777" w:rsidTr="001F687B">
        <w:trPr>
          <w:jc w:val="center"/>
        </w:trPr>
        <w:tc>
          <w:tcPr>
            <w:tcW w:w="5270" w:type="dxa"/>
            <w:tcBorders>
              <w:top w:val="nil"/>
              <w:left w:val="single" w:sz="8" w:space="0" w:color="000000"/>
              <w:bottom w:val="nil"/>
              <w:right w:val="single" w:sz="8" w:space="0" w:color="000000"/>
            </w:tcBorders>
          </w:tcPr>
          <w:p w14:paraId="216AF2ED" w14:textId="77777777" w:rsidR="00215E3A" w:rsidRDefault="00A20486" w:rsidP="001F687B">
            <w:pPr>
              <w:shd w:val="clear" w:color="auto" w:fill="FFFFFF" w:themeFill="background1"/>
              <w:jc w:val="both"/>
            </w:pPr>
            <w:r>
              <w:t>- GV tổ chức cho HS thi đọc thời khóa biểu giữa các nhóm.</w:t>
            </w:r>
          </w:p>
        </w:tc>
        <w:tc>
          <w:tcPr>
            <w:tcW w:w="5270" w:type="dxa"/>
            <w:tcBorders>
              <w:top w:val="nil"/>
              <w:left w:val="single" w:sz="8" w:space="0" w:color="000000"/>
              <w:bottom w:val="nil"/>
              <w:right w:val="single" w:sz="8" w:space="0" w:color="000000"/>
            </w:tcBorders>
          </w:tcPr>
          <w:p w14:paraId="1EF62C24" w14:textId="77777777" w:rsidR="00215E3A" w:rsidRDefault="00A20486" w:rsidP="001F687B">
            <w:pPr>
              <w:shd w:val="clear" w:color="auto" w:fill="FFFFFF" w:themeFill="background1"/>
              <w:jc w:val="both"/>
            </w:pPr>
            <w:r>
              <w:t>- 2 - 3 nhóm thi đọc; HS khác lắng nghe và nhận xét.</w:t>
            </w:r>
          </w:p>
        </w:tc>
      </w:tr>
      <w:tr w:rsidR="00215E3A" w14:paraId="593E7BBD" w14:textId="77777777" w:rsidTr="001F687B">
        <w:trPr>
          <w:jc w:val="center"/>
        </w:trPr>
        <w:tc>
          <w:tcPr>
            <w:tcW w:w="5270" w:type="dxa"/>
            <w:tcBorders>
              <w:top w:val="nil"/>
              <w:left w:val="single" w:sz="8" w:space="0" w:color="000000"/>
              <w:bottom w:val="nil"/>
              <w:right w:val="single" w:sz="8" w:space="0" w:color="000000"/>
            </w:tcBorders>
          </w:tcPr>
          <w:p w14:paraId="0453C2E1" w14:textId="77777777" w:rsidR="00215E3A" w:rsidRDefault="00A20486" w:rsidP="001F687B">
            <w:pPr>
              <w:shd w:val="clear" w:color="auto" w:fill="FFFFFF" w:themeFill="background1"/>
              <w:jc w:val="both"/>
            </w:pPr>
            <w:r>
              <w:t>- GV mời 1 HS đọc toàn bộ bài.</w:t>
            </w:r>
          </w:p>
        </w:tc>
        <w:tc>
          <w:tcPr>
            <w:tcW w:w="5270" w:type="dxa"/>
            <w:tcBorders>
              <w:top w:val="nil"/>
              <w:left w:val="single" w:sz="8" w:space="0" w:color="000000"/>
              <w:bottom w:val="nil"/>
              <w:right w:val="single" w:sz="8" w:space="0" w:color="000000"/>
            </w:tcBorders>
          </w:tcPr>
          <w:p w14:paraId="1C67E810" w14:textId="77777777" w:rsidR="00215E3A" w:rsidRDefault="00A20486" w:rsidP="001F687B">
            <w:pPr>
              <w:shd w:val="clear" w:color="auto" w:fill="FFFFFF" w:themeFill="background1"/>
              <w:jc w:val="both"/>
            </w:pPr>
            <w:r>
              <w:t>- 1 HS đọc toàn bộ bài; cả lớp theo dõi trong SGK.</w:t>
            </w:r>
          </w:p>
        </w:tc>
      </w:tr>
      <w:tr w:rsidR="00215E3A" w14:paraId="776F7B5D" w14:textId="77777777" w:rsidTr="001F687B">
        <w:trPr>
          <w:jc w:val="center"/>
        </w:trPr>
        <w:tc>
          <w:tcPr>
            <w:tcW w:w="5270" w:type="dxa"/>
            <w:tcBorders>
              <w:top w:val="nil"/>
              <w:left w:val="single" w:sz="8" w:space="0" w:color="000000"/>
              <w:bottom w:val="single" w:sz="4" w:space="0" w:color="000000"/>
              <w:right w:val="single" w:sz="8" w:space="0" w:color="000000"/>
            </w:tcBorders>
          </w:tcPr>
          <w:p w14:paraId="4D1DD7E7" w14:textId="77777777" w:rsidR="00215E3A" w:rsidRDefault="00A20486" w:rsidP="001F687B">
            <w:pPr>
              <w:shd w:val="clear" w:color="auto" w:fill="FFFFFF" w:themeFill="background1"/>
              <w:jc w:val="both"/>
            </w:pPr>
            <w:r>
              <w:rPr>
                <w:b/>
              </w:rPr>
              <w:t>d. Đọc toàn bài.</w:t>
            </w:r>
          </w:p>
          <w:p w14:paraId="0CF09562" w14:textId="77777777" w:rsidR="00215E3A" w:rsidRDefault="00A20486" w:rsidP="001F687B">
            <w:pPr>
              <w:shd w:val="clear" w:color="auto" w:fill="FFFFFF" w:themeFill="background1"/>
              <w:jc w:val="both"/>
            </w:pPr>
            <w:r>
              <w:t>- GV cho HS tự luyện đọc toàn bộ bài.</w:t>
            </w:r>
          </w:p>
        </w:tc>
        <w:tc>
          <w:tcPr>
            <w:tcW w:w="5270" w:type="dxa"/>
            <w:tcBorders>
              <w:top w:val="nil"/>
              <w:left w:val="single" w:sz="8" w:space="0" w:color="000000"/>
              <w:bottom w:val="single" w:sz="4" w:space="0" w:color="000000"/>
              <w:right w:val="single" w:sz="8" w:space="0" w:color="000000"/>
            </w:tcBorders>
          </w:tcPr>
          <w:p w14:paraId="049F89A0" w14:textId="77777777" w:rsidR="00215E3A" w:rsidRDefault="00A20486" w:rsidP="001F687B">
            <w:pPr>
              <w:shd w:val="clear" w:color="auto" w:fill="FFFFFF" w:themeFill="background1"/>
              <w:jc w:val="both"/>
            </w:pPr>
            <w:r>
              <w:t>- HS tự luyện đọc toàn bộ bài, chú ý đọc đúng cột, hàng, buổi, tiết, môn.</w:t>
            </w:r>
          </w:p>
        </w:tc>
      </w:tr>
      <w:tr w:rsidR="003B638A" w14:paraId="6BB45033"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0ADCA07D" w14:textId="77777777" w:rsidR="003B638A" w:rsidRDefault="001B3E3F" w:rsidP="001F687B">
            <w:pPr>
              <w:shd w:val="clear" w:color="auto" w:fill="FFFFFF" w:themeFill="background1"/>
            </w:pPr>
            <w:r>
              <w:rPr>
                <w:b/>
                <w:color w:val="008000"/>
              </w:rPr>
              <w:t>4. Vận dụng (5 phút)</w:t>
            </w:r>
          </w:p>
          <w:p w14:paraId="4D059F12" w14:textId="77777777" w:rsidR="003B638A" w:rsidRDefault="001B3E3F" w:rsidP="001F687B">
            <w:pPr>
              <w:shd w:val="clear" w:color="auto" w:fill="FFFFFF" w:themeFill="background1"/>
            </w:pPr>
            <w:r>
              <w:rPr>
                <w:b/>
                <w:color w:val="008000"/>
              </w:rPr>
              <w:t>Mục tiêu: Khắc sâu nội dung đã học trong tiết; chuẩn bị tốt cho tiết học tiếp theo.</w:t>
            </w:r>
          </w:p>
        </w:tc>
      </w:tr>
      <w:tr w:rsidR="003B638A" w14:paraId="6BF3E2AB" w14:textId="77777777" w:rsidTr="001F687B">
        <w:trPr>
          <w:jc w:val="center"/>
        </w:trPr>
        <w:tc>
          <w:tcPr>
            <w:tcW w:w="5270" w:type="dxa"/>
            <w:tcBorders>
              <w:top w:val="single" w:sz="4" w:space="0" w:color="000000"/>
              <w:bottom w:val="nil"/>
            </w:tcBorders>
          </w:tcPr>
          <w:p w14:paraId="7F75AC7C" w14:textId="77777777" w:rsidR="003B638A" w:rsidRDefault="001B3E3F" w:rsidP="001F687B">
            <w:pPr>
              <w:shd w:val="clear" w:color="auto" w:fill="FFFFFF" w:themeFill="background1"/>
            </w:pPr>
            <w:r>
              <w:t>- GV yêu cầu HS nêu cách đọc thời khóa biểu theo cột, hàng, buổi, tiết, môn.</w:t>
            </w:r>
          </w:p>
        </w:tc>
        <w:tc>
          <w:tcPr>
            <w:tcW w:w="5270" w:type="dxa"/>
            <w:tcBorders>
              <w:top w:val="single" w:sz="4" w:space="0" w:color="000000"/>
              <w:bottom w:val="nil"/>
            </w:tcBorders>
          </w:tcPr>
          <w:p w14:paraId="606709E8" w14:textId="77777777" w:rsidR="003B638A" w:rsidRDefault="001B3E3F" w:rsidP="001F687B">
            <w:pPr>
              <w:shd w:val="clear" w:color="auto" w:fill="FFFFFF" w:themeFill="background1"/>
            </w:pPr>
            <w:r>
              <w:t>- HS nêu: Khi đọc thời khóa biểu, em đọc theo thứ, buổi, tiết và môn; cần nhìn đúng cột, đúng hàng để không nhầm thông tin.</w:t>
            </w:r>
          </w:p>
        </w:tc>
      </w:tr>
      <w:tr w:rsidR="003B638A" w14:paraId="0E2401FE" w14:textId="77777777" w:rsidTr="001F687B">
        <w:trPr>
          <w:jc w:val="center"/>
        </w:trPr>
        <w:tc>
          <w:tcPr>
            <w:tcW w:w="5270" w:type="dxa"/>
            <w:tcBorders>
              <w:top w:val="nil"/>
              <w:bottom w:val="single" w:sz="4" w:space="0" w:color="000000"/>
            </w:tcBorders>
          </w:tcPr>
          <w:p w14:paraId="064BAEB7" w14:textId="77777777" w:rsidR="003B638A" w:rsidRDefault="001B3E3F" w:rsidP="001F687B">
            <w:pPr>
              <w:shd w:val="clear" w:color="auto" w:fill="FFFFFF" w:themeFill="background1"/>
            </w:pPr>
            <w:r>
              <w:t>- Dặn dò: Về nhà luyện đọc thời khóa biểu trong SGK và chuẩn bị trả lời câu hỏi ở tiết sau.</w:t>
            </w:r>
          </w:p>
        </w:tc>
        <w:tc>
          <w:tcPr>
            <w:tcW w:w="5270" w:type="dxa"/>
            <w:tcBorders>
              <w:top w:val="nil"/>
              <w:bottom w:val="single" w:sz="4" w:space="0" w:color="000000"/>
            </w:tcBorders>
          </w:tcPr>
          <w:p w14:paraId="207A47DF" w14:textId="77777777" w:rsidR="003B638A" w:rsidRDefault="001B3E3F" w:rsidP="001F687B">
            <w:pPr>
              <w:shd w:val="clear" w:color="auto" w:fill="FFFFFF" w:themeFill="background1"/>
            </w:pPr>
            <w:r>
              <w:t>- HS ghi nhớ: Em luyện đọc bảng thời khóa biểu, chú ý cách đọc theo cột và hàng.</w:t>
            </w:r>
          </w:p>
        </w:tc>
      </w:tr>
      <w:tr w:rsidR="00215E3A" w14:paraId="749C6B43"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166D27CC" w14:textId="77777777" w:rsidR="00215E3A" w:rsidRDefault="00A20486" w:rsidP="001F687B">
            <w:pPr>
              <w:shd w:val="clear" w:color="auto" w:fill="FFFFFF" w:themeFill="background1"/>
            </w:pPr>
            <w:r>
              <w:rPr>
                <w:b/>
                <w:color w:val="008000"/>
              </w:rPr>
              <w:t>TIẾT 2 (35 phút)</w:t>
            </w:r>
            <w:r>
              <w:rPr>
                <w:b/>
                <w:color w:val="008000"/>
              </w:rPr>
              <w:br/>
              <w:t>Hoạt động 2: Đọc hiểu (15 phút)</w:t>
            </w:r>
            <w:r>
              <w:rPr>
                <w:b/>
                <w:color w:val="008000"/>
              </w:rPr>
              <w:br/>
              <w:t>Mục tiêu: HS hiểu được thông tin trong từng cột, từng hàng và toàn bộ văn bản; biết cách dùng thời khóa biểu để chuẩn bị học tập. Mục tiêu tích hợp: HS biết có thời khóa biểu là cách rèn nền nếp, sống có kỉ luật; biết lịch số/ứng dụng nhắc việc chỉ là công cụ hỗ trợ, không tự ý cài đặt hoặc nhập thông tin cá nhân.</w:t>
            </w:r>
          </w:p>
        </w:tc>
      </w:tr>
      <w:tr w:rsidR="00215E3A" w14:paraId="3EAB4001" w14:textId="77777777" w:rsidTr="001F687B">
        <w:trPr>
          <w:jc w:val="center"/>
        </w:trPr>
        <w:tc>
          <w:tcPr>
            <w:tcW w:w="5270" w:type="dxa"/>
            <w:tcBorders>
              <w:top w:val="single" w:sz="4" w:space="0" w:color="000000"/>
              <w:left w:val="single" w:sz="8" w:space="0" w:color="000000"/>
              <w:bottom w:val="nil"/>
              <w:right w:val="single" w:sz="8" w:space="0" w:color="000000"/>
            </w:tcBorders>
          </w:tcPr>
          <w:p w14:paraId="2FCBE559" w14:textId="77777777" w:rsidR="00215E3A" w:rsidRDefault="00A20486" w:rsidP="001F687B">
            <w:pPr>
              <w:shd w:val="clear" w:color="auto" w:fill="FFFFFF" w:themeFill="background1"/>
              <w:jc w:val="both"/>
            </w:pPr>
            <w:r>
              <w:t>- GV hướng dẫn HS đọc thầm thời khóa biểu của ngày thứ Hai và hỏi: Đọc thời khóa biểu của ngày thứ Hai.</w:t>
            </w:r>
          </w:p>
        </w:tc>
        <w:tc>
          <w:tcPr>
            <w:tcW w:w="5270" w:type="dxa"/>
            <w:tcBorders>
              <w:top w:val="single" w:sz="4" w:space="0" w:color="000000"/>
              <w:left w:val="single" w:sz="8" w:space="0" w:color="000000"/>
              <w:bottom w:val="nil"/>
              <w:right w:val="single" w:sz="8" w:space="0" w:color="000000"/>
            </w:tcBorders>
          </w:tcPr>
          <w:p w14:paraId="3C2A527C" w14:textId="77777777" w:rsidR="00215E3A" w:rsidRDefault="00A20486" w:rsidP="001F687B">
            <w:pPr>
              <w:shd w:val="clear" w:color="auto" w:fill="FFFFFF" w:themeFill="background1"/>
              <w:jc w:val="both"/>
            </w:pPr>
            <w:r>
              <w:t>- HS đọc thầm và nêu các môn/hoạt động trong ngày thứ Hai theo buổi sáng, buổi chiều.</w:t>
            </w:r>
          </w:p>
        </w:tc>
      </w:tr>
      <w:tr w:rsidR="00215E3A" w14:paraId="1461734D" w14:textId="77777777" w:rsidTr="001F687B">
        <w:trPr>
          <w:jc w:val="center"/>
        </w:trPr>
        <w:tc>
          <w:tcPr>
            <w:tcW w:w="5270" w:type="dxa"/>
            <w:tcBorders>
              <w:top w:val="nil"/>
              <w:left w:val="single" w:sz="8" w:space="0" w:color="000000"/>
              <w:bottom w:val="nil"/>
              <w:right w:val="single" w:sz="8" w:space="0" w:color="000000"/>
            </w:tcBorders>
          </w:tcPr>
          <w:p w14:paraId="4AC341DA" w14:textId="77777777" w:rsidR="00215E3A" w:rsidRDefault="00A20486" w:rsidP="001F687B">
            <w:pPr>
              <w:shd w:val="clear" w:color="auto" w:fill="FFFFFF" w:themeFill="background1"/>
              <w:jc w:val="both"/>
            </w:pPr>
            <w:r>
              <w:t>- GV hỏi: Sáng thứ Hai có mấy tiết?</w:t>
            </w:r>
          </w:p>
        </w:tc>
        <w:tc>
          <w:tcPr>
            <w:tcW w:w="5270" w:type="dxa"/>
            <w:tcBorders>
              <w:top w:val="nil"/>
              <w:left w:val="single" w:sz="8" w:space="0" w:color="000000"/>
              <w:bottom w:val="nil"/>
              <w:right w:val="single" w:sz="8" w:space="0" w:color="000000"/>
            </w:tcBorders>
          </w:tcPr>
          <w:p w14:paraId="3FC219B8" w14:textId="77777777" w:rsidR="00215E3A" w:rsidRDefault="00A20486" w:rsidP="001F687B">
            <w:pPr>
              <w:shd w:val="clear" w:color="auto" w:fill="FFFFFF" w:themeFill="background1"/>
              <w:jc w:val="both"/>
            </w:pPr>
            <w:r>
              <w:t>- HS trả lời: Sáng thứ Hai có 4 tiết.</w:t>
            </w:r>
          </w:p>
        </w:tc>
      </w:tr>
      <w:tr w:rsidR="00215E3A" w14:paraId="0766552A" w14:textId="77777777" w:rsidTr="001F687B">
        <w:trPr>
          <w:jc w:val="center"/>
        </w:trPr>
        <w:tc>
          <w:tcPr>
            <w:tcW w:w="5270" w:type="dxa"/>
            <w:tcBorders>
              <w:top w:val="nil"/>
              <w:left w:val="single" w:sz="8" w:space="0" w:color="000000"/>
              <w:bottom w:val="nil"/>
              <w:right w:val="single" w:sz="8" w:space="0" w:color="000000"/>
            </w:tcBorders>
          </w:tcPr>
          <w:p w14:paraId="79910113" w14:textId="77777777" w:rsidR="00215E3A" w:rsidRDefault="00A20486" w:rsidP="001F687B">
            <w:pPr>
              <w:shd w:val="clear" w:color="auto" w:fill="FFFFFF" w:themeFill="background1"/>
              <w:jc w:val="both"/>
            </w:pPr>
            <w:r>
              <w:t>- GV hỏi: Thứ Năm có những môn học nào?</w:t>
            </w:r>
          </w:p>
        </w:tc>
        <w:tc>
          <w:tcPr>
            <w:tcW w:w="5270" w:type="dxa"/>
            <w:tcBorders>
              <w:top w:val="nil"/>
              <w:left w:val="single" w:sz="8" w:space="0" w:color="000000"/>
              <w:bottom w:val="nil"/>
              <w:right w:val="single" w:sz="8" w:space="0" w:color="000000"/>
            </w:tcBorders>
          </w:tcPr>
          <w:p w14:paraId="4AE32745" w14:textId="77777777" w:rsidR="00215E3A" w:rsidRDefault="00A20486" w:rsidP="001F687B">
            <w:pPr>
              <w:shd w:val="clear" w:color="auto" w:fill="FFFFFF" w:themeFill="background1"/>
              <w:jc w:val="both"/>
            </w:pPr>
            <w:r>
              <w:t>- HS đọc bảng và trả lời các môn/hoạt động của thứ Năm theo thời khóa biểu trong SGK.</w:t>
            </w:r>
          </w:p>
        </w:tc>
      </w:tr>
      <w:tr w:rsidR="00215E3A" w14:paraId="6A5E14F5" w14:textId="77777777" w:rsidTr="001F687B">
        <w:trPr>
          <w:jc w:val="center"/>
        </w:trPr>
        <w:tc>
          <w:tcPr>
            <w:tcW w:w="5270" w:type="dxa"/>
            <w:tcBorders>
              <w:top w:val="nil"/>
              <w:left w:val="single" w:sz="8" w:space="0" w:color="000000"/>
              <w:bottom w:val="nil"/>
              <w:right w:val="single" w:sz="8" w:space="0" w:color="000000"/>
            </w:tcBorders>
          </w:tcPr>
          <w:p w14:paraId="7BDDF097" w14:textId="77777777" w:rsidR="00215E3A" w:rsidRDefault="00A20486" w:rsidP="001F687B">
            <w:pPr>
              <w:shd w:val="clear" w:color="auto" w:fill="FFFFFF" w:themeFill="background1"/>
              <w:jc w:val="both"/>
            </w:pPr>
            <w:r>
              <w:t>- GV hỏi: Nếu không có thời khóa biểu, em sẽ gặp khó khăn gì?</w:t>
            </w:r>
          </w:p>
        </w:tc>
        <w:tc>
          <w:tcPr>
            <w:tcW w:w="5270" w:type="dxa"/>
            <w:tcBorders>
              <w:top w:val="nil"/>
              <w:left w:val="single" w:sz="8" w:space="0" w:color="000000"/>
              <w:bottom w:val="nil"/>
              <w:right w:val="single" w:sz="8" w:space="0" w:color="000000"/>
            </w:tcBorders>
          </w:tcPr>
          <w:p w14:paraId="0C63C3E0" w14:textId="77777777" w:rsidR="00215E3A" w:rsidRDefault="00A20486" w:rsidP="001F687B">
            <w:pPr>
              <w:shd w:val="clear" w:color="auto" w:fill="FFFFFF" w:themeFill="background1"/>
              <w:jc w:val="both"/>
            </w:pPr>
            <w:r>
              <w:t>- HS trả lời: Em có thể chuẩn bị nhầm sách vở, quên đồ dùng, không biết học môn nào và không chủ động học tập.</w:t>
            </w:r>
          </w:p>
        </w:tc>
      </w:tr>
      <w:tr w:rsidR="00215E3A" w14:paraId="6D074433" w14:textId="77777777" w:rsidTr="001F687B">
        <w:trPr>
          <w:jc w:val="center"/>
        </w:trPr>
        <w:tc>
          <w:tcPr>
            <w:tcW w:w="5270" w:type="dxa"/>
            <w:tcBorders>
              <w:top w:val="nil"/>
              <w:bottom w:val="nil"/>
            </w:tcBorders>
          </w:tcPr>
          <w:p w14:paraId="3656D7C4" w14:textId="77777777" w:rsidR="00215E3A" w:rsidRDefault="00A20486" w:rsidP="001F687B">
            <w:pPr>
              <w:shd w:val="clear" w:color="auto" w:fill="FFFFFF" w:themeFill="background1"/>
            </w:pPr>
            <w:r>
              <w:rPr>
                <w:color w:val="C00000"/>
              </w:rPr>
              <w:t xml:space="preserve">- Thời khóa biểu giúp em chuẩn bị học tập như </w:t>
            </w:r>
            <w:r>
              <w:rPr>
                <w:color w:val="C00000"/>
              </w:rPr>
              <w:lastRenderedPageBreak/>
              <w:t>thế nào? Nếu dùng lịch số hoặc ứng dụng nhắc việc, em cần lưu ý điều gì?</w:t>
            </w:r>
          </w:p>
        </w:tc>
        <w:tc>
          <w:tcPr>
            <w:tcW w:w="5270" w:type="dxa"/>
            <w:tcBorders>
              <w:top w:val="nil"/>
              <w:bottom w:val="nil"/>
            </w:tcBorders>
          </w:tcPr>
          <w:p w14:paraId="3CA04F19" w14:textId="77777777" w:rsidR="00215E3A" w:rsidRDefault="00A20486" w:rsidP="001F687B">
            <w:pPr>
              <w:shd w:val="clear" w:color="auto" w:fill="FFFFFF" w:themeFill="background1"/>
            </w:pPr>
            <w:r>
              <w:rPr>
                <w:color w:val="C00000"/>
              </w:rPr>
              <w:lastRenderedPageBreak/>
              <w:t xml:space="preserve">- HS trả lời: Thời khóa biểu giúp em biết hôm </w:t>
            </w:r>
            <w:r>
              <w:rPr>
                <w:color w:val="C00000"/>
              </w:rPr>
              <w:lastRenderedPageBreak/>
              <w:t>sau học môn nào, chuẩn bị sách vở đúng, đi học đúng giờ. Nếu dùng lịch số hoặc ứng dụng nhắc việc, em cần có người lớn hướng dẫn, không tự ý cài đặt và không nhập thông tin riêng tư.</w:t>
            </w:r>
          </w:p>
        </w:tc>
      </w:tr>
      <w:tr w:rsidR="00215E3A" w14:paraId="7A74B231" w14:textId="77777777" w:rsidTr="001F687B">
        <w:trPr>
          <w:jc w:val="center"/>
        </w:trPr>
        <w:tc>
          <w:tcPr>
            <w:tcW w:w="5270" w:type="dxa"/>
            <w:tcBorders>
              <w:top w:val="nil"/>
              <w:bottom w:val="nil"/>
            </w:tcBorders>
          </w:tcPr>
          <w:p w14:paraId="4AD05BBA" w14:textId="77777777" w:rsidR="00215E3A" w:rsidRDefault="00A20486" w:rsidP="001F687B">
            <w:pPr>
              <w:shd w:val="clear" w:color="auto" w:fill="FFFFFF" w:themeFill="background1"/>
            </w:pPr>
            <w:r>
              <w:rPr>
                <w:color w:val="C00000"/>
              </w:rPr>
              <w:lastRenderedPageBreak/>
              <w:t>- Giáo dục đạo đức, lối sống và Tích hợp năng lực số 2.3.CB1a: Thời khóa biểu giúp các em rèn nề nếp, sống có kỉ luật, biết sắp xếp thời gian học tập, vui chơi, nghỉ ngơi hợp lí. Một số công cụ số như lịch điện tử, đồng hồ báo thức hoặc ứng dụng nhắc việc có thể hỗ trợ xem lịch, nhắc giờ soạn sách vở dưới sự hướng dẫn của người lớn. Tuy nhiên, các em vẫn cần tự kiểm tra lại bằng thời khóa biểu giấy của lớp, không tự ý cài đặt ứng dụng, không nhập họ tên, lớp, số điện thoại, địa chỉ nhà hoặc hình ảnh cá nhân lên thiết bị.</w:t>
            </w:r>
          </w:p>
        </w:tc>
        <w:tc>
          <w:tcPr>
            <w:tcW w:w="5270" w:type="dxa"/>
            <w:tcBorders>
              <w:top w:val="nil"/>
              <w:bottom w:val="nil"/>
            </w:tcBorders>
          </w:tcPr>
          <w:p w14:paraId="365BCA82" w14:textId="77777777" w:rsidR="00215E3A" w:rsidRDefault="00A20486" w:rsidP="001F687B">
            <w:pPr>
              <w:shd w:val="clear" w:color="auto" w:fill="FFFFFF" w:themeFill="background1"/>
            </w:pPr>
            <w:r>
              <w:rPr>
                <w:color w:val="C00000"/>
              </w:rPr>
              <w:t>- HS lắng nghe và nêu việc làm: xem thời khóa biểu mỗi ngày, soạn sách vở trước khi đi học, đi học đúng giờ, dùng lịch số dưới sự hướng dẫn của người lớn và không chia sẻ thông tin cá nhân.</w:t>
            </w:r>
          </w:p>
        </w:tc>
      </w:tr>
      <w:tr w:rsidR="00215E3A" w14:paraId="421F99A0" w14:textId="77777777" w:rsidTr="001F687B">
        <w:trPr>
          <w:jc w:val="center"/>
        </w:trPr>
        <w:tc>
          <w:tcPr>
            <w:tcW w:w="5270" w:type="dxa"/>
            <w:tcBorders>
              <w:top w:val="nil"/>
              <w:left w:val="single" w:sz="8" w:space="0" w:color="000000"/>
              <w:bottom w:val="single" w:sz="4" w:space="0" w:color="000000"/>
              <w:right w:val="single" w:sz="8" w:space="0" w:color="000000"/>
            </w:tcBorders>
          </w:tcPr>
          <w:p w14:paraId="69E50140" w14:textId="77777777" w:rsidR="00215E3A" w:rsidRDefault="00A20486" w:rsidP="001F687B">
            <w:pPr>
              <w:shd w:val="clear" w:color="auto" w:fill="FFFFFF" w:themeFill="background1"/>
              <w:jc w:val="both"/>
            </w:pPr>
            <w:r>
              <w:t>- GV chốt: Thời khóa biểu giúp HS biết trình tự các môn học, chuẩn bị đồ dùng học tập và sắp xếp thời gian hợp lí.</w:t>
            </w:r>
          </w:p>
        </w:tc>
        <w:tc>
          <w:tcPr>
            <w:tcW w:w="5270" w:type="dxa"/>
            <w:tcBorders>
              <w:top w:val="nil"/>
              <w:left w:val="single" w:sz="8" w:space="0" w:color="000000"/>
              <w:bottom w:val="single" w:sz="4" w:space="0" w:color="000000"/>
              <w:right w:val="single" w:sz="8" w:space="0" w:color="000000"/>
            </w:tcBorders>
          </w:tcPr>
          <w:p w14:paraId="116DF368" w14:textId="77777777" w:rsidR="00215E3A" w:rsidRDefault="00A20486" w:rsidP="001F687B">
            <w:pPr>
              <w:shd w:val="clear" w:color="auto" w:fill="FFFFFF" w:themeFill="background1"/>
              <w:jc w:val="both"/>
            </w:pPr>
            <w:r>
              <w:t>- HS lắng nghe và nhắc lại tác dụng của thời khóa biểu.</w:t>
            </w:r>
          </w:p>
        </w:tc>
      </w:tr>
      <w:tr w:rsidR="00215E3A" w14:paraId="6427C63C"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5155557B" w14:textId="77777777" w:rsidR="00215E3A" w:rsidRDefault="00A20486" w:rsidP="001F687B">
            <w:pPr>
              <w:shd w:val="clear" w:color="auto" w:fill="FFFFFF" w:themeFill="background1"/>
              <w:jc w:val="both"/>
            </w:pPr>
            <w:r>
              <w:rPr>
                <w:b/>
                <w:color w:val="008000"/>
              </w:rPr>
              <w:t>3. Luyện tập theo văn bản đọc (15 phút)</w:t>
            </w:r>
          </w:p>
          <w:p w14:paraId="51BD3F07" w14:textId="77777777" w:rsidR="00215E3A" w:rsidRDefault="00A20486" w:rsidP="001F687B">
            <w:pPr>
              <w:shd w:val="clear" w:color="auto" w:fill="FFFFFF" w:themeFill="background1"/>
              <w:jc w:val="both"/>
            </w:pPr>
            <w:r>
              <w:rPr>
                <w:b/>
                <w:color w:val="008000"/>
              </w:rPr>
              <w:t>Mục tiêu: HS biết dựa vào thời khóa biểu để nói câu giới thiệu môn học hoặc hoạt động ở trường.</w:t>
            </w:r>
          </w:p>
        </w:tc>
      </w:tr>
      <w:tr w:rsidR="00215E3A" w14:paraId="698991FF" w14:textId="77777777" w:rsidTr="001F687B">
        <w:trPr>
          <w:jc w:val="center"/>
        </w:trPr>
        <w:tc>
          <w:tcPr>
            <w:tcW w:w="5270" w:type="dxa"/>
            <w:tcBorders>
              <w:top w:val="single" w:sz="4" w:space="0" w:color="000000"/>
              <w:left w:val="single" w:sz="8" w:space="0" w:color="000000"/>
              <w:bottom w:val="nil"/>
              <w:right w:val="single" w:sz="8" w:space="0" w:color="000000"/>
            </w:tcBorders>
          </w:tcPr>
          <w:p w14:paraId="64ECCBB4" w14:textId="77777777" w:rsidR="00215E3A" w:rsidRDefault="00A20486" w:rsidP="001F687B">
            <w:pPr>
              <w:shd w:val="clear" w:color="auto" w:fill="FFFFFF" w:themeFill="background1"/>
              <w:jc w:val="both"/>
            </w:pPr>
            <w:r>
              <w:t>- GV yêu cầu HS dựa vào thời khóa biểu trên bài đọc để nói - đáp theo mẫu.</w:t>
            </w:r>
          </w:p>
        </w:tc>
        <w:tc>
          <w:tcPr>
            <w:tcW w:w="5270" w:type="dxa"/>
            <w:tcBorders>
              <w:top w:val="single" w:sz="4" w:space="0" w:color="000000"/>
              <w:left w:val="single" w:sz="8" w:space="0" w:color="000000"/>
              <w:bottom w:val="nil"/>
              <w:right w:val="single" w:sz="8" w:space="0" w:color="000000"/>
            </w:tcBorders>
          </w:tcPr>
          <w:p w14:paraId="6B4FA569" w14:textId="77777777" w:rsidR="00215E3A" w:rsidRDefault="00A20486" w:rsidP="001F687B">
            <w:pPr>
              <w:shd w:val="clear" w:color="auto" w:fill="FFFFFF" w:themeFill="background1"/>
              <w:jc w:val="both"/>
            </w:pPr>
            <w:r>
              <w:t>- HS nói theo mẫu: Lớp mình có tiết Âm nhạc vào thứ mấy? Lớp mình có tiết Âm nhạc vào thứ Sáu.</w:t>
            </w:r>
          </w:p>
        </w:tc>
      </w:tr>
      <w:tr w:rsidR="00215E3A" w14:paraId="2A64A01D" w14:textId="77777777" w:rsidTr="001F687B">
        <w:trPr>
          <w:jc w:val="center"/>
        </w:trPr>
        <w:tc>
          <w:tcPr>
            <w:tcW w:w="5270" w:type="dxa"/>
            <w:tcBorders>
              <w:top w:val="nil"/>
              <w:left w:val="single" w:sz="8" w:space="0" w:color="000000"/>
              <w:bottom w:val="nil"/>
              <w:right w:val="single" w:sz="8" w:space="0" w:color="000000"/>
            </w:tcBorders>
          </w:tcPr>
          <w:p w14:paraId="5DB2D05B" w14:textId="77777777" w:rsidR="00215E3A" w:rsidRDefault="00A20486" w:rsidP="001F687B">
            <w:pPr>
              <w:shd w:val="clear" w:color="auto" w:fill="FFFFFF" w:themeFill="background1"/>
              <w:jc w:val="both"/>
            </w:pPr>
            <w:r>
              <w:t>- GV yêu cầu HS nói một câu giới thiệu môn học hoặc hoạt động ở trường mà em thích.</w:t>
            </w:r>
          </w:p>
        </w:tc>
        <w:tc>
          <w:tcPr>
            <w:tcW w:w="5270" w:type="dxa"/>
            <w:tcBorders>
              <w:top w:val="nil"/>
              <w:left w:val="single" w:sz="8" w:space="0" w:color="000000"/>
              <w:bottom w:val="nil"/>
              <w:right w:val="single" w:sz="8" w:space="0" w:color="000000"/>
            </w:tcBorders>
          </w:tcPr>
          <w:p w14:paraId="2FF02267" w14:textId="77777777" w:rsidR="00215E3A" w:rsidRDefault="00A20486" w:rsidP="001F687B">
            <w:pPr>
              <w:shd w:val="clear" w:color="auto" w:fill="FFFFFF" w:themeFill="background1"/>
              <w:jc w:val="both"/>
            </w:pPr>
            <w:r>
              <w:t>- HS nói: Tiếng Việt là môn học em yêu thích nhất. Em thích Hoạt động trải nghiệm vì được tham gia nhiều hoạt động vui.</w:t>
            </w:r>
          </w:p>
        </w:tc>
      </w:tr>
      <w:tr w:rsidR="00215E3A" w14:paraId="6690D372" w14:textId="77777777" w:rsidTr="001F687B">
        <w:trPr>
          <w:jc w:val="center"/>
        </w:trPr>
        <w:tc>
          <w:tcPr>
            <w:tcW w:w="5270" w:type="dxa"/>
            <w:tcBorders>
              <w:top w:val="nil"/>
              <w:left w:val="single" w:sz="8" w:space="0" w:color="000000"/>
              <w:bottom w:val="single" w:sz="4" w:space="0" w:color="000000"/>
              <w:right w:val="single" w:sz="8" w:space="0" w:color="000000"/>
            </w:tcBorders>
          </w:tcPr>
          <w:p w14:paraId="715F3214" w14:textId="77777777" w:rsidR="00215E3A" w:rsidRDefault="00A20486" w:rsidP="001F687B">
            <w:pPr>
              <w:shd w:val="clear" w:color="auto" w:fill="FFFFFF" w:themeFill="background1"/>
              <w:jc w:val="both"/>
            </w:pPr>
            <w:r>
              <w:t>- GV nhận xét, sửa câu cho HS.</w:t>
            </w:r>
          </w:p>
        </w:tc>
        <w:tc>
          <w:tcPr>
            <w:tcW w:w="5270" w:type="dxa"/>
            <w:tcBorders>
              <w:top w:val="nil"/>
              <w:left w:val="single" w:sz="8" w:space="0" w:color="000000"/>
              <w:bottom w:val="single" w:sz="4" w:space="0" w:color="000000"/>
              <w:right w:val="single" w:sz="8" w:space="0" w:color="000000"/>
            </w:tcBorders>
          </w:tcPr>
          <w:p w14:paraId="6C111649" w14:textId="77777777" w:rsidR="00215E3A" w:rsidRDefault="00A20486" w:rsidP="001F687B">
            <w:pPr>
              <w:shd w:val="clear" w:color="auto" w:fill="FFFFFF" w:themeFill="background1"/>
              <w:jc w:val="both"/>
            </w:pPr>
            <w:r>
              <w:t>- HS sửa câu, nói trọn ý và rõ ràng hơn.</w:t>
            </w:r>
          </w:p>
        </w:tc>
      </w:tr>
      <w:tr w:rsidR="003B638A" w14:paraId="3DC1CD4C"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5D0CB007" w14:textId="77777777" w:rsidR="003B638A" w:rsidRDefault="001B3E3F" w:rsidP="001F687B">
            <w:pPr>
              <w:shd w:val="clear" w:color="auto" w:fill="FFFFFF" w:themeFill="background1"/>
            </w:pPr>
            <w:r>
              <w:rPr>
                <w:b/>
                <w:color w:val="008000"/>
              </w:rPr>
              <w:t>4. Vận dụng (5 phút)</w:t>
            </w:r>
          </w:p>
          <w:p w14:paraId="4AC9E0CC" w14:textId="77777777" w:rsidR="003B638A" w:rsidRDefault="001B3E3F" w:rsidP="001F687B">
            <w:pPr>
              <w:shd w:val="clear" w:color="auto" w:fill="FFFFFF" w:themeFill="background1"/>
            </w:pPr>
            <w:r>
              <w:rPr>
                <w:b/>
                <w:color w:val="008000"/>
              </w:rPr>
              <w:t>Mục tiêu: Khắc sâu nội dung bài học; biết vận dụng vào học tập và sinh hoạt hằng ngày.</w:t>
            </w:r>
          </w:p>
        </w:tc>
      </w:tr>
      <w:tr w:rsidR="003B638A" w14:paraId="2AF2B2FF" w14:textId="77777777" w:rsidTr="001F687B">
        <w:trPr>
          <w:jc w:val="center"/>
        </w:trPr>
        <w:tc>
          <w:tcPr>
            <w:tcW w:w="5270" w:type="dxa"/>
            <w:tcBorders>
              <w:top w:val="single" w:sz="4" w:space="0" w:color="000000"/>
              <w:bottom w:val="nil"/>
            </w:tcBorders>
          </w:tcPr>
          <w:p w14:paraId="4EEDB89F" w14:textId="77777777" w:rsidR="003B638A" w:rsidRDefault="001B3E3F" w:rsidP="001F687B">
            <w:pPr>
              <w:shd w:val="clear" w:color="auto" w:fill="FFFFFF" w:themeFill="background1"/>
            </w:pPr>
            <w:r>
              <w:t>- GV yêu cầu HS nêu một việc cần làm sau khi xem thời khóa biểu.</w:t>
            </w:r>
          </w:p>
        </w:tc>
        <w:tc>
          <w:tcPr>
            <w:tcW w:w="5270" w:type="dxa"/>
            <w:tcBorders>
              <w:top w:val="single" w:sz="4" w:space="0" w:color="000000"/>
              <w:bottom w:val="nil"/>
            </w:tcBorders>
          </w:tcPr>
          <w:p w14:paraId="10D087B4" w14:textId="77777777" w:rsidR="003B638A" w:rsidRDefault="001B3E3F" w:rsidP="001F687B">
            <w:pPr>
              <w:shd w:val="clear" w:color="auto" w:fill="FFFFFF" w:themeFill="background1"/>
            </w:pPr>
            <w:r>
              <w:t>- HS trả lời: Em cần soạn đúng sách vở, đồ dùng theo môn học của ngày hôm sau và đi học đúng giờ.</w:t>
            </w:r>
          </w:p>
        </w:tc>
      </w:tr>
      <w:tr w:rsidR="003B638A" w14:paraId="6A29E5C1" w14:textId="77777777" w:rsidTr="001F687B">
        <w:trPr>
          <w:jc w:val="center"/>
        </w:trPr>
        <w:tc>
          <w:tcPr>
            <w:tcW w:w="5270" w:type="dxa"/>
            <w:tcBorders>
              <w:top w:val="nil"/>
            </w:tcBorders>
          </w:tcPr>
          <w:p w14:paraId="3BC9B9BA" w14:textId="77777777" w:rsidR="003B638A" w:rsidRDefault="001B3E3F" w:rsidP="001F687B">
            <w:pPr>
              <w:shd w:val="clear" w:color="auto" w:fill="FFFFFF" w:themeFill="background1"/>
            </w:pPr>
            <w:r>
              <w:t>- Dặn dò: Về nhà đọc thời khóa biểu của lớp, soạn sách vở cho ngày học tiếp theo; chuẩn bị tiết nghe - viết.</w:t>
            </w:r>
          </w:p>
        </w:tc>
        <w:tc>
          <w:tcPr>
            <w:tcW w:w="5270" w:type="dxa"/>
            <w:tcBorders>
              <w:top w:val="nil"/>
            </w:tcBorders>
          </w:tcPr>
          <w:p w14:paraId="44E6ED49" w14:textId="77777777" w:rsidR="003B638A" w:rsidRDefault="001B3E3F" w:rsidP="001F687B">
            <w:pPr>
              <w:shd w:val="clear" w:color="auto" w:fill="FFFFFF" w:themeFill="background1"/>
            </w:pPr>
            <w:r>
              <w:t>- HS ghi nhớ: Em xem thời khóa biểu, soạn sách vở dưới sự nhắc nhở của người lớn và chuẩn bị bài viết.</w:t>
            </w:r>
          </w:p>
        </w:tc>
      </w:tr>
    </w:tbl>
    <w:p w14:paraId="64600DF4" w14:textId="77777777" w:rsidR="00215E3A" w:rsidRDefault="00A20486" w:rsidP="001F687B">
      <w:pPr>
        <w:shd w:val="clear" w:color="auto" w:fill="FFFFFF" w:themeFill="background1"/>
        <w:spacing w:after="0" w:line="240" w:lineRule="auto"/>
        <w:jc w:val="both"/>
      </w:pPr>
      <w:r>
        <w:rPr>
          <w:b/>
          <w:color w:val="000000"/>
        </w:rPr>
        <w:t>IV. ĐIỀU CHỈNH SAU TIẾT DẠY (NẾU CÓ):</w:t>
      </w:r>
    </w:p>
    <w:p w14:paraId="5404389C" w14:textId="77777777" w:rsidR="00215E3A" w:rsidRDefault="00A20486" w:rsidP="001F687B">
      <w:pPr>
        <w:shd w:val="clear" w:color="auto" w:fill="FFFFFF" w:themeFill="background1"/>
        <w:spacing w:after="0" w:line="240" w:lineRule="auto"/>
        <w:jc w:val="both"/>
      </w:pPr>
      <w:r>
        <w:rPr>
          <w:color w:val="000000"/>
        </w:rPr>
        <w:t>................................................................................................................................................</w:t>
      </w:r>
    </w:p>
    <w:p w14:paraId="40FC92E3" w14:textId="77777777" w:rsidR="00215E3A" w:rsidRDefault="00A20486" w:rsidP="001F687B">
      <w:pPr>
        <w:shd w:val="clear" w:color="auto" w:fill="FFFFFF" w:themeFill="background1"/>
        <w:spacing w:after="0" w:line="240" w:lineRule="auto"/>
        <w:jc w:val="both"/>
      </w:pPr>
      <w:r>
        <w:br w:type="page"/>
      </w:r>
    </w:p>
    <w:p w14:paraId="349BDC9E" w14:textId="77777777" w:rsidR="00215E3A" w:rsidRDefault="003F1E52" w:rsidP="001F687B">
      <w:pPr>
        <w:shd w:val="clear" w:color="auto" w:fill="FFFFFF" w:themeFill="background1"/>
        <w:spacing w:after="0" w:line="240" w:lineRule="auto"/>
        <w:jc w:val="center"/>
      </w:pPr>
      <w:r>
        <w:rPr>
          <w:b/>
          <w:color w:val="000000"/>
        </w:rPr>
        <w:lastRenderedPageBreak/>
        <w:t>KẾ HOẠCH BÀI DẠY MÔN TIẾNG VIỆT LỚP 2</w:t>
      </w:r>
      <w:r w:rsidR="00A20486">
        <w:rPr>
          <w:b/>
          <w:color w:val="000000"/>
        </w:rPr>
        <w:t>- TUẦN 5</w:t>
      </w:r>
    </w:p>
    <w:p w14:paraId="5A6B5E2E" w14:textId="77777777" w:rsidR="00215E3A" w:rsidRDefault="00A20486" w:rsidP="001F687B">
      <w:pPr>
        <w:shd w:val="clear" w:color="auto" w:fill="FFFFFF" w:themeFill="background1"/>
        <w:spacing w:after="0" w:line="240" w:lineRule="auto"/>
        <w:jc w:val="center"/>
      </w:pPr>
      <w:r>
        <w:rPr>
          <w:b/>
          <w:color w:val="000000"/>
        </w:rPr>
        <w:t>CHỦ ĐỀ 2: ĐI HỌC VUI SAO</w:t>
      </w:r>
    </w:p>
    <w:p w14:paraId="6409012C" w14:textId="77777777" w:rsidR="00215E3A" w:rsidRDefault="00A20486" w:rsidP="001F687B">
      <w:pPr>
        <w:shd w:val="clear" w:color="auto" w:fill="FFFFFF" w:themeFill="background1"/>
        <w:spacing w:after="0" w:line="240" w:lineRule="auto"/>
        <w:jc w:val="center"/>
      </w:pPr>
      <w:r>
        <w:rPr>
          <w:b/>
          <w:color w:val="000000"/>
        </w:rPr>
        <w:t>BÀI 10: THỜI KHÓA BIỂU</w:t>
      </w:r>
    </w:p>
    <w:p w14:paraId="487ED57E" w14:textId="77777777" w:rsidR="00215E3A" w:rsidRDefault="00A20486" w:rsidP="001F687B">
      <w:pPr>
        <w:shd w:val="clear" w:color="auto" w:fill="FFFFFF" w:themeFill="background1"/>
        <w:spacing w:after="0" w:line="240" w:lineRule="auto"/>
        <w:jc w:val="center"/>
      </w:pPr>
      <w:r>
        <w:rPr>
          <w:b/>
          <w:color w:val="000000"/>
        </w:rPr>
        <w:t>TIẾT 3: VIẾT: NGHE - VIẾT: THỜI KHÓA BIỂU; PHÂN BIỆT C/K, CH/TR, V/D</w:t>
      </w:r>
    </w:p>
    <w:p w14:paraId="44D11AD0" w14:textId="77777777" w:rsidR="00215E3A" w:rsidRDefault="00A20486" w:rsidP="001F687B">
      <w:pPr>
        <w:shd w:val="clear" w:color="auto" w:fill="FFFFFF" w:themeFill="background1"/>
        <w:spacing w:after="0" w:line="240" w:lineRule="auto"/>
        <w:jc w:val="both"/>
      </w:pPr>
      <w:r>
        <w:rPr>
          <w:b/>
          <w:color w:val="000000"/>
        </w:rPr>
        <w:t>I. YÊU CẦU CẦN ĐẠT</w:t>
      </w:r>
    </w:p>
    <w:p w14:paraId="24FE87D0" w14:textId="77777777" w:rsidR="00215E3A" w:rsidRDefault="00A20486" w:rsidP="001F687B">
      <w:pPr>
        <w:shd w:val="clear" w:color="auto" w:fill="FFFFFF" w:themeFill="background1"/>
        <w:spacing w:after="0" w:line="240" w:lineRule="auto"/>
        <w:jc w:val="both"/>
      </w:pPr>
      <w:r>
        <w:rPr>
          <w:b/>
          <w:color w:val="000000"/>
        </w:rPr>
        <w:t>1. Năng lực đặc thù:</w:t>
      </w:r>
    </w:p>
    <w:p w14:paraId="53ACFFC4" w14:textId="77777777" w:rsidR="00215E3A" w:rsidRDefault="00A20486" w:rsidP="001F687B">
      <w:pPr>
        <w:shd w:val="clear" w:color="auto" w:fill="FFFFFF" w:themeFill="background1"/>
        <w:spacing w:after="0" w:line="240" w:lineRule="auto"/>
        <w:jc w:val="both"/>
      </w:pPr>
      <w:r>
        <w:rPr>
          <w:color w:val="000000"/>
        </w:rPr>
        <w:t>- Thực hiện được yêu cầu học tập trong SGK: đọc, viết, luyện từ/câu hoặc chia sẻ theo nhiệm vụ.</w:t>
      </w:r>
    </w:p>
    <w:p w14:paraId="2EDCEDCD" w14:textId="77777777" w:rsidR="00215E3A" w:rsidRDefault="00A20486" w:rsidP="001F687B">
      <w:pPr>
        <w:shd w:val="clear" w:color="auto" w:fill="FFFFFF" w:themeFill="background1"/>
        <w:spacing w:after="0" w:line="240" w:lineRule="auto"/>
        <w:jc w:val="both"/>
      </w:pPr>
      <w:r>
        <w:rPr>
          <w:color w:val="000000"/>
        </w:rPr>
        <w:t>- Vận dụng kiến thức vào giao tiếp, học tập và sinh hoạt hằng ngày.</w:t>
      </w:r>
    </w:p>
    <w:p w14:paraId="6C9BA504" w14:textId="77777777" w:rsidR="00215E3A" w:rsidRDefault="00A20486" w:rsidP="001F687B">
      <w:pPr>
        <w:shd w:val="clear" w:color="auto" w:fill="FFFFFF" w:themeFill="background1"/>
        <w:spacing w:after="0" w:line="240" w:lineRule="auto"/>
        <w:jc w:val="both"/>
      </w:pPr>
      <w:r>
        <w:rPr>
          <w:b/>
          <w:color w:val="000000"/>
        </w:rPr>
        <w:t>2. Năng lực chung:</w:t>
      </w:r>
    </w:p>
    <w:p w14:paraId="2A167899" w14:textId="77777777" w:rsidR="00215E3A" w:rsidRDefault="00A20486" w:rsidP="001F687B">
      <w:pPr>
        <w:shd w:val="clear" w:color="auto" w:fill="FFFFFF" w:themeFill="background1"/>
        <w:spacing w:after="0" w:line="240" w:lineRule="auto"/>
        <w:jc w:val="both"/>
      </w:pPr>
      <w:r>
        <w:rPr>
          <w:color w:val="000000"/>
        </w:rPr>
        <w:t>- Tự chủ và tự học: hoàn thành nhiệm vụ cá nhân; biết kiểm tra, sửa lỗi.</w:t>
      </w:r>
    </w:p>
    <w:p w14:paraId="3B1D6005" w14:textId="77777777" w:rsidR="00215E3A" w:rsidRDefault="00A20486" w:rsidP="001F687B">
      <w:pPr>
        <w:shd w:val="clear" w:color="auto" w:fill="FFFFFF" w:themeFill="background1"/>
        <w:spacing w:after="0" w:line="240" w:lineRule="auto"/>
        <w:jc w:val="both"/>
      </w:pPr>
      <w:r>
        <w:rPr>
          <w:color w:val="000000"/>
        </w:rPr>
        <w:t>- Giao tiếp và hợp tác: trao đổi với bạn, trình bày ý kiến rõ ràng.</w:t>
      </w:r>
    </w:p>
    <w:p w14:paraId="70F982DE" w14:textId="77777777" w:rsidR="00215E3A" w:rsidRDefault="00A20486" w:rsidP="001F687B">
      <w:pPr>
        <w:shd w:val="clear" w:color="auto" w:fill="FFFFFF" w:themeFill="background1"/>
        <w:spacing w:after="0" w:line="240" w:lineRule="auto"/>
        <w:jc w:val="both"/>
      </w:pPr>
      <w:r>
        <w:rPr>
          <w:b/>
          <w:color w:val="000000"/>
        </w:rPr>
        <w:t>3. Phẩm chất:</w:t>
      </w:r>
    </w:p>
    <w:p w14:paraId="2F1E83CC" w14:textId="77777777" w:rsidR="00215E3A" w:rsidRDefault="00A20486" w:rsidP="001F687B">
      <w:pPr>
        <w:shd w:val="clear" w:color="auto" w:fill="FFFFFF" w:themeFill="background1"/>
        <w:spacing w:after="0" w:line="240" w:lineRule="auto"/>
        <w:jc w:val="both"/>
      </w:pPr>
      <w:r>
        <w:rPr>
          <w:color w:val="000000"/>
        </w:rPr>
        <w:t>- Chăm chỉ, trách nhiệm: tích cực tham gia hoạt động học tập.</w:t>
      </w:r>
    </w:p>
    <w:p w14:paraId="40B2FA68" w14:textId="77777777" w:rsidR="00215E3A" w:rsidRDefault="00A20486" w:rsidP="001F687B">
      <w:pPr>
        <w:shd w:val="clear" w:color="auto" w:fill="FFFFFF" w:themeFill="background1"/>
        <w:spacing w:after="0" w:line="240" w:lineRule="auto"/>
        <w:jc w:val="both"/>
      </w:pPr>
      <w:r>
        <w:rPr>
          <w:b/>
          <w:color w:val="000000"/>
        </w:rPr>
        <w:t>4. Tích hợp:</w:t>
      </w:r>
    </w:p>
    <w:p w14:paraId="2D3D44B2" w14:textId="77777777" w:rsidR="00215E3A" w:rsidRDefault="00A20486" w:rsidP="001F687B">
      <w:pPr>
        <w:shd w:val="clear" w:color="auto" w:fill="FFFFFF" w:themeFill="background1"/>
        <w:spacing w:after="0" w:line="240" w:lineRule="auto"/>
        <w:jc w:val="both"/>
      </w:pPr>
      <w:r>
        <w:rPr>
          <w:color w:val="C00000"/>
        </w:rPr>
        <w:t>- Tích hợp AI 2.A2.1: Nhận biết một số ứng dụng AI/trợ lí ảo có thể hỗ trợ sinh hoạt, học tập hằng ngày: HS hiểu AI/trợ lí ảo có thể nhắc lịch học, giờ soạn sách vở nhưng HS vẫn cần tự kiểm tra bằng thời khóa biểu và không nhập thông tin riêng tư.</w:t>
      </w:r>
    </w:p>
    <w:p w14:paraId="22811D22" w14:textId="77777777" w:rsidR="00215E3A" w:rsidRDefault="00A20486" w:rsidP="001F687B">
      <w:pPr>
        <w:shd w:val="clear" w:color="auto" w:fill="FFFFFF" w:themeFill="background1"/>
        <w:spacing w:after="0" w:line="240" w:lineRule="auto"/>
        <w:jc w:val="both"/>
      </w:pPr>
      <w:r>
        <w:rPr>
          <w:b/>
          <w:color w:val="000000"/>
        </w:rPr>
        <w:t>II. ĐỒ DÙNG DẠY HỌC</w:t>
      </w:r>
    </w:p>
    <w:p w14:paraId="4E476B3B" w14:textId="77777777" w:rsidR="00215E3A" w:rsidRDefault="00A20486" w:rsidP="001F687B">
      <w:pPr>
        <w:shd w:val="clear" w:color="auto" w:fill="FFFFFF" w:themeFill="background1"/>
        <w:spacing w:after="0" w:line="240" w:lineRule="auto"/>
        <w:jc w:val="both"/>
      </w:pPr>
      <w:r>
        <w:rPr>
          <w:color w:val="000000"/>
        </w:rPr>
        <w:t>- GV: Máy tính, máy chiếu/tivi, tranh và câu bài tập cắt từ SGK, thẻ từ, phiếu học tập phù hợp với bài.</w:t>
      </w:r>
    </w:p>
    <w:p w14:paraId="24E99405" w14:textId="77777777" w:rsidR="00215E3A" w:rsidRDefault="00A20486" w:rsidP="001F687B">
      <w:pPr>
        <w:shd w:val="clear" w:color="auto" w:fill="FFFFFF" w:themeFill="background1"/>
        <w:spacing w:after="0" w:line="240" w:lineRule="auto"/>
        <w:jc w:val="both"/>
      </w:pPr>
      <w:r>
        <w:rPr>
          <w:color w:val="000000"/>
        </w:rPr>
        <w:t>- HS: SGK Tiếng Việt 2 tập một, Vở bài tập Tiếng Việt, vở ô ly, bảng con/bút chì.</w:t>
      </w:r>
    </w:p>
    <w:p w14:paraId="2FE058A3" w14:textId="77777777" w:rsidR="00215E3A" w:rsidRDefault="00A20486" w:rsidP="001F687B">
      <w:pPr>
        <w:shd w:val="clear" w:color="auto" w:fill="FFFFFF" w:themeFill="background1"/>
        <w:spacing w:after="0" w:line="240" w:lineRule="auto"/>
        <w:jc w:val="both"/>
      </w:pPr>
      <w:r>
        <w:rPr>
          <w:b/>
          <w:color w:val="000000"/>
        </w:rPr>
        <w:t>III. HOẠT ĐỘNG DẠY HỌC</w:t>
      </w:r>
    </w:p>
    <w:tbl>
      <w:tblPr>
        <w:tblStyle w:val="TableGrid"/>
        <w:tblW w:w="0" w:type="auto"/>
        <w:jc w:val="center"/>
        <w:tblLayout w:type="fixed"/>
        <w:tblLook w:val="04A0" w:firstRow="1" w:lastRow="0" w:firstColumn="1" w:lastColumn="0" w:noHBand="0" w:noVBand="1"/>
      </w:tblPr>
      <w:tblGrid>
        <w:gridCol w:w="5270"/>
        <w:gridCol w:w="5270"/>
      </w:tblGrid>
      <w:tr w:rsidR="00215E3A" w14:paraId="4339524C" w14:textId="77777777" w:rsidTr="001F687B">
        <w:trPr>
          <w:jc w:val="center"/>
        </w:trPr>
        <w:tc>
          <w:tcPr>
            <w:tcW w:w="5270" w:type="dxa"/>
            <w:tcBorders>
              <w:top w:val="single" w:sz="8" w:space="0" w:color="000000"/>
              <w:left w:val="single" w:sz="8" w:space="0" w:color="000000"/>
              <w:bottom w:val="single" w:sz="4" w:space="0" w:color="000000"/>
              <w:right w:val="single" w:sz="8" w:space="0" w:color="000000"/>
            </w:tcBorders>
            <w:shd w:val="clear" w:color="auto" w:fill="D9EAF7"/>
          </w:tcPr>
          <w:p w14:paraId="4CB5305E" w14:textId="77777777" w:rsidR="00215E3A" w:rsidRDefault="00A20486" w:rsidP="001F687B">
            <w:pPr>
              <w:shd w:val="clear" w:color="auto" w:fill="FFFFFF" w:themeFill="background1"/>
              <w:jc w:val="center"/>
            </w:pPr>
            <w:r>
              <w:rPr>
                <w:b/>
                <w:color w:val="006100"/>
              </w:rPr>
              <w:t>Hoạt động của giáo viên</w:t>
            </w:r>
          </w:p>
        </w:tc>
        <w:tc>
          <w:tcPr>
            <w:tcW w:w="5270" w:type="dxa"/>
            <w:tcBorders>
              <w:top w:val="single" w:sz="8" w:space="0" w:color="000000"/>
              <w:left w:val="single" w:sz="8" w:space="0" w:color="000000"/>
              <w:bottom w:val="single" w:sz="4" w:space="0" w:color="000000"/>
              <w:right w:val="single" w:sz="8" w:space="0" w:color="000000"/>
            </w:tcBorders>
            <w:shd w:val="clear" w:color="auto" w:fill="D9EAF7"/>
          </w:tcPr>
          <w:p w14:paraId="5E0D671B" w14:textId="77777777" w:rsidR="00215E3A" w:rsidRDefault="00A20486" w:rsidP="001F687B">
            <w:pPr>
              <w:shd w:val="clear" w:color="auto" w:fill="FFFFFF" w:themeFill="background1"/>
              <w:jc w:val="center"/>
            </w:pPr>
            <w:r>
              <w:rPr>
                <w:b/>
                <w:color w:val="006100"/>
              </w:rPr>
              <w:t>Hoạt động của học sinh</w:t>
            </w:r>
          </w:p>
        </w:tc>
      </w:tr>
      <w:tr w:rsidR="00215E3A" w14:paraId="76AE634D"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0916FF23" w14:textId="77777777" w:rsidR="00215E3A" w:rsidRDefault="00A20486" w:rsidP="001F687B">
            <w:pPr>
              <w:shd w:val="clear" w:color="auto" w:fill="FFFFFF" w:themeFill="background1"/>
              <w:jc w:val="both"/>
            </w:pPr>
            <w:r>
              <w:rPr>
                <w:b/>
                <w:color w:val="008000"/>
              </w:rPr>
              <w:t>1. Khởi động (3 phút)</w:t>
            </w:r>
          </w:p>
          <w:p w14:paraId="524686CE" w14:textId="77777777" w:rsidR="00215E3A" w:rsidRDefault="00A20486" w:rsidP="001F687B">
            <w:pPr>
              <w:shd w:val="clear" w:color="auto" w:fill="FFFFFF" w:themeFill="background1"/>
              <w:jc w:val="both"/>
            </w:pPr>
            <w:r>
              <w:rPr>
                <w:b/>
                <w:color w:val="008000"/>
              </w:rPr>
              <w:t>Mục tiêu: Tạo hứng thú cho HS và kết nối với bài học.</w:t>
            </w:r>
          </w:p>
        </w:tc>
      </w:tr>
      <w:tr w:rsidR="00215E3A" w14:paraId="0FFC2BBA" w14:textId="77777777" w:rsidTr="001F687B">
        <w:trPr>
          <w:jc w:val="center"/>
        </w:trPr>
        <w:tc>
          <w:tcPr>
            <w:tcW w:w="5270" w:type="dxa"/>
            <w:tcBorders>
              <w:top w:val="single" w:sz="4" w:space="0" w:color="000000"/>
              <w:left w:val="single" w:sz="8" w:space="0" w:color="000000"/>
              <w:bottom w:val="nil"/>
              <w:right w:val="single" w:sz="8" w:space="0" w:color="000000"/>
            </w:tcBorders>
          </w:tcPr>
          <w:p w14:paraId="1B247257" w14:textId="77777777" w:rsidR="00215E3A" w:rsidRDefault="00A20486" w:rsidP="001F687B">
            <w:pPr>
              <w:shd w:val="clear" w:color="auto" w:fill="FFFFFF" w:themeFill="background1"/>
              <w:jc w:val="both"/>
            </w:pPr>
            <w:r>
              <w:t>- GV tổ chức cho HS hát và vận động theo bài hát Bảng chữ cái Tiếng Việt.</w:t>
            </w:r>
          </w:p>
        </w:tc>
        <w:tc>
          <w:tcPr>
            <w:tcW w:w="5270" w:type="dxa"/>
            <w:tcBorders>
              <w:top w:val="single" w:sz="4" w:space="0" w:color="000000"/>
              <w:left w:val="single" w:sz="8" w:space="0" w:color="000000"/>
              <w:bottom w:val="nil"/>
              <w:right w:val="single" w:sz="8" w:space="0" w:color="000000"/>
            </w:tcBorders>
          </w:tcPr>
          <w:p w14:paraId="604346B3" w14:textId="77777777" w:rsidR="00215E3A" w:rsidRDefault="00A20486" w:rsidP="001F687B">
            <w:pPr>
              <w:shd w:val="clear" w:color="auto" w:fill="FFFFFF" w:themeFill="background1"/>
              <w:jc w:val="both"/>
            </w:pPr>
            <w:r>
              <w:t>- Lớp hát và vận động theo lời bài hát.</w:t>
            </w:r>
          </w:p>
        </w:tc>
      </w:tr>
      <w:tr w:rsidR="00215E3A" w14:paraId="0E23AF90" w14:textId="77777777" w:rsidTr="001F687B">
        <w:trPr>
          <w:jc w:val="center"/>
        </w:trPr>
        <w:tc>
          <w:tcPr>
            <w:tcW w:w="5270" w:type="dxa"/>
            <w:tcBorders>
              <w:top w:val="nil"/>
              <w:left w:val="single" w:sz="8" w:space="0" w:color="000000"/>
              <w:bottom w:val="single" w:sz="4" w:space="0" w:color="000000"/>
              <w:right w:val="single" w:sz="8" w:space="0" w:color="000000"/>
            </w:tcBorders>
          </w:tcPr>
          <w:p w14:paraId="58264B39" w14:textId="77777777" w:rsidR="00215E3A" w:rsidRDefault="00A20486" w:rsidP="001F687B">
            <w:pPr>
              <w:shd w:val="clear" w:color="auto" w:fill="FFFFFF" w:themeFill="background1"/>
              <w:jc w:val="both"/>
            </w:pPr>
            <w:r>
              <w:t>- GV kết nối, dẫn dắt vào bài mới.</w:t>
            </w:r>
          </w:p>
        </w:tc>
        <w:tc>
          <w:tcPr>
            <w:tcW w:w="5270" w:type="dxa"/>
            <w:tcBorders>
              <w:top w:val="nil"/>
              <w:left w:val="single" w:sz="8" w:space="0" w:color="000000"/>
              <w:bottom w:val="single" w:sz="4" w:space="0" w:color="000000"/>
              <w:right w:val="single" w:sz="8" w:space="0" w:color="000000"/>
            </w:tcBorders>
          </w:tcPr>
          <w:p w14:paraId="50209C94" w14:textId="77777777" w:rsidR="00215E3A" w:rsidRDefault="00A20486" w:rsidP="001F687B">
            <w:pPr>
              <w:shd w:val="clear" w:color="auto" w:fill="FFFFFF" w:themeFill="background1"/>
              <w:jc w:val="both"/>
            </w:pPr>
            <w:r>
              <w:t>- HS lắng nghe, mở vở viết.</w:t>
            </w:r>
          </w:p>
        </w:tc>
      </w:tr>
      <w:tr w:rsidR="00215E3A" w14:paraId="1040AA7B"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0A12D9F8" w14:textId="77777777" w:rsidR="00215E3A" w:rsidRDefault="00A20486" w:rsidP="001F687B">
            <w:pPr>
              <w:shd w:val="clear" w:color="auto" w:fill="FFFFFF" w:themeFill="background1"/>
            </w:pPr>
            <w:r>
              <w:rPr>
                <w:b/>
                <w:color w:val="008000"/>
              </w:rPr>
              <w:t>2. Khám phá kiến thức (15 phút)</w:t>
            </w:r>
            <w:r>
              <w:rPr>
                <w:b/>
                <w:color w:val="008000"/>
              </w:rPr>
              <w:br/>
              <w:t>Mục tiêu: Giúp HS biết trình bày đúng, đẹp bài chính tả vào vở ô ly. Mục tiêu tích hợp: HS hiểu AI/trợ lí ảo có thể nhắc lịch học, giờ soạn sách vở, nhưng cần tự kiểm tra lại bằng thời khóa biểu và dùng dưới sự hướng dẫn của người lớn.</w:t>
            </w:r>
          </w:p>
        </w:tc>
      </w:tr>
      <w:tr w:rsidR="00215E3A" w14:paraId="527C4446" w14:textId="77777777" w:rsidTr="001F687B">
        <w:trPr>
          <w:jc w:val="center"/>
        </w:trPr>
        <w:tc>
          <w:tcPr>
            <w:tcW w:w="5270" w:type="dxa"/>
            <w:tcBorders>
              <w:top w:val="single" w:sz="4" w:space="0" w:color="000000"/>
              <w:left w:val="single" w:sz="8" w:space="0" w:color="000000"/>
              <w:bottom w:val="nil"/>
              <w:right w:val="single" w:sz="8" w:space="0" w:color="000000"/>
            </w:tcBorders>
          </w:tcPr>
          <w:p w14:paraId="1BD8EAAE" w14:textId="77777777" w:rsidR="00215E3A" w:rsidRDefault="00A20486" w:rsidP="001F687B">
            <w:pPr>
              <w:shd w:val="clear" w:color="auto" w:fill="FFFFFF" w:themeFill="background1"/>
              <w:jc w:val="both"/>
            </w:pPr>
            <w:r>
              <w:rPr>
                <w:b/>
                <w:color w:val="006100"/>
              </w:rPr>
              <w:t>Hoạt động 1: Hướng dẫn nghe - viết.</w:t>
            </w:r>
          </w:p>
          <w:p w14:paraId="6BAFDF50" w14:textId="77777777" w:rsidR="00215E3A" w:rsidRDefault="00A20486" w:rsidP="001F687B">
            <w:pPr>
              <w:shd w:val="clear" w:color="auto" w:fill="FFFFFF" w:themeFill="background1"/>
              <w:jc w:val="both"/>
            </w:pPr>
            <w:r>
              <w:t>- GV đọc đoạn chính tả, lưu ý đọc đúng các tiếng HS dễ viết sai.</w:t>
            </w:r>
          </w:p>
          <w:p w14:paraId="5516F28D" w14:textId="329364DB" w:rsidR="00215E3A" w:rsidRDefault="00215E3A" w:rsidP="001F687B">
            <w:pPr>
              <w:shd w:val="clear" w:color="auto" w:fill="FFFFFF" w:themeFill="background1"/>
              <w:jc w:val="center"/>
            </w:pPr>
          </w:p>
        </w:tc>
        <w:tc>
          <w:tcPr>
            <w:tcW w:w="5270" w:type="dxa"/>
            <w:tcBorders>
              <w:top w:val="single" w:sz="4" w:space="0" w:color="000000"/>
              <w:left w:val="single" w:sz="8" w:space="0" w:color="000000"/>
              <w:bottom w:val="nil"/>
              <w:right w:val="single" w:sz="8" w:space="0" w:color="000000"/>
            </w:tcBorders>
          </w:tcPr>
          <w:p w14:paraId="6C63FA0A" w14:textId="77777777" w:rsidR="00215E3A" w:rsidRDefault="00A20486" w:rsidP="001F687B">
            <w:pPr>
              <w:shd w:val="clear" w:color="auto" w:fill="FFFFFF" w:themeFill="background1"/>
              <w:jc w:val="both"/>
            </w:pPr>
            <w:r>
              <w:t>- HS lắng nghe và quan sát đoạn viết trong SGK.</w:t>
            </w:r>
          </w:p>
        </w:tc>
      </w:tr>
      <w:tr w:rsidR="00215E3A" w14:paraId="158423DD" w14:textId="77777777" w:rsidTr="001F687B">
        <w:trPr>
          <w:jc w:val="center"/>
        </w:trPr>
        <w:tc>
          <w:tcPr>
            <w:tcW w:w="5270" w:type="dxa"/>
            <w:tcBorders>
              <w:top w:val="nil"/>
              <w:bottom w:val="nil"/>
            </w:tcBorders>
          </w:tcPr>
          <w:p w14:paraId="045407FA" w14:textId="77777777" w:rsidR="00215E3A" w:rsidRDefault="00A20486" w:rsidP="001F687B">
            <w:pPr>
              <w:shd w:val="clear" w:color="auto" w:fill="FFFFFF" w:themeFill="background1"/>
            </w:pPr>
            <w:r>
              <w:rPr>
                <w:color w:val="C00000"/>
              </w:rPr>
              <w:t>- Nếu trợ lí ảo hoặc đồng hồ thông minh nhắc em giờ soạn sách vở, em cần làm gì trước khi tin theo?</w:t>
            </w:r>
          </w:p>
        </w:tc>
        <w:tc>
          <w:tcPr>
            <w:tcW w:w="5270" w:type="dxa"/>
            <w:tcBorders>
              <w:top w:val="nil"/>
              <w:bottom w:val="nil"/>
            </w:tcBorders>
          </w:tcPr>
          <w:p w14:paraId="26C2AD6E" w14:textId="77777777" w:rsidR="00215E3A" w:rsidRDefault="00A20486" w:rsidP="001F687B">
            <w:pPr>
              <w:shd w:val="clear" w:color="auto" w:fill="FFFFFF" w:themeFill="background1"/>
            </w:pPr>
            <w:r>
              <w:rPr>
                <w:color w:val="C00000"/>
              </w:rPr>
              <w:t>- HS trả lời: Em cần kiểm tra lại bằng thời khóa biểu của lớp, hỏi người lớn khi cần và không tự ý nhập thông tin cá nhân vào thiết bị.</w:t>
            </w:r>
          </w:p>
        </w:tc>
      </w:tr>
      <w:tr w:rsidR="00215E3A" w14:paraId="53C39000" w14:textId="77777777" w:rsidTr="001F687B">
        <w:trPr>
          <w:jc w:val="center"/>
        </w:trPr>
        <w:tc>
          <w:tcPr>
            <w:tcW w:w="5270" w:type="dxa"/>
            <w:tcBorders>
              <w:top w:val="nil"/>
              <w:bottom w:val="nil"/>
            </w:tcBorders>
          </w:tcPr>
          <w:p w14:paraId="09609308" w14:textId="77777777" w:rsidR="00215E3A" w:rsidRDefault="00A20486" w:rsidP="001F687B">
            <w:pPr>
              <w:shd w:val="clear" w:color="auto" w:fill="FFFFFF" w:themeFill="background1"/>
            </w:pPr>
            <w:r>
              <w:rPr>
                <w:color w:val="C00000"/>
              </w:rPr>
              <w:t xml:space="preserve">- Tích hợp AI 2.A2.1: AI/trợ lí ảo trong gia đình có thể hỗ trợ nhắc lịch học, nhắc giờ soạn sách vở, nhắc giờ đi ngủ hoặc giờ chuẩn bị đến lớp. Tuy nhiên, công cụ này chỉ là phương tiện hỗ trợ; học sinh vẫn phải tự xem thời khóa biểu, tự kiểm tra môn học, đồ dùng cần chuẩn bị và sử dụng thiết bị dưới sự hướng dẫn của người lớn. Khi dùng thiết bị thông minh, các em không </w:t>
            </w:r>
            <w:r>
              <w:rPr>
                <w:color w:val="C00000"/>
              </w:rPr>
              <w:lastRenderedPageBreak/>
              <w:t>nhập họ tên, lớp, địa chỉ, số điện thoại hoặc hình ảnh riêng tư.</w:t>
            </w:r>
          </w:p>
        </w:tc>
        <w:tc>
          <w:tcPr>
            <w:tcW w:w="5270" w:type="dxa"/>
            <w:tcBorders>
              <w:top w:val="nil"/>
              <w:bottom w:val="nil"/>
            </w:tcBorders>
          </w:tcPr>
          <w:p w14:paraId="58F540CB" w14:textId="77777777" w:rsidR="00215E3A" w:rsidRDefault="00A20486" w:rsidP="001F687B">
            <w:pPr>
              <w:shd w:val="clear" w:color="auto" w:fill="FFFFFF" w:themeFill="background1"/>
            </w:pPr>
            <w:r>
              <w:rPr>
                <w:color w:val="C00000"/>
              </w:rPr>
              <w:lastRenderedPageBreak/>
              <w:t>- HS lắng nghe và nêu cách dùng an toàn: xem lại thời khóa biểu giấy, nhờ bố mẹ/cô giáo hướng dẫn, không nhập thông tin riêng tư và tự chịu trách nhiệm chuẩn bị sách vở.</w:t>
            </w:r>
          </w:p>
        </w:tc>
      </w:tr>
      <w:tr w:rsidR="00215E3A" w14:paraId="266D93B7" w14:textId="77777777" w:rsidTr="001F687B">
        <w:trPr>
          <w:jc w:val="center"/>
        </w:trPr>
        <w:tc>
          <w:tcPr>
            <w:tcW w:w="5270" w:type="dxa"/>
            <w:tcBorders>
              <w:top w:val="nil"/>
              <w:left w:val="single" w:sz="8" w:space="0" w:color="000000"/>
              <w:bottom w:val="nil"/>
              <w:right w:val="single" w:sz="8" w:space="0" w:color="000000"/>
            </w:tcBorders>
          </w:tcPr>
          <w:p w14:paraId="10782B31" w14:textId="77777777" w:rsidR="00215E3A" w:rsidRDefault="00A20486" w:rsidP="001F687B">
            <w:pPr>
              <w:shd w:val="clear" w:color="auto" w:fill="FFFFFF" w:themeFill="background1"/>
              <w:jc w:val="both"/>
            </w:pPr>
            <w:r>
              <w:t>- GV gọi HS đọc lại đoạn viết.</w:t>
            </w:r>
          </w:p>
        </w:tc>
        <w:tc>
          <w:tcPr>
            <w:tcW w:w="5270" w:type="dxa"/>
            <w:tcBorders>
              <w:top w:val="nil"/>
              <w:left w:val="single" w:sz="8" w:space="0" w:color="000000"/>
              <w:bottom w:val="nil"/>
              <w:right w:val="single" w:sz="8" w:space="0" w:color="000000"/>
            </w:tcBorders>
          </w:tcPr>
          <w:p w14:paraId="6D1DAC72" w14:textId="77777777" w:rsidR="00215E3A" w:rsidRDefault="00A20486" w:rsidP="001F687B">
            <w:pPr>
              <w:shd w:val="clear" w:color="auto" w:fill="FFFFFF" w:themeFill="background1"/>
              <w:jc w:val="both"/>
            </w:pPr>
            <w:r>
              <w:t>- 2 - 3 HS đọc lại đoạn viết trước lớp.</w:t>
            </w:r>
          </w:p>
        </w:tc>
      </w:tr>
      <w:tr w:rsidR="00215E3A" w14:paraId="67EDB341" w14:textId="77777777" w:rsidTr="001F687B">
        <w:trPr>
          <w:jc w:val="center"/>
        </w:trPr>
        <w:tc>
          <w:tcPr>
            <w:tcW w:w="5270" w:type="dxa"/>
            <w:tcBorders>
              <w:top w:val="nil"/>
              <w:left w:val="single" w:sz="8" w:space="0" w:color="000000"/>
              <w:bottom w:val="nil"/>
              <w:right w:val="single" w:sz="8" w:space="0" w:color="000000"/>
            </w:tcBorders>
          </w:tcPr>
          <w:p w14:paraId="54C8A886" w14:textId="77777777" w:rsidR="00215E3A" w:rsidRDefault="00A20486" w:rsidP="001F687B">
            <w:pPr>
              <w:shd w:val="clear" w:color="auto" w:fill="FFFFFF" w:themeFill="background1"/>
              <w:jc w:val="both"/>
            </w:pPr>
            <w:r>
              <w:t>- GV hướng dẫn HS tìm hiểu nhanh nội dung đoạn viết: Thời khóa biểu cho ta biết điều gì?</w:t>
            </w:r>
          </w:p>
        </w:tc>
        <w:tc>
          <w:tcPr>
            <w:tcW w:w="5270" w:type="dxa"/>
            <w:tcBorders>
              <w:top w:val="nil"/>
              <w:left w:val="single" w:sz="8" w:space="0" w:color="000000"/>
              <w:bottom w:val="nil"/>
              <w:right w:val="single" w:sz="8" w:space="0" w:color="000000"/>
            </w:tcBorders>
          </w:tcPr>
          <w:p w14:paraId="30F5FCBD" w14:textId="77777777" w:rsidR="00215E3A" w:rsidRDefault="00A20486" w:rsidP="001F687B">
            <w:pPr>
              <w:shd w:val="clear" w:color="auto" w:fill="FFFFFF" w:themeFill="background1"/>
              <w:jc w:val="both"/>
            </w:pPr>
            <w:r>
              <w:t>- HS trả lời: Thời khóa biểu cho biết thời gian học các môn học từng ngày.</w:t>
            </w:r>
          </w:p>
        </w:tc>
      </w:tr>
      <w:tr w:rsidR="00215E3A" w14:paraId="4097E7E8" w14:textId="77777777" w:rsidTr="001F687B">
        <w:trPr>
          <w:jc w:val="center"/>
        </w:trPr>
        <w:tc>
          <w:tcPr>
            <w:tcW w:w="5270" w:type="dxa"/>
            <w:tcBorders>
              <w:top w:val="nil"/>
              <w:left w:val="single" w:sz="8" w:space="0" w:color="000000"/>
              <w:bottom w:val="nil"/>
              <w:right w:val="single" w:sz="8" w:space="0" w:color="000000"/>
            </w:tcBorders>
          </w:tcPr>
          <w:p w14:paraId="2502A13A" w14:textId="77777777" w:rsidR="00215E3A" w:rsidRDefault="00A20486" w:rsidP="001F687B">
            <w:pPr>
              <w:shd w:val="clear" w:color="auto" w:fill="FFFFFF" w:themeFill="background1"/>
              <w:jc w:val="both"/>
            </w:pPr>
            <w:r>
              <w:t>- GV hướng dẫn HS nhận biết hiện tượng chính tả: Đoạn văn có những chữ nào viết hoa?</w:t>
            </w:r>
          </w:p>
        </w:tc>
        <w:tc>
          <w:tcPr>
            <w:tcW w:w="5270" w:type="dxa"/>
            <w:tcBorders>
              <w:top w:val="nil"/>
              <w:left w:val="single" w:sz="8" w:space="0" w:color="000000"/>
              <w:bottom w:val="nil"/>
              <w:right w:val="single" w:sz="8" w:space="0" w:color="000000"/>
            </w:tcBorders>
          </w:tcPr>
          <w:p w14:paraId="70EFF506" w14:textId="77777777" w:rsidR="00215E3A" w:rsidRDefault="00A20486" w:rsidP="001F687B">
            <w:pPr>
              <w:shd w:val="clear" w:color="auto" w:fill="FFFFFF" w:themeFill="background1"/>
              <w:jc w:val="both"/>
            </w:pPr>
            <w:r>
              <w:t>- HS trả lời: Viết hoa những chữ cái đầu câu và tên riêng nếu có.</w:t>
            </w:r>
          </w:p>
        </w:tc>
      </w:tr>
      <w:tr w:rsidR="00215E3A" w14:paraId="075255B8" w14:textId="77777777" w:rsidTr="001F687B">
        <w:trPr>
          <w:jc w:val="center"/>
        </w:trPr>
        <w:tc>
          <w:tcPr>
            <w:tcW w:w="5270" w:type="dxa"/>
            <w:tcBorders>
              <w:top w:val="nil"/>
              <w:left w:val="single" w:sz="8" w:space="0" w:color="000000"/>
              <w:bottom w:val="nil"/>
              <w:right w:val="single" w:sz="8" w:space="0" w:color="000000"/>
            </w:tcBorders>
          </w:tcPr>
          <w:p w14:paraId="1EA88B85" w14:textId="77777777" w:rsidR="00215E3A" w:rsidRDefault="00A20486" w:rsidP="001F687B">
            <w:pPr>
              <w:shd w:val="clear" w:color="auto" w:fill="FFFFFF" w:themeFill="background1"/>
              <w:jc w:val="both"/>
            </w:pPr>
            <w:r>
              <w:t>- GV hỏi: Đoạn văn có chữ nào dễ viết sai?</w:t>
            </w:r>
          </w:p>
        </w:tc>
        <w:tc>
          <w:tcPr>
            <w:tcW w:w="5270" w:type="dxa"/>
            <w:tcBorders>
              <w:top w:val="nil"/>
              <w:left w:val="single" w:sz="8" w:space="0" w:color="000000"/>
              <w:bottom w:val="nil"/>
              <w:right w:val="single" w:sz="8" w:space="0" w:color="000000"/>
            </w:tcBorders>
          </w:tcPr>
          <w:p w14:paraId="42FD37CC" w14:textId="77777777" w:rsidR="00215E3A" w:rsidRDefault="00A20486" w:rsidP="001F687B">
            <w:pPr>
              <w:shd w:val="clear" w:color="auto" w:fill="FFFFFF" w:themeFill="background1"/>
              <w:jc w:val="both"/>
            </w:pPr>
            <w:r>
              <w:t>- HS nêu: thời khóa biểu, trình tự, tiết, buổi, thứ.</w:t>
            </w:r>
          </w:p>
        </w:tc>
      </w:tr>
      <w:tr w:rsidR="00215E3A" w14:paraId="22F007C9" w14:textId="77777777" w:rsidTr="001F687B">
        <w:trPr>
          <w:jc w:val="center"/>
        </w:trPr>
        <w:tc>
          <w:tcPr>
            <w:tcW w:w="5270" w:type="dxa"/>
            <w:tcBorders>
              <w:top w:val="nil"/>
              <w:left w:val="single" w:sz="8" w:space="0" w:color="000000"/>
              <w:bottom w:val="nil"/>
              <w:right w:val="single" w:sz="8" w:space="0" w:color="000000"/>
            </w:tcBorders>
          </w:tcPr>
          <w:p w14:paraId="7CAF27B1" w14:textId="77777777" w:rsidR="00215E3A" w:rsidRDefault="00A20486" w:rsidP="001F687B">
            <w:pPr>
              <w:shd w:val="clear" w:color="auto" w:fill="FFFFFF" w:themeFill="background1"/>
              <w:jc w:val="both"/>
            </w:pPr>
            <w:r>
              <w:t>- GV yêu cầu HS viết nháp một số chữ dễ viết sai.</w:t>
            </w:r>
          </w:p>
        </w:tc>
        <w:tc>
          <w:tcPr>
            <w:tcW w:w="5270" w:type="dxa"/>
            <w:tcBorders>
              <w:top w:val="nil"/>
              <w:left w:val="single" w:sz="8" w:space="0" w:color="000000"/>
              <w:bottom w:val="nil"/>
              <w:right w:val="single" w:sz="8" w:space="0" w:color="000000"/>
            </w:tcBorders>
          </w:tcPr>
          <w:p w14:paraId="6692A5D0" w14:textId="77777777" w:rsidR="00215E3A" w:rsidRDefault="00A20486" w:rsidP="001F687B">
            <w:pPr>
              <w:shd w:val="clear" w:color="auto" w:fill="FFFFFF" w:themeFill="background1"/>
              <w:jc w:val="both"/>
            </w:pPr>
            <w:r>
              <w:t>- HS viết nháp/bảng con: thời khóa biểu, trình tự, tiết.</w:t>
            </w:r>
          </w:p>
        </w:tc>
      </w:tr>
      <w:tr w:rsidR="00215E3A" w14:paraId="656B32BA" w14:textId="77777777" w:rsidTr="001F687B">
        <w:trPr>
          <w:jc w:val="center"/>
        </w:trPr>
        <w:tc>
          <w:tcPr>
            <w:tcW w:w="5270" w:type="dxa"/>
            <w:tcBorders>
              <w:top w:val="nil"/>
              <w:left w:val="single" w:sz="8" w:space="0" w:color="000000"/>
              <w:bottom w:val="nil"/>
              <w:right w:val="single" w:sz="8" w:space="0" w:color="000000"/>
            </w:tcBorders>
          </w:tcPr>
          <w:p w14:paraId="6D678115" w14:textId="77777777" w:rsidR="00215E3A" w:rsidRDefault="00A20486" w:rsidP="001F687B">
            <w:pPr>
              <w:shd w:val="clear" w:color="auto" w:fill="FFFFFF" w:themeFill="background1"/>
              <w:jc w:val="both"/>
            </w:pPr>
            <w:r>
              <w:t>- GV hỏi: Khi viết đoạn văn, cần trình bày như thế nào?</w:t>
            </w:r>
          </w:p>
        </w:tc>
        <w:tc>
          <w:tcPr>
            <w:tcW w:w="5270" w:type="dxa"/>
            <w:tcBorders>
              <w:top w:val="nil"/>
              <w:left w:val="single" w:sz="8" w:space="0" w:color="000000"/>
              <w:bottom w:val="nil"/>
              <w:right w:val="single" w:sz="8" w:space="0" w:color="000000"/>
            </w:tcBorders>
          </w:tcPr>
          <w:p w14:paraId="36D00561" w14:textId="77777777" w:rsidR="00215E3A" w:rsidRDefault="00A20486" w:rsidP="001F687B">
            <w:pPr>
              <w:shd w:val="clear" w:color="auto" w:fill="FFFFFF" w:themeFill="background1"/>
              <w:jc w:val="both"/>
            </w:pPr>
            <w:r>
              <w:t>- HS trả lời: Thụt đầu dòng, viết hoa chữ cái đầu câu, viết đúng dấu câu và khoảng cách.</w:t>
            </w:r>
          </w:p>
        </w:tc>
      </w:tr>
      <w:tr w:rsidR="00215E3A" w14:paraId="33133C58" w14:textId="77777777" w:rsidTr="001F687B">
        <w:trPr>
          <w:jc w:val="center"/>
        </w:trPr>
        <w:tc>
          <w:tcPr>
            <w:tcW w:w="5270" w:type="dxa"/>
            <w:tcBorders>
              <w:top w:val="nil"/>
              <w:left w:val="single" w:sz="8" w:space="0" w:color="000000"/>
              <w:bottom w:val="nil"/>
              <w:right w:val="single" w:sz="8" w:space="0" w:color="000000"/>
            </w:tcBorders>
          </w:tcPr>
          <w:p w14:paraId="5C85F744" w14:textId="77777777" w:rsidR="00215E3A" w:rsidRDefault="00A20486" w:rsidP="001F687B">
            <w:pPr>
              <w:shd w:val="clear" w:color="auto" w:fill="FFFFFF" w:themeFill="background1"/>
              <w:jc w:val="both"/>
            </w:pPr>
            <w:r>
              <w:t>- GV đọc to, rõ ràng, tốc độ vừa phải; mỗi cụm từ đọc 2 - 3 lần để HS nghe - viết.</w:t>
            </w:r>
          </w:p>
        </w:tc>
        <w:tc>
          <w:tcPr>
            <w:tcW w:w="5270" w:type="dxa"/>
            <w:tcBorders>
              <w:top w:val="nil"/>
              <w:left w:val="single" w:sz="8" w:space="0" w:color="000000"/>
              <w:bottom w:val="nil"/>
              <w:right w:val="single" w:sz="8" w:space="0" w:color="000000"/>
            </w:tcBorders>
          </w:tcPr>
          <w:p w14:paraId="1A6BC28C" w14:textId="77777777" w:rsidR="00215E3A" w:rsidRDefault="00A20486" w:rsidP="001F687B">
            <w:pPr>
              <w:shd w:val="clear" w:color="auto" w:fill="FFFFFF" w:themeFill="background1"/>
              <w:jc w:val="both"/>
            </w:pPr>
            <w:r>
              <w:t>- HS nghe GV đọc và viết bài vào vở.</w:t>
            </w:r>
          </w:p>
        </w:tc>
      </w:tr>
      <w:tr w:rsidR="00215E3A" w14:paraId="0489DB6C" w14:textId="77777777" w:rsidTr="001F687B">
        <w:trPr>
          <w:jc w:val="center"/>
        </w:trPr>
        <w:tc>
          <w:tcPr>
            <w:tcW w:w="5270" w:type="dxa"/>
            <w:tcBorders>
              <w:top w:val="nil"/>
              <w:left w:val="single" w:sz="8" w:space="0" w:color="000000"/>
              <w:bottom w:val="nil"/>
              <w:right w:val="single" w:sz="8" w:space="0" w:color="000000"/>
            </w:tcBorders>
          </w:tcPr>
          <w:p w14:paraId="03FEBA63" w14:textId="77777777" w:rsidR="00215E3A" w:rsidRDefault="00A20486" w:rsidP="001F687B">
            <w:pPr>
              <w:shd w:val="clear" w:color="auto" w:fill="FFFFFF" w:themeFill="background1"/>
              <w:jc w:val="both"/>
            </w:pPr>
            <w:r>
              <w:t>- GV đọc soát lỗi chính tả.</w:t>
            </w:r>
          </w:p>
        </w:tc>
        <w:tc>
          <w:tcPr>
            <w:tcW w:w="5270" w:type="dxa"/>
            <w:tcBorders>
              <w:top w:val="nil"/>
              <w:left w:val="single" w:sz="8" w:space="0" w:color="000000"/>
              <w:bottom w:val="nil"/>
              <w:right w:val="single" w:sz="8" w:space="0" w:color="000000"/>
            </w:tcBorders>
          </w:tcPr>
          <w:p w14:paraId="5E412734" w14:textId="77777777" w:rsidR="00215E3A" w:rsidRDefault="00A20486" w:rsidP="001F687B">
            <w:pPr>
              <w:shd w:val="clear" w:color="auto" w:fill="FFFFFF" w:themeFill="background1"/>
              <w:jc w:val="both"/>
            </w:pPr>
            <w:r>
              <w:t>- HS soát lỗi lần 1, bổ sung dấu thanh/dấu câu nếu thiếu; lần 2 đổi vở soát lỗi cho bạn bằng bút chì.</w:t>
            </w:r>
          </w:p>
        </w:tc>
      </w:tr>
      <w:tr w:rsidR="00215E3A" w14:paraId="14CA41E3" w14:textId="77777777" w:rsidTr="001F687B">
        <w:trPr>
          <w:jc w:val="center"/>
        </w:trPr>
        <w:tc>
          <w:tcPr>
            <w:tcW w:w="5270" w:type="dxa"/>
            <w:tcBorders>
              <w:top w:val="nil"/>
              <w:left w:val="single" w:sz="8" w:space="0" w:color="000000"/>
              <w:bottom w:val="single" w:sz="4" w:space="0" w:color="000000"/>
              <w:right w:val="single" w:sz="8" w:space="0" w:color="000000"/>
            </w:tcBorders>
          </w:tcPr>
          <w:p w14:paraId="37B3766E" w14:textId="77777777" w:rsidR="00215E3A" w:rsidRDefault="00A20486" w:rsidP="001F687B">
            <w:pPr>
              <w:shd w:val="clear" w:color="auto" w:fill="FFFFFF" w:themeFill="background1"/>
              <w:jc w:val="both"/>
            </w:pPr>
            <w:r>
              <w:t>- GV nhận xét bài viết của HS.</w:t>
            </w:r>
          </w:p>
        </w:tc>
        <w:tc>
          <w:tcPr>
            <w:tcW w:w="5270" w:type="dxa"/>
            <w:tcBorders>
              <w:top w:val="nil"/>
              <w:left w:val="single" w:sz="8" w:space="0" w:color="000000"/>
              <w:bottom w:val="single" w:sz="4" w:space="0" w:color="000000"/>
              <w:right w:val="single" w:sz="8" w:space="0" w:color="000000"/>
            </w:tcBorders>
          </w:tcPr>
          <w:p w14:paraId="7AD33CA3" w14:textId="77777777" w:rsidR="00215E3A" w:rsidRDefault="00A20486" w:rsidP="001F687B">
            <w:pPr>
              <w:shd w:val="clear" w:color="auto" w:fill="FFFFFF" w:themeFill="background1"/>
              <w:jc w:val="both"/>
            </w:pPr>
            <w:r>
              <w:t>- HS lắng nghe, tự sửa lỗi nếu có.</w:t>
            </w:r>
          </w:p>
        </w:tc>
      </w:tr>
      <w:tr w:rsidR="00215E3A" w14:paraId="06DC599B"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2E4E60EE" w14:textId="77777777" w:rsidR="00215E3A" w:rsidRDefault="00A20486" w:rsidP="001F687B">
            <w:pPr>
              <w:shd w:val="clear" w:color="auto" w:fill="FFFFFF" w:themeFill="background1"/>
              <w:jc w:val="both"/>
            </w:pPr>
            <w:r>
              <w:rPr>
                <w:b/>
                <w:color w:val="008000"/>
              </w:rPr>
              <w:t>3. Thực hành (12 phút)</w:t>
            </w:r>
          </w:p>
          <w:p w14:paraId="0FE95E89" w14:textId="77777777" w:rsidR="00215E3A" w:rsidRDefault="00A20486" w:rsidP="001F687B">
            <w:pPr>
              <w:shd w:val="clear" w:color="auto" w:fill="FFFFFF" w:themeFill="background1"/>
              <w:jc w:val="both"/>
            </w:pPr>
            <w:r>
              <w:rPr>
                <w:b/>
                <w:color w:val="008000"/>
              </w:rPr>
              <w:t>Mục tiêu: HS làm được bài tập chính tả phân biệt c/k, ch/tr, v/d.</w:t>
            </w:r>
          </w:p>
        </w:tc>
      </w:tr>
      <w:tr w:rsidR="00215E3A" w14:paraId="70AA3C7E" w14:textId="77777777" w:rsidTr="001F687B">
        <w:trPr>
          <w:jc w:val="center"/>
        </w:trPr>
        <w:tc>
          <w:tcPr>
            <w:tcW w:w="5270" w:type="dxa"/>
            <w:tcBorders>
              <w:top w:val="single" w:sz="4" w:space="0" w:color="000000"/>
              <w:left w:val="single" w:sz="4" w:space="0" w:color="000000"/>
              <w:bottom w:val="single" w:sz="4" w:space="0" w:color="000000"/>
              <w:right w:val="nil"/>
            </w:tcBorders>
          </w:tcPr>
          <w:p w14:paraId="4E664CC0" w14:textId="77777777" w:rsidR="00215E3A" w:rsidRDefault="00A20486" w:rsidP="001F687B">
            <w:pPr>
              <w:shd w:val="clear" w:color="auto" w:fill="FFFFFF" w:themeFill="background1"/>
              <w:jc w:val="both"/>
            </w:pPr>
            <w:r>
              <w:rPr>
                <w:b/>
                <w:color w:val="006100"/>
              </w:rPr>
              <w:t>Hoạt động 2: Tìm những chữ còn thiếu trong bảng.</w:t>
            </w:r>
          </w:p>
          <w:p w14:paraId="459B397E" w14:textId="77777777" w:rsidR="00215E3A" w:rsidRDefault="00A20486" w:rsidP="001F687B">
            <w:pPr>
              <w:shd w:val="clear" w:color="auto" w:fill="FFFFFF" w:themeFill="background1"/>
              <w:jc w:val="both"/>
            </w:pPr>
            <w:r>
              <w:t>- GV yêu cầu HS đọc yêu cầu bài tập.</w:t>
            </w:r>
          </w:p>
        </w:tc>
        <w:tc>
          <w:tcPr>
            <w:tcW w:w="5270" w:type="dxa"/>
            <w:tcBorders>
              <w:top w:val="single" w:sz="4" w:space="0" w:color="000000"/>
              <w:left w:val="nil"/>
              <w:bottom w:val="single" w:sz="4" w:space="0" w:color="000000"/>
              <w:right w:val="single" w:sz="4" w:space="0" w:color="000000"/>
            </w:tcBorders>
          </w:tcPr>
          <w:p w14:paraId="6EF96525" w14:textId="77777777" w:rsidR="00215E3A" w:rsidRDefault="00A20486" w:rsidP="001F687B">
            <w:pPr>
              <w:shd w:val="clear" w:color="auto" w:fill="FFFFFF" w:themeFill="background1"/>
              <w:jc w:val="both"/>
            </w:pPr>
            <w:r>
              <w:t>- HS đọc yêu cầu: Tìm những chữ còn thiếu trong bảng.</w:t>
            </w:r>
          </w:p>
        </w:tc>
      </w:tr>
      <w:tr w:rsidR="00215E3A" w14:paraId="2890FC2E" w14:textId="77777777" w:rsidTr="001F687B">
        <w:trPr>
          <w:jc w:val="center"/>
        </w:trPr>
        <w:tc>
          <w:tcPr>
            <w:tcW w:w="5270" w:type="dxa"/>
            <w:tcBorders>
              <w:top w:val="single" w:sz="4" w:space="0" w:color="000000"/>
              <w:left w:val="single" w:sz="8" w:space="0" w:color="000000"/>
              <w:bottom w:val="nil"/>
              <w:right w:val="single" w:sz="8" w:space="0" w:color="000000"/>
            </w:tcBorders>
          </w:tcPr>
          <w:p w14:paraId="4DDF97F2" w14:textId="77777777" w:rsidR="00215E3A" w:rsidRDefault="00A20486" w:rsidP="001F687B">
            <w:pPr>
              <w:shd w:val="clear" w:color="auto" w:fill="FFFFFF" w:themeFill="background1"/>
              <w:jc w:val="both"/>
            </w:pPr>
            <w:r>
              <w:t>- GV tổ chức cho HS làm việc cá nhân, viết vào vở tên các sự vật trong mỗi tranh.</w:t>
            </w:r>
          </w:p>
        </w:tc>
        <w:tc>
          <w:tcPr>
            <w:tcW w:w="5270" w:type="dxa"/>
            <w:tcBorders>
              <w:top w:val="single" w:sz="4" w:space="0" w:color="000000"/>
              <w:left w:val="single" w:sz="8" w:space="0" w:color="000000"/>
              <w:bottom w:val="nil"/>
              <w:right w:val="single" w:sz="8" w:space="0" w:color="000000"/>
            </w:tcBorders>
          </w:tcPr>
          <w:p w14:paraId="15D50797" w14:textId="77777777" w:rsidR="00215E3A" w:rsidRDefault="00A20486" w:rsidP="001F687B">
            <w:pPr>
              <w:shd w:val="clear" w:color="auto" w:fill="FFFFFF" w:themeFill="background1"/>
              <w:jc w:val="both"/>
            </w:pPr>
            <w:r>
              <w:t>- HS làm việc cá nhân, viết tên sự vật: kéo, cặp sách, thước kẻ hoặc các từ phù hợp theo tranh.</w:t>
            </w:r>
          </w:p>
        </w:tc>
      </w:tr>
      <w:tr w:rsidR="00215E3A" w14:paraId="544F9E53" w14:textId="77777777" w:rsidTr="001F687B">
        <w:trPr>
          <w:jc w:val="center"/>
        </w:trPr>
        <w:tc>
          <w:tcPr>
            <w:tcW w:w="5270" w:type="dxa"/>
            <w:tcBorders>
              <w:top w:val="nil"/>
              <w:left w:val="single" w:sz="8" w:space="0" w:color="000000"/>
              <w:bottom w:val="nil"/>
              <w:right w:val="single" w:sz="8" w:space="0" w:color="000000"/>
            </w:tcBorders>
          </w:tcPr>
          <w:p w14:paraId="5D273FC2" w14:textId="77777777" w:rsidR="00215E3A" w:rsidRDefault="00A20486" w:rsidP="001F687B">
            <w:pPr>
              <w:shd w:val="clear" w:color="auto" w:fill="FFFFFF" w:themeFill="background1"/>
              <w:jc w:val="both"/>
            </w:pPr>
            <w:r>
              <w:t>- GV gọi HS đọc kết quả trước lớp/nhóm.</w:t>
            </w:r>
          </w:p>
        </w:tc>
        <w:tc>
          <w:tcPr>
            <w:tcW w:w="5270" w:type="dxa"/>
            <w:tcBorders>
              <w:top w:val="nil"/>
              <w:left w:val="single" w:sz="8" w:space="0" w:color="000000"/>
              <w:bottom w:val="nil"/>
              <w:right w:val="single" w:sz="8" w:space="0" w:color="000000"/>
            </w:tcBorders>
          </w:tcPr>
          <w:p w14:paraId="45C5E784" w14:textId="77777777" w:rsidR="00215E3A" w:rsidRDefault="00A20486" w:rsidP="001F687B">
            <w:pPr>
              <w:shd w:val="clear" w:color="auto" w:fill="FFFFFF" w:themeFill="background1"/>
              <w:jc w:val="both"/>
            </w:pPr>
            <w:r>
              <w:t>- HS đọc kết quả; HS khác nhận xét, bổ sung.</w:t>
            </w:r>
          </w:p>
        </w:tc>
      </w:tr>
      <w:tr w:rsidR="00215E3A" w14:paraId="0CD0C9C7" w14:textId="77777777" w:rsidTr="001F687B">
        <w:trPr>
          <w:jc w:val="center"/>
        </w:trPr>
        <w:tc>
          <w:tcPr>
            <w:tcW w:w="5270" w:type="dxa"/>
            <w:tcBorders>
              <w:top w:val="nil"/>
              <w:left w:val="single" w:sz="8" w:space="0" w:color="000000"/>
              <w:bottom w:val="nil"/>
              <w:right w:val="single" w:sz="8" w:space="0" w:color="000000"/>
            </w:tcBorders>
          </w:tcPr>
          <w:p w14:paraId="0D79BB29" w14:textId="77777777" w:rsidR="00215E3A" w:rsidRDefault="00A20486" w:rsidP="001F687B">
            <w:pPr>
              <w:shd w:val="clear" w:color="auto" w:fill="FFFFFF" w:themeFill="background1"/>
              <w:jc w:val="both"/>
            </w:pPr>
            <w:r>
              <w:rPr>
                <w:b/>
                <w:color w:val="006100"/>
              </w:rPr>
              <w:t>Hoạt động 3: Chọn c hoặc k, ch hoặc tr, v hoặc d thay vào ô vuông.</w:t>
            </w:r>
          </w:p>
          <w:p w14:paraId="120DC1AE" w14:textId="77777777" w:rsidR="00215E3A" w:rsidRDefault="00A20486" w:rsidP="001F687B">
            <w:pPr>
              <w:shd w:val="clear" w:color="auto" w:fill="FFFFFF" w:themeFill="background1"/>
              <w:jc w:val="both"/>
            </w:pPr>
            <w:r>
              <w:t>- GV yêu cầu HS đọc yêu cầu bài tập.</w:t>
            </w:r>
          </w:p>
        </w:tc>
        <w:tc>
          <w:tcPr>
            <w:tcW w:w="5270" w:type="dxa"/>
            <w:tcBorders>
              <w:top w:val="nil"/>
              <w:left w:val="single" w:sz="8" w:space="0" w:color="000000"/>
              <w:bottom w:val="nil"/>
              <w:right w:val="single" w:sz="8" w:space="0" w:color="000000"/>
            </w:tcBorders>
          </w:tcPr>
          <w:p w14:paraId="34CBE303" w14:textId="77777777" w:rsidR="00215E3A" w:rsidRDefault="00A20486" w:rsidP="001F687B">
            <w:pPr>
              <w:shd w:val="clear" w:color="auto" w:fill="FFFFFF" w:themeFill="background1"/>
              <w:jc w:val="both"/>
            </w:pPr>
            <w:r>
              <w:t>- HS đọc yêu cầu bài tập trong SGK.</w:t>
            </w:r>
          </w:p>
        </w:tc>
      </w:tr>
      <w:tr w:rsidR="00215E3A" w14:paraId="55BD6F10" w14:textId="77777777" w:rsidTr="001F687B">
        <w:trPr>
          <w:jc w:val="center"/>
        </w:trPr>
        <w:tc>
          <w:tcPr>
            <w:tcW w:w="5270" w:type="dxa"/>
            <w:tcBorders>
              <w:top w:val="nil"/>
              <w:left w:val="single" w:sz="8" w:space="0" w:color="000000"/>
              <w:bottom w:val="nil"/>
              <w:right w:val="single" w:sz="8" w:space="0" w:color="000000"/>
            </w:tcBorders>
          </w:tcPr>
          <w:p w14:paraId="40D9890C" w14:textId="77777777" w:rsidR="00215E3A" w:rsidRDefault="00A20486" w:rsidP="001F687B">
            <w:pPr>
              <w:shd w:val="clear" w:color="auto" w:fill="FFFFFF" w:themeFill="background1"/>
              <w:jc w:val="both"/>
            </w:pPr>
            <w:r>
              <w:t>- GV tổ chức trò chơi tiếp sức để điền âm/chữ thích hợp.</w:t>
            </w:r>
          </w:p>
        </w:tc>
        <w:tc>
          <w:tcPr>
            <w:tcW w:w="5270" w:type="dxa"/>
            <w:tcBorders>
              <w:top w:val="nil"/>
              <w:left w:val="single" w:sz="8" w:space="0" w:color="000000"/>
              <w:bottom w:val="nil"/>
              <w:right w:val="single" w:sz="8" w:space="0" w:color="000000"/>
            </w:tcBorders>
          </w:tcPr>
          <w:p w14:paraId="746B5C36" w14:textId="77777777" w:rsidR="00215E3A" w:rsidRDefault="00A20486" w:rsidP="001F687B">
            <w:pPr>
              <w:shd w:val="clear" w:color="auto" w:fill="FFFFFF" w:themeFill="background1"/>
              <w:jc w:val="both"/>
            </w:pPr>
            <w:r>
              <w:t>- Mỗi đội cử 4 HS tham gia trò chơi; HS dưới lớp cổ vũ, theo dõi và nhận xét.</w:t>
            </w:r>
          </w:p>
        </w:tc>
      </w:tr>
      <w:tr w:rsidR="00215E3A" w14:paraId="5AECEA51" w14:textId="77777777" w:rsidTr="001F687B">
        <w:trPr>
          <w:jc w:val="center"/>
        </w:trPr>
        <w:tc>
          <w:tcPr>
            <w:tcW w:w="5270" w:type="dxa"/>
            <w:tcBorders>
              <w:top w:val="nil"/>
              <w:left w:val="single" w:sz="8" w:space="0" w:color="000000"/>
              <w:bottom w:val="single" w:sz="4" w:space="0" w:color="000000"/>
              <w:right w:val="single" w:sz="8" w:space="0" w:color="000000"/>
            </w:tcBorders>
          </w:tcPr>
          <w:p w14:paraId="5F5AA4EF" w14:textId="77777777" w:rsidR="00215E3A" w:rsidRDefault="00A20486" w:rsidP="001F687B">
            <w:pPr>
              <w:shd w:val="clear" w:color="auto" w:fill="FFFFFF" w:themeFill="background1"/>
              <w:jc w:val="both"/>
            </w:pPr>
            <w:r>
              <w:t>- GV nhận xét, chốt đáp án đúng.</w:t>
            </w:r>
          </w:p>
        </w:tc>
        <w:tc>
          <w:tcPr>
            <w:tcW w:w="5270" w:type="dxa"/>
            <w:tcBorders>
              <w:top w:val="nil"/>
              <w:left w:val="single" w:sz="8" w:space="0" w:color="000000"/>
              <w:bottom w:val="single" w:sz="4" w:space="0" w:color="000000"/>
              <w:right w:val="single" w:sz="8" w:space="0" w:color="000000"/>
            </w:tcBorders>
          </w:tcPr>
          <w:p w14:paraId="337642C9" w14:textId="77777777" w:rsidR="00215E3A" w:rsidRDefault="00A20486" w:rsidP="001F687B">
            <w:pPr>
              <w:shd w:val="clear" w:color="auto" w:fill="FFFFFF" w:themeFill="background1"/>
              <w:jc w:val="both"/>
            </w:pPr>
            <w:r>
              <w:t>- HS sửa bài vào vở, ghi nhớ cách phân biệt c/k, ch/tr, v/d.</w:t>
            </w:r>
          </w:p>
        </w:tc>
      </w:tr>
      <w:tr w:rsidR="003B638A" w14:paraId="3DE222C8"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4DE60256" w14:textId="77777777" w:rsidR="003B638A" w:rsidRDefault="001B3E3F" w:rsidP="001F687B">
            <w:pPr>
              <w:shd w:val="clear" w:color="auto" w:fill="FFFFFF" w:themeFill="background1"/>
            </w:pPr>
            <w:r>
              <w:rPr>
                <w:b/>
                <w:color w:val="008000"/>
              </w:rPr>
              <w:t>4. Vận dụng (5 phút)</w:t>
            </w:r>
          </w:p>
          <w:p w14:paraId="0BF48013" w14:textId="77777777" w:rsidR="003B638A" w:rsidRDefault="001B3E3F" w:rsidP="001F687B">
            <w:pPr>
              <w:shd w:val="clear" w:color="auto" w:fill="FFFFFF" w:themeFill="background1"/>
            </w:pPr>
            <w:r>
              <w:rPr>
                <w:b/>
                <w:color w:val="008000"/>
              </w:rPr>
              <w:t>Mục tiêu: Củng cố quy tắc chính tả; biết tự soát lỗi và sửa lỗi sau khi viết.</w:t>
            </w:r>
          </w:p>
        </w:tc>
      </w:tr>
      <w:tr w:rsidR="003B638A" w14:paraId="3F57EE1F" w14:textId="77777777" w:rsidTr="001F687B">
        <w:trPr>
          <w:jc w:val="center"/>
        </w:trPr>
        <w:tc>
          <w:tcPr>
            <w:tcW w:w="5270" w:type="dxa"/>
            <w:tcBorders>
              <w:top w:val="single" w:sz="4" w:space="0" w:color="000000"/>
              <w:bottom w:val="nil"/>
            </w:tcBorders>
          </w:tcPr>
          <w:p w14:paraId="275D303E" w14:textId="77777777" w:rsidR="003B638A" w:rsidRDefault="001B3E3F" w:rsidP="001F687B">
            <w:pPr>
              <w:shd w:val="clear" w:color="auto" w:fill="FFFFFF" w:themeFill="background1"/>
            </w:pPr>
            <w:r>
              <w:t>- GV yêu cầu HS nêu một lỗi chính tả em cần chú ý sau tiết học.</w:t>
            </w:r>
          </w:p>
        </w:tc>
        <w:tc>
          <w:tcPr>
            <w:tcW w:w="5270" w:type="dxa"/>
            <w:tcBorders>
              <w:top w:val="single" w:sz="4" w:space="0" w:color="000000"/>
              <w:bottom w:val="nil"/>
            </w:tcBorders>
          </w:tcPr>
          <w:p w14:paraId="3D108F58" w14:textId="77777777" w:rsidR="003B638A" w:rsidRDefault="001B3E3F" w:rsidP="001F687B">
            <w:pPr>
              <w:shd w:val="clear" w:color="auto" w:fill="FFFFFF" w:themeFill="background1"/>
            </w:pPr>
            <w:r>
              <w:t>- HS nêu: Em cần chú ý phân biệt c/k, ch/tr, v/d và đọc lại bài để sửa lỗi.</w:t>
            </w:r>
          </w:p>
        </w:tc>
      </w:tr>
      <w:tr w:rsidR="003B638A" w14:paraId="5C967BE6" w14:textId="77777777" w:rsidTr="001F687B">
        <w:trPr>
          <w:jc w:val="center"/>
        </w:trPr>
        <w:tc>
          <w:tcPr>
            <w:tcW w:w="5270" w:type="dxa"/>
            <w:tcBorders>
              <w:top w:val="nil"/>
            </w:tcBorders>
          </w:tcPr>
          <w:p w14:paraId="2B56FC38" w14:textId="77777777" w:rsidR="003B638A" w:rsidRDefault="001B3E3F" w:rsidP="001F687B">
            <w:pPr>
              <w:shd w:val="clear" w:color="auto" w:fill="FFFFFF" w:themeFill="background1"/>
            </w:pPr>
            <w:r>
              <w:t>- Dặn dò: Về nhà đọc lại bài viết, sửa những lỗi còn sai; chuẩn bị tiết luyện từ và câu.</w:t>
            </w:r>
          </w:p>
        </w:tc>
        <w:tc>
          <w:tcPr>
            <w:tcW w:w="5270" w:type="dxa"/>
            <w:tcBorders>
              <w:top w:val="nil"/>
            </w:tcBorders>
          </w:tcPr>
          <w:p w14:paraId="4316CBD5" w14:textId="77777777" w:rsidR="003B638A" w:rsidRDefault="001B3E3F" w:rsidP="001F687B">
            <w:pPr>
              <w:shd w:val="clear" w:color="auto" w:fill="FFFFFF" w:themeFill="background1"/>
            </w:pPr>
            <w:r>
              <w:t>- HS ghi nhớ: Em sửa lỗi vào vở, luyện viết đúng các từ dễ lẫn và chuẩn bị bài sau.</w:t>
            </w:r>
          </w:p>
        </w:tc>
      </w:tr>
    </w:tbl>
    <w:p w14:paraId="141C1860" w14:textId="77777777" w:rsidR="00215E3A" w:rsidRDefault="00A20486" w:rsidP="001F687B">
      <w:pPr>
        <w:shd w:val="clear" w:color="auto" w:fill="FFFFFF" w:themeFill="background1"/>
        <w:spacing w:after="0" w:line="240" w:lineRule="auto"/>
        <w:jc w:val="both"/>
      </w:pPr>
      <w:r>
        <w:rPr>
          <w:b/>
          <w:color w:val="000000"/>
        </w:rPr>
        <w:t>IV. ĐIỀU CHỈNH SAU TIẾT DẠY (NẾU CÓ):</w:t>
      </w:r>
    </w:p>
    <w:p w14:paraId="14DFCAFB" w14:textId="77777777" w:rsidR="00215E3A" w:rsidRDefault="00A20486" w:rsidP="001F687B">
      <w:pPr>
        <w:shd w:val="clear" w:color="auto" w:fill="FFFFFF" w:themeFill="background1"/>
        <w:spacing w:after="0" w:line="240" w:lineRule="auto"/>
        <w:jc w:val="both"/>
      </w:pPr>
      <w:r>
        <w:rPr>
          <w:color w:val="000000"/>
        </w:rPr>
        <w:t>................................................................................................................................................</w:t>
      </w:r>
    </w:p>
    <w:p w14:paraId="687ACA2F" w14:textId="77777777" w:rsidR="00215E3A" w:rsidRDefault="00A20486" w:rsidP="001F687B">
      <w:pPr>
        <w:shd w:val="clear" w:color="auto" w:fill="FFFFFF" w:themeFill="background1"/>
        <w:spacing w:after="0" w:line="240" w:lineRule="auto"/>
        <w:jc w:val="both"/>
      </w:pPr>
      <w:r>
        <w:br w:type="page"/>
      </w:r>
    </w:p>
    <w:p w14:paraId="49AB6675" w14:textId="77777777" w:rsidR="00215E3A" w:rsidRDefault="003F1E52" w:rsidP="001F687B">
      <w:pPr>
        <w:shd w:val="clear" w:color="auto" w:fill="FFFFFF" w:themeFill="background1"/>
        <w:spacing w:after="0" w:line="240" w:lineRule="auto"/>
        <w:jc w:val="center"/>
      </w:pPr>
      <w:r>
        <w:rPr>
          <w:b/>
          <w:color w:val="000000"/>
        </w:rPr>
        <w:lastRenderedPageBreak/>
        <w:t>KẾ HOẠCH BÀI DẠY MÔN TIẾNG VIỆT LỚP 2</w:t>
      </w:r>
      <w:r w:rsidR="00A20486">
        <w:rPr>
          <w:b/>
          <w:color w:val="000000"/>
        </w:rPr>
        <w:t>- TUẦN 5</w:t>
      </w:r>
    </w:p>
    <w:p w14:paraId="4F867A3C" w14:textId="77777777" w:rsidR="00215E3A" w:rsidRDefault="00A20486" w:rsidP="001F687B">
      <w:pPr>
        <w:shd w:val="clear" w:color="auto" w:fill="FFFFFF" w:themeFill="background1"/>
        <w:spacing w:after="0" w:line="240" w:lineRule="auto"/>
        <w:jc w:val="center"/>
      </w:pPr>
      <w:r>
        <w:rPr>
          <w:b/>
          <w:color w:val="000000"/>
        </w:rPr>
        <w:t>CHỦ ĐỀ 2: ĐI HỌC VUI SAO</w:t>
      </w:r>
    </w:p>
    <w:p w14:paraId="750C2091" w14:textId="77777777" w:rsidR="00215E3A" w:rsidRDefault="00A20486" w:rsidP="001F687B">
      <w:pPr>
        <w:shd w:val="clear" w:color="auto" w:fill="FFFFFF" w:themeFill="background1"/>
        <w:spacing w:after="0" w:line="240" w:lineRule="auto"/>
        <w:jc w:val="center"/>
      </w:pPr>
      <w:r>
        <w:rPr>
          <w:b/>
          <w:color w:val="000000"/>
        </w:rPr>
        <w:t>BÀI 10: THỜI KHÓA BIỂU</w:t>
      </w:r>
    </w:p>
    <w:p w14:paraId="6D4A5388" w14:textId="77777777" w:rsidR="00215E3A" w:rsidRDefault="00A20486" w:rsidP="001F687B">
      <w:pPr>
        <w:shd w:val="clear" w:color="auto" w:fill="FFFFFF" w:themeFill="background1"/>
        <w:spacing w:after="0" w:line="240" w:lineRule="auto"/>
        <w:jc w:val="center"/>
      </w:pPr>
      <w:r>
        <w:rPr>
          <w:b/>
          <w:color w:val="000000"/>
        </w:rPr>
        <w:t>TIẾT 4: LUYỆN TỪ VÀ CÂU: TỪ NGỮ CHỈ SỰ VẬT, HOẠT ĐỘNG; CÂU NÊU HOẠT ĐỘNG</w:t>
      </w:r>
    </w:p>
    <w:p w14:paraId="57738828" w14:textId="77777777" w:rsidR="00215E3A" w:rsidRDefault="00A20486" w:rsidP="001F687B">
      <w:pPr>
        <w:shd w:val="clear" w:color="auto" w:fill="FFFFFF" w:themeFill="background1"/>
        <w:spacing w:after="0" w:line="240" w:lineRule="auto"/>
        <w:jc w:val="both"/>
      </w:pPr>
      <w:r>
        <w:rPr>
          <w:b/>
          <w:color w:val="000000"/>
        </w:rPr>
        <w:t>I. YÊU CẦU CẦN ĐẠT</w:t>
      </w:r>
    </w:p>
    <w:p w14:paraId="063B5B33" w14:textId="77777777" w:rsidR="00215E3A" w:rsidRDefault="00A20486" w:rsidP="001F687B">
      <w:pPr>
        <w:shd w:val="clear" w:color="auto" w:fill="FFFFFF" w:themeFill="background1"/>
        <w:spacing w:after="0" w:line="240" w:lineRule="auto"/>
        <w:jc w:val="both"/>
      </w:pPr>
      <w:r>
        <w:rPr>
          <w:b/>
          <w:color w:val="000000"/>
        </w:rPr>
        <w:t>1. Năng lực đặc thù:</w:t>
      </w:r>
    </w:p>
    <w:p w14:paraId="2E265FE3" w14:textId="77777777" w:rsidR="00215E3A" w:rsidRDefault="00A20486" w:rsidP="001F687B">
      <w:pPr>
        <w:shd w:val="clear" w:color="auto" w:fill="FFFFFF" w:themeFill="background1"/>
        <w:spacing w:after="0" w:line="240" w:lineRule="auto"/>
        <w:jc w:val="both"/>
      </w:pPr>
      <w:r>
        <w:rPr>
          <w:color w:val="000000"/>
        </w:rPr>
        <w:t>- Thực hiện được yêu cầu học tập trong SGK: đọc, viết, luyện từ/câu hoặc chia sẻ theo nhiệm vụ.</w:t>
      </w:r>
    </w:p>
    <w:p w14:paraId="11394F53" w14:textId="77777777" w:rsidR="00215E3A" w:rsidRDefault="00A20486" w:rsidP="001F687B">
      <w:pPr>
        <w:shd w:val="clear" w:color="auto" w:fill="FFFFFF" w:themeFill="background1"/>
        <w:spacing w:after="0" w:line="240" w:lineRule="auto"/>
        <w:jc w:val="both"/>
      </w:pPr>
      <w:r>
        <w:rPr>
          <w:color w:val="000000"/>
        </w:rPr>
        <w:t>- Vận dụng kiến thức vào giao tiếp, học tập và sinh hoạt hằng ngày.</w:t>
      </w:r>
    </w:p>
    <w:p w14:paraId="5EA4DE0B" w14:textId="77777777" w:rsidR="00215E3A" w:rsidRDefault="00A20486" w:rsidP="001F687B">
      <w:pPr>
        <w:shd w:val="clear" w:color="auto" w:fill="FFFFFF" w:themeFill="background1"/>
        <w:spacing w:after="0" w:line="240" w:lineRule="auto"/>
        <w:jc w:val="both"/>
      </w:pPr>
      <w:r>
        <w:rPr>
          <w:b/>
          <w:color w:val="000000"/>
        </w:rPr>
        <w:t>2. Năng lực chung:</w:t>
      </w:r>
    </w:p>
    <w:p w14:paraId="75E7435B" w14:textId="77777777" w:rsidR="00215E3A" w:rsidRDefault="00A20486" w:rsidP="001F687B">
      <w:pPr>
        <w:shd w:val="clear" w:color="auto" w:fill="FFFFFF" w:themeFill="background1"/>
        <w:spacing w:after="0" w:line="240" w:lineRule="auto"/>
        <w:jc w:val="both"/>
      </w:pPr>
      <w:r>
        <w:rPr>
          <w:color w:val="000000"/>
        </w:rPr>
        <w:t>- Tự chủ và tự học: hoàn thành nhiệm vụ cá nhân; biết kiểm tra, sửa lỗi.</w:t>
      </w:r>
    </w:p>
    <w:p w14:paraId="440FE176" w14:textId="77777777" w:rsidR="00215E3A" w:rsidRDefault="00A20486" w:rsidP="001F687B">
      <w:pPr>
        <w:shd w:val="clear" w:color="auto" w:fill="FFFFFF" w:themeFill="background1"/>
        <w:spacing w:after="0" w:line="240" w:lineRule="auto"/>
        <w:jc w:val="both"/>
      </w:pPr>
      <w:r>
        <w:rPr>
          <w:color w:val="000000"/>
        </w:rPr>
        <w:t>- Giao tiếp và hợp tác: trao đổi với bạn, trình bày ý kiến rõ ràng.</w:t>
      </w:r>
    </w:p>
    <w:p w14:paraId="304938D2" w14:textId="77777777" w:rsidR="00215E3A" w:rsidRDefault="00A20486" w:rsidP="001F687B">
      <w:pPr>
        <w:shd w:val="clear" w:color="auto" w:fill="FFFFFF" w:themeFill="background1"/>
        <w:spacing w:after="0" w:line="240" w:lineRule="auto"/>
        <w:jc w:val="both"/>
      </w:pPr>
      <w:r>
        <w:rPr>
          <w:b/>
          <w:color w:val="000000"/>
        </w:rPr>
        <w:t>3. Phẩm chất:</w:t>
      </w:r>
    </w:p>
    <w:p w14:paraId="041598AC" w14:textId="77777777" w:rsidR="00215E3A" w:rsidRDefault="00A20486" w:rsidP="001F687B">
      <w:pPr>
        <w:shd w:val="clear" w:color="auto" w:fill="FFFFFF" w:themeFill="background1"/>
        <w:spacing w:after="0" w:line="240" w:lineRule="auto"/>
        <w:jc w:val="both"/>
      </w:pPr>
      <w:r>
        <w:rPr>
          <w:color w:val="000000"/>
        </w:rPr>
        <w:t>- Chăm chỉ, trách nhiệm: tích cực tham gia hoạt động học tập.</w:t>
      </w:r>
    </w:p>
    <w:p w14:paraId="4B8EC3CB" w14:textId="77777777" w:rsidR="00215E3A" w:rsidRDefault="00A20486" w:rsidP="001F687B">
      <w:pPr>
        <w:shd w:val="clear" w:color="auto" w:fill="FFFFFF" w:themeFill="background1"/>
        <w:spacing w:after="0" w:line="240" w:lineRule="auto"/>
        <w:jc w:val="both"/>
      </w:pPr>
      <w:r>
        <w:rPr>
          <w:b/>
          <w:color w:val="000000"/>
        </w:rPr>
        <w:t>4. Tích hợp:</w:t>
      </w:r>
    </w:p>
    <w:p w14:paraId="3EFA1D43" w14:textId="77777777" w:rsidR="00215E3A" w:rsidRDefault="00A20486" w:rsidP="001F687B">
      <w:pPr>
        <w:shd w:val="clear" w:color="auto" w:fill="FFFFFF" w:themeFill="background1"/>
        <w:spacing w:after="0" w:line="240" w:lineRule="auto"/>
        <w:jc w:val="both"/>
      </w:pPr>
      <w:r>
        <w:rPr>
          <w:color w:val="C00000"/>
        </w:rPr>
        <w:t>- Tích hợp năng lực số 2.3.CB1a: Nhận biết một số công cụ/dịch vụ số đơn giản hỗ trợ học tập: HS biết công cụ số có thể nhắc lịch, xem thời khóa biểu nhưng chỉ sử dụng dưới sự hướng dẫn của người lớn và không chia sẻ thông tin cá nhân.</w:t>
      </w:r>
    </w:p>
    <w:p w14:paraId="1C415701" w14:textId="77777777" w:rsidR="00215E3A" w:rsidRDefault="00A20486" w:rsidP="001F687B">
      <w:pPr>
        <w:shd w:val="clear" w:color="auto" w:fill="FFFFFF" w:themeFill="background1"/>
        <w:spacing w:after="0" w:line="240" w:lineRule="auto"/>
        <w:jc w:val="both"/>
      </w:pPr>
      <w:r>
        <w:rPr>
          <w:b/>
          <w:color w:val="000000"/>
        </w:rPr>
        <w:t>II. ĐỒ DÙNG DẠY HỌC</w:t>
      </w:r>
    </w:p>
    <w:p w14:paraId="11B375AB" w14:textId="77777777" w:rsidR="00215E3A" w:rsidRDefault="00A20486" w:rsidP="001F687B">
      <w:pPr>
        <w:shd w:val="clear" w:color="auto" w:fill="FFFFFF" w:themeFill="background1"/>
        <w:spacing w:after="0" w:line="240" w:lineRule="auto"/>
        <w:jc w:val="both"/>
      </w:pPr>
      <w:r>
        <w:rPr>
          <w:color w:val="000000"/>
        </w:rPr>
        <w:t>- GV: Máy tính, máy chiếu/tivi, tranh và câu bài tập cắt từ SGK, thẻ từ, phiếu học tập phù hợp với bài.</w:t>
      </w:r>
    </w:p>
    <w:p w14:paraId="2CB5CC5B" w14:textId="77777777" w:rsidR="00215E3A" w:rsidRDefault="00A20486" w:rsidP="001F687B">
      <w:pPr>
        <w:shd w:val="clear" w:color="auto" w:fill="FFFFFF" w:themeFill="background1"/>
        <w:spacing w:after="0" w:line="240" w:lineRule="auto"/>
        <w:jc w:val="both"/>
      </w:pPr>
      <w:r>
        <w:rPr>
          <w:color w:val="000000"/>
        </w:rPr>
        <w:t>- HS: SGK Tiếng Việt 2 tập một, Vở bài tập Tiếng Việt, vở ô ly, bảng con/bút chì.</w:t>
      </w:r>
    </w:p>
    <w:p w14:paraId="556D917B" w14:textId="77777777" w:rsidR="00215E3A" w:rsidRDefault="00A20486" w:rsidP="001F687B">
      <w:pPr>
        <w:shd w:val="clear" w:color="auto" w:fill="FFFFFF" w:themeFill="background1"/>
        <w:spacing w:after="0" w:line="240" w:lineRule="auto"/>
        <w:jc w:val="both"/>
      </w:pPr>
      <w:r>
        <w:rPr>
          <w:b/>
          <w:color w:val="000000"/>
        </w:rPr>
        <w:t>III. HOẠT ĐỘNG DẠY HỌC</w:t>
      </w:r>
    </w:p>
    <w:tbl>
      <w:tblPr>
        <w:tblStyle w:val="TableGrid"/>
        <w:tblW w:w="0" w:type="auto"/>
        <w:jc w:val="center"/>
        <w:tblLayout w:type="fixed"/>
        <w:tblLook w:val="04A0" w:firstRow="1" w:lastRow="0" w:firstColumn="1" w:lastColumn="0" w:noHBand="0" w:noVBand="1"/>
      </w:tblPr>
      <w:tblGrid>
        <w:gridCol w:w="5270"/>
        <w:gridCol w:w="5270"/>
      </w:tblGrid>
      <w:tr w:rsidR="00215E3A" w14:paraId="27D3E405" w14:textId="77777777" w:rsidTr="001F687B">
        <w:trPr>
          <w:jc w:val="center"/>
        </w:trPr>
        <w:tc>
          <w:tcPr>
            <w:tcW w:w="5270" w:type="dxa"/>
            <w:tcBorders>
              <w:top w:val="single" w:sz="8" w:space="0" w:color="000000"/>
              <w:left w:val="single" w:sz="8" w:space="0" w:color="000000"/>
              <w:bottom w:val="single" w:sz="4" w:space="0" w:color="000000"/>
              <w:right w:val="single" w:sz="8" w:space="0" w:color="000000"/>
            </w:tcBorders>
            <w:shd w:val="clear" w:color="auto" w:fill="D9EAF7"/>
          </w:tcPr>
          <w:p w14:paraId="6772EE07" w14:textId="77777777" w:rsidR="00215E3A" w:rsidRDefault="00A20486" w:rsidP="001F687B">
            <w:pPr>
              <w:shd w:val="clear" w:color="auto" w:fill="FFFFFF" w:themeFill="background1"/>
              <w:jc w:val="center"/>
            </w:pPr>
            <w:r>
              <w:rPr>
                <w:b/>
                <w:color w:val="006100"/>
              </w:rPr>
              <w:t>Hoạt động của giáo viên</w:t>
            </w:r>
          </w:p>
        </w:tc>
        <w:tc>
          <w:tcPr>
            <w:tcW w:w="5270" w:type="dxa"/>
            <w:tcBorders>
              <w:top w:val="single" w:sz="8" w:space="0" w:color="000000"/>
              <w:left w:val="single" w:sz="8" w:space="0" w:color="000000"/>
              <w:bottom w:val="single" w:sz="4" w:space="0" w:color="000000"/>
              <w:right w:val="single" w:sz="8" w:space="0" w:color="000000"/>
            </w:tcBorders>
            <w:shd w:val="clear" w:color="auto" w:fill="D9EAF7"/>
          </w:tcPr>
          <w:p w14:paraId="3F227449" w14:textId="77777777" w:rsidR="00215E3A" w:rsidRDefault="00A20486" w:rsidP="001F687B">
            <w:pPr>
              <w:shd w:val="clear" w:color="auto" w:fill="FFFFFF" w:themeFill="background1"/>
              <w:jc w:val="center"/>
            </w:pPr>
            <w:r>
              <w:rPr>
                <w:b/>
                <w:color w:val="006100"/>
              </w:rPr>
              <w:t>Hoạt động của học sinh</w:t>
            </w:r>
          </w:p>
        </w:tc>
      </w:tr>
      <w:tr w:rsidR="00215E3A" w14:paraId="2E39876B"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06DF62F2" w14:textId="77777777" w:rsidR="00215E3A" w:rsidRDefault="00A20486" w:rsidP="001F687B">
            <w:pPr>
              <w:shd w:val="clear" w:color="auto" w:fill="FFFFFF" w:themeFill="background1"/>
              <w:jc w:val="both"/>
            </w:pPr>
            <w:r>
              <w:rPr>
                <w:b/>
                <w:color w:val="008000"/>
              </w:rPr>
              <w:t>1. Khởi động (5 phút)</w:t>
            </w:r>
          </w:p>
          <w:p w14:paraId="42E38A32" w14:textId="77777777" w:rsidR="00215E3A" w:rsidRDefault="00A20486" w:rsidP="001F687B">
            <w:pPr>
              <w:shd w:val="clear" w:color="auto" w:fill="FFFFFF" w:themeFill="background1"/>
              <w:jc w:val="both"/>
            </w:pPr>
            <w:r>
              <w:rPr>
                <w:b/>
                <w:color w:val="008000"/>
              </w:rPr>
              <w:t>Mục tiêu: Tạo hứng thú cho HS trước khi vào bài mới và kết nối bài.</w:t>
            </w:r>
          </w:p>
        </w:tc>
      </w:tr>
      <w:tr w:rsidR="00215E3A" w14:paraId="0DCC79EB" w14:textId="77777777" w:rsidTr="001F687B">
        <w:trPr>
          <w:jc w:val="center"/>
        </w:trPr>
        <w:tc>
          <w:tcPr>
            <w:tcW w:w="5270" w:type="dxa"/>
            <w:tcBorders>
              <w:top w:val="single" w:sz="4" w:space="0" w:color="000000"/>
              <w:left w:val="single" w:sz="8" w:space="0" w:color="000000"/>
              <w:bottom w:val="nil"/>
              <w:right w:val="single" w:sz="8" w:space="0" w:color="000000"/>
            </w:tcBorders>
          </w:tcPr>
          <w:p w14:paraId="700CD2E2" w14:textId="77777777" w:rsidR="00215E3A" w:rsidRDefault="00A20486" w:rsidP="001F687B">
            <w:pPr>
              <w:shd w:val="clear" w:color="auto" w:fill="FFFFFF" w:themeFill="background1"/>
              <w:jc w:val="both"/>
            </w:pPr>
            <w:r>
              <w:t>- GV tổ chức cho HS hát và vận động theo bài hát: Bé tập thể dục.</w:t>
            </w:r>
          </w:p>
        </w:tc>
        <w:tc>
          <w:tcPr>
            <w:tcW w:w="5270" w:type="dxa"/>
            <w:tcBorders>
              <w:top w:val="single" w:sz="4" w:space="0" w:color="000000"/>
              <w:left w:val="single" w:sz="8" w:space="0" w:color="000000"/>
              <w:bottom w:val="nil"/>
              <w:right w:val="single" w:sz="8" w:space="0" w:color="000000"/>
            </w:tcBorders>
          </w:tcPr>
          <w:p w14:paraId="37031F17" w14:textId="77777777" w:rsidR="00215E3A" w:rsidRDefault="00A20486" w:rsidP="001F687B">
            <w:pPr>
              <w:shd w:val="clear" w:color="auto" w:fill="FFFFFF" w:themeFill="background1"/>
              <w:jc w:val="both"/>
            </w:pPr>
            <w:r>
              <w:t>- HS hát và vận động theo bài hát.</w:t>
            </w:r>
          </w:p>
        </w:tc>
      </w:tr>
      <w:tr w:rsidR="00215E3A" w14:paraId="20981E11" w14:textId="77777777" w:rsidTr="001F687B">
        <w:trPr>
          <w:jc w:val="center"/>
        </w:trPr>
        <w:tc>
          <w:tcPr>
            <w:tcW w:w="5270" w:type="dxa"/>
            <w:tcBorders>
              <w:top w:val="nil"/>
              <w:left w:val="single" w:sz="8" w:space="0" w:color="000000"/>
              <w:bottom w:val="single" w:sz="4" w:space="0" w:color="000000"/>
              <w:right w:val="single" w:sz="8" w:space="0" w:color="000000"/>
            </w:tcBorders>
          </w:tcPr>
          <w:p w14:paraId="786DE790" w14:textId="77777777" w:rsidR="00215E3A" w:rsidRDefault="00A20486" w:rsidP="001F687B">
            <w:pPr>
              <w:shd w:val="clear" w:color="auto" w:fill="FFFFFF" w:themeFill="background1"/>
              <w:jc w:val="both"/>
            </w:pPr>
            <w:r>
              <w:t>- GV dẫn dắt vào bài mới.</w:t>
            </w:r>
          </w:p>
        </w:tc>
        <w:tc>
          <w:tcPr>
            <w:tcW w:w="5270" w:type="dxa"/>
            <w:tcBorders>
              <w:top w:val="nil"/>
              <w:left w:val="single" w:sz="8" w:space="0" w:color="000000"/>
              <w:bottom w:val="single" w:sz="4" w:space="0" w:color="000000"/>
              <w:right w:val="single" w:sz="8" w:space="0" w:color="000000"/>
            </w:tcBorders>
          </w:tcPr>
          <w:p w14:paraId="2B596C2F" w14:textId="77777777" w:rsidR="00215E3A" w:rsidRDefault="00A20486" w:rsidP="001F687B">
            <w:pPr>
              <w:shd w:val="clear" w:color="auto" w:fill="FFFFFF" w:themeFill="background1"/>
              <w:jc w:val="both"/>
            </w:pPr>
            <w:r>
              <w:t>- HS chú ý, mở SGK phần Luyện từ và câu.</w:t>
            </w:r>
          </w:p>
        </w:tc>
      </w:tr>
      <w:tr w:rsidR="00215E3A" w14:paraId="6E66C876"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06C64799" w14:textId="77777777" w:rsidR="00215E3A" w:rsidRDefault="00A20486" w:rsidP="001F687B">
            <w:pPr>
              <w:shd w:val="clear" w:color="auto" w:fill="FFFFFF" w:themeFill="background1"/>
              <w:jc w:val="both"/>
            </w:pPr>
            <w:r>
              <w:rPr>
                <w:b/>
                <w:color w:val="008000"/>
              </w:rPr>
              <w:t>2. Khám phá kiến thức (12 phút)</w:t>
            </w:r>
          </w:p>
          <w:p w14:paraId="7FB56EC0" w14:textId="77777777" w:rsidR="00215E3A" w:rsidRDefault="00A20486" w:rsidP="001F687B">
            <w:pPr>
              <w:shd w:val="clear" w:color="auto" w:fill="FFFFFF" w:themeFill="background1"/>
              <w:jc w:val="both"/>
            </w:pPr>
            <w:r>
              <w:rPr>
                <w:b/>
                <w:color w:val="008000"/>
              </w:rPr>
              <w:t>Mục tiêu: Mở rộng vốn từ chỉ sự vật, hoạt động.</w:t>
            </w:r>
          </w:p>
        </w:tc>
      </w:tr>
      <w:tr w:rsidR="00215E3A" w14:paraId="71E13419" w14:textId="77777777" w:rsidTr="001F687B">
        <w:trPr>
          <w:jc w:val="center"/>
        </w:trPr>
        <w:tc>
          <w:tcPr>
            <w:tcW w:w="5270" w:type="dxa"/>
            <w:tcBorders>
              <w:top w:val="single" w:sz="4" w:space="0" w:color="000000"/>
              <w:left w:val="single" w:sz="8" w:space="0" w:color="000000"/>
              <w:bottom w:val="nil"/>
              <w:right w:val="single" w:sz="8" w:space="0" w:color="000000"/>
            </w:tcBorders>
          </w:tcPr>
          <w:p w14:paraId="78255BDD" w14:textId="77777777" w:rsidR="00215E3A" w:rsidRDefault="00A20486" w:rsidP="001F687B">
            <w:pPr>
              <w:shd w:val="clear" w:color="auto" w:fill="FFFFFF" w:themeFill="background1"/>
              <w:jc w:val="both"/>
            </w:pPr>
            <w:r>
              <w:rPr>
                <w:b/>
              </w:rPr>
              <w:t>BT1. Dựa vào tranh, tìm từ ngữ chỉ sự vật và từ ngữ chỉ hoạt động.</w:t>
            </w:r>
          </w:p>
          <w:p w14:paraId="4C421702" w14:textId="77777777" w:rsidR="00215E3A" w:rsidRDefault="00A20486" w:rsidP="001F687B">
            <w:pPr>
              <w:shd w:val="clear" w:color="auto" w:fill="FFFFFF" w:themeFill="background1"/>
              <w:jc w:val="both"/>
            </w:pPr>
            <w:r>
              <w:t>- GV chiếu tranh cho HS quan sát.</w:t>
            </w:r>
          </w:p>
          <w:p w14:paraId="1E798CF5" w14:textId="5B90ECE4" w:rsidR="00215E3A" w:rsidRDefault="00215E3A" w:rsidP="001F687B">
            <w:pPr>
              <w:shd w:val="clear" w:color="auto" w:fill="FFFFFF" w:themeFill="background1"/>
              <w:jc w:val="center"/>
            </w:pPr>
          </w:p>
        </w:tc>
        <w:tc>
          <w:tcPr>
            <w:tcW w:w="5270" w:type="dxa"/>
            <w:tcBorders>
              <w:top w:val="single" w:sz="4" w:space="0" w:color="000000"/>
              <w:left w:val="single" w:sz="8" w:space="0" w:color="000000"/>
              <w:bottom w:val="nil"/>
              <w:right w:val="single" w:sz="8" w:space="0" w:color="000000"/>
            </w:tcBorders>
          </w:tcPr>
          <w:p w14:paraId="382155B1" w14:textId="77777777" w:rsidR="00215E3A" w:rsidRDefault="00A20486" w:rsidP="001F687B">
            <w:pPr>
              <w:shd w:val="clear" w:color="auto" w:fill="FFFFFF" w:themeFill="background1"/>
              <w:jc w:val="both"/>
            </w:pPr>
            <w:r>
              <w:t>- HS quan sát tranh trong SGK.</w:t>
            </w:r>
          </w:p>
        </w:tc>
      </w:tr>
      <w:tr w:rsidR="00215E3A" w14:paraId="2D451E06" w14:textId="77777777" w:rsidTr="001F687B">
        <w:trPr>
          <w:jc w:val="center"/>
        </w:trPr>
        <w:tc>
          <w:tcPr>
            <w:tcW w:w="5270" w:type="dxa"/>
            <w:tcBorders>
              <w:top w:val="nil"/>
              <w:left w:val="single" w:sz="8" w:space="0" w:color="000000"/>
              <w:bottom w:val="nil"/>
              <w:right w:val="single" w:sz="8" w:space="0" w:color="000000"/>
            </w:tcBorders>
          </w:tcPr>
          <w:p w14:paraId="6798AA40" w14:textId="77777777" w:rsidR="00215E3A" w:rsidRDefault="00A20486" w:rsidP="001F687B">
            <w:pPr>
              <w:shd w:val="clear" w:color="auto" w:fill="FFFFFF" w:themeFill="background1"/>
              <w:jc w:val="both"/>
            </w:pPr>
            <w:r>
              <w:t>- GV yêu cầu HS đọc yêu cầu của bài.</w:t>
            </w:r>
          </w:p>
        </w:tc>
        <w:tc>
          <w:tcPr>
            <w:tcW w:w="5270" w:type="dxa"/>
            <w:tcBorders>
              <w:top w:val="nil"/>
              <w:left w:val="single" w:sz="8" w:space="0" w:color="000000"/>
              <w:bottom w:val="nil"/>
              <w:right w:val="single" w:sz="8" w:space="0" w:color="000000"/>
            </w:tcBorders>
          </w:tcPr>
          <w:p w14:paraId="66C84D29" w14:textId="77777777" w:rsidR="00215E3A" w:rsidRDefault="00A20486" w:rsidP="001F687B">
            <w:pPr>
              <w:shd w:val="clear" w:color="auto" w:fill="FFFFFF" w:themeFill="background1"/>
              <w:jc w:val="both"/>
            </w:pPr>
            <w:r>
              <w:t>- HS nêu yêu cầu bài: Dựa vào tranh, tìm từ ngữ chỉ sự vật, chỉ hoạt động.</w:t>
            </w:r>
          </w:p>
        </w:tc>
      </w:tr>
      <w:tr w:rsidR="00215E3A" w14:paraId="2F5909E3" w14:textId="77777777" w:rsidTr="001F687B">
        <w:trPr>
          <w:jc w:val="center"/>
        </w:trPr>
        <w:tc>
          <w:tcPr>
            <w:tcW w:w="5270" w:type="dxa"/>
            <w:tcBorders>
              <w:top w:val="nil"/>
              <w:left w:val="single" w:sz="8" w:space="0" w:color="000000"/>
              <w:bottom w:val="nil"/>
              <w:right w:val="single" w:sz="8" w:space="0" w:color="000000"/>
            </w:tcBorders>
          </w:tcPr>
          <w:p w14:paraId="4F9D96E2" w14:textId="77777777" w:rsidR="00215E3A" w:rsidRDefault="00A20486" w:rsidP="001F687B">
            <w:pPr>
              <w:shd w:val="clear" w:color="auto" w:fill="FFFFFF" w:themeFill="background1"/>
              <w:jc w:val="both"/>
            </w:pPr>
            <w:r>
              <w:t>- GV tổ chức cho HS làm việc nhóm bốn: quan sát tranh, trao đổi và hoàn thành phiếu học tập.</w:t>
            </w:r>
          </w:p>
        </w:tc>
        <w:tc>
          <w:tcPr>
            <w:tcW w:w="5270" w:type="dxa"/>
            <w:tcBorders>
              <w:top w:val="nil"/>
              <w:left w:val="single" w:sz="8" w:space="0" w:color="000000"/>
              <w:bottom w:val="nil"/>
              <w:right w:val="single" w:sz="8" w:space="0" w:color="000000"/>
            </w:tcBorders>
          </w:tcPr>
          <w:p w14:paraId="6BB2399C" w14:textId="77777777" w:rsidR="00215E3A" w:rsidRDefault="00A20486" w:rsidP="001F687B">
            <w:pPr>
              <w:shd w:val="clear" w:color="auto" w:fill="FFFFFF" w:themeFill="background1"/>
              <w:jc w:val="both"/>
            </w:pPr>
            <w:r>
              <w:t>- HS làm việc nhóm bốn, ghi vào phiếu: Từ chỉ sự vật: học sinh, sách, vở, bảng, cây, bóng, dây. Từ chỉ hoạt động: đọc sách, vẽ tranh, hát, đánh đàn, tập thể dục, đá cầu, nhảy dây.</w:t>
            </w:r>
          </w:p>
        </w:tc>
      </w:tr>
      <w:tr w:rsidR="00215E3A" w14:paraId="4235F26C" w14:textId="77777777" w:rsidTr="001F687B">
        <w:trPr>
          <w:jc w:val="center"/>
        </w:trPr>
        <w:tc>
          <w:tcPr>
            <w:tcW w:w="5270" w:type="dxa"/>
            <w:tcBorders>
              <w:top w:val="nil"/>
              <w:left w:val="single" w:sz="8" w:space="0" w:color="000000"/>
              <w:bottom w:val="nil"/>
              <w:right w:val="single" w:sz="8" w:space="0" w:color="000000"/>
            </w:tcBorders>
          </w:tcPr>
          <w:p w14:paraId="05DD18D1" w14:textId="77777777" w:rsidR="00215E3A" w:rsidRDefault="00A20486" w:rsidP="001F687B">
            <w:pPr>
              <w:shd w:val="clear" w:color="auto" w:fill="FFFFFF" w:themeFill="background1"/>
              <w:jc w:val="both"/>
            </w:pPr>
            <w:r>
              <w:t>- GV mời HS trình bày kết quả trước lớp.</w:t>
            </w:r>
          </w:p>
        </w:tc>
        <w:tc>
          <w:tcPr>
            <w:tcW w:w="5270" w:type="dxa"/>
            <w:tcBorders>
              <w:top w:val="nil"/>
              <w:left w:val="single" w:sz="8" w:space="0" w:color="000000"/>
              <w:bottom w:val="nil"/>
              <w:right w:val="single" w:sz="8" w:space="0" w:color="000000"/>
            </w:tcBorders>
          </w:tcPr>
          <w:p w14:paraId="0E0DCB1E" w14:textId="77777777" w:rsidR="00215E3A" w:rsidRDefault="00A20486" w:rsidP="001F687B">
            <w:pPr>
              <w:shd w:val="clear" w:color="auto" w:fill="FFFFFF" w:themeFill="background1"/>
              <w:jc w:val="both"/>
            </w:pPr>
            <w:r>
              <w:t>- Đại diện nhóm báo cáo kết quả, kết hợp chỉ trên tranh minh họa; nhóm khác nhận xét, bổ sung.</w:t>
            </w:r>
          </w:p>
        </w:tc>
      </w:tr>
      <w:tr w:rsidR="00215E3A" w14:paraId="661A5550" w14:textId="77777777" w:rsidTr="001F687B">
        <w:trPr>
          <w:jc w:val="center"/>
        </w:trPr>
        <w:tc>
          <w:tcPr>
            <w:tcW w:w="5270" w:type="dxa"/>
            <w:tcBorders>
              <w:top w:val="nil"/>
              <w:left w:val="single" w:sz="8" w:space="0" w:color="000000"/>
              <w:bottom w:val="nil"/>
              <w:right w:val="single" w:sz="8" w:space="0" w:color="000000"/>
            </w:tcBorders>
          </w:tcPr>
          <w:p w14:paraId="2AA1FFBD" w14:textId="77777777" w:rsidR="00215E3A" w:rsidRDefault="00A20486" w:rsidP="001F687B">
            <w:pPr>
              <w:shd w:val="clear" w:color="auto" w:fill="FFFFFF" w:themeFill="background1"/>
              <w:jc w:val="both"/>
            </w:pPr>
            <w:r>
              <w:t>- GV nhận xét, thống nhất kết quả.</w:t>
            </w:r>
          </w:p>
        </w:tc>
        <w:tc>
          <w:tcPr>
            <w:tcW w:w="5270" w:type="dxa"/>
            <w:tcBorders>
              <w:top w:val="nil"/>
              <w:left w:val="single" w:sz="8" w:space="0" w:color="000000"/>
              <w:bottom w:val="nil"/>
              <w:right w:val="single" w:sz="8" w:space="0" w:color="000000"/>
            </w:tcBorders>
          </w:tcPr>
          <w:p w14:paraId="23DCBBB8" w14:textId="77777777" w:rsidR="00215E3A" w:rsidRDefault="00A20486" w:rsidP="001F687B">
            <w:pPr>
              <w:shd w:val="clear" w:color="auto" w:fill="FFFFFF" w:themeFill="background1"/>
              <w:jc w:val="both"/>
            </w:pPr>
            <w:r>
              <w:t>- HS sửa phiếu, ghi nhớ từ chỉ sự vật và từ chỉ hoạt động.</w:t>
            </w:r>
          </w:p>
        </w:tc>
      </w:tr>
      <w:tr w:rsidR="00215E3A" w14:paraId="19381CC9" w14:textId="77777777" w:rsidTr="001F687B">
        <w:trPr>
          <w:jc w:val="center"/>
        </w:trPr>
        <w:tc>
          <w:tcPr>
            <w:tcW w:w="5270" w:type="dxa"/>
            <w:tcBorders>
              <w:top w:val="nil"/>
              <w:left w:val="single" w:sz="8" w:space="0" w:color="000000"/>
              <w:bottom w:val="nil"/>
              <w:right w:val="single" w:sz="8" w:space="0" w:color="000000"/>
            </w:tcBorders>
          </w:tcPr>
          <w:p w14:paraId="1B47C53E" w14:textId="77777777" w:rsidR="00215E3A" w:rsidRDefault="00A20486" w:rsidP="001F687B">
            <w:pPr>
              <w:shd w:val="clear" w:color="auto" w:fill="FFFFFF" w:themeFill="background1"/>
              <w:jc w:val="both"/>
            </w:pPr>
            <w:r>
              <w:t xml:space="preserve">- GV mở rộng: Em hãy tìm thêm những từ chỉ </w:t>
            </w:r>
            <w:r>
              <w:lastRenderedPageBreak/>
              <w:t>sự vật, từ chỉ hoạt động khác mà em biết.</w:t>
            </w:r>
          </w:p>
        </w:tc>
        <w:tc>
          <w:tcPr>
            <w:tcW w:w="5270" w:type="dxa"/>
            <w:tcBorders>
              <w:top w:val="nil"/>
              <w:left w:val="single" w:sz="8" w:space="0" w:color="000000"/>
              <w:bottom w:val="nil"/>
              <w:right w:val="single" w:sz="8" w:space="0" w:color="000000"/>
            </w:tcBorders>
          </w:tcPr>
          <w:p w14:paraId="2B669392" w14:textId="77777777" w:rsidR="00215E3A" w:rsidRDefault="00A20486" w:rsidP="001F687B">
            <w:pPr>
              <w:shd w:val="clear" w:color="auto" w:fill="FFFFFF" w:themeFill="background1"/>
              <w:jc w:val="both"/>
            </w:pPr>
            <w:r>
              <w:lastRenderedPageBreak/>
              <w:t xml:space="preserve">- HS nêu: bàn, ghế, bút, cặp, sân trường; chạy, </w:t>
            </w:r>
            <w:r>
              <w:lastRenderedPageBreak/>
              <w:t>nhảy, viết, đọc, quét lớp.</w:t>
            </w:r>
          </w:p>
        </w:tc>
      </w:tr>
      <w:tr w:rsidR="00215E3A" w14:paraId="46EB5F35" w14:textId="77777777" w:rsidTr="001F687B">
        <w:trPr>
          <w:jc w:val="center"/>
        </w:trPr>
        <w:tc>
          <w:tcPr>
            <w:tcW w:w="5270" w:type="dxa"/>
            <w:tcBorders>
              <w:top w:val="nil"/>
              <w:left w:val="single" w:sz="8" w:space="0" w:color="000000"/>
              <w:bottom w:val="nil"/>
              <w:right w:val="single" w:sz="8" w:space="0" w:color="000000"/>
            </w:tcBorders>
          </w:tcPr>
          <w:p w14:paraId="18B50F35" w14:textId="77777777" w:rsidR="00215E3A" w:rsidRDefault="00A20486" w:rsidP="001F687B">
            <w:pPr>
              <w:shd w:val="clear" w:color="auto" w:fill="FFFFFF" w:themeFill="background1"/>
              <w:jc w:val="both"/>
            </w:pPr>
            <w:r>
              <w:lastRenderedPageBreak/>
              <w:t>- GV liên hệ: Em hãy chia sẻ trải nghiệm hoặc suy nghĩ về các hoạt động mà em làm trong ngày.</w:t>
            </w:r>
          </w:p>
        </w:tc>
        <w:tc>
          <w:tcPr>
            <w:tcW w:w="5270" w:type="dxa"/>
            <w:tcBorders>
              <w:top w:val="nil"/>
              <w:left w:val="single" w:sz="8" w:space="0" w:color="000000"/>
              <w:bottom w:val="nil"/>
              <w:right w:val="single" w:sz="8" w:space="0" w:color="000000"/>
            </w:tcBorders>
          </w:tcPr>
          <w:p w14:paraId="751522F7" w14:textId="77777777" w:rsidR="00215E3A" w:rsidRDefault="00A20486" w:rsidP="001F687B">
            <w:pPr>
              <w:shd w:val="clear" w:color="auto" w:fill="FFFFFF" w:themeFill="background1"/>
              <w:jc w:val="both"/>
            </w:pPr>
            <w:r>
              <w:t>- HS chia sẻ: Em đọc sách, học bài, chơi đá cầu, giúp mẹ quét nhà.</w:t>
            </w:r>
          </w:p>
        </w:tc>
      </w:tr>
      <w:tr w:rsidR="00215E3A" w14:paraId="72371CB6" w14:textId="77777777" w:rsidTr="001F687B">
        <w:trPr>
          <w:jc w:val="center"/>
        </w:trPr>
        <w:tc>
          <w:tcPr>
            <w:tcW w:w="5270" w:type="dxa"/>
            <w:tcBorders>
              <w:top w:val="nil"/>
              <w:bottom w:val="nil"/>
            </w:tcBorders>
          </w:tcPr>
          <w:p w14:paraId="4EB0494C" w14:textId="77777777" w:rsidR="00215E3A" w:rsidRDefault="00A20486" w:rsidP="001F687B">
            <w:pPr>
              <w:shd w:val="clear" w:color="auto" w:fill="FFFFFF" w:themeFill="background1"/>
            </w:pPr>
            <w:r>
              <w:rPr>
                <w:color w:val="C00000"/>
              </w:rPr>
              <w:t>- Em biết công cụ số nào có thể nhắc em học bài, đọc sách hoặc chuẩn bị đồ dùng học tập?</w:t>
            </w:r>
          </w:p>
        </w:tc>
        <w:tc>
          <w:tcPr>
            <w:tcW w:w="5270" w:type="dxa"/>
            <w:tcBorders>
              <w:top w:val="nil"/>
              <w:bottom w:val="nil"/>
            </w:tcBorders>
          </w:tcPr>
          <w:p w14:paraId="5BF8C8AB" w14:textId="77777777" w:rsidR="00215E3A" w:rsidRDefault="00A20486" w:rsidP="001F687B">
            <w:pPr>
              <w:shd w:val="clear" w:color="auto" w:fill="FFFFFF" w:themeFill="background1"/>
            </w:pPr>
            <w:r>
              <w:rPr>
                <w:color w:val="C00000"/>
              </w:rPr>
              <w:t>- HS trả lời: Em biết đồng hồ báo thức, lịch trên điện thoại của bố mẹ, bảng thời khóa biểu trên máy tính hoặc lời nhắc do người lớn cài đặt.</w:t>
            </w:r>
          </w:p>
        </w:tc>
      </w:tr>
      <w:tr w:rsidR="00215E3A" w14:paraId="42AD2736" w14:textId="77777777" w:rsidTr="001F687B">
        <w:trPr>
          <w:jc w:val="center"/>
        </w:trPr>
        <w:tc>
          <w:tcPr>
            <w:tcW w:w="5270" w:type="dxa"/>
            <w:tcBorders>
              <w:top w:val="nil"/>
              <w:bottom w:val="single" w:sz="4" w:space="0" w:color="000000"/>
            </w:tcBorders>
          </w:tcPr>
          <w:p w14:paraId="47557517" w14:textId="77777777" w:rsidR="00215E3A" w:rsidRDefault="00A20486" w:rsidP="001F687B">
            <w:pPr>
              <w:shd w:val="clear" w:color="auto" w:fill="FFFFFF" w:themeFill="background1"/>
            </w:pPr>
            <w:r>
              <w:rPr>
                <w:color w:val="C00000"/>
              </w:rPr>
              <w:t>- Tích hợp năng lực số 2.3.CB1a: Một số công cụ số đơn giản như lịch điện tử, đồng hồ báo thức, bảng thời khóa biểu trên máy tính hoặc ứng dụng nhắc việc có thể hỗ trợ các em nhớ giờ học, giờ đọc sách, giờ chuẩn bị đồ dùng. Các em chỉ sử dụng khi có người lớn hướng dẫn, không tự ý cài đặt ứng dụng, không nhập thông tin cá nhân và không mải dùng thiết bị số làm ảnh hưởng đến việc học, vui chơi, nghỉ ngơi.</w:t>
            </w:r>
          </w:p>
        </w:tc>
        <w:tc>
          <w:tcPr>
            <w:tcW w:w="5270" w:type="dxa"/>
            <w:tcBorders>
              <w:top w:val="nil"/>
              <w:bottom w:val="single" w:sz="4" w:space="0" w:color="000000"/>
            </w:tcBorders>
          </w:tcPr>
          <w:p w14:paraId="3479E0AD" w14:textId="77777777" w:rsidR="00215E3A" w:rsidRDefault="00A20486" w:rsidP="001F687B">
            <w:pPr>
              <w:shd w:val="clear" w:color="auto" w:fill="FFFFFF" w:themeFill="background1"/>
            </w:pPr>
            <w:r>
              <w:rPr>
                <w:color w:val="C00000"/>
              </w:rPr>
              <w:t>- HS lắng nghe và nêu cách sử dụng phù hợp: nhờ bố mẹ/cô giáo hướng dẫn, dùng công cụ để nhắc việc học, không nhập thông tin cá nhân và không dùng thiết bị quá lâu.</w:t>
            </w:r>
          </w:p>
        </w:tc>
      </w:tr>
      <w:tr w:rsidR="00215E3A" w14:paraId="5694C24B"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07C61EB5" w14:textId="77777777" w:rsidR="00215E3A" w:rsidRDefault="00A20486" w:rsidP="001F687B">
            <w:pPr>
              <w:shd w:val="clear" w:color="auto" w:fill="FFFFFF" w:themeFill="background1"/>
            </w:pPr>
            <w:r>
              <w:rPr>
                <w:b/>
                <w:color w:val="008000"/>
              </w:rPr>
              <w:t>3. Thực hành đặt câu (13 phút)</w:t>
            </w:r>
            <w:r>
              <w:rPr>
                <w:b/>
                <w:color w:val="008000"/>
              </w:rPr>
              <w:br/>
              <w:t>Mục tiêu: HS biết đặt câu nêu hoạt động với từ ngữ vừa tìm được. Mục tiêu tích hợp: HS nhận biết một số công cụ số đơn giản có thể hỗ trợ nhắc việc học tập dưới sự hướng dẫn của người lớn.</w:t>
            </w:r>
          </w:p>
        </w:tc>
      </w:tr>
      <w:tr w:rsidR="00215E3A" w14:paraId="152C1084" w14:textId="77777777" w:rsidTr="001F687B">
        <w:trPr>
          <w:jc w:val="center"/>
        </w:trPr>
        <w:tc>
          <w:tcPr>
            <w:tcW w:w="5270" w:type="dxa"/>
            <w:tcBorders>
              <w:top w:val="single" w:sz="4" w:space="0" w:color="000000"/>
              <w:left w:val="single" w:sz="8" w:space="0" w:color="000000"/>
              <w:bottom w:val="nil"/>
              <w:right w:val="single" w:sz="8" w:space="0" w:color="000000"/>
            </w:tcBorders>
          </w:tcPr>
          <w:p w14:paraId="23EEAE76" w14:textId="77777777" w:rsidR="00215E3A" w:rsidRDefault="00A20486" w:rsidP="001F687B">
            <w:pPr>
              <w:shd w:val="clear" w:color="auto" w:fill="FFFFFF" w:themeFill="background1"/>
              <w:jc w:val="both"/>
            </w:pPr>
            <w:r>
              <w:rPr>
                <w:b/>
              </w:rPr>
              <w:t>BT2. Đặt một câu nêu hoạt động với từ ngữ vừa tìm được.</w:t>
            </w:r>
          </w:p>
          <w:p w14:paraId="16A797F9" w14:textId="77777777" w:rsidR="00215E3A" w:rsidRDefault="00A20486" w:rsidP="001F687B">
            <w:pPr>
              <w:shd w:val="clear" w:color="auto" w:fill="FFFFFF" w:themeFill="background1"/>
              <w:jc w:val="both"/>
            </w:pPr>
            <w:r>
              <w:t>- GV cho HS đọc yêu cầu của bài tập.</w:t>
            </w:r>
          </w:p>
        </w:tc>
        <w:tc>
          <w:tcPr>
            <w:tcW w:w="5270" w:type="dxa"/>
            <w:tcBorders>
              <w:top w:val="single" w:sz="4" w:space="0" w:color="000000"/>
              <w:left w:val="single" w:sz="8" w:space="0" w:color="000000"/>
              <w:bottom w:val="nil"/>
              <w:right w:val="single" w:sz="8" w:space="0" w:color="000000"/>
            </w:tcBorders>
          </w:tcPr>
          <w:p w14:paraId="367DDA4A" w14:textId="77777777" w:rsidR="00215E3A" w:rsidRDefault="00A20486" w:rsidP="001F687B">
            <w:pPr>
              <w:shd w:val="clear" w:color="auto" w:fill="FFFFFF" w:themeFill="background1"/>
              <w:jc w:val="both"/>
            </w:pPr>
            <w:r>
              <w:t>- 2 - 3 HS đọc to yêu cầu; cả lớp đọc thầm.</w:t>
            </w:r>
          </w:p>
        </w:tc>
      </w:tr>
      <w:tr w:rsidR="00215E3A" w14:paraId="64354FF0" w14:textId="77777777" w:rsidTr="001F687B">
        <w:trPr>
          <w:jc w:val="center"/>
        </w:trPr>
        <w:tc>
          <w:tcPr>
            <w:tcW w:w="5270" w:type="dxa"/>
            <w:tcBorders>
              <w:top w:val="nil"/>
              <w:left w:val="single" w:sz="8" w:space="0" w:color="000000"/>
              <w:bottom w:val="nil"/>
              <w:right w:val="single" w:sz="8" w:space="0" w:color="000000"/>
            </w:tcBorders>
          </w:tcPr>
          <w:p w14:paraId="5682644E" w14:textId="77777777" w:rsidR="00215E3A" w:rsidRDefault="00A20486" w:rsidP="001F687B">
            <w:pPr>
              <w:shd w:val="clear" w:color="auto" w:fill="FFFFFF" w:themeFill="background1"/>
              <w:jc w:val="both"/>
            </w:pPr>
            <w:r>
              <w:t>- GV hướng dẫn HS làm mẫu.</w:t>
            </w:r>
          </w:p>
        </w:tc>
        <w:tc>
          <w:tcPr>
            <w:tcW w:w="5270" w:type="dxa"/>
            <w:tcBorders>
              <w:top w:val="nil"/>
              <w:left w:val="single" w:sz="8" w:space="0" w:color="000000"/>
              <w:bottom w:val="nil"/>
              <w:right w:val="single" w:sz="8" w:space="0" w:color="000000"/>
            </w:tcBorders>
          </w:tcPr>
          <w:p w14:paraId="634EE1B2" w14:textId="77777777" w:rsidR="00215E3A" w:rsidRDefault="00A20486" w:rsidP="001F687B">
            <w:pPr>
              <w:shd w:val="clear" w:color="auto" w:fill="FFFFFF" w:themeFill="background1"/>
              <w:jc w:val="both"/>
            </w:pPr>
            <w:r>
              <w:t>- HS chú ý nghe mẫu: Các bạn đọc sách.</w:t>
            </w:r>
          </w:p>
        </w:tc>
      </w:tr>
      <w:tr w:rsidR="00215E3A" w14:paraId="3AC356DB" w14:textId="77777777" w:rsidTr="001F687B">
        <w:trPr>
          <w:jc w:val="center"/>
        </w:trPr>
        <w:tc>
          <w:tcPr>
            <w:tcW w:w="5270" w:type="dxa"/>
            <w:tcBorders>
              <w:top w:val="nil"/>
              <w:left w:val="single" w:sz="8" w:space="0" w:color="000000"/>
              <w:bottom w:val="nil"/>
              <w:right w:val="single" w:sz="8" w:space="0" w:color="000000"/>
            </w:tcBorders>
          </w:tcPr>
          <w:p w14:paraId="6C48A811" w14:textId="77777777" w:rsidR="00215E3A" w:rsidRDefault="00A20486" w:rsidP="001F687B">
            <w:pPr>
              <w:shd w:val="clear" w:color="auto" w:fill="FFFFFF" w:themeFill="background1"/>
              <w:jc w:val="both"/>
            </w:pPr>
            <w:r>
              <w:t>- GV tổ chức cho HS thực hành cặp đôi.</w:t>
            </w:r>
          </w:p>
        </w:tc>
        <w:tc>
          <w:tcPr>
            <w:tcW w:w="5270" w:type="dxa"/>
            <w:tcBorders>
              <w:top w:val="nil"/>
              <w:left w:val="single" w:sz="8" w:space="0" w:color="000000"/>
              <w:bottom w:val="nil"/>
              <w:right w:val="single" w:sz="8" w:space="0" w:color="000000"/>
            </w:tcBorders>
          </w:tcPr>
          <w:p w14:paraId="3A647402" w14:textId="77777777" w:rsidR="00215E3A" w:rsidRDefault="00A20486" w:rsidP="001F687B">
            <w:pPr>
              <w:shd w:val="clear" w:color="auto" w:fill="FFFFFF" w:themeFill="background1"/>
              <w:jc w:val="both"/>
            </w:pPr>
            <w:r>
              <w:t>- HS thực hành cặp đôi, đặt câu và góp ý cho nhau.</w:t>
            </w:r>
          </w:p>
        </w:tc>
      </w:tr>
      <w:tr w:rsidR="00215E3A" w14:paraId="6CA559C2" w14:textId="77777777" w:rsidTr="001F687B">
        <w:trPr>
          <w:jc w:val="center"/>
        </w:trPr>
        <w:tc>
          <w:tcPr>
            <w:tcW w:w="5270" w:type="dxa"/>
            <w:tcBorders>
              <w:top w:val="nil"/>
              <w:left w:val="single" w:sz="8" w:space="0" w:color="000000"/>
              <w:bottom w:val="nil"/>
              <w:right w:val="single" w:sz="8" w:space="0" w:color="000000"/>
            </w:tcBorders>
          </w:tcPr>
          <w:p w14:paraId="72E7D923" w14:textId="77777777" w:rsidR="00215E3A" w:rsidRDefault="00A20486" w:rsidP="001F687B">
            <w:pPr>
              <w:shd w:val="clear" w:color="auto" w:fill="FFFFFF" w:themeFill="background1"/>
              <w:jc w:val="both"/>
            </w:pPr>
            <w:r>
              <w:t>- GV mời HS chia sẻ trước lớp.</w:t>
            </w:r>
          </w:p>
        </w:tc>
        <w:tc>
          <w:tcPr>
            <w:tcW w:w="5270" w:type="dxa"/>
            <w:tcBorders>
              <w:top w:val="nil"/>
              <w:left w:val="single" w:sz="8" w:space="0" w:color="000000"/>
              <w:bottom w:val="nil"/>
              <w:right w:val="single" w:sz="8" w:space="0" w:color="000000"/>
            </w:tcBorders>
          </w:tcPr>
          <w:p w14:paraId="4381FBCA" w14:textId="77777777" w:rsidR="00215E3A" w:rsidRDefault="00A20486" w:rsidP="001F687B">
            <w:pPr>
              <w:shd w:val="clear" w:color="auto" w:fill="FFFFFF" w:themeFill="background1"/>
              <w:jc w:val="both"/>
            </w:pPr>
            <w:r>
              <w:t>- HS chia sẻ: Các bạn đang vẽ tranh. Thầy giáo đang đánh đàn. Các bạn nhỏ đang tập thể dục. Hai bạn đang đá cầu.</w:t>
            </w:r>
          </w:p>
        </w:tc>
      </w:tr>
      <w:tr w:rsidR="00215E3A" w14:paraId="0E23A936" w14:textId="77777777" w:rsidTr="001F687B">
        <w:trPr>
          <w:jc w:val="center"/>
        </w:trPr>
        <w:tc>
          <w:tcPr>
            <w:tcW w:w="5270" w:type="dxa"/>
            <w:tcBorders>
              <w:top w:val="nil"/>
              <w:left w:val="single" w:sz="8" w:space="0" w:color="000000"/>
              <w:bottom w:val="nil"/>
              <w:right w:val="single" w:sz="8" w:space="0" w:color="000000"/>
            </w:tcBorders>
          </w:tcPr>
          <w:p w14:paraId="1E715E77" w14:textId="77777777" w:rsidR="00215E3A" w:rsidRDefault="00A20486" w:rsidP="001F687B">
            <w:pPr>
              <w:shd w:val="clear" w:color="auto" w:fill="FFFFFF" w:themeFill="background1"/>
              <w:jc w:val="both"/>
            </w:pPr>
            <w:r>
              <w:rPr>
                <w:b/>
              </w:rPr>
              <w:t>BT3. Đặt một câu nêu hoạt động của em ở trường.</w:t>
            </w:r>
          </w:p>
          <w:p w14:paraId="7E41BFC9" w14:textId="77777777" w:rsidR="00215E3A" w:rsidRDefault="00A20486" w:rsidP="001F687B">
            <w:pPr>
              <w:shd w:val="clear" w:color="auto" w:fill="FFFFFF" w:themeFill="background1"/>
              <w:jc w:val="both"/>
            </w:pPr>
            <w:r>
              <w:t>- GV yêu cầu HS suy nghĩ và đặt câu.</w:t>
            </w:r>
          </w:p>
        </w:tc>
        <w:tc>
          <w:tcPr>
            <w:tcW w:w="5270" w:type="dxa"/>
            <w:tcBorders>
              <w:top w:val="nil"/>
              <w:left w:val="single" w:sz="8" w:space="0" w:color="000000"/>
              <w:bottom w:val="nil"/>
              <w:right w:val="single" w:sz="8" w:space="0" w:color="000000"/>
            </w:tcBorders>
          </w:tcPr>
          <w:p w14:paraId="3B6789F1" w14:textId="77777777" w:rsidR="00215E3A" w:rsidRDefault="00A20486" w:rsidP="001F687B">
            <w:pPr>
              <w:shd w:val="clear" w:color="auto" w:fill="FFFFFF" w:themeFill="background1"/>
              <w:jc w:val="both"/>
            </w:pPr>
            <w:r>
              <w:t>- HS đặt câu: Em đọc sách ở thư viện. Em tập thể dục giữa giờ. Em chăm sóc cây ở lớp.</w:t>
            </w:r>
          </w:p>
        </w:tc>
      </w:tr>
      <w:tr w:rsidR="00215E3A" w14:paraId="3229D5A5" w14:textId="77777777" w:rsidTr="001F687B">
        <w:trPr>
          <w:jc w:val="center"/>
        </w:trPr>
        <w:tc>
          <w:tcPr>
            <w:tcW w:w="5270" w:type="dxa"/>
            <w:tcBorders>
              <w:top w:val="nil"/>
              <w:left w:val="single" w:sz="8" w:space="0" w:color="000000"/>
              <w:bottom w:val="single" w:sz="4" w:space="0" w:color="000000"/>
              <w:right w:val="single" w:sz="8" w:space="0" w:color="000000"/>
            </w:tcBorders>
          </w:tcPr>
          <w:p w14:paraId="091F3B1C" w14:textId="77777777" w:rsidR="00215E3A" w:rsidRDefault="00A20486" w:rsidP="001F687B">
            <w:pPr>
              <w:shd w:val="clear" w:color="auto" w:fill="FFFFFF" w:themeFill="background1"/>
              <w:jc w:val="both"/>
            </w:pPr>
            <w:r>
              <w:t>- GV nhận xét, sửa câu cho HS.</w:t>
            </w:r>
          </w:p>
        </w:tc>
        <w:tc>
          <w:tcPr>
            <w:tcW w:w="5270" w:type="dxa"/>
            <w:tcBorders>
              <w:top w:val="nil"/>
              <w:left w:val="single" w:sz="8" w:space="0" w:color="000000"/>
              <w:bottom w:val="single" w:sz="4" w:space="0" w:color="000000"/>
              <w:right w:val="single" w:sz="8" w:space="0" w:color="000000"/>
            </w:tcBorders>
          </w:tcPr>
          <w:p w14:paraId="0E2B6762" w14:textId="77777777" w:rsidR="00215E3A" w:rsidRDefault="00A20486" w:rsidP="001F687B">
            <w:pPr>
              <w:shd w:val="clear" w:color="auto" w:fill="FFFFFF" w:themeFill="background1"/>
              <w:jc w:val="both"/>
            </w:pPr>
            <w:r>
              <w:t>- HS sửa câu, nói câu trọn ý, dùng đúng từ chỉ hoạt động.</w:t>
            </w:r>
          </w:p>
        </w:tc>
      </w:tr>
      <w:tr w:rsidR="003B638A" w14:paraId="11958679"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09F5F9E1" w14:textId="77777777" w:rsidR="003B638A" w:rsidRDefault="001B3E3F" w:rsidP="001F687B">
            <w:pPr>
              <w:shd w:val="clear" w:color="auto" w:fill="FFFFFF" w:themeFill="background1"/>
            </w:pPr>
            <w:r>
              <w:rPr>
                <w:b/>
                <w:color w:val="008000"/>
              </w:rPr>
              <w:t>4. Vận dụng (5 phút)</w:t>
            </w:r>
          </w:p>
          <w:p w14:paraId="3C7FE589" w14:textId="77777777" w:rsidR="003B638A" w:rsidRDefault="001B3E3F" w:rsidP="001F687B">
            <w:pPr>
              <w:shd w:val="clear" w:color="auto" w:fill="FFFFFF" w:themeFill="background1"/>
            </w:pPr>
            <w:r>
              <w:rPr>
                <w:b/>
                <w:color w:val="008000"/>
              </w:rPr>
              <w:t>Mục tiêu: Củng cố vốn từ chỉ sự vật, hoạt động; biết vận dụng đặt câu trong giao tiếp hằng ngày.</w:t>
            </w:r>
          </w:p>
        </w:tc>
      </w:tr>
      <w:tr w:rsidR="003B638A" w14:paraId="18EC37CD" w14:textId="77777777" w:rsidTr="001F687B">
        <w:trPr>
          <w:jc w:val="center"/>
        </w:trPr>
        <w:tc>
          <w:tcPr>
            <w:tcW w:w="5270" w:type="dxa"/>
            <w:tcBorders>
              <w:top w:val="single" w:sz="4" w:space="0" w:color="000000"/>
              <w:bottom w:val="nil"/>
            </w:tcBorders>
          </w:tcPr>
          <w:p w14:paraId="3054914C" w14:textId="77777777" w:rsidR="003B638A" w:rsidRDefault="001B3E3F" w:rsidP="001F687B">
            <w:pPr>
              <w:shd w:val="clear" w:color="auto" w:fill="FFFFFF" w:themeFill="background1"/>
            </w:pPr>
            <w:r>
              <w:t>- GV yêu cầu HS đặt một câu nêu hoạt động em sẽ thực hiện ở trường hoặc ở nhà hôm nay.</w:t>
            </w:r>
          </w:p>
        </w:tc>
        <w:tc>
          <w:tcPr>
            <w:tcW w:w="5270" w:type="dxa"/>
            <w:tcBorders>
              <w:top w:val="single" w:sz="4" w:space="0" w:color="000000"/>
              <w:bottom w:val="nil"/>
            </w:tcBorders>
          </w:tcPr>
          <w:p w14:paraId="3756D312" w14:textId="77777777" w:rsidR="003B638A" w:rsidRDefault="001B3E3F" w:rsidP="001F687B">
            <w:pPr>
              <w:shd w:val="clear" w:color="auto" w:fill="FFFFFF" w:themeFill="background1"/>
            </w:pPr>
            <w:r>
              <w:t>- HS đặt câu: Em đọc sách ở nhà. Em soạn sách vở trước khi đi học. Em giúp mẹ dọn bàn.</w:t>
            </w:r>
          </w:p>
        </w:tc>
      </w:tr>
      <w:tr w:rsidR="003B638A" w14:paraId="02778076" w14:textId="77777777" w:rsidTr="001F687B">
        <w:trPr>
          <w:jc w:val="center"/>
        </w:trPr>
        <w:tc>
          <w:tcPr>
            <w:tcW w:w="5270" w:type="dxa"/>
            <w:tcBorders>
              <w:top w:val="nil"/>
            </w:tcBorders>
          </w:tcPr>
          <w:p w14:paraId="39257A48" w14:textId="77777777" w:rsidR="003B638A" w:rsidRDefault="001B3E3F" w:rsidP="001F687B">
            <w:pPr>
              <w:shd w:val="clear" w:color="auto" w:fill="FFFFFF" w:themeFill="background1"/>
            </w:pPr>
            <w:r>
              <w:t>- Dặn dò: Về nhà tìm thêm 3 từ chỉ sự vật, 3 từ chỉ hoạt động trong thời khóa biểu hoặc ở trường; chuẩn bị tiết viết đoạn.</w:t>
            </w:r>
          </w:p>
        </w:tc>
        <w:tc>
          <w:tcPr>
            <w:tcW w:w="5270" w:type="dxa"/>
            <w:tcBorders>
              <w:top w:val="nil"/>
            </w:tcBorders>
          </w:tcPr>
          <w:p w14:paraId="6DD0E895" w14:textId="77777777" w:rsidR="003B638A" w:rsidRDefault="001B3E3F" w:rsidP="001F687B">
            <w:pPr>
              <w:shd w:val="clear" w:color="auto" w:fill="FFFFFF" w:themeFill="background1"/>
            </w:pPr>
            <w:r>
              <w:t>- HS ghi nhớ và thực hiện, ghi từ tìm được vào vở nháp.</w:t>
            </w:r>
          </w:p>
        </w:tc>
      </w:tr>
    </w:tbl>
    <w:p w14:paraId="3D87EABC" w14:textId="77777777" w:rsidR="00215E3A" w:rsidRDefault="00A20486" w:rsidP="001F687B">
      <w:pPr>
        <w:shd w:val="clear" w:color="auto" w:fill="FFFFFF" w:themeFill="background1"/>
        <w:spacing w:after="0" w:line="240" w:lineRule="auto"/>
        <w:jc w:val="both"/>
      </w:pPr>
      <w:r>
        <w:rPr>
          <w:b/>
          <w:color w:val="000000"/>
        </w:rPr>
        <w:t>IV. ĐIỀU CHỈNH SAU TIẾT DẠY (NẾU CÓ):</w:t>
      </w:r>
    </w:p>
    <w:p w14:paraId="4E16A6B9" w14:textId="43DA5710" w:rsidR="00215E3A" w:rsidRDefault="00A20486" w:rsidP="001F687B">
      <w:pPr>
        <w:shd w:val="clear" w:color="auto" w:fill="FFFFFF" w:themeFill="background1"/>
        <w:spacing w:after="0" w:line="240" w:lineRule="auto"/>
        <w:jc w:val="both"/>
      </w:pPr>
      <w:r>
        <w:rPr>
          <w:color w:val="000000"/>
        </w:rPr>
        <w:t>................................................................................................................................................</w:t>
      </w:r>
    </w:p>
    <w:p w14:paraId="5606F653" w14:textId="77777777" w:rsidR="00215E3A" w:rsidRDefault="003F1E52" w:rsidP="001F687B">
      <w:pPr>
        <w:shd w:val="clear" w:color="auto" w:fill="FFFFFF" w:themeFill="background1"/>
        <w:spacing w:after="0" w:line="240" w:lineRule="auto"/>
        <w:jc w:val="center"/>
      </w:pPr>
      <w:r>
        <w:rPr>
          <w:b/>
          <w:color w:val="000000"/>
        </w:rPr>
        <w:t>KẾ HOẠCH BÀI DẠY MÔN TIẾNG VIỆT LỚP 2</w:t>
      </w:r>
      <w:r w:rsidR="00A20486">
        <w:rPr>
          <w:b/>
          <w:color w:val="000000"/>
        </w:rPr>
        <w:t>- TUẦN 5</w:t>
      </w:r>
    </w:p>
    <w:p w14:paraId="6424B64D" w14:textId="77777777" w:rsidR="00215E3A" w:rsidRDefault="00A20486" w:rsidP="001F687B">
      <w:pPr>
        <w:shd w:val="clear" w:color="auto" w:fill="FFFFFF" w:themeFill="background1"/>
        <w:spacing w:after="0" w:line="240" w:lineRule="auto"/>
        <w:jc w:val="center"/>
      </w:pPr>
      <w:r>
        <w:rPr>
          <w:b/>
          <w:color w:val="000000"/>
        </w:rPr>
        <w:t>CHỦ ĐỀ 2: ĐI HỌC VUI SAO</w:t>
      </w:r>
    </w:p>
    <w:p w14:paraId="6F72943E" w14:textId="77777777" w:rsidR="00215E3A" w:rsidRDefault="00A20486" w:rsidP="001F687B">
      <w:pPr>
        <w:shd w:val="clear" w:color="auto" w:fill="FFFFFF" w:themeFill="background1"/>
        <w:spacing w:after="0" w:line="240" w:lineRule="auto"/>
        <w:jc w:val="center"/>
      </w:pPr>
      <w:r>
        <w:rPr>
          <w:b/>
          <w:color w:val="000000"/>
        </w:rPr>
        <w:lastRenderedPageBreak/>
        <w:t>BÀI 10: THỜI KHÓA BIỂU</w:t>
      </w:r>
    </w:p>
    <w:p w14:paraId="19ADFA6C" w14:textId="77777777" w:rsidR="00215E3A" w:rsidRDefault="00A20486" w:rsidP="001F687B">
      <w:pPr>
        <w:shd w:val="clear" w:color="auto" w:fill="FFFFFF" w:themeFill="background1"/>
        <w:spacing w:after="0" w:line="240" w:lineRule="auto"/>
        <w:jc w:val="center"/>
      </w:pPr>
      <w:r>
        <w:rPr>
          <w:b/>
        </w:rPr>
        <w:t>TIẾT 5 - 6: LUYỆN VIẾT ĐOẠN: VIẾT THỜI GIAN BIỂU; ĐỌC MỞ RỘNG</w:t>
      </w:r>
    </w:p>
    <w:p w14:paraId="426CCA4A" w14:textId="77777777" w:rsidR="00215E3A" w:rsidRDefault="00A20486" w:rsidP="001F687B">
      <w:pPr>
        <w:shd w:val="clear" w:color="auto" w:fill="FFFFFF" w:themeFill="background1"/>
        <w:spacing w:after="0" w:line="240" w:lineRule="auto"/>
        <w:jc w:val="both"/>
      </w:pPr>
      <w:r>
        <w:rPr>
          <w:b/>
          <w:color w:val="000000"/>
        </w:rPr>
        <w:t>I. YÊU CẦU CẦN ĐẠT</w:t>
      </w:r>
    </w:p>
    <w:p w14:paraId="6299568B" w14:textId="77777777" w:rsidR="00215E3A" w:rsidRDefault="00A20486" w:rsidP="001F687B">
      <w:pPr>
        <w:shd w:val="clear" w:color="auto" w:fill="FFFFFF" w:themeFill="background1"/>
        <w:spacing w:after="0" w:line="240" w:lineRule="auto"/>
        <w:jc w:val="both"/>
      </w:pPr>
      <w:r>
        <w:rPr>
          <w:b/>
          <w:color w:val="000000"/>
        </w:rPr>
        <w:t>1. Năng lực đặc thù:</w:t>
      </w:r>
    </w:p>
    <w:p w14:paraId="2F99EE49" w14:textId="77777777" w:rsidR="00215E3A" w:rsidRDefault="00A20486" w:rsidP="001F687B">
      <w:pPr>
        <w:shd w:val="clear" w:color="auto" w:fill="FFFFFF" w:themeFill="background1"/>
        <w:spacing w:after="0" w:line="240" w:lineRule="auto"/>
        <w:jc w:val="both"/>
      </w:pPr>
      <w:r>
        <w:t>- Viết được thời gian biểu của bản thân từ 17 giờ đến lúc đi ngủ; biết trình bày rõ thời gian và hoạt động phù hợp.</w:t>
      </w:r>
    </w:p>
    <w:p w14:paraId="3F572D8D" w14:textId="77777777" w:rsidR="00215E3A" w:rsidRDefault="00A20486" w:rsidP="001F687B">
      <w:pPr>
        <w:shd w:val="clear" w:color="auto" w:fill="FFFFFF" w:themeFill="background1"/>
        <w:spacing w:after="0" w:line="240" w:lineRule="auto"/>
        <w:jc w:val="both"/>
      </w:pPr>
      <w:r>
        <w:t>- Đọc được bảng tin của nhà trường, nắm thông tin chính và chia sẻ được thông tin em quan tâm; vận dụng vào học tập, sinh hoạt hằng ngày.</w:t>
      </w:r>
    </w:p>
    <w:p w14:paraId="0E7B5B8F" w14:textId="77777777" w:rsidR="00215E3A" w:rsidRDefault="00A20486" w:rsidP="001F687B">
      <w:pPr>
        <w:shd w:val="clear" w:color="auto" w:fill="FFFFFF" w:themeFill="background1"/>
        <w:spacing w:after="0" w:line="240" w:lineRule="auto"/>
        <w:jc w:val="both"/>
      </w:pPr>
      <w:r>
        <w:rPr>
          <w:b/>
          <w:color w:val="000000"/>
        </w:rPr>
        <w:t>2. Năng lực chung:</w:t>
      </w:r>
    </w:p>
    <w:p w14:paraId="2D742E8E" w14:textId="77777777" w:rsidR="00215E3A" w:rsidRDefault="00A20486" w:rsidP="001F687B">
      <w:pPr>
        <w:shd w:val="clear" w:color="auto" w:fill="FFFFFF" w:themeFill="background1"/>
        <w:spacing w:after="0" w:line="240" w:lineRule="auto"/>
        <w:jc w:val="both"/>
      </w:pPr>
      <w:r>
        <w:rPr>
          <w:color w:val="000000"/>
        </w:rPr>
        <w:t>- Tự chủ và tự học: hoàn thành nhiệm vụ cá nhân; biết kiểm tra, sửa lỗi.</w:t>
      </w:r>
    </w:p>
    <w:p w14:paraId="5D2ABA80" w14:textId="77777777" w:rsidR="00215E3A" w:rsidRDefault="00A20486" w:rsidP="001F687B">
      <w:pPr>
        <w:shd w:val="clear" w:color="auto" w:fill="FFFFFF" w:themeFill="background1"/>
        <w:spacing w:after="0" w:line="240" w:lineRule="auto"/>
        <w:jc w:val="both"/>
      </w:pPr>
      <w:r>
        <w:rPr>
          <w:color w:val="000000"/>
        </w:rPr>
        <w:t>- Giao tiếp và hợp tác: trao đổi với bạn, trình bày ý kiến rõ ràng.</w:t>
      </w:r>
    </w:p>
    <w:p w14:paraId="4B41B430" w14:textId="77777777" w:rsidR="00215E3A" w:rsidRDefault="00A20486" w:rsidP="001F687B">
      <w:pPr>
        <w:shd w:val="clear" w:color="auto" w:fill="FFFFFF" w:themeFill="background1"/>
        <w:spacing w:after="0" w:line="240" w:lineRule="auto"/>
        <w:jc w:val="both"/>
      </w:pPr>
      <w:r>
        <w:rPr>
          <w:b/>
          <w:color w:val="000000"/>
        </w:rPr>
        <w:t>3. Phẩm chất:</w:t>
      </w:r>
    </w:p>
    <w:p w14:paraId="32AA80A9" w14:textId="77777777" w:rsidR="00215E3A" w:rsidRDefault="00A20486" w:rsidP="001F687B">
      <w:pPr>
        <w:shd w:val="clear" w:color="auto" w:fill="FFFFFF" w:themeFill="background1"/>
        <w:spacing w:after="0" w:line="240" w:lineRule="auto"/>
        <w:jc w:val="both"/>
      </w:pPr>
      <w:r>
        <w:rPr>
          <w:color w:val="000000"/>
        </w:rPr>
        <w:t>- Chăm chỉ, trách nhiệm: tích cực tham gia hoạt động học tập.</w:t>
      </w:r>
    </w:p>
    <w:p w14:paraId="5216AA76" w14:textId="77777777" w:rsidR="00215E3A" w:rsidRDefault="00A20486" w:rsidP="001F687B">
      <w:pPr>
        <w:shd w:val="clear" w:color="auto" w:fill="FFFFFF" w:themeFill="background1"/>
        <w:spacing w:after="0" w:line="240" w:lineRule="auto"/>
        <w:jc w:val="both"/>
      </w:pPr>
      <w:r>
        <w:rPr>
          <w:b/>
          <w:color w:val="000000"/>
        </w:rPr>
        <w:t>4. Tích hợp:</w:t>
      </w:r>
    </w:p>
    <w:p w14:paraId="4A964D41" w14:textId="77777777" w:rsidR="00215E3A" w:rsidRDefault="00A20486" w:rsidP="001F687B">
      <w:pPr>
        <w:shd w:val="clear" w:color="auto" w:fill="FFFFFF" w:themeFill="background1"/>
        <w:spacing w:after="0" w:line="240" w:lineRule="auto"/>
        <w:jc w:val="both"/>
      </w:pPr>
      <w:r>
        <w:t>- Giáo dục kĩ năng sống: HS biết lập và thực hiện thời gian biểu phù hợp; biết sắp xếp việc học, vui chơi, nghỉ ngơi, giúp việc nhà để hình thành thói quen đúng giờ, tự giác và có trách nhiệm.</w:t>
      </w:r>
      <w:r>
        <w:br/>
        <w:t>- Tích hợp NLS 1.1.CB1a: Xác định được thông tin, tìm kiếm dữ liệu, thông tin và nội dung thông qua tìm kiếm đơn giản trong môi trường số; biết chọn lọc thông tin phù hợp: HS biết xác định đúng thông tin cần tìm khi đọc bản tin nhà trường, dùng từ khóa phù hợp, chọn nguồn an toàn, kiểm tra tên bản tin/nguồn đăng và chỉ chia sẻ nội dung phù hợp với bài học.</w:t>
      </w:r>
    </w:p>
    <w:p w14:paraId="031E8F08" w14:textId="77777777" w:rsidR="00215E3A" w:rsidRDefault="00A20486" w:rsidP="001F687B">
      <w:pPr>
        <w:shd w:val="clear" w:color="auto" w:fill="FFFFFF" w:themeFill="background1"/>
        <w:spacing w:after="0" w:line="240" w:lineRule="auto"/>
        <w:jc w:val="both"/>
      </w:pPr>
      <w:r>
        <w:rPr>
          <w:b/>
          <w:color w:val="000000"/>
        </w:rPr>
        <w:t>II. ĐỒ DÙNG DẠY HỌC</w:t>
      </w:r>
    </w:p>
    <w:p w14:paraId="4661E645" w14:textId="77777777" w:rsidR="00215E3A" w:rsidRDefault="00A20486" w:rsidP="001F687B">
      <w:pPr>
        <w:shd w:val="clear" w:color="auto" w:fill="FFFFFF" w:themeFill="background1"/>
        <w:spacing w:after="0" w:line="240" w:lineRule="auto"/>
        <w:jc w:val="both"/>
      </w:pPr>
      <w:r>
        <w:rPr>
          <w:color w:val="000000"/>
        </w:rPr>
        <w:t>- GV: Máy tính, máy chiếu/tivi, tranh và câu bài tập cắt từ SGK, thẻ từ, phiếu học tập phù hợp với bài.</w:t>
      </w:r>
    </w:p>
    <w:p w14:paraId="34CBC008" w14:textId="77777777" w:rsidR="00215E3A" w:rsidRDefault="00A20486" w:rsidP="001F687B">
      <w:pPr>
        <w:shd w:val="clear" w:color="auto" w:fill="FFFFFF" w:themeFill="background1"/>
        <w:spacing w:after="0" w:line="240" w:lineRule="auto"/>
        <w:jc w:val="both"/>
      </w:pPr>
      <w:r>
        <w:rPr>
          <w:color w:val="000000"/>
        </w:rPr>
        <w:t>- HS: SGK Tiếng Việt 2 tập một, Vở bài tập Tiếng Việt, vở ô ly, bảng con/bút chì.</w:t>
      </w:r>
    </w:p>
    <w:p w14:paraId="0792D105" w14:textId="77777777" w:rsidR="00215E3A" w:rsidRDefault="00A20486" w:rsidP="001F687B">
      <w:pPr>
        <w:shd w:val="clear" w:color="auto" w:fill="FFFFFF" w:themeFill="background1"/>
        <w:spacing w:after="0" w:line="240" w:lineRule="auto"/>
        <w:jc w:val="both"/>
      </w:pPr>
      <w:r>
        <w:rPr>
          <w:b/>
          <w:color w:val="000000"/>
        </w:rPr>
        <w:t>III. HOẠT ĐỘNG DẠY HỌC</w:t>
      </w:r>
    </w:p>
    <w:tbl>
      <w:tblPr>
        <w:tblStyle w:val="TableGrid"/>
        <w:tblW w:w="0" w:type="auto"/>
        <w:jc w:val="center"/>
        <w:tblLayout w:type="fixed"/>
        <w:tblLook w:val="04A0" w:firstRow="1" w:lastRow="0" w:firstColumn="1" w:lastColumn="0" w:noHBand="0" w:noVBand="1"/>
      </w:tblPr>
      <w:tblGrid>
        <w:gridCol w:w="5270"/>
        <w:gridCol w:w="5270"/>
      </w:tblGrid>
      <w:tr w:rsidR="00215E3A" w14:paraId="1D6B4EE4" w14:textId="77777777" w:rsidTr="001F687B">
        <w:trPr>
          <w:jc w:val="center"/>
        </w:trPr>
        <w:tc>
          <w:tcPr>
            <w:tcW w:w="5270" w:type="dxa"/>
            <w:tcBorders>
              <w:top w:val="single" w:sz="8" w:space="0" w:color="000000"/>
              <w:left w:val="single" w:sz="8" w:space="0" w:color="000000"/>
              <w:bottom w:val="nil"/>
              <w:right w:val="single" w:sz="8" w:space="0" w:color="000000"/>
            </w:tcBorders>
            <w:shd w:val="clear" w:color="auto" w:fill="D9EAF7"/>
          </w:tcPr>
          <w:p w14:paraId="266965B0" w14:textId="77777777" w:rsidR="00215E3A" w:rsidRDefault="00A20486" w:rsidP="001F687B">
            <w:pPr>
              <w:shd w:val="clear" w:color="auto" w:fill="FFFFFF" w:themeFill="background1"/>
              <w:jc w:val="center"/>
            </w:pPr>
            <w:r>
              <w:rPr>
                <w:b/>
                <w:color w:val="006100"/>
              </w:rPr>
              <w:t>Hoạt động của giáo viên</w:t>
            </w:r>
          </w:p>
        </w:tc>
        <w:tc>
          <w:tcPr>
            <w:tcW w:w="5270" w:type="dxa"/>
            <w:tcBorders>
              <w:top w:val="single" w:sz="8" w:space="0" w:color="000000"/>
              <w:left w:val="single" w:sz="8" w:space="0" w:color="000000"/>
              <w:bottom w:val="nil"/>
              <w:right w:val="single" w:sz="8" w:space="0" w:color="000000"/>
            </w:tcBorders>
            <w:shd w:val="clear" w:color="auto" w:fill="D9EAF7"/>
          </w:tcPr>
          <w:p w14:paraId="346EE59C" w14:textId="77777777" w:rsidR="00215E3A" w:rsidRDefault="00A20486" w:rsidP="001F687B">
            <w:pPr>
              <w:shd w:val="clear" w:color="auto" w:fill="FFFFFF" w:themeFill="background1"/>
              <w:jc w:val="center"/>
            </w:pPr>
            <w:r>
              <w:rPr>
                <w:b/>
                <w:color w:val="006100"/>
              </w:rPr>
              <w:t>Hoạt động của học sinh</w:t>
            </w:r>
          </w:p>
        </w:tc>
      </w:tr>
      <w:tr w:rsidR="00F70B7E" w14:paraId="7636AB7E" w14:textId="77777777" w:rsidTr="001F687B">
        <w:trPr>
          <w:jc w:val="center"/>
        </w:trPr>
        <w:tc>
          <w:tcPr>
            <w:tcW w:w="10540" w:type="dxa"/>
            <w:gridSpan w:val="2"/>
            <w:tcBorders>
              <w:top w:val="nil"/>
              <w:bottom w:val="single" w:sz="4" w:space="0" w:color="000000"/>
            </w:tcBorders>
            <w:shd w:val="clear" w:color="auto" w:fill="D9EAD3"/>
            <w:vAlign w:val="center"/>
          </w:tcPr>
          <w:p w14:paraId="38BE43AA" w14:textId="77777777" w:rsidR="00F70B7E" w:rsidRDefault="006D5E55" w:rsidP="001F687B">
            <w:pPr>
              <w:shd w:val="clear" w:color="auto" w:fill="FFFFFF" w:themeFill="background1"/>
              <w:jc w:val="center"/>
            </w:pPr>
            <w:r>
              <w:rPr>
                <w:b/>
              </w:rPr>
              <w:t>TIẾT 5 (35 phút)</w:t>
            </w:r>
          </w:p>
        </w:tc>
      </w:tr>
      <w:tr w:rsidR="00215E3A" w14:paraId="4A3A9AC3"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2A5DFFB4" w14:textId="77777777" w:rsidR="00215E3A" w:rsidRDefault="00A20486" w:rsidP="001F687B">
            <w:pPr>
              <w:shd w:val="clear" w:color="auto" w:fill="FFFFFF" w:themeFill="background1"/>
              <w:jc w:val="both"/>
            </w:pPr>
            <w:r>
              <w:rPr>
                <w:b/>
                <w:color w:val="008000"/>
              </w:rPr>
              <w:t>1. Khởi động (3 phút)</w:t>
            </w:r>
          </w:p>
          <w:p w14:paraId="73276AD6" w14:textId="77777777" w:rsidR="00215E3A" w:rsidRDefault="00A20486" w:rsidP="001F687B">
            <w:pPr>
              <w:shd w:val="clear" w:color="auto" w:fill="FFFFFF" w:themeFill="background1"/>
              <w:jc w:val="both"/>
            </w:pPr>
            <w:r>
              <w:rPr>
                <w:b/>
                <w:color w:val="008000"/>
              </w:rPr>
              <w:t>Mục tiêu: Tạo hứng thú cho HS và kết nối vào bài mới.</w:t>
            </w:r>
          </w:p>
        </w:tc>
      </w:tr>
      <w:tr w:rsidR="00215E3A" w14:paraId="5E0A858F" w14:textId="77777777" w:rsidTr="001F687B">
        <w:trPr>
          <w:jc w:val="center"/>
        </w:trPr>
        <w:tc>
          <w:tcPr>
            <w:tcW w:w="5270" w:type="dxa"/>
            <w:tcBorders>
              <w:top w:val="single" w:sz="4" w:space="0" w:color="000000"/>
              <w:left w:val="single" w:sz="8" w:space="0" w:color="000000"/>
              <w:bottom w:val="nil"/>
              <w:right w:val="single" w:sz="8" w:space="0" w:color="000000"/>
            </w:tcBorders>
          </w:tcPr>
          <w:p w14:paraId="455010F8" w14:textId="77777777" w:rsidR="00215E3A" w:rsidRDefault="00A20486" w:rsidP="001F687B">
            <w:pPr>
              <w:shd w:val="clear" w:color="auto" w:fill="FFFFFF" w:themeFill="background1"/>
              <w:jc w:val="both"/>
            </w:pPr>
            <w:r>
              <w:t>- GV tổ chức cho HS chơi trò chơi “Truyền điện” thi nói những việc em đã làm ở gia đình.</w:t>
            </w:r>
          </w:p>
        </w:tc>
        <w:tc>
          <w:tcPr>
            <w:tcW w:w="5270" w:type="dxa"/>
            <w:tcBorders>
              <w:top w:val="single" w:sz="4" w:space="0" w:color="000000"/>
              <w:left w:val="single" w:sz="8" w:space="0" w:color="000000"/>
              <w:bottom w:val="nil"/>
              <w:right w:val="single" w:sz="8" w:space="0" w:color="000000"/>
            </w:tcBorders>
          </w:tcPr>
          <w:p w14:paraId="2BA7C3AD" w14:textId="77777777" w:rsidR="00215E3A" w:rsidRDefault="00A20486" w:rsidP="001F687B">
            <w:pPr>
              <w:shd w:val="clear" w:color="auto" w:fill="FFFFFF" w:themeFill="background1"/>
              <w:jc w:val="both"/>
            </w:pPr>
            <w:r>
              <w:t>- HS chơi trò chơi, nêu nhanh: ăn cơm, rửa mặt, học bài, dọn bàn, đi ngủ.</w:t>
            </w:r>
          </w:p>
        </w:tc>
      </w:tr>
      <w:tr w:rsidR="00215E3A" w14:paraId="09A6EEC0" w14:textId="77777777" w:rsidTr="001F687B">
        <w:trPr>
          <w:jc w:val="center"/>
        </w:trPr>
        <w:tc>
          <w:tcPr>
            <w:tcW w:w="5270" w:type="dxa"/>
            <w:tcBorders>
              <w:top w:val="nil"/>
              <w:left w:val="single" w:sz="8" w:space="0" w:color="000000"/>
              <w:bottom w:val="single" w:sz="4" w:space="0" w:color="000000"/>
              <w:right w:val="single" w:sz="8" w:space="0" w:color="000000"/>
            </w:tcBorders>
          </w:tcPr>
          <w:p w14:paraId="54B2A440" w14:textId="77777777" w:rsidR="00215E3A" w:rsidRDefault="00A20486" w:rsidP="001F687B">
            <w:pPr>
              <w:shd w:val="clear" w:color="auto" w:fill="FFFFFF" w:themeFill="background1"/>
              <w:jc w:val="both"/>
            </w:pPr>
            <w:r>
              <w:t>- GV dẫn dắt vào bài mới.</w:t>
            </w:r>
          </w:p>
        </w:tc>
        <w:tc>
          <w:tcPr>
            <w:tcW w:w="5270" w:type="dxa"/>
            <w:tcBorders>
              <w:top w:val="nil"/>
              <w:left w:val="single" w:sz="8" w:space="0" w:color="000000"/>
              <w:bottom w:val="single" w:sz="4" w:space="0" w:color="000000"/>
              <w:right w:val="single" w:sz="8" w:space="0" w:color="000000"/>
            </w:tcBorders>
          </w:tcPr>
          <w:p w14:paraId="64541B44" w14:textId="77777777" w:rsidR="00215E3A" w:rsidRDefault="00A20486" w:rsidP="001F687B">
            <w:pPr>
              <w:shd w:val="clear" w:color="auto" w:fill="FFFFFF" w:themeFill="background1"/>
              <w:jc w:val="both"/>
            </w:pPr>
            <w:r>
              <w:t>- HS lắng nghe, chuẩn bị học bài Viết thời gian biểu.</w:t>
            </w:r>
          </w:p>
        </w:tc>
      </w:tr>
      <w:tr w:rsidR="00215E3A" w14:paraId="5751BCB2"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6421F691" w14:textId="77777777" w:rsidR="00215E3A" w:rsidRDefault="00A20486" w:rsidP="001F687B">
            <w:pPr>
              <w:shd w:val="clear" w:color="auto" w:fill="FFFFFF" w:themeFill="background1"/>
              <w:jc w:val="both"/>
            </w:pPr>
            <w:r>
              <w:rPr>
                <w:b/>
                <w:color w:val="008000"/>
              </w:rPr>
              <w:t>2. Khám phá kiến thức (12 phút)</w:t>
            </w:r>
          </w:p>
          <w:p w14:paraId="05FD0912" w14:textId="77777777" w:rsidR="00215E3A" w:rsidRDefault="00A20486" w:rsidP="001F687B">
            <w:pPr>
              <w:shd w:val="clear" w:color="auto" w:fill="FFFFFF" w:themeFill="background1"/>
              <w:jc w:val="both"/>
            </w:pPr>
            <w:r>
              <w:rPr>
                <w:b/>
                <w:color w:val="008000"/>
              </w:rPr>
              <w:t>Mục tiêu: Hình thành ý tưởng bài viết.</w:t>
            </w:r>
          </w:p>
        </w:tc>
      </w:tr>
      <w:tr w:rsidR="00215E3A" w14:paraId="1AD24F85" w14:textId="77777777" w:rsidTr="001F687B">
        <w:trPr>
          <w:jc w:val="center"/>
        </w:trPr>
        <w:tc>
          <w:tcPr>
            <w:tcW w:w="5270" w:type="dxa"/>
            <w:tcBorders>
              <w:top w:val="single" w:sz="4" w:space="0" w:color="000000"/>
              <w:left w:val="single" w:sz="8" w:space="0" w:color="000000"/>
              <w:bottom w:val="nil"/>
              <w:right w:val="single" w:sz="8" w:space="0" w:color="000000"/>
            </w:tcBorders>
          </w:tcPr>
          <w:p w14:paraId="75C0EB9A" w14:textId="77777777" w:rsidR="00215E3A" w:rsidRDefault="00A20486" w:rsidP="001F687B">
            <w:pPr>
              <w:shd w:val="clear" w:color="auto" w:fill="FFFFFF" w:themeFill="background1"/>
              <w:jc w:val="both"/>
            </w:pPr>
            <w:r>
              <w:rPr>
                <w:b/>
                <w:color w:val="006100"/>
              </w:rPr>
              <w:t>Hoạt động 1: Quan sát tranh, kể lại các hoạt động của bạn Nam.</w:t>
            </w:r>
          </w:p>
          <w:p w14:paraId="051B6537" w14:textId="77777777" w:rsidR="00215E3A" w:rsidRDefault="00A20486" w:rsidP="001F687B">
            <w:pPr>
              <w:shd w:val="clear" w:color="auto" w:fill="FFFFFF" w:themeFill="background1"/>
              <w:jc w:val="both"/>
            </w:pPr>
            <w:r>
              <w:t>- GV tổ chức cho HS đọc yêu cầu của bài.</w:t>
            </w:r>
          </w:p>
          <w:p w14:paraId="0706A29C" w14:textId="61DCBDAB" w:rsidR="00215E3A" w:rsidRDefault="00215E3A" w:rsidP="001F687B">
            <w:pPr>
              <w:shd w:val="clear" w:color="auto" w:fill="FFFFFF" w:themeFill="background1"/>
              <w:jc w:val="center"/>
            </w:pPr>
          </w:p>
        </w:tc>
        <w:tc>
          <w:tcPr>
            <w:tcW w:w="5270" w:type="dxa"/>
            <w:tcBorders>
              <w:top w:val="single" w:sz="4" w:space="0" w:color="000000"/>
              <w:left w:val="single" w:sz="8" w:space="0" w:color="000000"/>
              <w:bottom w:val="nil"/>
              <w:right w:val="single" w:sz="8" w:space="0" w:color="000000"/>
            </w:tcBorders>
          </w:tcPr>
          <w:p w14:paraId="2498F3EB" w14:textId="77777777" w:rsidR="00215E3A" w:rsidRDefault="00A20486" w:rsidP="001F687B">
            <w:pPr>
              <w:shd w:val="clear" w:color="auto" w:fill="FFFFFF" w:themeFill="background1"/>
              <w:jc w:val="both"/>
            </w:pPr>
            <w:r>
              <w:t>- HS đọc yêu cầu: Quan sát tranh, kể lại các hoạt động của bạn Nam.</w:t>
            </w:r>
          </w:p>
        </w:tc>
      </w:tr>
      <w:tr w:rsidR="00215E3A" w14:paraId="6F20CD22" w14:textId="77777777" w:rsidTr="001F687B">
        <w:trPr>
          <w:jc w:val="center"/>
        </w:trPr>
        <w:tc>
          <w:tcPr>
            <w:tcW w:w="5270" w:type="dxa"/>
            <w:tcBorders>
              <w:top w:val="nil"/>
              <w:left w:val="single" w:sz="8" w:space="0" w:color="000000"/>
              <w:bottom w:val="nil"/>
              <w:right w:val="single" w:sz="8" w:space="0" w:color="000000"/>
            </w:tcBorders>
          </w:tcPr>
          <w:p w14:paraId="1141704B" w14:textId="77777777" w:rsidR="00215E3A" w:rsidRDefault="00A20486" w:rsidP="001F687B">
            <w:pPr>
              <w:shd w:val="clear" w:color="auto" w:fill="FFFFFF" w:themeFill="background1"/>
              <w:jc w:val="both"/>
            </w:pPr>
            <w:r>
              <w:t>- GV trình chiếu tranh, hướng dẫn HS quan sát tranh, đọc các giờ tương ứng trong mỗi tranh.</w:t>
            </w:r>
          </w:p>
        </w:tc>
        <w:tc>
          <w:tcPr>
            <w:tcW w:w="5270" w:type="dxa"/>
            <w:tcBorders>
              <w:top w:val="nil"/>
              <w:left w:val="single" w:sz="8" w:space="0" w:color="000000"/>
              <w:bottom w:val="nil"/>
              <w:right w:val="single" w:sz="8" w:space="0" w:color="000000"/>
            </w:tcBorders>
          </w:tcPr>
          <w:p w14:paraId="167DB1F5" w14:textId="77777777" w:rsidR="00215E3A" w:rsidRDefault="00A20486" w:rsidP="001F687B">
            <w:pPr>
              <w:shd w:val="clear" w:color="auto" w:fill="FFFFFF" w:themeFill="background1"/>
              <w:jc w:val="both"/>
            </w:pPr>
            <w:r>
              <w:t>- HS quan sát tranh và đọc giờ: 7:00, 8:00, 9:30, 11:30.</w:t>
            </w:r>
          </w:p>
        </w:tc>
      </w:tr>
      <w:tr w:rsidR="00215E3A" w14:paraId="48B35379" w14:textId="77777777" w:rsidTr="001F687B">
        <w:trPr>
          <w:jc w:val="center"/>
        </w:trPr>
        <w:tc>
          <w:tcPr>
            <w:tcW w:w="5270" w:type="dxa"/>
            <w:tcBorders>
              <w:top w:val="nil"/>
              <w:left w:val="single" w:sz="8" w:space="0" w:color="000000"/>
              <w:bottom w:val="nil"/>
              <w:right w:val="single" w:sz="8" w:space="0" w:color="000000"/>
            </w:tcBorders>
          </w:tcPr>
          <w:p w14:paraId="586A75FB" w14:textId="77777777" w:rsidR="00215E3A" w:rsidRDefault="00A20486" w:rsidP="001F687B">
            <w:pPr>
              <w:shd w:val="clear" w:color="auto" w:fill="FFFFFF" w:themeFill="background1"/>
              <w:jc w:val="both"/>
            </w:pPr>
            <w:r>
              <w:t>- GV tổ chức cho HS làm việc theo nhóm bốn: kể về các hoạt động bạn Nam đã làm ở nhà/trường với thời gian tương ứng.</w:t>
            </w:r>
          </w:p>
        </w:tc>
        <w:tc>
          <w:tcPr>
            <w:tcW w:w="5270" w:type="dxa"/>
            <w:tcBorders>
              <w:top w:val="nil"/>
              <w:left w:val="single" w:sz="8" w:space="0" w:color="000000"/>
              <w:bottom w:val="nil"/>
              <w:right w:val="single" w:sz="8" w:space="0" w:color="000000"/>
            </w:tcBorders>
          </w:tcPr>
          <w:p w14:paraId="073CF5EE" w14:textId="77777777" w:rsidR="00215E3A" w:rsidRDefault="00A20486" w:rsidP="001F687B">
            <w:pPr>
              <w:shd w:val="clear" w:color="auto" w:fill="FFFFFF" w:themeFill="background1"/>
              <w:jc w:val="both"/>
            </w:pPr>
            <w:r>
              <w:t>- HS kể trong nhóm: 7 giờ bạn Nam đi học; 8 giờ bạn Nam học ở lớp; 9 giờ 30 phút bạn Nam ra chơi; 11 giờ 30 phút bạn Nam ăn trưa.</w:t>
            </w:r>
          </w:p>
        </w:tc>
      </w:tr>
      <w:tr w:rsidR="00215E3A" w14:paraId="6B0DA743" w14:textId="77777777" w:rsidTr="001F687B">
        <w:trPr>
          <w:jc w:val="center"/>
        </w:trPr>
        <w:tc>
          <w:tcPr>
            <w:tcW w:w="5270" w:type="dxa"/>
            <w:tcBorders>
              <w:top w:val="nil"/>
              <w:left w:val="single" w:sz="8" w:space="0" w:color="000000"/>
              <w:bottom w:val="nil"/>
              <w:right w:val="single" w:sz="8" w:space="0" w:color="000000"/>
            </w:tcBorders>
          </w:tcPr>
          <w:p w14:paraId="229622A6" w14:textId="77777777" w:rsidR="00215E3A" w:rsidRDefault="00A20486" w:rsidP="001F687B">
            <w:pPr>
              <w:shd w:val="clear" w:color="auto" w:fill="FFFFFF" w:themeFill="background1"/>
              <w:jc w:val="both"/>
            </w:pPr>
            <w:r>
              <w:t>- GV tổ chức thi đua giữa các nhóm.</w:t>
            </w:r>
          </w:p>
        </w:tc>
        <w:tc>
          <w:tcPr>
            <w:tcW w:w="5270" w:type="dxa"/>
            <w:tcBorders>
              <w:top w:val="nil"/>
              <w:left w:val="single" w:sz="8" w:space="0" w:color="000000"/>
              <w:bottom w:val="nil"/>
              <w:right w:val="single" w:sz="8" w:space="0" w:color="000000"/>
            </w:tcBorders>
          </w:tcPr>
          <w:p w14:paraId="74BBFE09" w14:textId="77777777" w:rsidR="00215E3A" w:rsidRDefault="00A20486" w:rsidP="001F687B">
            <w:pPr>
              <w:shd w:val="clear" w:color="auto" w:fill="FFFFFF" w:themeFill="background1"/>
              <w:jc w:val="both"/>
            </w:pPr>
            <w:r>
              <w:t>- Các nhóm thi kể tự nhiên; lớp theo dõi và bình chọn nhóm kể tốt.</w:t>
            </w:r>
          </w:p>
        </w:tc>
      </w:tr>
      <w:tr w:rsidR="00215E3A" w14:paraId="740CBFCF" w14:textId="77777777" w:rsidTr="001F687B">
        <w:trPr>
          <w:jc w:val="center"/>
        </w:trPr>
        <w:tc>
          <w:tcPr>
            <w:tcW w:w="5270" w:type="dxa"/>
            <w:tcBorders>
              <w:top w:val="nil"/>
              <w:left w:val="single" w:sz="8" w:space="0" w:color="000000"/>
              <w:bottom w:val="nil"/>
              <w:right w:val="single" w:sz="8" w:space="0" w:color="000000"/>
            </w:tcBorders>
          </w:tcPr>
          <w:p w14:paraId="05D6A942" w14:textId="77777777" w:rsidR="00215E3A" w:rsidRDefault="00A20486" w:rsidP="001F687B">
            <w:pPr>
              <w:shd w:val="clear" w:color="auto" w:fill="FFFFFF" w:themeFill="background1"/>
              <w:jc w:val="both"/>
            </w:pPr>
            <w:r>
              <w:t>- GV nhận xét, khen ngợi các nhóm.</w:t>
            </w:r>
          </w:p>
        </w:tc>
        <w:tc>
          <w:tcPr>
            <w:tcW w:w="5270" w:type="dxa"/>
            <w:tcBorders>
              <w:top w:val="nil"/>
              <w:left w:val="single" w:sz="8" w:space="0" w:color="000000"/>
              <w:bottom w:val="nil"/>
              <w:right w:val="single" w:sz="8" w:space="0" w:color="000000"/>
            </w:tcBorders>
          </w:tcPr>
          <w:p w14:paraId="1727FC75" w14:textId="77777777" w:rsidR="00215E3A" w:rsidRDefault="00A20486" w:rsidP="001F687B">
            <w:pPr>
              <w:shd w:val="clear" w:color="auto" w:fill="FFFFFF" w:themeFill="background1"/>
              <w:jc w:val="both"/>
            </w:pPr>
            <w:r>
              <w:t xml:space="preserve">- HS lắng nghe, rút kinh nghiệm cách kể theo </w:t>
            </w:r>
            <w:r>
              <w:lastRenderedPageBreak/>
              <w:t>thời gian.</w:t>
            </w:r>
          </w:p>
        </w:tc>
      </w:tr>
      <w:tr w:rsidR="00215E3A" w14:paraId="470EF546" w14:textId="77777777" w:rsidTr="001F687B">
        <w:trPr>
          <w:jc w:val="center"/>
        </w:trPr>
        <w:tc>
          <w:tcPr>
            <w:tcW w:w="5270" w:type="dxa"/>
            <w:tcBorders>
              <w:top w:val="nil"/>
              <w:left w:val="single" w:sz="8" w:space="0" w:color="000000"/>
              <w:bottom w:val="single" w:sz="4" w:space="0" w:color="000000"/>
              <w:right w:val="single" w:sz="8" w:space="0" w:color="000000"/>
            </w:tcBorders>
          </w:tcPr>
          <w:p w14:paraId="282767F4" w14:textId="77777777" w:rsidR="00215E3A" w:rsidRDefault="00A20486" w:rsidP="001F687B">
            <w:pPr>
              <w:shd w:val="clear" w:color="auto" w:fill="FFFFFF" w:themeFill="background1"/>
              <w:jc w:val="both"/>
            </w:pPr>
            <w:r>
              <w:lastRenderedPageBreak/>
              <w:t>- GV liên hệ: Em hãy liên hệ với thực tế về thời gian biểu của bản thân.</w:t>
            </w:r>
          </w:p>
        </w:tc>
        <w:tc>
          <w:tcPr>
            <w:tcW w:w="5270" w:type="dxa"/>
            <w:tcBorders>
              <w:top w:val="nil"/>
              <w:left w:val="single" w:sz="8" w:space="0" w:color="000000"/>
              <w:bottom w:val="single" w:sz="4" w:space="0" w:color="000000"/>
              <w:right w:val="single" w:sz="8" w:space="0" w:color="000000"/>
            </w:tcBorders>
          </w:tcPr>
          <w:p w14:paraId="0ACBC9F2" w14:textId="77777777" w:rsidR="00215E3A" w:rsidRDefault="00A20486" w:rsidP="001F687B">
            <w:pPr>
              <w:shd w:val="clear" w:color="auto" w:fill="FFFFFF" w:themeFill="background1"/>
              <w:jc w:val="both"/>
            </w:pPr>
            <w:r>
              <w:t>- HS chia sẻ: Buổi chiều em học bài, ăn cơm, đọc sách, chuẩn bị sách vở và đi ngủ đúng giờ.</w:t>
            </w:r>
          </w:p>
        </w:tc>
      </w:tr>
      <w:tr w:rsidR="00215E3A" w14:paraId="07693FC8"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23E4464A" w14:textId="77777777" w:rsidR="00215E3A" w:rsidRDefault="00A20486" w:rsidP="001F687B">
            <w:pPr>
              <w:shd w:val="clear" w:color="auto" w:fill="FFFFFF" w:themeFill="background1"/>
            </w:pPr>
            <w:r>
              <w:rPr>
                <w:b/>
                <w:color w:val="008000"/>
              </w:rPr>
              <w:t>3. Thực hành (15 phút)</w:t>
            </w:r>
            <w:r>
              <w:rPr>
                <w:b/>
                <w:color w:val="008000"/>
              </w:rPr>
              <w:br/>
              <w:t>Mục tiêu: Giúp HS lập được thời gian biểu và vận dụng vào thực tiễn cuộc sống. Mục tiêu tích hợp: HS biết sắp xếp thời gian học tập, vui chơi, đọc sách, giúp việc nhà và nghỉ ngơi hợp lí; hình thành thói quen đúng giờ, tự giác và có trách nhiệm với việc của mình.</w:t>
            </w:r>
          </w:p>
        </w:tc>
      </w:tr>
      <w:tr w:rsidR="00215E3A" w14:paraId="6C9B9F56" w14:textId="77777777" w:rsidTr="001F687B">
        <w:trPr>
          <w:jc w:val="center"/>
        </w:trPr>
        <w:tc>
          <w:tcPr>
            <w:tcW w:w="5270" w:type="dxa"/>
            <w:tcBorders>
              <w:top w:val="single" w:sz="4" w:space="0" w:color="000000"/>
              <w:left w:val="single" w:sz="8" w:space="0" w:color="000000"/>
              <w:bottom w:val="nil"/>
              <w:right w:val="single" w:sz="8" w:space="0" w:color="000000"/>
            </w:tcBorders>
          </w:tcPr>
          <w:p w14:paraId="6BC0864A" w14:textId="77777777" w:rsidR="00215E3A" w:rsidRDefault="00A20486" w:rsidP="001F687B">
            <w:pPr>
              <w:shd w:val="clear" w:color="auto" w:fill="FFFFFF" w:themeFill="background1"/>
              <w:jc w:val="both"/>
            </w:pPr>
            <w:r>
              <w:rPr>
                <w:b/>
                <w:color w:val="006100"/>
              </w:rPr>
              <w:t>Hoạt động 2: Viết thời gian biểu của em từ 5 giờ chiều (17:00) đến lúc đi ngủ.</w:t>
            </w:r>
          </w:p>
          <w:p w14:paraId="53ECAC48" w14:textId="77777777" w:rsidR="00215E3A" w:rsidRDefault="00A20486" w:rsidP="001F687B">
            <w:pPr>
              <w:shd w:val="clear" w:color="auto" w:fill="FFFFFF" w:themeFill="background1"/>
              <w:jc w:val="both"/>
            </w:pPr>
            <w:r>
              <w:t>- GV cho HS nêu yêu cầu của bài.</w:t>
            </w:r>
          </w:p>
        </w:tc>
        <w:tc>
          <w:tcPr>
            <w:tcW w:w="5270" w:type="dxa"/>
            <w:tcBorders>
              <w:top w:val="single" w:sz="4" w:space="0" w:color="000000"/>
              <w:left w:val="single" w:sz="8" w:space="0" w:color="000000"/>
              <w:bottom w:val="nil"/>
              <w:right w:val="single" w:sz="8" w:space="0" w:color="000000"/>
            </w:tcBorders>
          </w:tcPr>
          <w:p w14:paraId="399A3979" w14:textId="77777777" w:rsidR="00215E3A" w:rsidRDefault="00A20486" w:rsidP="001F687B">
            <w:pPr>
              <w:shd w:val="clear" w:color="auto" w:fill="FFFFFF" w:themeFill="background1"/>
              <w:jc w:val="both"/>
            </w:pPr>
            <w:r>
              <w:t>- HS nêu yêu cầu: Viết thời gian biểu của em từ 17 giờ đến lúc đi ngủ.</w:t>
            </w:r>
          </w:p>
        </w:tc>
      </w:tr>
      <w:tr w:rsidR="00215E3A" w14:paraId="5F08F036" w14:textId="77777777" w:rsidTr="001F687B">
        <w:trPr>
          <w:jc w:val="center"/>
        </w:trPr>
        <w:tc>
          <w:tcPr>
            <w:tcW w:w="5270" w:type="dxa"/>
            <w:tcBorders>
              <w:top w:val="nil"/>
              <w:left w:val="single" w:sz="8" w:space="0" w:color="000000"/>
              <w:bottom w:val="nil"/>
              <w:right w:val="single" w:sz="8" w:space="0" w:color="000000"/>
            </w:tcBorders>
          </w:tcPr>
          <w:p w14:paraId="293C91EA" w14:textId="77777777" w:rsidR="00215E3A" w:rsidRDefault="00A20486" w:rsidP="001F687B">
            <w:pPr>
              <w:shd w:val="clear" w:color="auto" w:fill="FFFFFF" w:themeFill="background1"/>
              <w:jc w:val="both"/>
            </w:pPr>
            <w:r>
              <w:t>- GV giúp HS nắm vững yêu cầu của bài tập và hướng dẫn mẫu.</w:t>
            </w:r>
          </w:p>
        </w:tc>
        <w:tc>
          <w:tcPr>
            <w:tcW w:w="5270" w:type="dxa"/>
            <w:tcBorders>
              <w:top w:val="nil"/>
              <w:left w:val="single" w:sz="8" w:space="0" w:color="000000"/>
              <w:bottom w:val="nil"/>
              <w:right w:val="single" w:sz="8" w:space="0" w:color="000000"/>
            </w:tcBorders>
          </w:tcPr>
          <w:p w14:paraId="13B69899" w14:textId="77777777" w:rsidR="00215E3A" w:rsidRDefault="00A20486" w:rsidP="001F687B">
            <w:pPr>
              <w:shd w:val="clear" w:color="auto" w:fill="FFFFFF" w:themeFill="background1"/>
              <w:jc w:val="both"/>
            </w:pPr>
            <w:r>
              <w:t>- HS chú ý nghe GV hướng dẫn mẫu: 17:00 - đi học về; 17:30 - tắm rửa; 18:00 - ăn cơm; 19:00 - học bài; 20:30 - chuẩn bị sách vở; 21:00 - đi ngủ.</w:t>
            </w:r>
          </w:p>
        </w:tc>
      </w:tr>
      <w:tr w:rsidR="00215E3A" w14:paraId="3166FFB3" w14:textId="77777777" w:rsidTr="001F687B">
        <w:trPr>
          <w:jc w:val="center"/>
        </w:trPr>
        <w:tc>
          <w:tcPr>
            <w:tcW w:w="5270" w:type="dxa"/>
            <w:tcBorders>
              <w:top w:val="nil"/>
              <w:left w:val="single" w:sz="8" w:space="0" w:color="000000"/>
              <w:bottom w:val="nil"/>
              <w:right w:val="single" w:sz="8" w:space="0" w:color="000000"/>
            </w:tcBorders>
          </w:tcPr>
          <w:p w14:paraId="74F41E28" w14:textId="77777777" w:rsidR="00215E3A" w:rsidRDefault="00A20486" w:rsidP="001F687B">
            <w:pPr>
              <w:shd w:val="clear" w:color="auto" w:fill="FFFFFF" w:themeFill="background1"/>
              <w:jc w:val="both"/>
            </w:pPr>
            <w:r>
              <w:t>- GV yêu cầu HS luyện viết, hoàn thành phiếu học tập thời gian biểu.</w:t>
            </w:r>
          </w:p>
        </w:tc>
        <w:tc>
          <w:tcPr>
            <w:tcW w:w="5270" w:type="dxa"/>
            <w:tcBorders>
              <w:top w:val="nil"/>
              <w:left w:val="single" w:sz="8" w:space="0" w:color="000000"/>
              <w:bottom w:val="nil"/>
              <w:right w:val="single" w:sz="8" w:space="0" w:color="000000"/>
            </w:tcBorders>
          </w:tcPr>
          <w:p w14:paraId="5435DCDD" w14:textId="77777777" w:rsidR="00215E3A" w:rsidRDefault="00A20486" w:rsidP="001F687B">
            <w:pPr>
              <w:shd w:val="clear" w:color="auto" w:fill="FFFFFF" w:themeFill="background1"/>
              <w:jc w:val="both"/>
            </w:pPr>
            <w:r>
              <w:t>- HS viết thời gian biểu cá nhân vào phiếu/vở, trình bày rõ thời gian và hoạt động.</w:t>
            </w:r>
          </w:p>
        </w:tc>
      </w:tr>
      <w:tr w:rsidR="00215E3A" w14:paraId="737BFAD7" w14:textId="77777777" w:rsidTr="001F687B">
        <w:trPr>
          <w:jc w:val="center"/>
        </w:trPr>
        <w:tc>
          <w:tcPr>
            <w:tcW w:w="5270" w:type="dxa"/>
            <w:tcBorders>
              <w:top w:val="nil"/>
              <w:left w:val="single" w:sz="8" w:space="0" w:color="000000"/>
              <w:bottom w:val="nil"/>
              <w:right w:val="single" w:sz="8" w:space="0" w:color="000000"/>
            </w:tcBorders>
          </w:tcPr>
          <w:p w14:paraId="576C41B4" w14:textId="77777777" w:rsidR="00215E3A" w:rsidRDefault="00A20486" w:rsidP="001F687B">
            <w:pPr>
              <w:shd w:val="clear" w:color="auto" w:fill="FFFFFF" w:themeFill="background1"/>
              <w:jc w:val="both"/>
            </w:pPr>
            <w:r>
              <w:t>- GV mời nhiều HS chia sẻ trước lớp về thời gian biểu cá nhân.</w:t>
            </w:r>
          </w:p>
        </w:tc>
        <w:tc>
          <w:tcPr>
            <w:tcW w:w="5270" w:type="dxa"/>
            <w:tcBorders>
              <w:top w:val="nil"/>
              <w:left w:val="single" w:sz="8" w:space="0" w:color="000000"/>
              <w:bottom w:val="nil"/>
              <w:right w:val="single" w:sz="8" w:space="0" w:color="000000"/>
            </w:tcBorders>
          </w:tcPr>
          <w:p w14:paraId="6F2181C3" w14:textId="77777777" w:rsidR="00215E3A" w:rsidRDefault="00A20486" w:rsidP="001F687B">
            <w:pPr>
              <w:shd w:val="clear" w:color="auto" w:fill="FFFFFF" w:themeFill="background1"/>
              <w:jc w:val="both"/>
            </w:pPr>
            <w:r>
              <w:t>- HS đọc thời gian biểu của mình; HS khác nhận xét, góp ý.</w:t>
            </w:r>
          </w:p>
        </w:tc>
      </w:tr>
      <w:tr w:rsidR="00215E3A" w14:paraId="0AB06829" w14:textId="77777777" w:rsidTr="001F687B">
        <w:trPr>
          <w:jc w:val="center"/>
        </w:trPr>
        <w:tc>
          <w:tcPr>
            <w:tcW w:w="5270" w:type="dxa"/>
            <w:tcBorders>
              <w:top w:val="nil"/>
              <w:bottom w:val="nil"/>
              <w:right w:val="single" w:sz="8" w:space="0" w:color="000000"/>
            </w:tcBorders>
          </w:tcPr>
          <w:p w14:paraId="7653049C" w14:textId="77777777" w:rsidR="00215E3A" w:rsidRDefault="00A20486" w:rsidP="001F687B">
            <w:pPr>
              <w:shd w:val="clear" w:color="auto" w:fill="FFFFFF" w:themeFill="background1"/>
            </w:pPr>
            <w:r>
              <w:rPr>
                <w:color w:val="C00000"/>
              </w:rPr>
              <w:t>- Khi lập thời gian biểu buổi chiều, em cần sắp xếp việc học, vui chơi, đọc sách, giúp việc nhà và nghỉ ngơi như thế nào?</w:t>
            </w:r>
          </w:p>
        </w:tc>
        <w:tc>
          <w:tcPr>
            <w:tcW w:w="5270" w:type="dxa"/>
            <w:tcBorders>
              <w:top w:val="nil"/>
              <w:left w:val="single" w:sz="8" w:space="0" w:color="000000"/>
              <w:bottom w:val="nil"/>
            </w:tcBorders>
          </w:tcPr>
          <w:p w14:paraId="69E4D446" w14:textId="77777777" w:rsidR="00215E3A" w:rsidRDefault="00A20486" w:rsidP="001F687B">
            <w:pPr>
              <w:shd w:val="clear" w:color="auto" w:fill="FFFFFF" w:themeFill="background1"/>
            </w:pPr>
            <w:r>
              <w:rPr>
                <w:color w:val="C00000"/>
              </w:rPr>
              <w:t>- HS trả lời: Em cần sắp xếp thời gian cân đối: học bài trước, giúp việc nhà vừa sức, có thời gian đọc sách, vui chơi và đi ngủ đúng giờ.</w:t>
            </w:r>
          </w:p>
        </w:tc>
      </w:tr>
      <w:tr w:rsidR="00215E3A" w14:paraId="0011CED4" w14:textId="77777777" w:rsidTr="001F687B">
        <w:trPr>
          <w:jc w:val="center"/>
        </w:trPr>
        <w:tc>
          <w:tcPr>
            <w:tcW w:w="5270" w:type="dxa"/>
            <w:tcBorders>
              <w:top w:val="nil"/>
              <w:bottom w:val="nil"/>
              <w:right w:val="single" w:sz="8" w:space="0" w:color="000000"/>
            </w:tcBorders>
          </w:tcPr>
          <w:p w14:paraId="2C98A17F" w14:textId="77777777" w:rsidR="00215E3A" w:rsidRDefault="00A20486" w:rsidP="001F687B">
            <w:pPr>
              <w:shd w:val="clear" w:color="auto" w:fill="FFFFFF" w:themeFill="background1"/>
            </w:pPr>
            <w:r>
              <w:rPr>
                <w:color w:val="C00000"/>
              </w:rPr>
              <w:t>- Giáo dục kĩ năng sống: Lập thời gian biểu giúp các em biết quản lí thời gian, không để việc học dồn lại quá muộn, không vui chơi hoặc dùng thiết bị điện tử quá lâu. Một thời gian biểu hợp lí cần có thời gian học tập, đọc sách, giúp việc nhà, vệ sinh cá nhân, vui chơi và nghỉ ngơi. Khi biết thực hiện theo thời gian biểu, các em sẽ hình thành thói quen đúng giờ, tự giác chuẩn bị đồ dùng học tập và có trách nhiệm hơn với bản thân.</w:t>
            </w:r>
          </w:p>
        </w:tc>
        <w:tc>
          <w:tcPr>
            <w:tcW w:w="5270" w:type="dxa"/>
            <w:tcBorders>
              <w:top w:val="nil"/>
              <w:left w:val="single" w:sz="8" w:space="0" w:color="000000"/>
              <w:bottom w:val="nil"/>
            </w:tcBorders>
          </w:tcPr>
          <w:p w14:paraId="76784C3E" w14:textId="77777777" w:rsidR="00215E3A" w:rsidRDefault="00A20486" w:rsidP="001F687B">
            <w:pPr>
              <w:shd w:val="clear" w:color="auto" w:fill="FFFFFF" w:themeFill="background1"/>
            </w:pPr>
            <w:r>
              <w:rPr>
                <w:color w:val="C00000"/>
              </w:rPr>
              <w:t>- HS lắng nghe, điều chỉnh thời gian biểu của mình cho cân đối và nêu việc sẽ thực hiện ở nhà: học bài đúng giờ, đọc sách, giúp bố mẹ việc vừa sức, chuẩn bị sách vở trước khi ngủ.</w:t>
            </w:r>
          </w:p>
        </w:tc>
      </w:tr>
      <w:tr w:rsidR="00215E3A" w14:paraId="19FE2A31" w14:textId="77777777" w:rsidTr="001F687B">
        <w:trPr>
          <w:jc w:val="center"/>
        </w:trPr>
        <w:tc>
          <w:tcPr>
            <w:tcW w:w="5270" w:type="dxa"/>
            <w:tcBorders>
              <w:top w:val="nil"/>
              <w:left w:val="single" w:sz="8" w:space="0" w:color="000000"/>
              <w:bottom w:val="single" w:sz="4" w:space="0" w:color="000000"/>
              <w:right w:val="single" w:sz="8" w:space="0" w:color="000000"/>
            </w:tcBorders>
          </w:tcPr>
          <w:p w14:paraId="4638487F" w14:textId="77777777" w:rsidR="00215E3A" w:rsidRDefault="00A20486" w:rsidP="001F687B">
            <w:pPr>
              <w:shd w:val="clear" w:color="auto" w:fill="FFFFFF" w:themeFill="background1"/>
              <w:jc w:val="both"/>
            </w:pPr>
            <w:r>
              <w:t>- GV nhận xét, nhắc HS sắp xếp thời gian học tập, vui chơi, nghỉ ngơi hợp lí.</w:t>
            </w:r>
          </w:p>
        </w:tc>
        <w:tc>
          <w:tcPr>
            <w:tcW w:w="5270" w:type="dxa"/>
            <w:tcBorders>
              <w:top w:val="nil"/>
              <w:left w:val="single" w:sz="8" w:space="0" w:color="000000"/>
              <w:bottom w:val="single" w:sz="4" w:space="0" w:color="000000"/>
              <w:right w:val="single" w:sz="8" w:space="0" w:color="000000"/>
            </w:tcBorders>
          </w:tcPr>
          <w:p w14:paraId="784213CA" w14:textId="77777777" w:rsidR="00215E3A" w:rsidRDefault="00A20486" w:rsidP="001F687B">
            <w:pPr>
              <w:shd w:val="clear" w:color="auto" w:fill="FFFFFF" w:themeFill="background1"/>
              <w:jc w:val="both"/>
            </w:pPr>
            <w:r>
              <w:t>- HS lắng nghe và điều chỉnh thời gian biểu cho phù hợp.</w:t>
            </w:r>
          </w:p>
        </w:tc>
      </w:tr>
      <w:tr w:rsidR="003B638A" w14:paraId="3757ADEF"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46A54C61" w14:textId="77777777" w:rsidR="003B638A" w:rsidRDefault="001B3E3F" w:rsidP="001F687B">
            <w:pPr>
              <w:shd w:val="clear" w:color="auto" w:fill="FFFFFF" w:themeFill="background1"/>
            </w:pPr>
            <w:r>
              <w:rPr>
                <w:b/>
                <w:color w:val="008000"/>
              </w:rPr>
              <w:t>4. Vận dụng (5 phút)</w:t>
            </w:r>
          </w:p>
          <w:p w14:paraId="4E6FF004" w14:textId="77777777" w:rsidR="003B638A" w:rsidRDefault="001B3E3F" w:rsidP="001F687B">
            <w:pPr>
              <w:shd w:val="clear" w:color="auto" w:fill="FFFFFF" w:themeFill="background1"/>
            </w:pPr>
            <w:r>
              <w:rPr>
                <w:b/>
                <w:color w:val="008000"/>
              </w:rPr>
              <w:t>Mục tiêu: Biết vận dụng thời gian biểu vào sinh hoạt hằng ngày.</w:t>
            </w:r>
          </w:p>
        </w:tc>
      </w:tr>
      <w:tr w:rsidR="003B638A" w14:paraId="519B80DB" w14:textId="77777777" w:rsidTr="001F687B">
        <w:trPr>
          <w:jc w:val="center"/>
        </w:trPr>
        <w:tc>
          <w:tcPr>
            <w:tcW w:w="5270" w:type="dxa"/>
            <w:tcBorders>
              <w:top w:val="single" w:sz="4" w:space="0" w:color="000000"/>
              <w:bottom w:val="nil"/>
              <w:right w:val="single" w:sz="8" w:space="0" w:color="000000"/>
            </w:tcBorders>
          </w:tcPr>
          <w:p w14:paraId="39B8738E" w14:textId="77777777" w:rsidR="003B638A" w:rsidRDefault="001B3E3F" w:rsidP="001F687B">
            <w:pPr>
              <w:shd w:val="clear" w:color="auto" w:fill="FFFFFF" w:themeFill="background1"/>
            </w:pPr>
            <w:r>
              <w:t>- GV yêu cầu HS chọn một việc trong thời gian biểu buổi chiều sẽ thực hiện đúng giờ hôm nay.</w:t>
            </w:r>
          </w:p>
        </w:tc>
        <w:tc>
          <w:tcPr>
            <w:tcW w:w="5270" w:type="dxa"/>
            <w:tcBorders>
              <w:top w:val="single" w:sz="4" w:space="0" w:color="000000"/>
              <w:left w:val="single" w:sz="8" w:space="0" w:color="000000"/>
              <w:bottom w:val="nil"/>
            </w:tcBorders>
          </w:tcPr>
          <w:p w14:paraId="7435DE3B" w14:textId="77777777" w:rsidR="003B638A" w:rsidRDefault="001B3E3F" w:rsidP="001F687B">
            <w:pPr>
              <w:shd w:val="clear" w:color="auto" w:fill="FFFFFF" w:themeFill="background1"/>
            </w:pPr>
            <w:r>
              <w:t>- HS nêu: Em sẽ học bài lúc 19 giờ, đọc sách lúc 20 giờ, chuẩn bị sách vở trước khi đi ngủ.</w:t>
            </w:r>
          </w:p>
        </w:tc>
      </w:tr>
      <w:tr w:rsidR="003B638A" w14:paraId="0415544A" w14:textId="77777777" w:rsidTr="001F687B">
        <w:trPr>
          <w:jc w:val="center"/>
        </w:trPr>
        <w:tc>
          <w:tcPr>
            <w:tcW w:w="5270" w:type="dxa"/>
            <w:tcBorders>
              <w:top w:val="nil"/>
              <w:bottom w:val="nil"/>
              <w:right w:val="single" w:sz="8" w:space="0" w:color="000000"/>
            </w:tcBorders>
          </w:tcPr>
          <w:p w14:paraId="55AB4279" w14:textId="77777777" w:rsidR="003B638A" w:rsidRDefault="001B3E3F" w:rsidP="001F687B">
            <w:pPr>
              <w:shd w:val="clear" w:color="auto" w:fill="FFFFFF" w:themeFill="background1"/>
            </w:pPr>
            <w:r>
              <w:t>- Dặn dò: Về nhà thực hiện thời gian biểu đã viết, nhờ người thân góp ý và chuẩn bị tiết Đọc mở rộng.</w:t>
            </w:r>
          </w:p>
        </w:tc>
        <w:tc>
          <w:tcPr>
            <w:tcW w:w="5270" w:type="dxa"/>
            <w:tcBorders>
              <w:top w:val="nil"/>
              <w:left w:val="single" w:sz="8" w:space="0" w:color="000000"/>
              <w:bottom w:val="nil"/>
            </w:tcBorders>
          </w:tcPr>
          <w:p w14:paraId="262211E5" w14:textId="77777777" w:rsidR="003B638A" w:rsidRDefault="001B3E3F" w:rsidP="001F687B">
            <w:pPr>
              <w:shd w:val="clear" w:color="auto" w:fill="FFFFFF" w:themeFill="background1"/>
            </w:pPr>
            <w:r>
              <w:t>- HS ghi nhớ: Em thực hiện thời gian biểu, điều chỉnh cho phù hợp và chuẩn bị bài sau.</w:t>
            </w:r>
          </w:p>
        </w:tc>
      </w:tr>
      <w:tr w:rsidR="00F70B7E" w14:paraId="18CBE4A0" w14:textId="77777777" w:rsidTr="001F687B">
        <w:trPr>
          <w:jc w:val="center"/>
        </w:trPr>
        <w:tc>
          <w:tcPr>
            <w:tcW w:w="10540" w:type="dxa"/>
            <w:gridSpan w:val="2"/>
            <w:tcBorders>
              <w:top w:val="nil"/>
              <w:bottom w:val="single" w:sz="4" w:space="0" w:color="000000"/>
            </w:tcBorders>
            <w:shd w:val="clear" w:color="auto" w:fill="D9EAD3"/>
            <w:vAlign w:val="center"/>
          </w:tcPr>
          <w:p w14:paraId="414F430B" w14:textId="77777777" w:rsidR="00F70B7E" w:rsidRDefault="006D5E55" w:rsidP="001F687B">
            <w:pPr>
              <w:shd w:val="clear" w:color="auto" w:fill="FFFFFF" w:themeFill="background1"/>
              <w:jc w:val="center"/>
            </w:pPr>
            <w:r>
              <w:rPr>
                <w:b/>
              </w:rPr>
              <w:t>TIẾT 6 (35 phút)</w:t>
            </w:r>
          </w:p>
        </w:tc>
      </w:tr>
      <w:tr w:rsidR="00215E3A" w14:paraId="0B3B4318"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610E899E" w14:textId="77777777" w:rsidR="00215E3A" w:rsidRDefault="00A20486" w:rsidP="001F687B">
            <w:pPr>
              <w:shd w:val="clear" w:color="auto" w:fill="FFFFFF" w:themeFill="background1"/>
              <w:jc w:val="both"/>
            </w:pPr>
            <w:r>
              <w:rPr>
                <w:b/>
                <w:color w:val="008000"/>
              </w:rPr>
              <w:t>1. Khởi động (5 phút)</w:t>
            </w:r>
          </w:p>
          <w:p w14:paraId="05C254C8" w14:textId="77777777" w:rsidR="00215E3A" w:rsidRDefault="00A20486" w:rsidP="001F687B">
            <w:pPr>
              <w:shd w:val="clear" w:color="auto" w:fill="FFFFFF" w:themeFill="background1"/>
              <w:jc w:val="both"/>
            </w:pPr>
            <w:r>
              <w:rPr>
                <w:b/>
                <w:color w:val="008000"/>
              </w:rPr>
              <w:t>Mục tiêu: Tạo hứng thú cho HS và kết nối vào bài mới.</w:t>
            </w:r>
          </w:p>
        </w:tc>
      </w:tr>
      <w:tr w:rsidR="00215E3A" w14:paraId="5260FFB7" w14:textId="77777777" w:rsidTr="001F687B">
        <w:trPr>
          <w:jc w:val="center"/>
        </w:trPr>
        <w:tc>
          <w:tcPr>
            <w:tcW w:w="5270" w:type="dxa"/>
            <w:tcBorders>
              <w:top w:val="single" w:sz="4" w:space="0" w:color="000000"/>
              <w:left w:val="single" w:sz="8" w:space="0" w:color="000000"/>
              <w:bottom w:val="nil"/>
              <w:right w:val="single" w:sz="8" w:space="0" w:color="000000"/>
            </w:tcBorders>
          </w:tcPr>
          <w:p w14:paraId="7B89994D" w14:textId="77777777" w:rsidR="00215E3A" w:rsidRDefault="00A20486" w:rsidP="001F687B">
            <w:pPr>
              <w:shd w:val="clear" w:color="auto" w:fill="FFFFFF" w:themeFill="background1"/>
              <w:jc w:val="both"/>
            </w:pPr>
            <w:r>
              <w:t>- GV tổ chức cho HS sắm vai “Phóng viên nhỏ tuổi” tìm hiểu về các hoạt động của nhà trường.</w:t>
            </w:r>
          </w:p>
        </w:tc>
        <w:tc>
          <w:tcPr>
            <w:tcW w:w="5270" w:type="dxa"/>
            <w:tcBorders>
              <w:top w:val="single" w:sz="4" w:space="0" w:color="000000"/>
              <w:left w:val="single" w:sz="8" w:space="0" w:color="000000"/>
              <w:bottom w:val="nil"/>
              <w:right w:val="single" w:sz="8" w:space="0" w:color="000000"/>
            </w:tcBorders>
          </w:tcPr>
          <w:p w14:paraId="68CB17E8" w14:textId="77777777" w:rsidR="00215E3A" w:rsidRDefault="00A20486" w:rsidP="001F687B">
            <w:pPr>
              <w:shd w:val="clear" w:color="auto" w:fill="FFFFFF" w:themeFill="background1"/>
              <w:jc w:val="both"/>
            </w:pPr>
            <w:r>
              <w:t>- 1 HS đóng vai phóng viên phỏng vấn; HS dưới lớp trả lời: Em quan tâm đến hoạt động tham quan, văn nghệ, đọc sách, thể thao.</w:t>
            </w:r>
          </w:p>
        </w:tc>
      </w:tr>
      <w:tr w:rsidR="00215E3A" w14:paraId="1F7AE320" w14:textId="77777777" w:rsidTr="001F687B">
        <w:trPr>
          <w:jc w:val="center"/>
        </w:trPr>
        <w:tc>
          <w:tcPr>
            <w:tcW w:w="5270" w:type="dxa"/>
            <w:tcBorders>
              <w:top w:val="nil"/>
              <w:left w:val="single" w:sz="8" w:space="0" w:color="000000"/>
              <w:bottom w:val="single" w:sz="4" w:space="0" w:color="000000"/>
              <w:right w:val="single" w:sz="8" w:space="0" w:color="000000"/>
            </w:tcBorders>
          </w:tcPr>
          <w:p w14:paraId="6E3EE08D" w14:textId="77777777" w:rsidR="00215E3A" w:rsidRDefault="00A20486" w:rsidP="001F687B">
            <w:pPr>
              <w:shd w:val="clear" w:color="auto" w:fill="FFFFFF" w:themeFill="background1"/>
              <w:jc w:val="both"/>
            </w:pPr>
            <w:r>
              <w:t>- GV kết nối dẫn dắt vào bài mới.</w:t>
            </w:r>
          </w:p>
        </w:tc>
        <w:tc>
          <w:tcPr>
            <w:tcW w:w="5270" w:type="dxa"/>
            <w:tcBorders>
              <w:top w:val="nil"/>
              <w:left w:val="single" w:sz="8" w:space="0" w:color="000000"/>
              <w:bottom w:val="single" w:sz="4" w:space="0" w:color="000000"/>
              <w:right w:val="single" w:sz="8" w:space="0" w:color="000000"/>
            </w:tcBorders>
          </w:tcPr>
          <w:p w14:paraId="7D396F97" w14:textId="77777777" w:rsidR="00215E3A" w:rsidRDefault="00A20486" w:rsidP="001F687B">
            <w:pPr>
              <w:shd w:val="clear" w:color="auto" w:fill="FFFFFF" w:themeFill="background1"/>
              <w:jc w:val="both"/>
            </w:pPr>
            <w:r>
              <w:t>- HS lắng nghe, mở SGK phần Đọc mở rộng.</w:t>
            </w:r>
          </w:p>
        </w:tc>
      </w:tr>
      <w:tr w:rsidR="00215E3A" w14:paraId="638453F5"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4868126C" w14:textId="77777777" w:rsidR="00215E3A" w:rsidRDefault="00A20486" w:rsidP="001F687B">
            <w:pPr>
              <w:shd w:val="clear" w:color="auto" w:fill="FFFFFF" w:themeFill="background1"/>
              <w:jc w:val="both"/>
            </w:pPr>
            <w:r>
              <w:rPr>
                <w:b/>
                <w:color w:val="008000"/>
              </w:rPr>
              <w:lastRenderedPageBreak/>
              <w:t>2. Khám phá kiến thức (12 phút)</w:t>
            </w:r>
          </w:p>
          <w:p w14:paraId="5B97A43B" w14:textId="77777777" w:rsidR="00215E3A" w:rsidRDefault="00A20486" w:rsidP="001F687B">
            <w:pPr>
              <w:shd w:val="clear" w:color="auto" w:fill="FFFFFF" w:themeFill="background1"/>
              <w:jc w:val="both"/>
            </w:pPr>
            <w:r>
              <w:rPr>
                <w:b/>
                <w:color w:val="008000"/>
              </w:rPr>
              <w:t>Mục tiêu: Giúp HS biết đọc và nắm được các thông tin trong bảng tin của nhà trường.</w:t>
            </w:r>
          </w:p>
        </w:tc>
      </w:tr>
      <w:tr w:rsidR="00215E3A" w14:paraId="6B8EB878" w14:textId="77777777" w:rsidTr="001F687B">
        <w:trPr>
          <w:jc w:val="center"/>
        </w:trPr>
        <w:tc>
          <w:tcPr>
            <w:tcW w:w="5270" w:type="dxa"/>
            <w:tcBorders>
              <w:top w:val="single" w:sz="4" w:space="0" w:color="000000"/>
              <w:left w:val="single" w:sz="8" w:space="0" w:color="000000"/>
              <w:bottom w:val="nil"/>
              <w:right w:val="single" w:sz="8" w:space="0" w:color="000000"/>
            </w:tcBorders>
          </w:tcPr>
          <w:p w14:paraId="6695C6C0" w14:textId="77777777" w:rsidR="00215E3A" w:rsidRDefault="00A20486" w:rsidP="001F687B">
            <w:pPr>
              <w:shd w:val="clear" w:color="auto" w:fill="FFFFFF" w:themeFill="background1"/>
              <w:jc w:val="both"/>
            </w:pPr>
            <w:r>
              <w:rPr>
                <w:b/>
                <w:color w:val="006100"/>
              </w:rPr>
              <w:t>Hoạt động 1: Đọc bảng tin của nhà trường.</w:t>
            </w:r>
          </w:p>
          <w:p w14:paraId="1AF6B168" w14:textId="77777777" w:rsidR="00215E3A" w:rsidRDefault="00A20486" w:rsidP="001F687B">
            <w:pPr>
              <w:shd w:val="clear" w:color="auto" w:fill="FFFFFF" w:themeFill="background1"/>
              <w:jc w:val="both"/>
            </w:pPr>
            <w:r>
              <w:t>- GV tổ chức cho HS đọc yêu cầu của bài tập.</w:t>
            </w:r>
          </w:p>
          <w:p w14:paraId="0500ADB7" w14:textId="6C6536F7" w:rsidR="00215E3A" w:rsidRDefault="00215E3A" w:rsidP="001F687B">
            <w:pPr>
              <w:shd w:val="clear" w:color="auto" w:fill="FFFFFF" w:themeFill="background1"/>
              <w:jc w:val="center"/>
            </w:pPr>
          </w:p>
        </w:tc>
        <w:tc>
          <w:tcPr>
            <w:tcW w:w="5270" w:type="dxa"/>
            <w:tcBorders>
              <w:top w:val="single" w:sz="4" w:space="0" w:color="000000"/>
              <w:left w:val="single" w:sz="8" w:space="0" w:color="000000"/>
              <w:bottom w:val="nil"/>
              <w:right w:val="single" w:sz="8" w:space="0" w:color="000000"/>
            </w:tcBorders>
          </w:tcPr>
          <w:p w14:paraId="0614EB2C" w14:textId="77777777" w:rsidR="00215E3A" w:rsidRDefault="00A20486" w:rsidP="001F687B">
            <w:pPr>
              <w:shd w:val="clear" w:color="auto" w:fill="FFFFFF" w:themeFill="background1"/>
              <w:jc w:val="both"/>
            </w:pPr>
            <w:r>
              <w:t>- HS nêu yêu cầu: Đọc bảng tin của nhà trường.</w:t>
            </w:r>
          </w:p>
        </w:tc>
      </w:tr>
      <w:tr w:rsidR="00215E3A" w14:paraId="552635B1" w14:textId="77777777" w:rsidTr="001F687B">
        <w:trPr>
          <w:jc w:val="center"/>
        </w:trPr>
        <w:tc>
          <w:tcPr>
            <w:tcW w:w="5270" w:type="dxa"/>
            <w:tcBorders>
              <w:top w:val="nil"/>
              <w:left w:val="single" w:sz="8" w:space="0" w:color="000000"/>
              <w:bottom w:val="nil"/>
              <w:right w:val="single" w:sz="8" w:space="0" w:color="000000"/>
            </w:tcBorders>
          </w:tcPr>
          <w:p w14:paraId="5D47CA5B" w14:textId="77777777" w:rsidR="00215E3A" w:rsidRDefault="00A20486" w:rsidP="001F687B">
            <w:pPr>
              <w:shd w:val="clear" w:color="auto" w:fill="FFFFFF" w:themeFill="background1"/>
              <w:jc w:val="both"/>
            </w:pPr>
            <w:r>
              <w:t>- GV giúp HS nắm vững yêu cầu của bài tập, chú ý cách đọc bảng tin.</w:t>
            </w:r>
          </w:p>
        </w:tc>
        <w:tc>
          <w:tcPr>
            <w:tcW w:w="5270" w:type="dxa"/>
            <w:tcBorders>
              <w:top w:val="nil"/>
              <w:left w:val="single" w:sz="8" w:space="0" w:color="000000"/>
              <w:bottom w:val="nil"/>
              <w:right w:val="single" w:sz="8" w:space="0" w:color="000000"/>
            </w:tcBorders>
          </w:tcPr>
          <w:p w14:paraId="262ADB27" w14:textId="77777777" w:rsidR="00215E3A" w:rsidRDefault="00A20486" w:rsidP="001F687B">
            <w:pPr>
              <w:shd w:val="clear" w:color="auto" w:fill="FFFFFF" w:themeFill="background1"/>
              <w:jc w:val="both"/>
            </w:pPr>
            <w:r>
              <w:t>- HS lắng nghe, biết đọc tiêu đề, thời gian, địa điểm, nội dung chính của bảng tin.</w:t>
            </w:r>
          </w:p>
        </w:tc>
      </w:tr>
      <w:tr w:rsidR="00215E3A" w14:paraId="1D58C206" w14:textId="77777777" w:rsidTr="001F687B">
        <w:trPr>
          <w:jc w:val="center"/>
        </w:trPr>
        <w:tc>
          <w:tcPr>
            <w:tcW w:w="5270" w:type="dxa"/>
            <w:tcBorders>
              <w:top w:val="nil"/>
              <w:left w:val="single" w:sz="8" w:space="0" w:color="000000"/>
              <w:bottom w:val="nil"/>
              <w:right w:val="single" w:sz="8" w:space="0" w:color="000000"/>
            </w:tcBorders>
          </w:tcPr>
          <w:p w14:paraId="35E6AEED" w14:textId="77777777" w:rsidR="00215E3A" w:rsidRDefault="00A20486" w:rsidP="001F687B">
            <w:pPr>
              <w:shd w:val="clear" w:color="auto" w:fill="FFFFFF" w:themeFill="background1"/>
              <w:jc w:val="both"/>
            </w:pPr>
            <w:r>
              <w:t>- GV trình chiếu tranh, ảnh hoặc video bảng tin của nhà trường cho HS quan sát.</w:t>
            </w:r>
          </w:p>
        </w:tc>
        <w:tc>
          <w:tcPr>
            <w:tcW w:w="5270" w:type="dxa"/>
            <w:tcBorders>
              <w:top w:val="nil"/>
              <w:left w:val="single" w:sz="8" w:space="0" w:color="000000"/>
              <w:bottom w:val="nil"/>
              <w:right w:val="single" w:sz="8" w:space="0" w:color="000000"/>
            </w:tcBorders>
          </w:tcPr>
          <w:p w14:paraId="6DD19BF4" w14:textId="77777777" w:rsidR="00215E3A" w:rsidRDefault="00A20486" w:rsidP="001F687B">
            <w:pPr>
              <w:shd w:val="clear" w:color="auto" w:fill="FFFFFF" w:themeFill="background1"/>
              <w:jc w:val="both"/>
            </w:pPr>
            <w:r>
              <w:t>- HS quan sát bảng tin, đọc các thông tin nổi bật.</w:t>
            </w:r>
          </w:p>
        </w:tc>
      </w:tr>
      <w:tr w:rsidR="00215E3A" w14:paraId="44741402" w14:textId="77777777" w:rsidTr="001F687B">
        <w:trPr>
          <w:jc w:val="center"/>
        </w:trPr>
        <w:tc>
          <w:tcPr>
            <w:tcW w:w="5270" w:type="dxa"/>
            <w:tcBorders>
              <w:top w:val="nil"/>
              <w:left w:val="single" w:sz="8" w:space="0" w:color="000000"/>
              <w:bottom w:val="nil"/>
              <w:right w:val="single" w:sz="8" w:space="0" w:color="000000"/>
            </w:tcBorders>
          </w:tcPr>
          <w:p w14:paraId="711826AF" w14:textId="77777777" w:rsidR="00215E3A" w:rsidRDefault="00A20486" w:rsidP="001F687B">
            <w:pPr>
              <w:shd w:val="clear" w:color="auto" w:fill="FFFFFF" w:themeFill="background1"/>
              <w:jc w:val="both"/>
            </w:pPr>
            <w:r>
              <w:t>- GV tổ chức cho HS làm việc theo cặp, trao đổi về nội dung của bảng tin mà em biết.</w:t>
            </w:r>
          </w:p>
        </w:tc>
        <w:tc>
          <w:tcPr>
            <w:tcW w:w="5270" w:type="dxa"/>
            <w:tcBorders>
              <w:top w:val="nil"/>
              <w:left w:val="single" w:sz="8" w:space="0" w:color="000000"/>
              <w:bottom w:val="nil"/>
              <w:right w:val="single" w:sz="8" w:space="0" w:color="000000"/>
            </w:tcBorders>
          </w:tcPr>
          <w:p w14:paraId="469104DB" w14:textId="77777777" w:rsidR="00215E3A" w:rsidRDefault="00A20486" w:rsidP="001F687B">
            <w:pPr>
              <w:shd w:val="clear" w:color="auto" w:fill="FFFFFF" w:themeFill="background1"/>
              <w:jc w:val="both"/>
            </w:pPr>
            <w:r>
              <w:t>- HS thảo luận cặp đôi, nêu tên bản tin, hoạt động, thời gian và điều em quan tâm.</w:t>
            </w:r>
          </w:p>
        </w:tc>
      </w:tr>
      <w:tr w:rsidR="00215E3A" w14:paraId="18BBE9C6" w14:textId="77777777" w:rsidTr="001F687B">
        <w:trPr>
          <w:jc w:val="center"/>
        </w:trPr>
        <w:tc>
          <w:tcPr>
            <w:tcW w:w="5270" w:type="dxa"/>
            <w:tcBorders>
              <w:top w:val="nil"/>
              <w:left w:val="single" w:sz="8" w:space="0" w:color="000000"/>
              <w:bottom w:val="nil"/>
              <w:right w:val="single" w:sz="8" w:space="0" w:color="000000"/>
            </w:tcBorders>
          </w:tcPr>
          <w:p w14:paraId="34307163" w14:textId="77777777" w:rsidR="00215E3A" w:rsidRDefault="00A20486" w:rsidP="001F687B">
            <w:pPr>
              <w:shd w:val="clear" w:color="auto" w:fill="FFFFFF" w:themeFill="background1"/>
              <w:jc w:val="both"/>
            </w:pPr>
            <w:r>
              <w:t>- GV mời HS chia sẻ trước lớp.</w:t>
            </w:r>
          </w:p>
        </w:tc>
        <w:tc>
          <w:tcPr>
            <w:tcW w:w="5270" w:type="dxa"/>
            <w:tcBorders>
              <w:top w:val="nil"/>
              <w:left w:val="single" w:sz="8" w:space="0" w:color="000000"/>
              <w:bottom w:val="nil"/>
              <w:right w:val="single" w:sz="8" w:space="0" w:color="000000"/>
            </w:tcBorders>
          </w:tcPr>
          <w:p w14:paraId="417AA294" w14:textId="77777777" w:rsidR="00215E3A" w:rsidRDefault="00A20486" w:rsidP="001F687B">
            <w:pPr>
              <w:shd w:val="clear" w:color="auto" w:fill="FFFFFF" w:themeFill="background1"/>
              <w:jc w:val="both"/>
            </w:pPr>
            <w:r>
              <w:t>- HS chia sẻ trước lớp; HS dưới lớp nhận xét, bổ sung.</w:t>
            </w:r>
          </w:p>
        </w:tc>
      </w:tr>
      <w:tr w:rsidR="00215E3A" w14:paraId="3858E1E1" w14:textId="77777777" w:rsidTr="001F687B">
        <w:trPr>
          <w:jc w:val="center"/>
        </w:trPr>
        <w:tc>
          <w:tcPr>
            <w:tcW w:w="5270" w:type="dxa"/>
            <w:tcBorders>
              <w:top w:val="nil"/>
              <w:left w:val="single" w:sz="8" w:space="0" w:color="000000"/>
              <w:bottom w:val="nil"/>
              <w:right w:val="single" w:sz="8" w:space="0" w:color="000000"/>
            </w:tcBorders>
          </w:tcPr>
          <w:p w14:paraId="7C041AE1" w14:textId="77777777" w:rsidR="00215E3A" w:rsidRDefault="00A20486" w:rsidP="001F687B">
            <w:pPr>
              <w:shd w:val="clear" w:color="auto" w:fill="FFFFFF" w:themeFill="background1"/>
              <w:jc w:val="both"/>
            </w:pPr>
            <w:r>
              <w:t>- GV nhận xét, động viên HS.</w:t>
            </w:r>
          </w:p>
        </w:tc>
        <w:tc>
          <w:tcPr>
            <w:tcW w:w="5270" w:type="dxa"/>
            <w:tcBorders>
              <w:top w:val="nil"/>
              <w:left w:val="single" w:sz="8" w:space="0" w:color="000000"/>
              <w:bottom w:val="nil"/>
              <w:right w:val="single" w:sz="8" w:space="0" w:color="000000"/>
            </w:tcBorders>
          </w:tcPr>
          <w:p w14:paraId="448834A8" w14:textId="77777777" w:rsidR="00215E3A" w:rsidRDefault="00A20486" w:rsidP="001F687B">
            <w:pPr>
              <w:shd w:val="clear" w:color="auto" w:fill="FFFFFF" w:themeFill="background1"/>
              <w:jc w:val="both"/>
            </w:pPr>
            <w:r>
              <w:t>- HS lắng nghe, ghi nhớ cách đọc bảng tin.</w:t>
            </w:r>
          </w:p>
        </w:tc>
      </w:tr>
      <w:tr w:rsidR="00215E3A" w14:paraId="656F719F" w14:textId="77777777" w:rsidTr="001F687B">
        <w:trPr>
          <w:jc w:val="center"/>
        </w:trPr>
        <w:tc>
          <w:tcPr>
            <w:tcW w:w="5270" w:type="dxa"/>
            <w:tcBorders>
              <w:top w:val="nil"/>
              <w:left w:val="single" w:sz="8" w:space="0" w:color="000000"/>
              <w:bottom w:val="single" w:sz="4" w:space="0" w:color="000000"/>
              <w:right w:val="single" w:sz="8" w:space="0" w:color="000000"/>
            </w:tcBorders>
          </w:tcPr>
          <w:p w14:paraId="44DE4E34" w14:textId="77777777" w:rsidR="00215E3A" w:rsidRDefault="00A20486" w:rsidP="001F687B">
            <w:pPr>
              <w:shd w:val="clear" w:color="auto" w:fill="FFFFFF" w:themeFill="background1"/>
              <w:jc w:val="both"/>
            </w:pPr>
            <w:r>
              <w:t>- GV lưu ý HS những điểm cần chú ý khi đọc bảng tin.</w:t>
            </w:r>
          </w:p>
        </w:tc>
        <w:tc>
          <w:tcPr>
            <w:tcW w:w="5270" w:type="dxa"/>
            <w:tcBorders>
              <w:top w:val="nil"/>
              <w:left w:val="single" w:sz="8" w:space="0" w:color="000000"/>
              <w:bottom w:val="single" w:sz="4" w:space="0" w:color="000000"/>
              <w:right w:val="single" w:sz="8" w:space="0" w:color="000000"/>
            </w:tcBorders>
          </w:tcPr>
          <w:p w14:paraId="1F6AF616" w14:textId="77777777" w:rsidR="00215E3A" w:rsidRDefault="00A20486" w:rsidP="001F687B">
            <w:pPr>
              <w:shd w:val="clear" w:color="auto" w:fill="FFFFFF" w:themeFill="background1"/>
              <w:jc w:val="both"/>
            </w:pPr>
            <w:r>
              <w:t>- HS ghi nhớ: đọc tiêu đề, thời gian, địa điểm, người tham gia, nội dung cần chuẩn bị.</w:t>
            </w:r>
          </w:p>
        </w:tc>
      </w:tr>
      <w:tr w:rsidR="00215E3A" w14:paraId="26CBCCAF"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7F66D379" w14:textId="77777777" w:rsidR="00215E3A" w:rsidRDefault="00A20486" w:rsidP="001F687B">
            <w:pPr>
              <w:shd w:val="clear" w:color="auto" w:fill="FFFFFF" w:themeFill="background1"/>
            </w:pPr>
            <w:r>
              <w:rPr>
                <w:b/>
                <w:color w:val="008000"/>
              </w:rPr>
              <w:t>3. Thực hành (15 phút)</w:t>
            </w:r>
            <w:r>
              <w:rPr>
                <w:b/>
                <w:color w:val="008000"/>
              </w:rPr>
              <w:br/>
              <w:t>Mục tiêu: Giúp HS chia sẻ với bạn những thông tin mà em quan tâm và vận dụng vào thực tiễn cuộc sống. Mục tiêu tích hợp: HS xác định được thông tin cần tìm, tìm kiếm dữ liệu, thông tin và nội dung thông qua tìm kiếm đơn giản trong môi trường số; biết chọn lọc thông tin phù hợp.</w:t>
            </w:r>
          </w:p>
        </w:tc>
      </w:tr>
      <w:tr w:rsidR="00215E3A" w14:paraId="1A68F2AA" w14:textId="77777777" w:rsidTr="001F687B">
        <w:trPr>
          <w:jc w:val="center"/>
        </w:trPr>
        <w:tc>
          <w:tcPr>
            <w:tcW w:w="5270" w:type="dxa"/>
            <w:tcBorders>
              <w:top w:val="single" w:sz="4" w:space="0" w:color="000000"/>
              <w:left w:val="single" w:sz="8" w:space="0" w:color="000000"/>
              <w:bottom w:val="nil"/>
              <w:right w:val="single" w:sz="8" w:space="0" w:color="000000"/>
            </w:tcBorders>
          </w:tcPr>
          <w:p w14:paraId="737815A3" w14:textId="77777777" w:rsidR="00215E3A" w:rsidRDefault="00A20486" w:rsidP="001F687B">
            <w:pPr>
              <w:shd w:val="clear" w:color="auto" w:fill="FFFFFF" w:themeFill="background1"/>
              <w:jc w:val="both"/>
            </w:pPr>
            <w:r>
              <w:rPr>
                <w:b/>
                <w:color w:val="006100"/>
              </w:rPr>
              <w:t>Hoạt động 2: Chia sẻ với các bạn những thông tin mà em quan tâm.</w:t>
            </w:r>
          </w:p>
          <w:p w14:paraId="60E2F3AB" w14:textId="77777777" w:rsidR="00215E3A" w:rsidRDefault="00A20486" w:rsidP="001F687B">
            <w:pPr>
              <w:shd w:val="clear" w:color="auto" w:fill="FFFFFF" w:themeFill="background1"/>
              <w:jc w:val="both"/>
            </w:pPr>
            <w:r>
              <w:t>- GV tổ chức cho HS đọc yêu cầu của hoạt động.</w:t>
            </w:r>
          </w:p>
        </w:tc>
        <w:tc>
          <w:tcPr>
            <w:tcW w:w="5270" w:type="dxa"/>
            <w:tcBorders>
              <w:top w:val="single" w:sz="4" w:space="0" w:color="000000"/>
              <w:left w:val="single" w:sz="8" w:space="0" w:color="000000"/>
              <w:bottom w:val="nil"/>
              <w:right w:val="single" w:sz="8" w:space="0" w:color="000000"/>
            </w:tcBorders>
          </w:tcPr>
          <w:p w14:paraId="7DAABEDC" w14:textId="77777777" w:rsidR="00215E3A" w:rsidRDefault="00A20486" w:rsidP="001F687B">
            <w:pPr>
              <w:shd w:val="clear" w:color="auto" w:fill="FFFFFF" w:themeFill="background1"/>
              <w:jc w:val="both"/>
            </w:pPr>
            <w:r>
              <w:t>- HS nêu yêu cầu: Chia sẻ với các bạn những thông tin mà em quan tâm.</w:t>
            </w:r>
          </w:p>
        </w:tc>
      </w:tr>
      <w:tr w:rsidR="00215E3A" w14:paraId="391416FC" w14:textId="77777777" w:rsidTr="001F687B">
        <w:trPr>
          <w:jc w:val="center"/>
        </w:trPr>
        <w:tc>
          <w:tcPr>
            <w:tcW w:w="5270" w:type="dxa"/>
            <w:tcBorders>
              <w:top w:val="nil"/>
              <w:left w:val="single" w:sz="8" w:space="0" w:color="000000"/>
              <w:bottom w:val="nil"/>
              <w:right w:val="single" w:sz="8" w:space="0" w:color="000000"/>
            </w:tcBorders>
          </w:tcPr>
          <w:p w14:paraId="4732173C" w14:textId="77777777" w:rsidR="00215E3A" w:rsidRDefault="00A20486" w:rsidP="001F687B">
            <w:pPr>
              <w:shd w:val="clear" w:color="auto" w:fill="FFFFFF" w:themeFill="background1"/>
              <w:jc w:val="both"/>
            </w:pPr>
            <w:r>
              <w:rPr>
                <w:color w:val="C00000"/>
              </w:rPr>
              <w:t>- GV hỏi: Khi muốn tìm một bản tin về hoạt động của nhà trường trên môi trường số, em cần xác định thông tin gì trước?</w:t>
            </w:r>
          </w:p>
        </w:tc>
        <w:tc>
          <w:tcPr>
            <w:tcW w:w="5270" w:type="dxa"/>
            <w:tcBorders>
              <w:top w:val="nil"/>
              <w:left w:val="single" w:sz="8" w:space="0" w:color="000000"/>
              <w:bottom w:val="nil"/>
              <w:right w:val="single" w:sz="8" w:space="0" w:color="000000"/>
            </w:tcBorders>
          </w:tcPr>
          <w:p w14:paraId="67B22A77" w14:textId="77777777" w:rsidR="00215E3A" w:rsidRDefault="00A20486" w:rsidP="001F687B">
            <w:pPr>
              <w:shd w:val="clear" w:color="auto" w:fill="FFFFFF" w:themeFill="background1"/>
              <w:jc w:val="both"/>
            </w:pPr>
            <w:r>
              <w:rPr>
                <w:color w:val="C00000"/>
              </w:rPr>
              <w:t>- HS trả lời: Em cần xác định mình muốn tìm hoạt động nào, thời gian nào, nguồn nào của nhà trường.</w:t>
            </w:r>
          </w:p>
        </w:tc>
      </w:tr>
      <w:tr w:rsidR="00215E3A" w14:paraId="1693878E" w14:textId="77777777" w:rsidTr="001F687B">
        <w:trPr>
          <w:jc w:val="center"/>
        </w:trPr>
        <w:tc>
          <w:tcPr>
            <w:tcW w:w="5270" w:type="dxa"/>
            <w:tcBorders>
              <w:top w:val="nil"/>
              <w:left w:val="single" w:sz="8" w:space="0" w:color="000000"/>
              <w:bottom w:val="nil"/>
              <w:right w:val="single" w:sz="8" w:space="0" w:color="000000"/>
            </w:tcBorders>
          </w:tcPr>
          <w:p w14:paraId="52C28FC5" w14:textId="77777777" w:rsidR="00215E3A" w:rsidRDefault="00A20486" w:rsidP="001F687B">
            <w:pPr>
              <w:shd w:val="clear" w:color="auto" w:fill="FFFFFF" w:themeFill="background1"/>
              <w:jc w:val="both"/>
            </w:pPr>
            <w:r>
              <w:rPr>
                <w:color w:val="C00000"/>
              </w:rPr>
              <w:t>- Tích hợp NLS 1.1.CB1a: Khi tìm thông tin trên môi trường số, các em cần xác định đúng thông tin cần tìm, dùng từ khóa đơn giản, chọn nguồn phù hợp như website, fanpage hoặc thông báo chính thức của nhà trường; không bấm vào đường link lạ, không chia sẻ họ tên, lớp, số điện thoại, địa chỉ nhà. Sau khi tìm được thông tin, các em cần đọc kĩ tên hoạt động, thời gian, địa điểm, người tham gia và chỉ chia sẻ nội dung phù hợp với bài học.</w:t>
            </w:r>
          </w:p>
        </w:tc>
        <w:tc>
          <w:tcPr>
            <w:tcW w:w="5270" w:type="dxa"/>
            <w:tcBorders>
              <w:top w:val="nil"/>
              <w:left w:val="single" w:sz="8" w:space="0" w:color="000000"/>
              <w:bottom w:val="nil"/>
              <w:right w:val="single" w:sz="8" w:space="0" w:color="000000"/>
            </w:tcBorders>
          </w:tcPr>
          <w:p w14:paraId="0D126AB0" w14:textId="77777777" w:rsidR="00215E3A" w:rsidRDefault="00A20486" w:rsidP="001F687B">
            <w:pPr>
              <w:shd w:val="clear" w:color="auto" w:fill="FFFFFF" w:themeFill="background1"/>
              <w:jc w:val="both"/>
            </w:pPr>
            <w:r>
              <w:rPr>
                <w:color w:val="C00000"/>
              </w:rPr>
              <w:t>- HS lắng nghe và nêu cách thực hiện: Em tìm bằng từ khóa tên trường và tên hoạt động; em chọn thông báo của trường; em không nhập thông tin riêng tư và nhờ người lớn hướng dẫn khi cần.</w:t>
            </w:r>
          </w:p>
        </w:tc>
      </w:tr>
      <w:tr w:rsidR="00215E3A" w14:paraId="50020128" w14:textId="77777777" w:rsidTr="001F687B">
        <w:trPr>
          <w:jc w:val="center"/>
        </w:trPr>
        <w:tc>
          <w:tcPr>
            <w:tcW w:w="5270" w:type="dxa"/>
            <w:tcBorders>
              <w:top w:val="nil"/>
              <w:left w:val="single" w:sz="8" w:space="0" w:color="000000"/>
              <w:bottom w:val="nil"/>
              <w:right w:val="single" w:sz="8" w:space="0" w:color="000000"/>
            </w:tcBorders>
          </w:tcPr>
          <w:p w14:paraId="34C40D1B" w14:textId="77777777" w:rsidR="00215E3A" w:rsidRDefault="00A20486" w:rsidP="001F687B">
            <w:pPr>
              <w:shd w:val="clear" w:color="auto" w:fill="FFFFFF" w:themeFill="background1"/>
              <w:jc w:val="both"/>
            </w:pPr>
            <w:r>
              <w:t>- GV tổ chức cho HS trao đổi trong nhóm về thông tin em quan tâm.</w:t>
            </w:r>
          </w:p>
        </w:tc>
        <w:tc>
          <w:tcPr>
            <w:tcW w:w="5270" w:type="dxa"/>
            <w:tcBorders>
              <w:top w:val="nil"/>
              <w:left w:val="single" w:sz="8" w:space="0" w:color="000000"/>
              <w:bottom w:val="nil"/>
              <w:right w:val="single" w:sz="8" w:space="0" w:color="000000"/>
            </w:tcBorders>
          </w:tcPr>
          <w:p w14:paraId="60379953" w14:textId="77777777" w:rsidR="00215E3A" w:rsidRDefault="00A20486" w:rsidP="001F687B">
            <w:pPr>
              <w:shd w:val="clear" w:color="auto" w:fill="FFFFFF" w:themeFill="background1"/>
              <w:jc w:val="both"/>
            </w:pPr>
            <w:r>
              <w:t>- HS trao đổi trong nhóm: Em quan tâm lịch tham quan, hội thi vẽ tranh, ngày hội đọc sách hoặc hoạt động thể thao.</w:t>
            </w:r>
          </w:p>
        </w:tc>
      </w:tr>
      <w:tr w:rsidR="00215E3A" w14:paraId="6FB5E318" w14:textId="77777777" w:rsidTr="001F687B">
        <w:trPr>
          <w:jc w:val="center"/>
        </w:trPr>
        <w:tc>
          <w:tcPr>
            <w:tcW w:w="5270" w:type="dxa"/>
            <w:tcBorders>
              <w:top w:val="nil"/>
              <w:left w:val="single" w:sz="8" w:space="0" w:color="000000"/>
              <w:bottom w:val="nil"/>
              <w:right w:val="single" w:sz="8" w:space="0" w:color="000000"/>
            </w:tcBorders>
          </w:tcPr>
          <w:p w14:paraId="77F34CF8" w14:textId="77777777" w:rsidR="00215E3A" w:rsidRDefault="00A20486" w:rsidP="001F687B">
            <w:pPr>
              <w:shd w:val="clear" w:color="auto" w:fill="FFFFFF" w:themeFill="background1"/>
              <w:jc w:val="both"/>
            </w:pPr>
            <w:r>
              <w:t>- GV mời HS chia sẻ trước lớp.</w:t>
            </w:r>
          </w:p>
        </w:tc>
        <w:tc>
          <w:tcPr>
            <w:tcW w:w="5270" w:type="dxa"/>
            <w:tcBorders>
              <w:top w:val="nil"/>
              <w:left w:val="single" w:sz="8" w:space="0" w:color="000000"/>
              <w:bottom w:val="nil"/>
              <w:right w:val="single" w:sz="8" w:space="0" w:color="000000"/>
            </w:tcBorders>
          </w:tcPr>
          <w:p w14:paraId="4BDCC672" w14:textId="77777777" w:rsidR="00215E3A" w:rsidRDefault="00A20486" w:rsidP="001F687B">
            <w:pPr>
              <w:shd w:val="clear" w:color="auto" w:fill="FFFFFF" w:themeFill="background1"/>
              <w:jc w:val="both"/>
            </w:pPr>
            <w:r>
              <w:t>- HS chia sẻ trước lớp, nêu rõ tên thông tin, điều em quan tâm và nguồn thông tin nếu biết.</w:t>
            </w:r>
          </w:p>
        </w:tc>
      </w:tr>
      <w:tr w:rsidR="00215E3A" w14:paraId="0368C5B1" w14:textId="77777777" w:rsidTr="001F687B">
        <w:trPr>
          <w:jc w:val="center"/>
        </w:trPr>
        <w:tc>
          <w:tcPr>
            <w:tcW w:w="5270" w:type="dxa"/>
            <w:tcBorders>
              <w:top w:val="nil"/>
              <w:left w:val="single" w:sz="8" w:space="0" w:color="000000"/>
              <w:bottom w:val="single" w:sz="4" w:space="0" w:color="000000"/>
              <w:right w:val="single" w:sz="8" w:space="0" w:color="000000"/>
            </w:tcBorders>
          </w:tcPr>
          <w:p w14:paraId="2FD60E33" w14:textId="77777777" w:rsidR="00215E3A" w:rsidRDefault="00A20486" w:rsidP="001F687B">
            <w:pPr>
              <w:shd w:val="clear" w:color="auto" w:fill="FFFFFF" w:themeFill="background1"/>
              <w:jc w:val="both"/>
            </w:pPr>
            <w:r>
              <w:t>- GV nhận xét, góp ý cho HS cách chọn lọc thông tin.</w:t>
            </w:r>
          </w:p>
        </w:tc>
        <w:tc>
          <w:tcPr>
            <w:tcW w:w="5270" w:type="dxa"/>
            <w:tcBorders>
              <w:top w:val="nil"/>
              <w:left w:val="single" w:sz="8" w:space="0" w:color="000000"/>
              <w:bottom w:val="single" w:sz="4" w:space="0" w:color="000000"/>
              <w:right w:val="single" w:sz="8" w:space="0" w:color="000000"/>
            </w:tcBorders>
          </w:tcPr>
          <w:p w14:paraId="41EB8562" w14:textId="77777777" w:rsidR="00215E3A" w:rsidRDefault="00A20486" w:rsidP="001F687B">
            <w:pPr>
              <w:shd w:val="clear" w:color="auto" w:fill="FFFFFF" w:themeFill="background1"/>
              <w:jc w:val="both"/>
            </w:pPr>
            <w:r>
              <w:t>- HS lắng nghe, điều chỉnh cách chia sẻ cho rõ ràng và phù hợp.</w:t>
            </w:r>
          </w:p>
        </w:tc>
      </w:tr>
      <w:tr w:rsidR="00215E3A" w14:paraId="498BE8E2" w14:textId="77777777" w:rsidTr="001F687B">
        <w:trPr>
          <w:jc w:val="center"/>
        </w:trPr>
        <w:tc>
          <w:tcPr>
            <w:tcW w:w="10540" w:type="dxa"/>
            <w:gridSpan w:val="2"/>
            <w:tcBorders>
              <w:top w:val="single" w:sz="4" w:space="0" w:color="000000"/>
              <w:left w:val="single" w:sz="4" w:space="0" w:color="000000"/>
              <w:bottom w:val="single" w:sz="4" w:space="0" w:color="000000"/>
              <w:right w:val="single" w:sz="4" w:space="0" w:color="000000"/>
            </w:tcBorders>
            <w:shd w:val="clear" w:color="auto" w:fill="E2F0D9"/>
          </w:tcPr>
          <w:p w14:paraId="6574B68B" w14:textId="77777777" w:rsidR="00215E3A" w:rsidRDefault="00A20486" w:rsidP="001F687B">
            <w:pPr>
              <w:shd w:val="clear" w:color="auto" w:fill="FFFFFF" w:themeFill="background1"/>
            </w:pPr>
            <w:r>
              <w:rPr>
                <w:b/>
                <w:color w:val="008000"/>
              </w:rPr>
              <w:t>4. Vận dụng (3 phút)</w:t>
            </w:r>
            <w:r>
              <w:rPr>
                <w:b/>
                <w:color w:val="008000"/>
              </w:rPr>
              <w:br/>
              <w:t>Mục tiêu: Khắc sâu nội dung bài và chuẩn bị học bài sau.</w:t>
            </w:r>
          </w:p>
        </w:tc>
      </w:tr>
      <w:tr w:rsidR="00215E3A" w14:paraId="5900C688" w14:textId="77777777" w:rsidTr="001F687B">
        <w:trPr>
          <w:jc w:val="center"/>
        </w:trPr>
        <w:tc>
          <w:tcPr>
            <w:tcW w:w="5270" w:type="dxa"/>
            <w:tcBorders>
              <w:top w:val="single" w:sz="4" w:space="0" w:color="000000"/>
              <w:left w:val="single" w:sz="8" w:space="0" w:color="000000"/>
              <w:bottom w:val="nil"/>
              <w:right w:val="single" w:sz="8" w:space="0" w:color="000000"/>
            </w:tcBorders>
          </w:tcPr>
          <w:p w14:paraId="1771FFA5" w14:textId="77777777" w:rsidR="00215E3A" w:rsidRDefault="00A20486" w:rsidP="001F687B">
            <w:pPr>
              <w:shd w:val="clear" w:color="auto" w:fill="FFFFFF" w:themeFill="background1"/>
              <w:jc w:val="both"/>
            </w:pPr>
            <w:r>
              <w:lastRenderedPageBreak/>
              <w:t>- GV yêu cầu HS nhắc lại nội dung đã học.</w:t>
            </w:r>
          </w:p>
        </w:tc>
        <w:tc>
          <w:tcPr>
            <w:tcW w:w="5270" w:type="dxa"/>
            <w:tcBorders>
              <w:top w:val="single" w:sz="4" w:space="0" w:color="000000"/>
              <w:left w:val="single" w:sz="8" w:space="0" w:color="000000"/>
              <w:bottom w:val="nil"/>
              <w:right w:val="single" w:sz="8" w:space="0" w:color="000000"/>
            </w:tcBorders>
          </w:tcPr>
          <w:p w14:paraId="0B6912BE" w14:textId="77777777" w:rsidR="00215E3A" w:rsidRDefault="00A20486" w:rsidP="001F687B">
            <w:pPr>
              <w:shd w:val="clear" w:color="auto" w:fill="FFFFFF" w:themeFill="background1"/>
              <w:jc w:val="both"/>
            </w:pPr>
            <w:r>
              <w:t>- HS nhắc lại: Đọc - hiểu Thời khóa biểu; nghe - viết Thời khóa biểu; luyện từ chỉ sự vật, hoạt động; viết thời gian biểu; đọc bảng tin nhà trường.</w:t>
            </w:r>
          </w:p>
        </w:tc>
      </w:tr>
      <w:tr w:rsidR="00215E3A" w14:paraId="4F0FD77E" w14:textId="77777777" w:rsidTr="001F687B">
        <w:trPr>
          <w:jc w:val="center"/>
        </w:trPr>
        <w:tc>
          <w:tcPr>
            <w:tcW w:w="5270" w:type="dxa"/>
            <w:tcBorders>
              <w:top w:val="nil"/>
              <w:left w:val="single" w:sz="8" w:space="0" w:color="000000"/>
              <w:bottom w:val="nil"/>
              <w:right w:val="single" w:sz="8" w:space="0" w:color="000000"/>
            </w:tcBorders>
          </w:tcPr>
          <w:p w14:paraId="0DCD4280" w14:textId="77777777" w:rsidR="00215E3A" w:rsidRDefault="00A20486" w:rsidP="001F687B">
            <w:pPr>
              <w:shd w:val="clear" w:color="auto" w:fill="FFFFFF" w:themeFill="background1"/>
              <w:jc w:val="both"/>
            </w:pPr>
            <w:r>
              <w:t>- GV gọi HS nêu ý kiến về bài học.</w:t>
            </w:r>
          </w:p>
        </w:tc>
        <w:tc>
          <w:tcPr>
            <w:tcW w:w="5270" w:type="dxa"/>
            <w:tcBorders>
              <w:top w:val="nil"/>
              <w:left w:val="single" w:sz="8" w:space="0" w:color="000000"/>
              <w:bottom w:val="nil"/>
              <w:right w:val="single" w:sz="8" w:space="0" w:color="000000"/>
            </w:tcBorders>
          </w:tcPr>
          <w:p w14:paraId="167CDBFB" w14:textId="77777777" w:rsidR="00215E3A" w:rsidRDefault="00A20486" w:rsidP="001F687B">
            <w:pPr>
              <w:shd w:val="clear" w:color="auto" w:fill="FFFFFF" w:themeFill="background1"/>
              <w:jc w:val="both"/>
            </w:pPr>
            <w:r>
              <w:t>- HS nêu hoạt động em thích, điều em còn cần luyện thêm.</w:t>
            </w:r>
          </w:p>
        </w:tc>
      </w:tr>
      <w:tr w:rsidR="00215E3A" w14:paraId="25057BCD" w14:textId="77777777" w:rsidTr="001F687B">
        <w:trPr>
          <w:jc w:val="center"/>
        </w:trPr>
        <w:tc>
          <w:tcPr>
            <w:tcW w:w="5270" w:type="dxa"/>
            <w:tcBorders>
              <w:top w:val="nil"/>
              <w:left w:val="single" w:sz="8" w:space="0" w:color="000000"/>
              <w:bottom w:val="nil"/>
              <w:right w:val="single" w:sz="8" w:space="0" w:color="000000"/>
            </w:tcBorders>
          </w:tcPr>
          <w:p w14:paraId="2DCAD62A" w14:textId="77777777" w:rsidR="00215E3A" w:rsidRDefault="00A20486" w:rsidP="001F687B">
            <w:pPr>
              <w:shd w:val="clear" w:color="auto" w:fill="FFFFFF" w:themeFill="background1"/>
              <w:jc w:val="both"/>
            </w:pPr>
            <w:r>
              <w:t>- GV nhận xét, khen ngợi và dặn HS chuẩn bị bài sau.</w:t>
            </w:r>
          </w:p>
        </w:tc>
        <w:tc>
          <w:tcPr>
            <w:tcW w:w="5270" w:type="dxa"/>
            <w:tcBorders>
              <w:top w:val="nil"/>
              <w:left w:val="single" w:sz="8" w:space="0" w:color="000000"/>
              <w:bottom w:val="nil"/>
              <w:right w:val="single" w:sz="8" w:space="0" w:color="000000"/>
            </w:tcBorders>
          </w:tcPr>
          <w:p w14:paraId="5986D77B" w14:textId="77777777" w:rsidR="00215E3A" w:rsidRDefault="00A20486" w:rsidP="001F687B">
            <w:pPr>
              <w:shd w:val="clear" w:color="auto" w:fill="FFFFFF" w:themeFill="background1"/>
              <w:jc w:val="both"/>
            </w:pPr>
            <w:r>
              <w:t>- HS lắng nghe, thực hiện nhiệm vụ về nhà.</w:t>
            </w:r>
          </w:p>
        </w:tc>
      </w:tr>
      <w:tr w:rsidR="003B638A" w14:paraId="41105EEA" w14:textId="77777777" w:rsidTr="001F687B">
        <w:trPr>
          <w:jc w:val="center"/>
        </w:trPr>
        <w:tc>
          <w:tcPr>
            <w:tcW w:w="5270" w:type="dxa"/>
            <w:tcBorders>
              <w:top w:val="nil"/>
              <w:right w:val="single" w:sz="8" w:space="0" w:color="000000"/>
            </w:tcBorders>
          </w:tcPr>
          <w:p w14:paraId="5E6B3373" w14:textId="77777777" w:rsidR="003B638A" w:rsidRDefault="001B3E3F" w:rsidP="001F687B">
            <w:pPr>
              <w:shd w:val="clear" w:color="auto" w:fill="FFFFFF" w:themeFill="background1"/>
            </w:pPr>
            <w:r>
              <w:t>- Dặn dò: Về nhà tìm đọc thêm một bản tin, thông báo của nhà trường hoặc một bài viết phù hợp; ghi lại tên nguồn thông tin để chia sẻ ở tiết sau.</w:t>
            </w:r>
          </w:p>
        </w:tc>
        <w:tc>
          <w:tcPr>
            <w:tcW w:w="5270" w:type="dxa"/>
            <w:tcBorders>
              <w:top w:val="nil"/>
              <w:left w:val="single" w:sz="8" w:space="0" w:color="000000"/>
            </w:tcBorders>
          </w:tcPr>
          <w:p w14:paraId="51A1A3A9" w14:textId="77777777" w:rsidR="003B638A" w:rsidRDefault="001B3E3F" w:rsidP="001F687B">
            <w:pPr>
              <w:shd w:val="clear" w:color="auto" w:fill="FFFFFF" w:themeFill="background1"/>
            </w:pPr>
            <w:r>
              <w:t>- HS ghi nhớ: Em tìm thông tin an toàn, chọn nguồn phù hợp và không chia sẻ thông tin cá nhân.</w:t>
            </w:r>
          </w:p>
        </w:tc>
      </w:tr>
    </w:tbl>
    <w:p w14:paraId="2C160CA7" w14:textId="77777777" w:rsidR="00215E3A" w:rsidRDefault="00A20486" w:rsidP="001F687B">
      <w:pPr>
        <w:shd w:val="clear" w:color="auto" w:fill="FFFFFF" w:themeFill="background1"/>
        <w:spacing w:after="0" w:line="240" w:lineRule="auto"/>
        <w:jc w:val="both"/>
      </w:pPr>
      <w:r>
        <w:rPr>
          <w:b/>
          <w:color w:val="000000"/>
        </w:rPr>
        <w:t>IV. ĐIỀU CHỈNH SAU TIẾT DẠY (NẾU CÓ):</w:t>
      </w:r>
    </w:p>
    <w:p w14:paraId="64F02DBF" w14:textId="77777777" w:rsidR="00215E3A" w:rsidRDefault="00A20486" w:rsidP="001F687B">
      <w:pPr>
        <w:shd w:val="clear" w:color="auto" w:fill="FFFFFF" w:themeFill="background1"/>
        <w:spacing w:after="0" w:line="240" w:lineRule="auto"/>
        <w:jc w:val="both"/>
      </w:pPr>
      <w:r>
        <w:rPr>
          <w:color w:val="000000"/>
        </w:rPr>
        <w:t>................................................................................................................................................</w:t>
      </w:r>
    </w:p>
    <w:p w14:paraId="6D17D260" w14:textId="77777777" w:rsidR="00215E3A" w:rsidRDefault="00215E3A" w:rsidP="001F687B">
      <w:pPr>
        <w:shd w:val="clear" w:color="auto" w:fill="FFFFFF" w:themeFill="background1"/>
        <w:spacing w:after="0" w:line="240" w:lineRule="auto"/>
        <w:jc w:val="both"/>
      </w:pPr>
    </w:p>
    <w:sectPr w:rsidR="00215E3A" w:rsidSect="00034616">
      <w:pgSz w:w="12240" w:h="15840"/>
      <w:pgMar w:top="850" w:right="850" w:bottom="85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4920565">
    <w:abstractNumId w:val="8"/>
  </w:num>
  <w:num w:numId="2" w16cid:durableId="1229271247">
    <w:abstractNumId w:val="6"/>
  </w:num>
  <w:num w:numId="3" w16cid:durableId="1152259446">
    <w:abstractNumId w:val="5"/>
  </w:num>
  <w:num w:numId="4" w16cid:durableId="763112693">
    <w:abstractNumId w:val="4"/>
  </w:num>
  <w:num w:numId="5" w16cid:durableId="1149325460">
    <w:abstractNumId w:val="7"/>
  </w:num>
  <w:num w:numId="6" w16cid:durableId="687414326">
    <w:abstractNumId w:val="3"/>
  </w:num>
  <w:num w:numId="7" w16cid:durableId="1237133075">
    <w:abstractNumId w:val="2"/>
  </w:num>
  <w:num w:numId="8" w16cid:durableId="391390854">
    <w:abstractNumId w:val="1"/>
  </w:num>
  <w:num w:numId="9" w16cid:durableId="1904366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B3E3F"/>
    <w:rsid w:val="001F687B"/>
    <w:rsid w:val="00215E3A"/>
    <w:rsid w:val="0029639D"/>
    <w:rsid w:val="00326F90"/>
    <w:rsid w:val="003B638A"/>
    <w:rsid w:val="003F1E52"/>
    <w:rsid w:val="006D5E55"/>
    <w:rsid w:val="006E18DD"/>
    <w:rsid w:val="00A20486"/>
    <w:rsid w:val="00AA1D8D"/>
    <w:rsid w:val="00B47730"/>
    <w:rsid w:val="00CB0664"/>
    <w:rsid w:val="00F70B7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F0646A"/>
  <w14:defaultImageDpi w14:val="300"/>
  <w15:docId w15:val="{6108C7C8-EADC-4B50-9C3C-93F8DFC74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C6ADB-690F-40E6-91AC-8F8E1DB18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Pages>
  <Words>8069</Words>
  <Characters>45999</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53961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4</cp:revision>
  <dcterms:created xsi:type="dcterms:W3CDTF">2026-06-06T20:53:00Z</dcterms:created>
  <dcterms:modified xsi:type="dcterms:W3CDTF">2026-08-17T13:22:00Z</dcterms:modified>
  <cp:category/>
</cp:coreProperties>
</file>