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A5" w:rsidRDefault="0017786E" w:rsidP="00F97AC1">
      <w:pPr>
        <w:spacing w:line="276" w:lineRule="auto"/>
        <w:rPr>
          <w:b/>
        </w:rPr>
      </w:pPr>
      <w:r>
        <w:rPr>
          <w:rFonts w:cs="Times New Roman"/>
          <w:b/>
        </w:rPr>
        <w:t>TUẦN 31</w:t>
      </w:r>
    </w:p>
    <w:p w:rsidR="0017786E" w:rsidRDefault="0017786E" w:rsidP="00F97AC1">
      <w:pPr>
        <w:spacing w:line="276" w:lineRule="auto"/>
      </w:pPr>
      <w:r>
        <w:rPr>
          <w:rFonts w:cs="Times New Roman"/>
          <w:b/>
        </w:rPr>
        <w:t>CHỦ ĐIỂM 7: THẾ GIỚI TRONG MẮT EM</w:t>
      </w:r>
    </w:p>
    <w:p w:rsidR="005422A5" w:rsidRDefault="0017786E" w:rsidP="00F97AC1">
      <w:pPr>
        <w:spacing w:line="276" w:lineRule="auto"/>
      </w:pPr>
      <w:r>
        <w:rPr>
          <w:rFonts w:cs="Times New Roman"/>
          <w:b/>
        </w:rPr>
        <w:t>BÀI 1: TIA NẮNG ĐI ĐÂU? (TIẾT 1 + 2)</w:t>
      </w:r>
    </w:p>
    <w:p w:rsidR="005422A5" w:rsidRDefault="0017786E" w:rsidP="00F97AC1">
      <w:pPr>
        <w:spacing w:line="276" w:lineRule="auto"/>
      </w:pPr>
      <w:r>
        <w:rPr>
          <w:rFonts w:cs="Times New Roman"/>
          <w:b/>
        </w:rPr>
        <w:t>I. YÊU CẦU CẦN ĐẠT</w:t>
      </w:r>
    </w:p>
    <w:p w:rsidR="005422A5" w:rsidRDefault="0017786E" w:rsidP="00F97AC1">
      <w:pPr>
        <w:spacing w:line="276" w:lineRule="auto"/>
      </w:pPr>
      <w:r>
        <w:rPr>
          <w:rFonts w:cs="Times New Roman"/>
          <w:b/>
        </w:rPr>
        <w:t>1. Năng lực đặc thù</w:t>
      </w:r>
    </w:p>
    <w:p w:rsidR="005422A5" w:rsidRDefault="0017786E" w:rsidP="00F97AC1">
      <w:pPr>
        <w:spacing w:line="276" w:lineRule="auto"/>
      </w:pPr>
      <w:r>
        <w:rPr>
          <w:rFonts w:cs="Times New Roman"/>
        </w:rPr>
        <w:t>- Đọc đúng, rõ ràng một bài thơ; hiểu và trả lời đúng các câu hỏi có liên quan đến nội dung bài thơ; nhận biết một số tiếng cùng vần với nhau, củng cố kiến thức về vần; thuộc lòng một số khổ thơ; cảm nhận được vẻ đẹp của bài thơ qua vần và hình ảnh thơ; quan sát, nhận biết được các chi tiết trong tranh và suy luận từ tranh được quan sát.</w:t>
      </w:r>
    </w:p>
    <w:p w:rsidR="005422A5" w:rsidRDefault="0017786E" w:rsidP="00F97AC1">
      <w:pPr>
        <w:spacing w:line="276" w:lineRule="auto"/>
      </w:pPr>
      <w:r>
        <w:rPr>
          <w:rFonts w:cs="Times New Roman"/>
        </w:rPr>
        <w:t>- Phát triển kĩ năng nói và nghe thông qua hoạt động trao đổi về nội dung của văn bản và nội dung được thể hiện trong tranh.</w:t>
      </w:r>
    </w:p>
    <w:p w:rsidR="005422A5" w:rsidRDefault="0017786E" w:rsidP="00F97AC1">
      <w:pPr>
        <w:spacing w:line="276" w:lineRule="auto"/>
      </w:pPr>
      <w:r>
        <w:rPr>
          <w:rFonts w:cs="Times New Roman"/>
          <w:b/>
        </w:rPr>
        <w:t>2. Năng lực chung</w:t>
      </w:r>
    </w:p>
    <w:p w:rsidR="005422A5" w:rsidRDefault="0017786E" w:rsidP="00F97AC1">
      <w:pPr>
        <w:spacing w:line="276" w:lineRule="auto"/>
      </w:pPr>
      <w:r>
        <w:rPr>
          <w:rFonts w:cs="Times New Roman"/>
        </w:rPr>
        <w:t>- Góp phần hình thành năng lực giao tiếp và hợp tác, khả năng làm việc nhóm.</w:t>
      </w:r>
    </w:p>
    <w:p w:rsidR="005422A5" w:rsidRDefault="0017786E" w:rsidP="00F97AC1">
      <w:pPr>
        <w:spacing w:line="276" w:lineRule="auto"/>
      </w:pPr>
      <w:r>
        <w:rPr>
          <w:rFonts w:cs="Times New Roman"/>
          <w:b/>
        </w:rPr>
        <w:t>3. Phẩm chất</w:t>
      </w:r>
    </w:p>
    <w:p w:rsidR="005422A5" w:rsidRDefault="0017786E" w:rsidP="00F97AC1">
      <w:pPr>
        <w:spacing w:line="276" w:lineRule="auto"/>
      </w:pPr>
      <w:r>
        <w:rPr>
          <w:rFonts w:cs="Times New Roman"/>
        </w:rPr>
        <w:t>- Góp phần hình thành cho HS phẩm chất yêu nước thông qua tình yêu thiên nhiên.</w:t>
      </w:r>
    </w:p>
    <w:p w:rsidR="00545236" w:rsidRDefault="00F97AC1" w:rsidP="00F97AC1">
      <w:pPr>
        <w:spacing w:line="276" w:lineRule="auto"/>
      </w:pPr>
      <w:r>
        <w:rPr>
          <w:rFonts w:cs="Times New Roman"/>
          <w:b/>
          <w:color w:val="FF0000"/>
        </w:rPr>
        <w:t>4. Tích hợp</w:t>
      </w:r>
    </w:p>
    <w:p w:rsidR="00545236" w:rsidRDefault="00F97AC1" w:rsidP="00F97AC1">
      <w:pPr>
        <w:spacing w:line="276" w:lineRule="auto"/>
      </w:pPr>
      <w:r>
        <w:rPr>
          <w:rFonts w:cs="Times New Roman"/>
          <w:color w:val="FF0000"/>
        </w:rPr>
        <w:t>- Lý tưởng cách mạng, đạo đức, lối sống: Biết yêu buổi sáng, yêu ánh nắng; hình thành thói quen dậy đúng giờ, học tập và sinh hoạt vui vẻ, tích cực.</w:t>
      </w:r>
    </w:p>
    <w:p w:rsidR="005422A5" w:rsidRDefault="0017786E" w:rsidP="00F97AC1">
      <w:pPr>
        <w:spacing w:line="276" w:lineRule="auto"/>
      </w:pPr>
      <w:r>
        <w:rPr>
          <w:rFonts w:cs="Times New Roman"/>
          <w:b/>
        </w:rPr>
        <w:t>II. ĐỒ DÙNG DẠY HỌC</w:t>
      </w:r>
    </w:p>
    <w:p w:rsidR="005422A5" w:rsidRDefault="0017786E" w:rsidP="00F97AC1">
      <w:pPr>
        <w:spacing w:line="276" w:lineRule="auto"/>
      </w:pPr>
      <w:r>
        <w:rPr>
          <w:rFonts w:cs="Times New Roman"/>
        </w:rPr>
        <w:t>- Giáo viên: TV, SGK, tranh minh hoạ bài đọc.</w:t>
      </w:r>
    </w:p>
    <w:p w:rsidR="005422A5" w:rsidRDefault="0017786E" w:rsidP="00F97AC1">
      <w:pPr>
        <w:spacing w:line="276" w:lineRule="auto"/>
      </w:pPr>
      <w:r>
        <w:rPr>
          <w:rFonts w:cs="Times New Roman"/>
        </w:rPr>
        <w:t>- Học sinh: SHS.</w:t>
      </w:r>
    </w:p>
    <w:p w:rsidR="005422A5"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TIẾT 1</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hứng thú, giúp HS quan sát tranh và bước đầu tìm hiểu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yêu cầu HS quan sát tranh (SGK trang 124), trao đổi nhóm để trả lời các câu hỏi: Trong tranh, em thấy tia nắng ở đâu? Em có thích tia nắng buổi sáng không? Vì sao?</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quan sát tranh, trao đổi và trả lời: Em thấy tia nắng ở trên bàn, ở gần cửa sổ, trên sách vở. Em thích tia nắng buổi sáng vì tia nắng đẹp và ấm áp.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vài HS trả lời câu hỏi, HS khác bổ sung.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Tia nắng chiếu vào bàn học của bạn nhỏ. Em thích tia nắng buổi sáng vì làm cho căn phòng sáng hơn.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và HS thống nhất nội dung câu trả lời, sau đó dẫn vào bài thơ Tia nắng đi đâu?</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Bài thơ hôm nay sẽ giúp các em cảm nhận được vẻ đẹp vui tươi của tia nắng buổi sáng.</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Khám phá</w:t>
            </w:r>
            <w:r>
              <w:rPr>
                <w:rFonts w:cs="Times New Roman"/>
                <w:b/>
              </w:rPr>
              <w:br/>
              <w:t>Hoạt động 1: Luyện đọc - Bài tập 2</w:t>
            </w:r>
            <w:r>
              <w:rPr>
                <w:rFonts w:cs="Times New Roman"/>
                <w:b/>
              </w:rPr>
              <w:br/>
            </w:r>
            <w:r>
              <w:rPr>
                <w:rFonts w:cs="Times New Roman"/>
                <w:b/>
              </w:rPr>
              <w:lastRenderedPageBreak/>
              <w:t>Mục tiêu: HS đọc đúng, rõ ràng bài thơ; bước đầu cảm nhận được hình ảnh đẹp trong bài.</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đọc mẫu toàn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luyện đọc một số từ khó: nắng, dậy, lòng tay, sực nhớ, lặng im, ngẫm nghĩ.</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các từ khó: nắng, dậy, lòng tay, sực nhớ, lặng im, ngẫm nghĩ.</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dòng thơ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dòng thơ lần 1.</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dòng thơ lần 2, hướng dẫn ngắt nghỉ đúng giữa các dòng thơ, khổ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dòng thơ lần 2, ngắt nghỉ đúng.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chia bài thơ thành 4 khổ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khổ thơ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nối tiếp nhau đọc từng khổ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khổ thơ lần 2, giải thích nghĩa của từ: sực nhớ: bỗng nhiên nhớ ra; ngẫm nghĩ: nghĩ kĩ và lâu.</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từng khổ thơ, lắng nghe giải nghĩa từ.</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từng khổ thơ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từng khổ thơ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2 - 3 HS đọc lại toàn bài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- 2 - 3 HS đọc lại toàn bài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cả lớp đọc đồng thanh bài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Cả lớp đọc đồng thanh bài thơ.</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đọc đúng bài thơ và cảm nhận được hình ảnh tia nắng rất vui tươi, gần gũi.</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Khám phá</w:t>
            </w:r>
            <w:r>
              <w:rPr>
                <w:rFonts w:cs="Times New Roman"/>
                <w:b/>
              </w:rPr>
              <w:br/>
              <w:t>Hoạt động 2: Tìm ở cuối các dòng thơ những tiếng cùng vần với nhau - Bài tập 3</w:t>
            </w:r>
            <w:r>
              <w:rPr>
                <w:rFonts w:cs="Times New Roman"/>
                <w:b/>
              </w:rPr>
              <w:br/>
              <w:t>Mục tiêu: HS nhận biết được các tiếng cùng vần trong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lại bài thơ, tìm ở cuối các dòng thơ những tiếng cùng vần với nhau.</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lại bài thơ, tìm tiếng cùng vần.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làm việc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làm việc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đại diện vài nhóm trình bày.</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Đại diện nhóm trình bày: sáng - đang, dậy - thấy, ai - bài.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chốt lại câu trả lời đúng.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lại các tiếng cùng vần vừa tìm.</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lại: sáng - đang, dậy - thấy, ai - bài.</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biết tìm và đọc đúng những tiếng cùng vần trong bài thơ.</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lastRenderedPageBreak/>
              <w:t>TIẾT 2</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Tạo không khí vui vẻ, gợi nhớ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hát vui.</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hát.</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nhanh: Bài thơ hôm trước tên là gì?</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Tia nắng đi đâu?</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Tiết học hôm nay các em sẽ tìm hiểu nội dung bài thơ và học thuộc lòng một số khổ thơ.</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Luyện tập</w:t>
            </w:r>
            <w:r>
              <w:rPr>
                <w:rFonts w:cs="Times New Roman"/>
                <w:b/>
              </w:rPr>
              <w:br/>
              <w:t>Hoạt động 3: Trả lời câu hỏi - Bài tập 4</w:t>
            </w:r>
            <w:r>
              <w:rPr>
                <w:rFonts w:cs="Times New Roman"/>
                <w:b/>
              </w:rPr>
              <w:br/>
              <w:t>Mục tiêu: HS hiểu và trả lời đúng các câu hỏi về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lại khổ thơ 1, 2 và trả lời câu hỏi a: Buổi sáng thức dậy, bé thấy tia nắng ở đâu?</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Buổi sáng thức dậy, bé thấy tia nắng ở trong lòng tay, trên bàn học, trên tán cây.</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khổ thơ 3, 4 và trả lời câu hỏi b: Theo bé, buổi tối, tia nắng đi đâu?</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Theo bé, buổi tối, tia nắng đi ngủ.</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nêu câu hỏi c: Theo em, nhà nắng ở đâu?</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tự do: Theo em, nhà nắng ở trên bầu trời / ở gần ông mặt trời / ở ngoài trời cao.</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lần lượt trả lời câu hỏi, các HS khác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nhận xét, bổ sung.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tuyên dương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hiểu bài thơ và biết yêu ánh nắng buổi sáng, yêu thiên nhiên quanh mình.</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Luyện tập</w:t>
            </w:r>
            <w:r>
              <w:rPr>
                <w:rFonts w:cs="Times New Roman"/>
                <w:b/>
              </w:rPr>
              <w:br/>
              <w:t>Hoạt động 4: Học thuộc lòng hai khổ thơ cuối - Bài tập 5</w:t>
            </w:r>
            <w:r>
              <w:rPr>
                <w:rFonts w:cs="Times New Roman"/>
                <w:b/>
              </w:rPr>
              <w:br/>
              <w:t>Mục tiêu: HS học thuộc lòng được hai khổ thơ cuối.</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nêu yêu cầu học thuộc lòng.</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treo bài thơ lên bảng, hướng dẫn HS học thuộc lòng hai khổ thơ cuối bằng cách xoá dần bảng.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 nhân, đọc đồng thanh và tập thuộc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vài HS thi đọc thuộc lòng.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thi đọc thuộc lòng hai khổ thơ cuối.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tuyên dương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thuộc được hai khổ thơ cuối và đọc thơ tự tin hơn.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lastRenderedPageBreak/>
              <w:t>4. Vận dụng - trải nghiệm</w:t>
            </w:r>
            <w:r>
              <w:rPr>
                <w:rFonts w:cs="Times New Roman"/>
                <w:b/>
              </w:rPr>
              <w:br/>
              <w:t>Hoạt động 5: Vẽ bức tranh ông mặt trời và nói về bức tranh em vẽ - Bài tập 6</w:t>
            </w:r>
            <w:r>
              <w:rPr>
                <w:rFonts w:cs="Times New Roman"/>
                <w:b/>
              </w:rPr>
              <w:br/>
              <w:t>Mục tiêu: HS biết vẽ và nói ngắn gọn về tranh theo cảm nhận của mình.</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nêu nhiệm vụ, yêu cầu HS làm việc cá nhân: vẽ bức tranh ông mặt trời.</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vẽ tranh ông mặt trời.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một số HS giới thiệu tranh của mình.</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giới thiệu: Em vẽ ông mặt trời đang toả nắng. Em vẽ thêm mây trắng và cây xanh.</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đánh giá.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biết thể hiện cảm nhận của mình về tia nắng và ông mặt trời bằng tranh vẽ, lời nói.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5236" w:rsidTr="00C6445D">
        <w:trPr>
          <w:jc w:val="center"/>
        </w:trPr>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hỏi dẫn tích hợp Lý tưởng cách mạng, đạo đức, lối sống: Tia nắng buổi sáng mang đến điều gì? Em cần làm gì để bắt đầu ngày mới vui vẻ?</w:t>
            </w:r>
          </w:p>
        </w:tc>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trả lời: Tia nắng làm mọi vật sáng đẹp; em dậy đúng giờ, học tập và sinh hoạt tích cực.</w:t>
            </w:r>
          </w:p>
        </w:tc>
      </w:tr>
      <w:tr w:rsidR="00545236"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diễn giải tích hợp Lý tưởng cách mạng, đạo đức, lối sống: Yêu ánh nắng buổi sáng còn là hình thành thói quen dậy đúng giờ, vệ sinh cá nhân, chuẩn bị đi học và tham gia các hoạt động với tinh thần vui vẻ, tích cực. GV liên hệ với đời sống của HS: điều hay trong bài cần được thể hiện bằng lời nói lễ phép, hành động tử tế, thái độ biết yêu thương, biết ơn, trung thực hoặc chăm chỉ tùy tình huống. Mỗi việc tốt nhỏ ở lớp và ở nhà đều góp phần hình thành lối sống đẹp, biết tôn trọng bản thân và mọi người xung quanh.</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lắng nghe, nói việc em sẽ thực hiện vào buổi sáng. HS liên hệ và nêu một việc làm phù hợp với nội dung tích hợp.</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5. Củng cố</w:t>
            </w:r>
            <w:r>
              <w:rPr>
                <w:rFonts w:cs="Times New Roman"/>
                <w:b/>
              </w:rPr>
              <w:br/>
              <w:t>Mục tiêu: HS nhắc lại nội dung đã học và nêu điều em thích.</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nhắc lại những nội dung đã học, tóm tắt lại những nội dung chính.</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nhắc lại: Đã luyện đọc bài thơ, tìm tiếng cùng vần, trả lời câu hỏi, học thuộc lòng và vẽ tranh ông mặt trời.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Em thích điều gì nhất sau khi học xong bài thơ này?</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Em thích tia nắng buổi sáng / em thích hình ảnh tia nắng nhảy trên bàn học / em thích vẽ ông mặt trời.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nêu ưu, khuyết điểm của tiết học.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bl>
    <w:p w:rsidR="00C6445D" w:rsidRDefault="00C6445D" w:rsidP="00F97AC1">
      <w:pPr>
        <w:spacing w:line="276" w:lineRule="auto"/>
        <w:rPr>
          <w:rFonts w:cs="Times New Roman"/>
          <w:b/>
        </w:rPr>
      </w:pPr>
    </w:p>
    <w:p w:rsidR="00C6445D" w:rsidRDefault="00C6445D" w:rsidP="00F97AC1">
      <w:pPr>
        <w:spacing w:line="276" w:lineRule="auto"/>
        <w:rPr>
          <w:rFonts w:cs="Times New Roman"/>
          <w:b/>
        </w:rPr>
      </w:pPr>
    </w:p>
    <w:p w:rsidR="00C6445D" w:rsidRDefault="00C6445D" w:rsidP="00F97AC1">
      <w:pPr>
        <w:spacing w:line="276" w:lineRule="auto"/>
        <w:rPr>
          <w:rFonts w:cs="Times New Roman"/>
          <w:b/>
        </w:rPr>
      </w:pPr>
    </w:p>
    <w:p w:rsidR="005422A5" w:rsidRDefault="0017786E" w:rsidP="00F97AC1">
      <w:pPr>
        <w:spacing w:line="276" w:lineRule="auto"/>
      </w:pPr>
      <w:r>
        <w:rPr>
          <w:rFonts w:cs="Times New Roman"/>
          <w:b/>
        </w:rPr>
        <w:lastRenderedPageBreak/>
        <w:t>IV. ĐIỀU CHỈNH SAU BÀI DẠY</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5422A5" w:rsidP="00F97AC1">
      <w:pPr>
        <w:spacing w:line="276" w:lineRule="auto"/>
      </w:pPr>
    </w:p>
    <w:p w:rsidR="005422A5" w:rsidRDefault="0017786E" w:rsidP="00F97AC1">
      <w:pPr>
        <w:spacing w:line="276" w:lineRule="auto"/>
      </w:pPr>
      <w:r>
        <w:rPr>
          <w:rFonts w:cs="Times New Roman"/>
          <w:b/>
        </w:rPr>
        <w:t>BÀI 2: TRONG GIẤC MƠ BUỔI SÁNG (TIẾT 1 + 2)</w:t>
      </w:r>
    </w:p>
    <w:p w:rsidR="005422A5" w:rsidRDefault="0017786E" w:rsidP="00F97AC1">
      <w:pPr>
        <w:spacing w:line="276" w:lineRule="auto"/>
      </w:pPr>
      <w:r>
        <w:rPr>
          <w:rFonts w:cs="Times New Roman"/>
          <w:b/>
        </w:rPr>
        <w:t>I. YÊU CẦU CẦN ĐẠT</w:t>
      </w:r>
    </w:p>
    <w:p w:rsidR="005422A5" w:rsidRDefault="0017786E" w:rsidP="00F97AC1">
      <w:pPr>
        <w:spacing w:line="276" w:lineRule="auto"/>
      </w:pPr>
      <w:r>
        <w:rPr>
          <w:rFonts w:cs="Times New Roman"/>
          <w:b/>
        </w:rPr>
        <w:t>1. Năng lực đặc thù</w:t>
      </w:r>
    </w:p>
    <w:p w:rsidR="005422A5" w:rsidRDefault="0017786E" w:rsidP="00F97AC1">
      <w:pPr>
        <w:spacing w:line="276" w:lineRule="auto"/>
      </w:pPr>
      <w:r>
        <w:rPr>
          <w:rFonts w:cs="Times New Roman"/>
        </w:rPr>
        <w:t>- Phát triển kĩ năng đọc thông qua việc đọc đúng, rõ ràng bài thơ; hiểu và trả lời đúng các câu hỏi có liên quan đến nội dung bài thơ; nhận biết một số tiếng cùng vần với nhau, củng cố kiến thức về vần; thuộc lòng một số khổ thơ và cảm nhận được vẻ đẹp của bài thơ qua vần và hình ảnh thơ; quan sát, nhận biết được các chi tiết trong tranh và suy luận từ tranh được quan sát.</w:t>
      </w:r>
    </w:p>
    <w:p w:rsidR="005422A5" w:rsidRDefault="0017786E" w:rsidP="00F97AC1">
      <w:pPr>
        <w:spacing w:line="276" w:lineRule="auto"/>
      </w:pPr>
      <w:r>
        <w:rPr>
          <w:rFonts w:cs="Times New Roman"/>
        </w:rPr>
        <w:t>- Phát triển kĩ năng nói và nghe thông qua hoạt động trao đổi về nội dung của văn bản và nội dung được thể hiện trong tranh.</w:t>
      </w:r>
    </w:p>
    <w:p w:rsidR="005422A5" w:rsidRDefault="0017786E" w:rsidP="00F97AC1">
      <w:pPr>
        <w:spacing w:line="276" w:lineRule="auto"/>
      </w:pPr>
      <w:r>
        <w:rPr>
          <w:rFonts w:cs="Times New Roman"/>
          <w:b/>
        </w:rPr>
        <w:t>2. Năng lực chung</w:t>
      </w:r>
    </w:p>
    <w:p w:rsidR="005422A5" w:rsidRDefault="0017786E" w:rsidP="00F97AC1">
      <w:pPr>
        <w:spacing w:line="276" w:lineRule="auto"/>
      </w:pPr>
      <w:r>
        <w:rPr>
          <w:rFonts w:cs="Times New Roman"/>
        </w:rPr>
        <w:t>- Góp phần hình thành cho HS năng lực chung: khả năng làm việc nhóm.</w:t>
      </w:r>
    </w:p>
    <w:p w:rsidR="005422A5" w:rsidRDefault="0017786E" w:rsidP="00F97AC1">
      <w:pPr>
        <w:spacing w:line="276" w:lineRule="auto"/>
      </w:pPr>
      <w:r>
        <w:rPr>
          <w:rFonts w:cs="Times New Roman"/>
          <w:b/>
        </w:rPr>
        <w:t>3. Phẩm chất</w:t>
      </w:r>
    </w:p>
    <w:p w:rsidR="005422A5" w:rsidRDefault="0017786E" w:rsidP="00F97AC1">
      <w:pPr>
        <w:spacing w:line="276" w:lineRule="auto"/>
      </w:pPr>
      <w:r>
        <w:rPr>
          <w:rFonts w:cs="Times New Roman"/>
        </w:rPr>
        <w:t>- Góp phần hình thành cho HS phẩm chất nhân ái: tình yêu đối với thiên nhiên, có cảm xúc trước những đổi thay của đời sống xung quanh.</w:t>
      </w:r>
    </w:p>
    <w:p w:rsidR="00545236" w:rsidRDefault="00F97AC1" w:rsidP="00F97AC1">
      <w:pPr>
        <w:spacing w:line="276" w:lineRule="auto"/>
      </w:pPr>
      <w:r>
        <w:rPr>
          <w:rFonts w:cs="Times New Roman"/>
          <w:b/>
          <w:color w:val="FF0000"/>
        </w:rPr>
        <w:t>4. Tích hợp</w:t>
      </w:r>
    </w:p>
    <w:p w:rsidR="00545236" w:rsidRDefault="00F97AC1" w:rsidP="00F97AC1">
      <w:pPr>
        <w:spacing w:line="276" w:lineRule="auto"/>
      </w:pPr>
      <w:r>
        <w:rPr>
          <w:rFonts w:cs="Times New Roman"/>
          <w:color w:val="FF0000"/>
        </w:rPr>
        <w:t>- Lý tưởng cách mạng, đạo đức, lối sống: Nuôi dưỡng ước mơ trong sáng, biết yêu cảnh vật thiên nhiên và cuộc sống tươi đẹp.</w:t>
      </w:r>
    </w:p>
    <w:p w:rsidR="005422A5" w:rsidRDefault="0017786E" w:rsidP="00F97AC1">
      <w:pPr>
        <w:spacing w:line="276" w:lineRule="auto"/>
      </w:pPr>
      <w:r>
        <w:rPr>
          <w:rFonts w:cs="Times New Roman"/>
          <w:b/>
        </w:rPr>
        <w:t>II. ĐỒ DÙNG DẠY HỌC</w:t>
      </w:r>
    </w:p>
    <w:p w:rsidR="005422A5" w:rsidRDefault="0017786E" w:rsidP="00F97AC1">
      <w:pPr>
        <w:spacing w:line="276" w:lineRule="auto"/>
      </w:pPr>
      <w:r>
        <w:rPr>
          <w:rFonts w:cs="Times New Roman"/>
        </w:rPr>
        <w:t>- Giáo viên: TV.</w:t>
      </w:r>
    </w:p>
    <w:p w:rsidR="005422A5" w:rsidRDefault="0017786E" w:rsidP="00F97AC1">
      <w:pPr>
        <w:spacing w:line="276" w:lineRule="auto"/>
      </w:pPr>
      <w:r>
        <w:rPr>
          <w:rFonts w:cs="Times New Roman"/>
        </w:rPr>
        <w:t>- Học sinh: SHS, vở Tập viết 1 (tập 2), bảng con.</w:t>
      </w:r>
    </w:p>
    <w:p w:rsidR="005422A5"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TIẾT 1</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hứng thú, giúp HS quan sát tranh và bước đầu tìm hiểu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nhắc tên bài cũ: Tia nắng đi đâu?</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nhắc lại tên bài cũ: Tia nắng đi đâu?</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thuộc lòng bài thơ và nêu điều em thích nhất về bài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thuộc lòng bài thơ và trả lời: Em thích hình ảnh tia nắng nhảy trên bàn học / em thích tia nắng buổi sáng.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yêu cầu HS quan sát tranh (SGK trang 126), trả lời câu hỏi: Bạn nhỏ đang làm gì? Em có hay ngủ mơ không? Em thường mơ thấy gì?</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quan sát tranh và trả lời: Bạn nhỏ đang ngủ và mơ. Em có khi ngủ mơ. Em thường mơ thấy đi chơi / gặp ông mặt trời / gặp những điều đẹp.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xml:space="preserve">- GV và HS thống nhất nội dung câu trả lời, sau </w:t>
            </w:r>
            <w:r>
              <w:rPr>
                <w:rFonts w:cs="Times New Roman"/>
              </w:rPr>
              <w:lastRenderedPageBreak/>
              <w:t>đó dẫn vào bài thơ Trong giấc mơ buổi sáng.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kết luận: Bài thơ hôm nay sẽ đưa các em vào một giấc mơ đẹp, trong trẻo của buổi sáng.</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Khám phá</w:t>
            </w:r>
            <w:r>
              <w:rPr>
                <w:rFonts w:cs="Times New Roman"/>
                <w:b/>
              </w:rPr>
              <w:br/>
              <w:t>Hoạt động 1: Luyện đọc - Bài tập 2</w:t>
            </w:r>
            <w:r>
              <w:rPr>
                <w:rFonts w:cs="Times New Roman"/>
                <w:b/>
              </w:rPr>
              <w:br/>
              <w:t>Mục tiêu: HS đọc đúng, rõ ràng bài thơ, bước đầu cảm nhận được vẻ đẹp của giấc mơ buổi sáng.</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đọc mẫu toàn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luyện phát âm một số từ khó: chảy tràn, thảo nguyên, ban mai.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các từ khó: chảy tràn, thảo nguyên, ban mai.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dòng thơ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dòng thơ lần 1.</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dòng thơ lần 2, hướng dẫn cách đọc, ngắt nghỉ đúng dòng thơ, nhịp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dòng thơ lần 2, ngắt nghỉ đúng.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chia bài thơ thành 4 khổ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khổ thơ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nối tiếp nhau đọc từng khổ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khổ thơ lần 2, giải thích nghĩa của từ: thảo nguyên: vùng đất cao, bằng phẳng, rộng lớn, nhiều cỏ mọc; ban mai: buổi sáng sớm khi mặt trời đang lên.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từng khổ thơ, lắng nghe giải nghĩa từ.</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từng khổ thơ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từng khổ thơ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2 HS đọc lại toàn bài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- 2 HS đọc lại toàn bài thơ.</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đọc đúng bài thơ và cảm nhận được giấc mơ buổi sáng thật đẹp, thật vui.</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Luyện tập</w:t>
            </w:r>
            <w:r>
              <w:rPr>
                <w:rFonts w:cs="Times New Roman"/>
                <w:b/>
              </w:rPr>
              <w:br/>
              <w:t>Hoạt động 2: Tìm ở cuối các dòng thơ những tiếng cùng vần với nhau - Bài tập 3</w:t>
            </w:r>
            <w:r>
              <w:rPr>
                <w:rFonts w:cs="Times New Roman"/>
                <w:b/>
              </w:rPr>
              <w:br/>
              <w:t>Mục tiêu: HS nhận biết được các tiếng cùng vần trong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lại bài thơ, tìm ở cuối các dòng thơ những tiếng cùng vần với nhau.</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lại bài thơ, tìm tiếng cùng vần.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làm việc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làm việc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đại diện vài nhóm trình bày.</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xml:space="preserve">- Đại diện nhóm trình bày: trời - nơi, sông - </w:t>
            </w:r>
            <w:r>
              <w:rPr>
                <w:rFonts w:cs="Times New Roman"/>
              </w:rPr>
              <w:lastRenderedPageBreak/>
              <w:t>hồng - trông, tai - bài, trắng - nắng.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nhận xét, chốt lại câu trả lời đúng.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biết tìm những tiếng cùng vần trong bài thơ.</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TIẾT 2</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nhớ lại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hát vui.</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hát.</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Tên bài thơ hôm nay là gì?</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Trong giấc mơ buổi sáng.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Tiết học hôm nay các em sẽ tìm hiểu nội dung bài thơ và học thuộc lòng hai khổ thơ cuối.</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Luyện tập</w:t>
            </w:r>
            <w:r>
              <w:rPr>
                <w:rFonts w:cs="Times New Roman"/>
                <w:b/>
              </w:rPr>
              <w:br/>
              <w:t>Hoạt động 3: Trả lời câu hỏi - Bài tập 4</w:t>
            </w:r>
            <w:r>
              <w:rPr>
                <w:rFonts w:cs="Times New Roman"/>
                <w:b/>
              </w:rPr>
              <w:br/>
              <w:t>Mục tiêu: HS hiểu và trả lời đúng các câu hỏi về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khổ thơ 1, trả lời câu hỏi a: Trong giấc mơ, bạn nhỏ thấy ông mặt trời làm gì?</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Trong giấc mơ, bạn nhỏ thấy ông mặt trời mang túi đầy hoa nắng và rải hoa vàng khắp nơi.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khổ thơ 2, trả lời câu hỏi b: Bạn nhỏ thấy gì trên thảo nguyên?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Bạn nhỏ thấy rất nhiều loài hoa lạ trên thảo nguyên, mang tên bạn lớp mình.</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khổ thơ 4, trả lời câu hỏi c: Bạn nhỏ nghe thấy gì trong giấc mơ?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Bạn nhỏ nghe thấy lời của chú gà trống gọi bạn dậy mau đi học bài.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lần lượt trả lời câu hỏi, các HS khác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nhận xét, bổ sung.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tuyên dương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hiểu bài thơ và biết yêu những giấc mơ đẹp, trong sáng.</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Luyện tập</w:t>
            </w:r>
            <w:r>
              <w:rPr>
                <w:rFonts w:cs="Times New Roman"/>
                <w:b/>
              </w:rPr>
              <w:br/>
              <w:t>Hoạt động 4: Học thuộc lòng 2 khổ thơ cuối - Bài tập 5</w:t>
            </w:r>
            <w:r>
              <w:rPr>
                <w:rFonts w:cs="Times New Roman"/>
                <w:b/>
              </w:rPr>
              <w:br/>
              <w:t>Mục tiêu: HS học thuộc lòng được hai khổ thơ cuối.</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nêu yêu cầu học thuộc lòng.</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treo bài thơ lên bảng, hướng dẫn HS học thuộc lòng 2 khổ thơ cuối bằng cách xóa dần bảng.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 nhân, đọc đồng thanh và tập thuộc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mời vài HS thi đọc.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thi đọc thuộc lòng.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thuộc được hai khổ thơ cuối và đọc thơ tự tin hơn.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4. Vận dụng - trải nghiệm</w:t>
            </w:r>
            <w:r>
              <w:rPr>
                <w:rFonts w:cs="Times New Roman"/>
                <w:b/>
              </w:rPr>
              <w:br/>
              <w:t>Hoạt động 5: Nói về một giấc mơ của em - Bài tập 6</w:t>
            </w:r>
            <w:r>
              <w:rPr>
                <w:rFonts w:cs="Times New Roman"/>
                <w:b/>
              </w:rPr>
              <w:br/>
              <w:t>Mục tiêu: HS nói được ngắn gọn về giấc mơ của mình.</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đưa ra một số câu hỏi gợi ý: Em có hay nằm mơ không? Trong giấc mơ em thấy những điều gì? Em thích mơ thấy điều gì? Vì sao?</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chia nhóm nói về giấc mơ của mình.</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nói trong nhóm: Em mơ thấy đi chơi với bố mẹ / em mơ thấy bay lên trời / em mơ thấy gặp ông mặt trời.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đại diện một vài nhóm nói trước lớp.</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Đại diện nhóm nói trước lớp.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đánh giá.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biết chia sẻ giấc mơ của mình bằng lời nói rõ ràng, tự tin.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5236" w:rsidTr="00C6445D">
        <w:trPr>
          <w:jc w:val="center"/>
        </w:trPr>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hỏi dẫn tích hợp Lý tưởng cách mạng, đạo đức, lối sống: Giấc mơ của bạn nhỏ có những hình ảnh gì đẹp? Em muốn nuôi dưỡng ước mơ như thế nào?</w:t>
            </w:r>
          </w:p>
        </w:tc>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trả lời: Giấc mơ có cảnh vật tươi đẹp; em chăm ngoan, học tốt và yêu thiên nhiên, cuộc sống.</w:t>
            </w:r>
          </w:p>
        </w:tc>
      </w:tr>
      <w:tr w:rsidR="00545236"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diễn giải tích hợp Lý tưởng cách mạng, đạo đức, lối sống: Những ước mơ trong sáng giúp các em thêm yêu cảnh vật thiên nhiên, yêu cuộc sống và cố gắng học tập mỗi ngày. GV liên hệ với đời sống của HS: điều hay trong bài cần được thể hiện bằng lời nói lễ phép, hành động tử tế, thái độ biết yêu thương, biết ơn, trung thực hoặc chăm chỉ tùy tình huống. Mỗi việc tốt nhỏ ở lớp và ở nhà đều góp phần hình thành lối sống đẹp, biết tôn trọng bản thân và mọi người xung quanh.</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chia sẻ một ước mơ đẹp của em. HS liên hệ và nêu một việc làm phù hợp với nội dung tích hợp.</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5. Củng cố</w:t>
            </w:r>
            <w:r>
              <w:rPr>
                <w:rFonts w:cs="Times New Roman"/>
                <w:b/>
              </w:rPr>
              <w:br/>
              <w:t>Mục tiêu: HS nhắc lại nội dung đã học và nêu điều em thích.</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nhắc lại những nội dung đã học.</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nhắc lại: Đã luyện đọc, tìm tiếng cùng vần, trả lời câu hỏi, học thuộc lòng và nói về giấc mơ.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xml:space="preserve">- GV hỏi: Em thích điều gì nhất sau khi học </w:t>
            </w:r>
            <w:r>
              <w:rPr>
                <w:rFonts w:cs="Times New Roman"/>
              </w:rPr>
              <w:lastRenderedPageBreak/>
              <w:t>xong bài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xml:space="preserve">- HS trả lời: Em thích ông mặt trời / em thích </w:t>
            </w:r>
            <w:r>
              <w:rPr>
                <w:rFonts w:cs="Times New Roman"/>
              </w:rPr>
              <w:lastRenderedPageBreak/>
              <w:t>thảo nguyên / em thích giấc mơ đẹp.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tổng kết tiết học.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bl>
    <w:p w:rsidR="005422A5" w:rsidRDefault="0017786E" w:rsidP="00F97AC1">
      <w:pPr>
        <w:spacing w:line="276" w:lineRule="auto"/>
      </w:pPr>
      <w:r>
        <w:rPr>
          <w:rFonts w:cs="Times New Roman"/>
          <w:b/>
        </w:rPr>
        <w:t>IV. ĐIỀU CHỈNH SAU BÀI DẠY</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5422A5" w:rsidP="00F97AC1">
      <w:pPr>
        <w:spacing w:line="276" w:lineRule="auto"/>
      </w:pPr>
    </w:p>
    <w:p w:rsidR="005422A5" w:rsidRDefault="0017786E" w:rsidP="00F97AC1">
      <w:pPr>
        <w:spacing w:line="276" w:lineRule="auto"/>
      </w:pPr>
      <w:r>
        <w:rPr>
          <w:rFonts w:cs="Times New Roman"/>
          <w:b/>
        </w:rPr>
        <w:t>BÀI 3: NGÀY MỚI BẮT ĐẦU (TIẾT 1 + 2)</w:t>
      </w:r>
    </w:p>
    <w:p w:rsidR="005422A5" w:rsidRDefault="0017786E" w:rsidP="00F97AC1">
      <w:pPr>
        <w:spacing w:line="276" w:lineRule="auto"/>
      </w:pPr>
      <w:r>
        <w:rPr>
          <w:rFonts w:cs="Times New Roman"/>
          <w:b/>
        </w:rPr>
        <w:t>I. YÊU CẦU CẦN ĐẠT</w:t>
      </w:r>
    </w:p>
    <w:p w:rsidR="005422A5" w:rsidRDefault="0017786E" w:rsidP="00F97AC1">
      <w:pPr>
        <w:spacing w:line="276" w:lineRule="auto"/>
      </w:pPr>
      <w:r>
        <w:rPr>
          <w:rFonts w:cs="Times New Roman"/>
          <w:b/>
        </w:rPr>
        <w:t>1. Năng lực đặc thù</w:t>
      </w:r>
    </w:p>
    <w:p w:rsidR="005422A5" w:rsidRDefault="0017786E" w:rsidP="00F97AC1">
      <w:pPr>
        <w:spacing w:line="276" w:lineRule="auto"/>
      </w:pPr>
      <w:r>
        <w:rPr>
          <w:rFonts w:cs="Times New Roman"/>
        </w:rPr>
        <w:t>- Phát triển kĩ năng đọc thông qua việc đọc đúng, rõ ràng một văn bản miêu tả ngắn; hiểu và trả lời đúng các câu hỏi có liên quan đến văn bản; quan sát, nhận biết được các chi tiết trong tranh và suy luận từ tranh được quan sát.</w:t>
      </w:r>
    </w:p>
    <w:p w:rsidR="005422A5" w:rsidRDefault="0017786E" w:rsidP="00F97AC1">
      <w:pPr>
        <w:spacing w:line="276" w:lineRule="auto"/>
      </w:pPr>
      <w:r>
        <w:rPr>
          <w:rFonts w:cs="Times New Roman"/>
        </w:rPr>
        <w:t>- Phát triển kĩ năng viết thông qua hoạt động viết lại đúng câu trả lời cho câu hỏi trong văn bản đọc; hoàn thiện câu dựa vào những từ ngữ cho sẵn và viết lại đúng câu đã hoàn thiện; nghe viết một đoạn ngắn.</w:t>
      </w:r>
    </w:p>
    <w:p w:rsidR="005422A5" w:rsidRDefault="0017786E" w:rsidP="00F97AC1">
      <w:pPr>
        <w:spacing w:line="276" w:lineRule="auto"/>
      </w:pPr>
      <w:r>
        <w:rPr>
          <w:rFonts w:cs="Times New Roman"/>
        </w:rPr>
        <w:t>- Phát triển kĩ năng nói và nghe thông qua trao đổi về nội dung của văn bản và nội dung được thể hiện trong tranh.</w:t>
      </w:r>
    </w:p>
    <w:p w:rsidR="005422A5" w:rsidRDefault="0017786E" w:rsidP="00F97AC1">
      <w:pPr>
        <w:spacing w:line="276" w:lineRule="auto"/>
      </w:pPr>
      <w:r>
        <w:rPr>
          <w:rFonts w:cs="Times New Roman"/>
          <w:b/>
        </w:rPr>
        <w:t>2. Năng lực chung</w:t>
      </w:r>
    </w:p>
    <w:p w:rsidR="005422A5" w:rsidRDefault="0017786E" w:rsidP="00F97AC1">
      <w:pPr>
        <w:spacing w:line="276" w:lineRule="auto"/>
      </w:pPr>
      <w:r>
        <w:rPr>
          <w:rFonts w:cs="Times New Roman"/>
        </w:rPr>
        <w:t>- Góp phần hình thành cho HS năng lực giao tiếp và hợp tác thông qua làm việc nhóm.</w:t>
      </w:r>
    </w:p>
    <w:p w:rsidR="005422A5" w:rsidRDefault="0017786E" w:rsidP="00F97AC1">
      <w:pPr>
        <w:spacing w:line="276" w:lineRule="auto"/>
      </w:pPr>
      <w:r>
        <w:rPr>
          <w:rFonts w:cs="Times New Roman"/>
          <w:b/>
        </w:rPr>
        <w:t>3. Phẩm chất</w:t>
      </w:r>
    </w:p>
    <w:p w:rsidR="005422A5" w:rsidRDefault="0017786E" w:rsidP="00F97AC1">
      <w:pPr>
        <w:spacing w:line="276" w:lineRule="auto"/>
      </w:pPr>
      <w:r>
        <w:rPr>
          <w:rFonts w:cs="Times New Roman"/>
        </w:rPr>
        <w:t>- Góp phần hình thành cho HS phẩm chất nhân ái thông qua tình yêu đối với cuộc sống và những chuyển động hằng ngày của nó, từ môi trường tự nhiên, thế giới loài vật đến sinh hoạt của con người.</w:t>
      </w:r>
    </w:p>
    <w:p w:rsidR="00545236" w:rsidRDefault="00F97AC1" w:rsidP="00F97AC1">
      <w:pPr>
        <w:spacing w:line="276" w:lineRule="auto"/>
      </w:pPr>
      <w:r>
        <w:rPr>
          <w:rFonts w:cs="Times New Roman"/>
          <w:b/>
          <w:color w:val="FF0000"/>
        </w:rPr>
        <w:t>4. Tích hợp</w:t>
      </w:r>
    </w:p>
    <w:p w:rsidR="00545236" w:rsidRDefault="00F97AC1" w:rsidP="00F97AC1">
      <w:pPr>
        <w:spacing w:line="276" w:lineRule="auto"/>
      </w:pPr>
      <w:r>
        <w:rPr>
          <w:rFonts w:cs="Times New Roman"/>
          <w:color w:val="FF0000"/>
        </w:rPr>
        <w:t>- Kĩ năng sống: Hình thành thói quen dậy sớm, chuẩn bị đi học đúng giờ và bắt đầu ngày mới bằng những việc làm tích cực.</w:t>
      </w:r>
    </w:p>
    <w:p w:rsidR="005422A5" w:rsidRDefault="0017786E" w:rsidP="00F97AC1">
      <w:pPr>
        <w:spacing w:line="276" w:lineRule="auto"/>
      </w:pPr>
      <w:r>
        <w:rPr>
          <w:rFonts w:cs="Times New Roman"/>
          <w:b/>
        </w:rPr>
        <w:t>II. ĐỒ DÙNG DẠY HỌC</w:t>
      </w:r>
    </w:p>
    <w:p w:rsidR="005422A5" w:rsidRDefault="0017786E" w:rsidP="00F97AC1">
      <w:pPr>
        <w:spacing w:line="276" w:lineRule="auto"/>
      </w:pPr>
      <w:r>
        <w:rPr>
          <w:rFonts w:cs="Times New Roman"/>
        </w:rPr>
        <w:t>- Giáo viên: TV.</w:t>
      </w:r>
    </w:p>
    <w:p w:rsidR="005422A5" w:rsidRDefault="0017786E" w:rsidP="00F97AC1">
      <w:pPr>
        <w:spacing w:line="276" w:lineRule="auto"/>
      </w:pPr>
      <w:r>
        <w:rPr>
          <w:rFonts w:cs="Times New Roman"/>
        </w:rPr>
        <w:t>- Học sinh: SHS, vở Tập viết 1 (tập 2), bảng con.</w:t>
      </w:r>
    </w:p>
    <w:p w:rsidR="005422A5"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TIẾT 1</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hứng thú, giúp HS quan sát tranh và bước đầu tìm hiểu nội dung bài đọc.</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nhắc tên bài học trước: Trong giấc mơ buổi sáng.</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nhắc tên bài học trước: Trong giấc mơ buổi sáng.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xml:space="preserve">- GV yêu cầu HS quan sát tranh (SGK trang 128), trao đổi nhóm để trả lời các câu hỏi: Em thấy những gì trong tranh? Cảnh vật và con </w:t>
            </w:r>
            <w:r>
              <w:rPr>
                <w:rFonts w:cs="Times New Roman"/>
              </w:rPr>
              <w:lastRenderedPageBreak/>
              <w:t>người trong tranh như thế nào?</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xml:space="preserve">- HS quan sát tranh và trả lời: Em thấy cây cối, hoa, mặt trời, mọi người đi bộ, chạy thể dục. Cảnh vật và con người trong tranh tươi vui, đầy </w:t>
            </w:r>
            <w:r>
              <w:rPr>
                <w:rFonts w:cs="Times New Roman"/>
              </w:rPr>
              <w:lastRenderedPageBreak/>
              <w:t>sức sống.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Bài học hôm nay sẽ giúp các em cảm nhận được vẻ đẹp của một ngày mới bắt đầu.</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Khám phá</w:t>
            </w:r>
            <w:r>
              <w:rPr>
                <w:rFonts w:cs="Times New Roman"/>
                <w:b/>
              </w:rPr>
              <w:br/>
              <w:t>Hoạt động 1: Luyện đọc - Bài tập 2</w:t>
            </w:r>
            <w:r>
              <w:rPr>
                <w:rFonts w:cs="Times New Roman"/>
                <w:b/>
              </w:rPr>
              <w:br/>
              <w:t>Mục tiêu: HS đọc đúng, rõ ràng văn bản miêu tả ngắn.</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đọc mẫu toàn văn bản.</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luyện phát âm một số từ khó: đỏ rực, tỏa, chuẩn bị.</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các từ khó: đỏ rực, tỏa, chuẩn bị.</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câu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câu lần 1.</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câu lần 2, hướng dẫn HS đọc câu dài: Buổi sáng tinh mơ, mặt trời nhô lên đỏ rực. Những tia nắng tỏa khắp nơi, đánh thức mọi vật.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câu lần 2, ngắt nghỉ đúng.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chia văn bản thành 2 đoạn: đoạn 1 từ đầu đến mọi vật, đoạn 2 là phần còn lại.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đoạn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nối tiếp nhau đọc từng đoạn.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đoạn lần 2, giải thích nghĩa của từ: tinh mơ: sáng sớm, trời còn mờ mờ; lục tục: tiếp theo nhau một cách tự nhiên.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từng đoạn, lắng nghe giải nghĩa từ.</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đoạn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đoạn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2 HS đọc lại toàn văn bản.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- 2 HS đọc lại toàn văn bản.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đọc lại văn bản.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đọc đúng bài đọc và thấy được bức tranh ngày mới rất sinh động.</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TIẾT 2</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Luyện tập</w:t>
            </w:r>
            <w:r>
              <w:rPr>
                <w:rFonts w:cs="Times New Roman"/>
                <w:b/>
              </w:rPr>
              <w:br/>
              <w:t>Hoạt động 2: Trả lời câu hỏi - Bài tập 3</w:t>
            </w:r>
            <w:r>
              <w:rPr>
                <w:rFonts w:cs="Times New Roman"/>
                <w:b/>
              </w:rPr>
              <w:br/>
              <w:t>Mục tiêu: HS hiểu và trả lời đúng các câu hỏi về nội dung bài đọc.</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đoạn 1, trả lời câu hỏi a: Buổi sáng, cái gì đánh thức mọi vật?</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Buổi sáng, tia nắng đánh thức mọi vật.</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xml:space="preserve">- GV cho HS đọc đoạn 2, trả lời câu hỏi b: Sau </w:t>
            </w:r>
            <w:r>
              <w:rPr>
                <w:rFonts w:cs="Times New Roman"/>
              </w:rPr>
              <w:lastRenderedPageBreak/>
              <w:t>khi thức giấc, các con vật làm gì?</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xml:space="preserve">- HS trả lời: Sau khi thức giấc, chim bay ra khỏi </w:t>
            </w:r>
            <w:r>
              <w:rPr>
                <w:rFonts w:cs="Times New Roman"/>
              </w:rPr>
              <w:lastRenderedPageBreak/>
              <w:t>tổ, cất tiếng hót; ong bay đi kiếm mật; gà mẹ dẫn con đi kiếm mồi.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nêu câu hỏi c: Bé làm gì sau khi thức dậy?</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Sau khi thức dậy, bé chuẩn bị đến trường.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lần lượt trả lời câu hỏi, các HS khác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nhận xét, bổ sung.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tuyên dương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hiểu nội dung bài đọc và biết bắt đầu ngày mới bằng những việc làm tốt.</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Thực hành</w:t>
            </w:r>
            <w:r>
              <w:rPr>
                <w:rFonts w:cs="Times New Roman"/>
                <w:b/>
              </w:rPr>
              <w:br/>
              <w:t>Hoạt động 3: Viết vào vở câu trả lời cho câu hỏi a và c ở mục 3 - Bài tập 4</w:t>
            </w:r>
            <w:r>
              <w:rPr>
                <w:rFonts w:cs="Times New Roman"/>
                <w:b/>
              </w:rPr>
              <w:br/>
              <w:t>Mục tiêu: HS viết đúng câu trả lời vào vở.</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nêu yêu cầu của bài tập 4.</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nhắc lại câu hỏi a và 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lại câu hỏi.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vài HS trả lời.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Buổi sáng, tia nắng đánh thức mọi vật. Sau khi thức dậy, bé chuẩn bị đến trường.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viết vào vở.</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viết vào vở: Buổi sáng, tia nắng đánh thức mọi vật. Sau khi thức dậy, bé chuẩn bị đến trường.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kiểm tra và nhận xét bài viết của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5236" w:rsidTr="00C6445D">
        <w:trPr>
          <w:jc w:val="center"/>
        </w:trPr>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hỏi dẫn tích hợp Kĩ năng sống: Khi ngày mới bắt đầu, bạn nhỏ làm những việc gì? Em cần chuẩn bị đi học ra sao?</w:t>
            </w:r>
          </w:p>
        </w:tc>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trả lời: Bạn nhỏ thức dậy và chuẩn bị đến trường; em dậy sớm, vệ sinh cá nhân, ăn sáng, chuẩn bị đi học đúng giờ.</w:t>
            </w:r>
          </w:p>
        </w:tc>
      </w:tr>
      <w:tr w:rsidR="00545236" w:rsidTr="00C6445D">
        <w:trPr>
          <w:jc w:val="center"/>
        </w:trPr>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diễn giải tích hợp Kĩ năng sống: Thói quen dậy sớm, chuẩn bị đầy đủ và đi học đúng giờ giúp các em bắt đầu ngày mới tích cực, có trách nhiệm với việc học. GV hướng dẫn HS chuyển bài học thành hành vi cụ thể: biết nói lời phù hợp, bình tĩnh trao đổi, hợp tác với bạn, lựa chọn cách làm an toàn và chủ động nhờ người lớn khi vượt quá khả năng. Qua đó, HS không chỉ hiểu nội dung văn bản mà còn biết thực hiện trong giờ học, giờ chơi và trong sinh hoạt gia đình.</w:t>
            </w:r>
          </w:p>
        </w:tc>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ghi nhớ, tự nêu việc sẽ làm vào sáng mai. HS liên hệ và nêu một việc làm phù hợp với nội dung tích hợp.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biết viết lại đúng câu trả lời và trình bày câu đúng quy tắc.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bl>
    <w:p w:rsidR="00C6445D" w:rsidRDefault="00C6445D" w:rsidP="00F97AC1">
      <w:pPr>
        <w:spacing w:line="276" w:lineRule="auto"/>
        <w:rPr>
          <w:rFonts w:cs="Times New Roman"/>
          <w:b/>
        </w:rPr>
      </w:pPr>
    </w:p>
    <w:p w:rsidR="005422A5" w:rsidRDefault="0017786E" w:rsidP="00F97AC1">
      <w:pPr>
        <w:spacing w:line="276" w:lineRule="auto"/>
      </w:pPr>
      <w:r>
        <w:rPr>
          <w:rFonts w:cs="Times New Roman"/>
          <w:b/>
        </w:rPr>
        <w:lastRenderedPageBreak/>
        <w:t>IV. ĐIỀU CHỈNH SAU BÀI DẠY</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17786E" w:rsidRDefault="0017786E" w:rsidP="00F97AC1">
      <w:pPr>
        <w:spacing w:line="276" w:lineRule="auto"/>
      </w:pPr>
      <w:r>
        <w:rPr>
          <w:rFonts w:cs="Times New Roman"/>
          <w:b/>
        </w:rPr>
        <w:t>BÀI 3: NGÀY MỚI BẮT ĐẦU (TIẾT 3 + 4)</w:t>
      </w:r>
    </w:p>
    <w:p w:rsidR="0017786E" w:rsidRDefault="0017786E" w:rsidP="00F97AC1">
      <w:pPr>
        <w:spacing w:line="276" w:lineRule="auto"/>
      </w:pPr>
      <w:r>
        <w:rPr>
          <w:rFonts w:cs="Times New Roman"/>
          <w:b/>
        </w:rPr>
        <w:t>I. YÊU CẦU CẦN ĐẠT</w:t>
      </w:r>
    </w:p>
    <w:p w:rsidR="0017786E" w:rsidRDefault="0017786E" w:rsidP="00F97AC1">
      <w:pPr>
        <w:spacing w:line="276" w:lineRule="auto"/>
      </w:pPr>
      <w:r>
        <w:rPr>
          <w:rFonts w:cs="Times New Roman"/>
          <w:b/>
        </w:rPr>
        <w:t>1. Năng lực đặc thù</w:t>
      </w:r>
    </w:p>
    <w:p w:rsidR="0017786E" w:rsidRDefault="0017786E" w:rsidP="00F97AC1">
      <w:pPr>
        <w:spacing w:line="276" w:lineRule="auto"/>
      </w:pPr>
      <w:r>
        <w:rPr>
          <w:rFonts w:cs="Times New Roman"/>
        </w:rPr>
        <w:t>- Phát triển kĩ năng đọc thông qua việc đọc đúng, rõ ràng một văn bản miêu tả ngắn; hiểu và trả lời đúng các câu hỏi có liên quan đến văn bản; quan sát, nhận biết được các chi tiết trong tranh và suy luận từ tranh được quan sát.</w:t>
      </w:r>
    </w:p>
    <w:p w:rsidR="0017786E" w:rsidRDefault="0017786E" w:rsidP="00F97AC1">
      <w:pPr>
        <w:spacing w:line="276" w:lineRule="auto"/>
      </w:pPr>
      <w:r>
        <w:rPr>
          <w:rFonts w:cs="Times New Roman"/>
        </w:rPr>
        <w:t>- Phát triển kĩ năng viết thông qua hoạt động viết lại đúng câu trả lời cho câu hỏi trong văn bản đọc; hoàn thiện câu dựa vào những từ ngữ cho sẵn và viết lại đúng câu đã hoàn thiện; nghe viết một đoạn ngắn.</w:t>
      </w:r>
    </w:p>
    <w:p w:rsidR="0017786E" w:rsidRDefault="0017786E" w:rsidP="00F97AC1">
      <w:pPr>
        <w:spacing w:line="276" w:lineRule="auto"/>
      </w:pPr>
      <w:r>
        <w:rPr>
          <w:rFonts w:cs="Times New Roman"/>
        </w:rPr>
        <w:t>- Phát triển kĩ năng nói và nghe thông qua trao đổi về nội dung của văn bản và nội dung được thể hiện trong tranh.</w:t>
      </w:r>
    </w:p>
    <w:p w:rsidR="0017786E" w:rsidRDefault="0017786E" w:rsidP="00F97AC1">
      <w:pPr>
        <w:spacing w:line="276" w:lineRule="auto"/>
      </w:pPr>
      <w:r>
        <w:rPr>
          <w:rFonts w:cs="Times New Roman"/>
          <w:b/>
        </w:rPr>
        <w:t>2. Năng lực chung</w:t>
      </w:r>
    </w:p>
    <w:p w:rsidR="0017786E" w:rsidRDefault="0017786E" w:rsidP="00F97AC1">
      <w:pPr>
        <w:spacing w:line="276" w:lineRule="auto"/>
      </w:pPr>
      <w:r>
        <w:rPr>
          <w:rFonts w:cs="Times New Roman"/>
        </w:rPr>
        <w:t>- Góp phần hình thành cho HS năng lực giao tiếp và hợp tác thông qua làm việc nhóm.</w:t>
      </w:r>
    </w:p>
    <w:p w:rsidR="0017786E" w:rsidRDefault="0017786E" w:rsidP="00F97AC1">
      <w:pPr>
        <w:spacing w:line="276" w:lineRule="auto"/>
      </w:pPr>
      <w:r>
        <w:rPr>
          <w:rFonts w:cs="Times New Roman"/>
          <w:b/>
        </w:rPr>
        <w:t>3. Phẩm chất</w:t>
      </w:r>
    </w:p>
    <w:p w:rsidR="0017786E" w:rsidRDefault="0017786E" w:rsidP="00F97AC1">
      <w:pPr>
        <w:spacing w:line="276" w:lineRule="auto"/>
      </w:pPr>
      <w:r>
        <w:rPr>
          <w:rFonts w:cs="Times New Roman"/>
        </w:rPr>
        <w:t>- Góp phần hình thành cho HS phẩm chất nhân ái thông qua tình yêu đối với cuộc sống và những chuyển động hằng ngày của nó, từ môi trường tự nhiên, thế giới loài vật đến sinh hoạt của con người.</w:t>
      </w:r>
    </w:p>
    <w:p w:rsidR="0017786E" w:rsidRDefault="0017786E" w:rsidP="00F97AC1">
      <w:pPr>
        <w:spacing w:line="276" w:lineRule="auto"/>
      </w:pPr>
      <w:r>
        <w:rPr>
          <w:rFonts w:cs="Times New Roman"/>
          <w:b/>
        </w:rPr>
        <w:t>II. ĐỒ DÙNG DẠY HỌC</w:t>
      </w:r>
    </w:p>
    <w:p w:rsidR="0017786E" w:rsidRDefault="0017786E" w:rsidP="00F97AC1">
      <w:pPr>
        <w:spacing w:line="276" w:lineRule="auto"/>
      </w:pPr>
      <w:r>
        <w:rPr>
          <w:rFonts w:cs="Times New Roman"/>
        </w:rPr>
        <w:t>- Giáo viên: TV.</w:t>
      </w:r>
    </w:p>
    <w:p w:rsidR="0017786E" w:rsidRDefault="0017786E" w:rsidP="00F97AC1">
      <w:pPr>
        <w:spacing w:line="276" w:lineRule="auto"/>
      </w:pPr>
      <w:r>
        <w:rPr>
          <w:rFonts w:cs="Times New Roman"/>
        </w:rPr>
        <w:t>- Học sinh: SHS, vở Tập viết 1 (tập 2), bảng con.</w:t>
      </w:r>
    </w:p>
    <w:p w:rsidR="0017786E"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17786E"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TIẾT 3</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1. Khởi động</w:t>
            </w:r>
            <w:r>
              <w:rPr>
                <w:rFonts w:cs="Times New Roman"/>
                <w:b/>
              </w:rPr>
              <w:br/>
              <w:t>Mục tiêu: Gợi nhớ lại nội dung bài đọc và tạo hứng thú vào tiết học.</w:t>
            </w:r>
          </w:p>
        </w:tc>
      </w:tr>
      <w:tr w:rsidR="0017786E"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cho HS hát.</w:t>
            </w:r>
          </w:p>
        </w:tc>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hát.</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nhắc lại nội dung tiết trước.</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kết luận: Tiết học hôm nay các em sẽ tiếp tục luyện tập với bài Ngày mới bắt đầu.</w:t>
            </w:r>
          </w:p>
        </w:tc>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2. Luyện tập</w:t>
            </w:r>
            <w:r>
              <w:rPr>
                <w:rFonts w:cs="Times New Roman"/>
                <w:b/>
              </w:rPr>
              <w:br/>
              <w:t>Hoạt động 4: Chọn từ ngữ để hoàn thiện câu và viết câu vào vở - Bài tập 5</w:t>
            </w:r>
            <w:r>
              <w:rPr>
                <w:rFonts w:cs="Times New Roman"/>
                <w:b/>
              </w:rPr>
              <w:br/>
              <w:t>Mục tiêu: HS chọn đúng từ ngữ và viết câu hoàn chỉnh.</w:t>
            </w:r>
          </w:p>
        </w:tc>
      </w:tr>
      <w:tr w:rsidR="0017786E"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761F8" w:rsidRDefault="0017786E" w:rsidP="00F97AC1">
            <w:pPr>
              <w:spacing w:line="276" w:lineRule="auto"/>
            </w:pPr>
            <w:r>
              <w:rPr>
                <w:rFonts w:cs="Times New Roman"/>
              </w:rPr>
              <w:t>- GV nêu yêu cầu của bài tập 5.</w:t>
            </w:r>
          </w:p>
        </w:tc>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cho HS đọc các từ trong khung: mặt trời, lục tục, hót, tia nắng, gáy.</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đọc các từ trong khung.</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lastRenderedPageBreak/>
              <w:t>- GV cho HS đọc các câu cần điền.</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đọc các câu cần điền.</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cho HS làm việc theo nhóm đôi, chọn từ phù hợp.</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làm việc nhóm đôi, chọn từ.</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mời đại diện vài nhóm trình bày.</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Đại diện nhóm trình bày: a. Những tia nắng buổi sáng mở đầu cho một ngày mới. b. Mấy chú chích chòe đang hót vang trên cành cây.</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nhận xét, chốt đáp án đúng.</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yêu cầu HS viết câu hoàn chỉnh vào vở.</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viết câu hoàn chỉnh vào vở.</w:t>
            </w:r>
          </w:p>
        </w:tc>
      </w:tr>
      <w:tr w:rsidR="0017786E"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kết luận: Các em đã biết chọn đúng từ ngữ để hoàn thiện câu.</w:t>
            </w:r>
          </w:p>
        </w:tc>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3. Vận dụng - trải nghiệm</w:t>
            </w:r>
            <w:r>
              <w:rPr>
                <w:rFonts w:cs="Times New Roman"/>
                <w:b/>
              </w:rPr>
              <w:br/>
              <w:t>Hoạt động 5: Quan sát tranh và dùng từ ngữ trong khung để nói theo tranh - Bài tập 6</w:t>
            </w:r>
            <w:r>
              <w:rPr>
                <w:rFonts w:cs="Times New Roman"/>
                <w:b/>
              </w:rPr>
              <w:br/>
              <w:t>Mục tiêu: HS nói được nội dung tranh bằng từ gợi ý.</w:t>
            </w:r>
          </w:p>
        </w:tc>
      </w:tr>
      <w:tr w:rsidR="0017786E"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761F8" w:rsidRDefault="0017786E" w:rsidP="00F97AC1">
            <w:pPr>
              <w:spacing w:line="276" w:lineRule="auto"/>
            </w:pPr>
            <w:r>
              <w:rPr>
                <w:rFonts w:cs="Times New Roman"/>
              </w:rPr>
              <w:t>- GV giới thiệu tranh và hướng dẫn HS quan sát tranh.</w:t>
            </w:r>
          </w:p>
        </w:tc>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quan sát tranh.</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yêu cầu HS dùng các từ gợi ý: buổi sáng, bố, mẹ, em để nói theo tranh.</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nói: Buổi sáng, cả nhà cùng ăn sáng. Buổi sáng, bố hoặc mẹ chở em đi học.</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mời một số HS trình bày.</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trình bày trước lớp.</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kết luận: Các em đã biết nói về buổi sáng trong gia đình mình.</w:t>
            </w:r>
          </w:p>
        </w:tc>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TIẾT 4</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1. Luyện tập</w:t>
            </w:r>
            <w:r>
              <w:rPr>
                <w:rFonts w:cs="Times New Roman"/>
                <w:b/>
              </w:rPr>
              <w:br/>
              <w:t>Hoạt động 6: Nghe viết - Bài tập 7</w:t>
            </w:r>
            <w:r>
              <w:rPr>
                <w:rFonts w:cs="Times New Roman"/>
                <w:b/>
              </w:rPr>
              <w:br/>
              <w:t>Mục tiêu: HS nghe viết đúng đoạn văn ngắn.</w:t>
            </w:r>
          </w:p>
        </w:tc>
      </w:tr>
      <w:tr w:rsidR="0017786E"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761F8" w:rsidRDefault="0017786E" w:rsidP="00F97AC1">
            <w:pPr>
              <w:spacing w:line="276" w:lineRule="auto"/>
            </w:pPr>
            <w:r>
              <w:rPr>
                <w:rFonts w:cs="Times New Roman"/>
              </w:rPr>
              <w:t>- GV nêu yêu cầu sắp viết.</w:t>
            </w:r>
          </w:p>
        </w:tc>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đọc đoạn văn cần viết.</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mời 2 HS đọc lại đoạn văn.</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- 2 HS đọc lại đoạn văn.</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hướng dẫn HS viết từ khó: chiếu, thức dậy.</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viết từ khó: chiếu, thức dậy.</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đọc chậm rãi từng cụm từ cho HS viết vào vở.</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viết bài vào vở.</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đọc cho HS soát lại bài.</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soát lại bài.</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kiểm tra và nhận xét bài viết.</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lastRenderedPageBreak/>
              <w:t>- GV kết luận: Các em đã biết nghe - viết đúng đoạn văn ngắn.</w:t>
            </w:r>
          </w:p>
        </w:tc>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2. Luyện tập</w:t>
            </w:r>
            <w:r>
              <w:rPr>
                <w:rFonts w:cs="Times New Roman"/>
                <w:b/>
              </w:rPr>
              <w:br/>
              <w:t>Hoạt động 7: Tìm trong hoặc ngoài bài đọc từ ngữ có tiếng chứa vần iêu, iu, uông, uôn - Bài tập 8</w:t>
            </w:r>
            <w:r>
              <w:rPr>
                <w:rFonts w:cs="Times New Roman"/>
                <w:b/>
              </w:rPr>
              <w:br/>
              <w:t>Mục tiêu: HS tìm được từ ngữ có chứa các vần đã học.</w:t>
            </w:r>
          </w:p>
        </w:tc>
      </w:tr>
      <w:tr w:rsidR="0017786E"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nêu nhiệm vụ, lưu ý từ ngữ cần tìm có thể ở trong bài hoặc ngoài bài.</w:t>
            </w:r>
          </w:p>
        </w:tc>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yêu cầu HS làm việc nhóm đôi để tìm và đọc thành tiếng các từ ngữ.</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làm việc nhóm đôi, tìm và đọc: chiều, kêu, tiếng kêu, buổi, chuồn, muôn...</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mời một số HS trình bày.</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nêu những từ ngữ tìm được.</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nhận xét, chốt lại.</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kết luận: Các em đã biết tìm và đọc đúng những từ có vần đã học.</w:t>
            </w:r>
          </w:p>
        </w:tc>
        <w:tc>
          <w:tcPr>
            <w:tcW w:w="5017" w:type="dxa"/>
            <w:tcBorders>
              <w:bottom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b/>
              </w:rPr>
              <w:t>3. Vận dụng - trải nghiệm</w:t>
            </w:r>
            <w:r>
              <w:rPr>
                <w:rFonts w:cs="Times New Roman"/>
                <w:b/>
              </w:rPr>
              <w:br/>
              <w:t>Hoạt động 8: Hát một bài và vận động theo nhịp điệu - Bài tập 9</w:t>
            </w:r>
            <w:r>
              <w:rPr>
                <w:rFonts w:cs="Times New Roman"/>
                <w:b/>
              </w:rPr>
              <w:br/>
              <w:t>Mục tiêu: HS cảm nhận được niềm vui của một ngày mới qua bài hát và vận động.</w:t>
            </w:r>
          </w:p>
        </w:tc>
      </w:tr>
      <w:tr w:rsidR="0017786E"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761F8" w:rsidRDefault="0017786E" w:rsidP="00F97AC1">
            <w:pPr>
              <w:spacing w:line="276" w:lineRule="auto"/>
            </w:pPr>
            <w:r>
              <w:rPr>
                <w:rFonts w:cs="Times New Roman"/>
              </w:rPr>
              <w:t>- GV chiếu lời bài hát hoặc dùng phương tiện phù hợp khác.</w:t>
            </w:r>
          </w:p>
        </w:tc>
        <w:tc>
          <w:tcPr>
            <w:tcW w:w="5017" w:type="dxa"/>
            <w:tcBorders>
              <w:top w:val="single" w:sz="4" w:space="0" w:color="auto"/>
            </w:tcBorders>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quan sát lời bài hát.</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hát minh hoạ hoặc mở băng, cho HS hát theo.</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hát theo.</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yêu cầu cả lớp đứng dậy, vừa hát vừa vận động.</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đứng dậy, vừa hát vừa vận động theo nhịp.</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hỏi: Em cảm thấy thế nào khi hát và vận động?</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trả lời: Em thấy vui, khỏe, thích tập thể dục.</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r w:rsidR="0017786E" w:rsidTr="00C6445D">
        <w:trPr>
          <w:jc w:val="center"/>
        </w:trPr>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GV kết luận: Các em đã biết bắt đầu ngày mới với niềm vui, sức khỏe và tinh thần tích cực.</w:t>
            </w:r>
          </w:p>
        </w:tc>
        <w:tc>
          <w:tcPr>
            <w:tcW w:w="5017" w:type="dxa"/>
            <w:shd w:val="clear" w:color="auto" w:fill="auto"/>
            <w:tcMar>
              <w:top w:w="70" w:type="dxa"/>
              <w:left w:w="90" w:type="dxa"/>
              <w:bottom w:w="70" w:type="dxa"/>
              <w:right w:w="90" w:type="dxa"/>
            </w:tcMar>
            <w:vAlign w:val="center"/>
          </w:tcPr>
          <w:p w:rsidR="0017786E" w:rsidRDefault="0017786E" w:rsidP="00F97AC1">
            <w:pPr>
              <w:spacing w:line="276" w:lineRule="auto"/>
            </w:pPr>
            <w:r>
              <w:rPr>
                <w:rFonts w:cs="Times New Roman"/>
              </w:rPr>
              <w:t>- HS lắng nghe.</w:t>
            </w:r>
          </w:p>
        </w:tc>
      </w:tr>
    </w:tbl>
    <w:p w:rsidR="005422A5" w:rsidRDefault="005422A5" w:rsidP="00F97AC1">
      <w:pPr>
        <w:spacing w:line="276" w:lineRule="auto"/>
      </w:pPr>
    </w:p>
    <w:p w:rsidR="005422A5" w:rsidRDefault="0017786E" w:rsidP="00F97AC1">
      <w:pPr>
        <w:spacing w:line="276" w:lineRule="auto"/>
      </w:pPr>
      <w:r>
        <w:rPr>
          <w:rFonts w:cs="Times New Roman"/>
          <w:b/>
        </w:rPr>
        <w:t>BÀI 4: HỎI MẸ (TIẾT 1 + 2)</w:t>
      </w:r>
    </w:p>
    <w:p w:rsidR="005422A5" w:rsidRDefault="0017786E" w:rsidP="00F97AC1">
      <w:pPr>
        <w:spacing w:line="276" w:lineRule="auto"/>
      </w:pPr>
      <w:r>
        <w:rPr>
          <w:rFonts w:cs="Times New Roman"/>
          <w:b/>
        </w:rPr>
        <w:t>I. YÊU CẦU CẦN ĐẠT</w:t>
      </w:r>
    </w:p>
    <w:p w:rsidR="005422A5" w:rsidRDefault="0017786E" w:rsidP="00F97AC1">
      <w:pPr>
        <w:spacing w:line="276" w:lineRule="auto"/>
      </w:pPr>
      <w:r>
        <w:rPr>
          <w:rFonts w:cs="Times New Roman"/>
          <w:b/>
        </w:rPr>
        <w:t>1. Năng lực đặc thù</w:t>
      </w:r>
    </w:p>
    <w:p w:rsidR="005422A5" w:rsidRDefault="0017786E" w:rsidP="00F97AC1">
      <w:pPr>
        <w:spacing w:line="276" w:lineRule="auto"/>
      </w:pPr>
      <w:r>
        <w:rPr>
          <w:rFonts w:cs="Times New Roman"/>
        </w:rPr>
        <w:t>- Phát triển kĩ năng đọc thông qua việc đọc đúng, rõ ràng một bài thơ; hiểu và trả lời đúng các câu hỏi có liên quan đến nội dung bài thơ; nhận biết một số tiếng cùng vần với nhau, củng cố kiến thức về vần; thuộc lòng bài thơ và cảm nhận được vẻ đẹp của bài thơ qua vần và hình ảnh thơ; quan sát, nhận biết được các chi tiết trong tranh và suy luận từ tranh được quan sát.</w:t>
      </w:r>
    </w:p>
    <w:p w:rsidR="005422A5" w:rsidRDefault="0017786E" w:rsidP="00F97AC1">
      <w:pPr>
        <w:spacing w:line="276" w:lineRule="auto"/>
      </w:pPr>
      <w:r>
        <w:rPr>
          <w:rFonts w:cs="Times New Roman"/>
        </w:rPr>
        <w:t>- Phát triển kĩ năng nói và nghe thông qua hoạt động trao đổi về nội dung của văn bản và nội dung được thể hiện trong tranh.</w:t>
      </w:r>
    </w:p>
    <w:p w:rsidR="005422A5" w:rsidRDefault="0017786E" w:rsidP="00F97AC1">
      <w:pPr>
        <w:spacing w:line="276" w:lineRule="auto"/>
      </w:pPr>
      <w:r>
        <w:rPr>
          <w:rFonts w:cs="Times New Roman"/>
          <w:b/>
        </w:rPr>
        <w:lastRenderedPageBreak/>
        <w:t>2. Năng lực chung</w:t>
      </w:r>
    </w:p>
    <w:p w:rsidR="005422A5" w:rsidRDefault="0017786E" w:rsidP="00F97AC1">
      <w:pPr>
        <w:spacing w:line="276" w:lineRule="auto"/>
      </w:pPr>
      <w:r>
        <w:rPr>
          <w:rFonts w:cs="Times New Roman"/>
        </w:rPr>
        <w:t>- Góp phần hình thành cho HS năng lực chung: tự chủ và tự học, tự hoàn thành nhiệm vụ học tập.</w:t>
      </w:r>
    </w:p>
    <w:p w:rsidR="005422A5" w:rsidRDefault="0017786E" w:rsidP="00F97AC1">
      <w:pPr>
        <w:spacing w:line="276" w:lineRule="auto"/>
      </w:pPr>
      <w:r>
        <w:rPr>
          <w:rFonts w:cs="Times New Roman"/>
          <w:b/>
        </w:rPr>
        <w:t>3. Phẩm chất</w:t>
      </w:r>
    </w:p>
    <w:p w:rsidR="005422A5" w:rsidRDefault="0017786E" w:rsidP="00F97AC1">
      <w:pPr>
        <w:spacing w:line="276" w:lineRule="auto"/>
      </w:pPr>
      <w:r>
        <w:rPr>
          <w:rFonts w:cs="Times New Roman"/>
        </w:rPr>
        <w:t>- Góp phần hình thành phẩm chất yêu nước cho HS: tình yêu đối với thiên nhiên; ham thích học hỏi, khám phá thế giới xung quanh.</w:t>
      </w:r>
    </w:p>
    <w:p w:rsidR="00545236" w:rsidRDefault="00F97AC1" w:rsidP="00F97AC1">
      <w:pPr>
        <w:spacing w:line="276" w:lineRule="auto"/>
      </w:pPr>
      <w:r>
        <w:rPr>
          <w:rFonts w:cs="Times New Roman"/>
          <w:b/>
          <w:color w:val="FF0000"/>
        </w:rPr>
        <w:t>4. Tích hợp</w:t>
      </w:r>
    </w:p>
    <w:p w:rsidR="00545236" w:rsidRDefault="00F97AC1" w:rsidP="00F97AC1">
      <w:pPr>
        <w:spacing w:line="276" w:lineRule="auto"/>
      </w:pPr>
      <w:r>
        <w:rPr>
          <w:rFonts w:cs="Times New Roman"/>
          <w:color w:val="FF0000"/>
        </w:rPr>
        <w:t>- Lý tưởng cách mạng, đạo đức, lối sống: Biết gần gũi, yêu thương mẹ; mạnh dạn hỏi người lớn điều chưa biết; yêu thích khám phá thiên nhiên.</w:t>
      </w:r>
    </w:p>
    <w:p w:rsidR="005422A5" w:rsidRDefault="0017786E" w:rsidP="00F97AC1">
      <w:pPr>
        <w:spacing w:line="276" w:lineRule="auto"/>
      </w:pPr>
      <w:r>
        <w:rPr>
          <w:rFonts w:cs="Times New Roman"/>
          <w:b/>
        </w:rPr>
        <w:t>II. ĐỒ DÙNG DẠY HỌC</w:t>
      </w:r>
    </w:p>
    <w:p w:rsidR="005422A5" w:rsidRDefault="0017786E" w:rsidP="00F97AC1">
      <w:pPr>
        <w:spacing w:line="276" w:lineRule="auto"/>
      </w:pPr>
      <w:r>
        <w:rPr>
          <w:rFonts w:cs="Times New Roman"/>
        </w:rPr>
        <w:t>- Giáo viên: TV.</w:t>
      </w:r>
    </w:p>
    <w:p w:rsidR="005422A5" w:rsidRDefault="0017786E" w:rsidP="00F97AC1">
      <w:pPr>
        <w:spacing w:line="276" w:lineRule="auto"/>
      </w:pPr>
      <w:r>
        <w:rPr>
          <w:rFonts w:cs="Times New Roman"/>
        </w:rPr>
        <w:t>- Học sinh: SHS, vở TV lớp 1, tập 2.</w:t>
      </w:r>
    </w:p>
    <w:p w:rsidR="005422A5"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8761F8" w:rsidRPr="008761F8"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Pr="008761F8" w:rsidRDefault="0017786E" w:rsidP="00F97AC1">
            <w:pPr>
              <w:spacing w:line="276" w:lineRule="auto"/>
              <w:rPr>
                <w:color w:val="FF0000"/>
              </w:rPr>
            </w:pPr>
            <w:r w:rsidRPr="008761F8">
              <w:rPr>
                <w:rFonts w:cs="Times New Roman"/>
                <w:b/>
                <w:color w:val="FF0000"/>
              </w:rPr>
              <w:t>TIẾT 1</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hứng thú, giúp HS quan sát tranh và bước đầu tìm hiểu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761F8" w:rsidRDefault="0017786E" w:rsidP="00F97AC1">
            <w:pPr>
              <w:spacing w:line="276" w:lineRule="auto"/>
            </w:pPr>
            <w:r>
              <w:rPr>
                <w:rFonts w:cs="Times New Roman"/>
              </w:rPr>
              <w:t>- GV yêu cầu HS quan sát tranh trang 132 SGK, trao đổi nhóm để trả lời: Em nhìn thấy những gì trong tranh? Hãy nói về một trong những điều em thấy.</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Em thấy bầu trời, cây cối, trăng, sao, bạn nhỏ và mẹ. Em muốn nói về bầu trời có nhiều sao đẹp.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dẫn vào bài Hỏi mẹ.</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Bài thơ hôm nay kể về những thắc mắc đáng yêu của bạn nhỏ khi nhìn thiên nhiên.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Khám phá</w:t>
            </w:r>
            <w:r>
              <w:rPr>
                <w:rFonts w:cs="Times New Roman"/>
                <w:b/>
              </w:rPr>
              <w:br/>
              <w:t>Hoạt động 1: Luyện đọc - Bài tập 2</w:t>
            </w:r>
            <w:r>
              <w:rPr>
                <w:rFonts w:cs="Times New Roman"/>
                <w:b/>
              </w:rPr>
              <w:br/>
              <w:t>Mục tiêu: HS đọc đúng, rõ ràng bài thơ; hiểu nghĩa một số từ ngữ trong bài.</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đọc mẫu toàn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đọc một số từ khó: nhuộm, trăng rằm.</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các từ khó: nhuộm, trăng rằm.</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dòng thơ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dòng thơ lần 1.</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dòng thơ lần 2, hướng dẫn ngắt nghỉ đúng giữa các dòng thơ, khổ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từng dòng thơ lần 2.</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chia bài thơ thành các khổ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nối tiếp nhau đọc từng khổ thơ lần 1.</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nối tiếp nhau đọc từng khổ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mời HS nối tiếp nhau đọc từng khổ thơ lần 2, giải thích nghĩa của từ: nhuộm, trăng rằm, Cuội.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từng khổ thơ, lắng nghe giải nghĩa từ.</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từng khổ thơ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theo nhóm đôi.</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đọc đúng bài thơ và bước đầu cảm nhận được những câu hỏi ngộ nghĩnh, đáng yêu của bạn nhỏ.</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Luyện tập</w:t>
            </w:r>
            <w:r>
              <w:rPr>
                <w:rFonts w:cs="Times New Roman"/>
                <w:b/>
              </w:rPr>
              <w:br/>
              <w:t>Hoạt động 2: Tìm ở cuối các dòng thơ những tiếng cùng vần với nhau</w:t>
            </w:r>
            <w:r>
              <w:rPr>
                <w:rFonts w:cs="Times New Roman"/>
                <w:b/>
              </w:rPr>
              <w:br/>
              <w:t>Mục tiêu: HS tìm được những tiếng cùng vần trong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lại bài thơ, tìm tiếng cùng vần mỗi tiếng trong bài.</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lại bài thơ và tìm tiếng cùng vần.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làm việc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làm việc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đại diện vài nhóm trình bày.</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Đại diện nhóm trình bày: trời - ơi, phải - mãi, không - công, gió - to.</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chốt lại.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biết tìm những tiếng cùng vần trong bài thơ.</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TIẾT 2</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nhớ lại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hát.</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hát.</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giới thiệu nội dung tiết học.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Tiết học hôm nay các em sẽ trả lời câu hỏi, học thuộc lòng bài thơ và nói về một hiện tượng thiên nhiên.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Luyện tập</w:t>
            </w:r>
            <w:r>
              <w:rPr>
                <w:rFonts w:cs="Times New Roman"/>
                <w:b/>
              </w:rPr>
              <w:br/>
              <w:t>Hoạt động 3: Trả lời câu hỏi - Bài tập 4</w:t>
            </w:r>
            <w:r>
              <w:rPr>
                <w:rFonts w:cs="Times New Roman"/>
                <w:b/>
              </w:rPr>
              <w:br/>
              <w:t>Mục tiêu: HS hiểu và trả lời đúng các câu hỏi về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đọc lại bài thơ, trả lời câu hỏi a: Bạn nhỏ có những thắc mắc gì?</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Bạn nhỏ thắc mắc vì sao có gió, vì sao bầu trời xanh, vì sao ông sao thì bé, trăng rằm tròn to, vì sao Cuội phải chăn trâu mãi.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nêu câu hỏi b: Theo bạn nhỏ, vì sao chú phi công bay lên thăm Cuội?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Theo bạn nhỏ, chú phi công bay lên thăm Cuội vì thấy Cuội buồn.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xml:space="preserve">- GV nêu câu hỏi c: Em muốn biết thêm điều gì </w:t>
            </w:r>
            <w:r>
              <w:rPr>
                <w:rFonts w:cs="Times New Roman"/>
              </w:rPr>
              <w:lastRenderedPageBreak/>
              <w:t>về thiên nhiên?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xml:space="preserve">- HS trả lời tự do: Em muốn biết vì sao có mưa </w:t>
            </w:r>
            <w:r>
              <w:rPr>
                <w:rFonts w:cs="Times New Roman"/>
              </w:rPr>
              <w:lastRenderedPageBreak/>
              <w:t>/ vì sao có cầu vồng / vì sao ban đêm có sao.</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nhận xét, tuyên dương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hiểu nội dung bài thơ và biết ham thích khám phá thế giới quanh mình.</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Luyện tập</w:t>
            </w:r>
            <w:r>
              <w:rPr>
                <w:rFonts w:cs="Times New Roman"/>
                <w:b/>
              </w:rPr>
              <w:br/>
              <w:t>Hoạt động 4: Học thuộc lòng bài thơ - Bài tập 5</w:t>
            </w:r>
            <w:r>
              <w:rPr>
                <w:rFonts w:cs="Times New Roman"/>
                <w:b/>
              </w:rPr>
              <w:br/>
              <w:t>Mục tiêu: HS học thuộc lòng được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treo bài thơ lên bảng, hướng dẫn HS học thuộc lòng bằng cách xóa dần bảng.</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cá nhân, đồng thanh và tập thuộc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vài HS thi đọc thuộc lòng.</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thi đọc thuộc lòng bài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thuộc bài thơ và đọc thơ tự tin hơn.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4. Vận dụng - trải nghiệm</w:t>
            </w:r>
            <w:r>
              <w:rPr>
                <w:rFonts w:cs="Times New Roman"/>
                <w:b/>
              </w:rPr>
              <w:br/>
              <w:t>Hoạt động 5: Quan sát tranh và nói về một hiện tượng thiên nhiên</w:t>
            </w:r>
            <w:r>
              <w:rPr>
                <w:rFonts w:cs="Times New Roman"/>
                <w:b/>
              </w:rPr>
              <w:br/>
              <w:t>Mục tiêu: HS nói được về một hiện tượng thiên nhiên em đã thấy.</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8761F8" w:rsidRDefault="0017786E" w:rsidP="00F97AC1">
            <w:pPr>
              <w:spacing w:line="276" w:lineRule="auto"/>
            </w:pPr>
            <w:r>
              <w:rPr>
                <w:rFonts w:cs="Times New Roman"/>
              </w:rPr>
              <w:t>- GV treo tranh trong SGK lên bảng.</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quan sát tranh.</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đưa ra câu hỏi gợi ý để HS nói.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chia nhóm, trao đổi về một hiện tượng thiên nhiên.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trao đổi: Em muốn nói về mưa / cầu vồng / gió / trăng.</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đại diện vài nhóm nói trước lớp.</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Đại diện nhóm nói trước lớp.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khen ngợi HS.</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5236" w:rsidTr="00C6445D">
        <w:trPr>
          <w:jc w:val="center"/>
        </w:trPr>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GV hỏi dẫn tích hợp Lý tưởng cách mạng, đạo đức, lối sống: Khi có điều chưa hiểu về thiên nhiên hoặc cuộc sống, bạn nhỏ hỏi ai? Em nên làm gì?</w:t>
            </w:r>
          </w:p>
        </w:tc>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HS trả lời: Bạn nhỏ hỏi mẹ; em mạnh dạn hỏi mẹ, thầy cô hoặc người lớn điều em chưa biết.</w:t>
            </w:r>
          </w:p>
        </w:tc>
      </w:tr>
      <w:tr w:rsidR="00545236" w:rsidTr="00C6445D">
        <w:trPr>
          <w:jc w:val="center"/>
        </w:trPr>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t xml:space="preserve">- GV diễn giải tích hợp Lý tưởng cách mạng, đạo đức, lối sống: Biết gần gũi, yêu thương mẹ và mạnh dạn hỏi người lớn là cách để các em học thêm nhiều điều hay, thêm yêu thích khám phá thiên nhiên. GV liên hệ với đời sống của HS: điều hay trong bài cần được thể hiện bằng lời nói lễ phép, hành động tử tế, thái độ biết yêu thương, biết ơn, trung thực hoặc chăm chỉ tùy tình huống. Mỗi việc tốt nhỏ ở lớp và ở nhà đều góp phần hình thành lối sống đẹp, biết tôn trọng </w:t>
            </w:r>
            <w:r>
              <w:rPr>
                <w:rFonts w:cs="Times New Roman"/>
                <w:color w:val="FF0000"/>
              </w:rPr>
              <w:lastRenderedPageBreak/>
              <w:t>bản thân và mọi người xung quanh.</w:t>
            </w:r>
          </w:p>
        </w:tc>
        <w:tc>
          <w:tcPr>
            <w:tcW w:w="5017" w:type="dxa"/>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color w:val="FF0000"/>
              </w:rPr>
              <w:lastRenderedPageBreak/>
              <w:t>- HS nói một câu hỏi em muốn hỏi người thân. HS liên hệ và nêu một việc làm phù hợp với nội dung tích hợp.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kết luận: Các em đã biết nói về hiện tượng thiên nhiên bằng lời nói rõ ràng, tự tin.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bl>
    <w:p w:rsidR="005422A5" w:rsidRDefault="0017786E" w:rsidP="00F97AC1">
      <w:pPr>
        <w:spacing w:line="276" w:lineRule="auto"/>
      </w:pPr>
      <w:r>
        <w:rPr>
          <w:rFonts w:cs="Times New Roman"/>
          <w:b/>
        </w:rPr>
        <w:t>IV. ĐIỀU CHỈNH SAU BÀI DẠY</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b/>
        </w:rPr>
        <w:t>LUYỆN TẬP TUẦN 31 (TIẾT 1)</w:t>
      </w:r>
    </w:p>
    <w:p w:rsidR="005422A5" w:rsidRDefault="0017786E" w:rsidP="00F97AC1">
      <w:pPr>
        <w:spacing w:line="276" w:lineRule="auto"/>
      </w:pPr>
      <w:r>
        <w:rPr>
          <w:rFonts w:cs="Times New Roman"/>
          <w:b/>
        </w:rPr>
        <w:t>I. YÊU CẦU CẦN ĐẠT</w:t>
      </w:r>
    </w:p>
    <w:p w:rsidR="005422A5" w:rsidRDefault="0017786E" w:rsidP="00F97AC1">
      <w:pPr>
        <w:spacing w:line="276" w:lineRule="auto"/>
      </w:pPr>
      <w:r>
        <w:rPr>
          <w:rFonts w:cs="Times New Roman"/>
          <w:b/>
        </w:rPr>
        <w:t>1. Năng lực đặc thù</w:t>
      </w:r>
    </w:p>
    <w:p w:rsidR="005422A5" w:rsidRDefault="0017786E" w:rsidP="00F97AC1">
      <w:pPr>
        <w:spacing w:line="276" w:lineRule="auto"/>
      </w:pPr>
      <w:r>
        <w:rPr>
          <w:rFonts w:cs="Times New Roman"/>
        </w:rPr>
        <w:t>- Phát triển kĩ năng đọc thông qua việc đọc đúng, rõ ràng bài thơ; hiểu và trả lời đúng các câu hỏi có liên quan đến nội dung bài thơ; nhận biết một số tiếng cùng vần với nhau, củng cố kiến thức về vần; thuộc lòng một số khổ thơ và cảm nhận được vẻ đẹp của bài thơ qua vần và hình ảnh thơ; quan sát, nhận biết được các chi tiết trong tranh và suy luận từ tranh được quan sát.</w:t>
      </w:r>
    </w:p>
    <w:p w:rsidR="005422A5" w:rsidRDefault="0017786E" w:rsidP="00F97AC1">
      <w:pPr>
        <w:spacing w:line="276" w:lineRule="auto"/>
      </w:pPr>
      <w:r>
        <w:rPr>
          <w:rFonts w:cs="Times New Roman"/>
        </w:rPr>
        <w:t>- Phát triển kĩ năng nói và nghe thông qua hoạt động trao đổi về nội dung của văn bản và nội dung được thể hiện trong tranh.</w:t>
      </w:r>
    </w:p>
    <w:p w:rsidR="005422A5" w:rsidRDefault="0017786E" w:rsidP="00F97AC1">
      <w:pPr>
        <w:spacing w:line="276" w:lineRule="auto"/>
      </w:pPr>
      <w:r>
        <w:rPr>
          <w:rFonts w:cs="Times New Roman"/>
          <w:b/>
        </w:rPr>
        <w:t>2. Năng lực chung</w:t>
      </w:r>
    </w:p>
    <w:p w:rsidR="005422A5" w:rsidRDefault="0017786E" w:rsidP="00F97AC1">
      <w:pPr>
        <w:spacing w:line="276" w:lineRule="auto"/>
      </w:pPr>
      <w:r>
        <w:rPr>
          <w:rFonts w:cs="Times New Roman"/>
        </w:rPr>
        <w:t>- Góp phần hình thành cho HS năng lực chung: khả năng làm việc nhóm.</w:t>
      </w:r>
    </w:p>
    <w:p w:rsidR="005422A5" w:rsidRDefault="0017786E" w:rsidP="00F97AC1">
      <w:pPr>
        <w:spacing w:line="276" w:lineRule="auto"/>
      </w:pPr>
      <w:r>
        <w:rPr>
          <w:rFonts w:cs="Times New Roman"/>
          <w:b/>
        </w:rPr>
        <w:t>3. Phẩm chất</w:t>
      </w:r>
    </w:p>
    <w:p w:rsidR="005422A5" w:rsidRDefault="0017786E" w:rsidP="00F97AC1">
      <w:pPr>
        <w:spacing w:line="276" w:lineRule="auto"/>
      </w:pPr>
      <w:r>
        <w:rPr>
          <w:rFonts w:cs="Times New Roman"/>
        </w:rPr>
        <w:t>- Góp phần hình thành cho HS phẩm chất nhân ái: tình yêu đối với thiên nhiên, có cảm xúc trước những đổi thay của đời sống xung quanh.</w:t>
      </w:r>
    </w:p>
    <w:p w:rsidR="005422A5" w:rsidRDefault="0017786E" w:rsidP="00F97AC1">
      <w:pPr>
        <w:spacing w:line="276" w:lineRule="auto"/>
      </w:pPr>
      <w:r>
        <w:rPr>
          <w:rFonts w:cs="Times New Roman"/>
          <w:b/>
        </w:rPr>
        <w:t>II. ĐỒ DÙNG DẠY HỌC</w:t>
      </w:r>
    </w:p>
    <w:p w:rsidR="005422A5" w:rsidRDefault="0017786E" w:rsidP="00F97AC1">
      <w:pPr>
        <w:spacing w:line="276" w:lineRule="auto"/>
      </w:pPr>
      <w:r>
        <w:rPr>
          <w:rFonts w:cs="Times New Roman"/>
        </w:rPr>
        <w:t>- Giáo viên: TV.</w:t>
      </w:r>
    </w:p>
    <w:p w:rsidR="005422A5" w:rsidRDefault="0017786E" w:rsidP="00F97AC1">
      <w:pPr>
        <w:spacing w:line="276" w:lineRule="auto"/>
      </w:pPr>
      <w:r>
        <w:rPr>
          <w:rFonts w:cs="Times New Roman"/>
        </w:rPr>
        <w:t>- Học sinh: SHS, vở Tập viết 1 (tập 2), bảng con.</w:t>
      </w:r>
    </w:p>
    <w:p w:rsidR="005422A5"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nhớ bài cũ và tạo tâm thế vào tiết luyện tập.</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nhắc tên bài cũ: Tia nắng đi đâu?</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nhắc lại tên bài cũ.</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thuộc lòng bài thơ và nêu điều em thích nhất.</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thuộc lòng, nêu ý thích.</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Luyện đọc</w:t>
            </w:r>
            <w:r>
              <w:rPr>
                <w:rFonts w:cs="Times New Roman"/>
                <w:b/>
              </w:rPr>
              <w:br/>
              <w:t>Hoạt động 1: Luyện đọc</w:t>
            </w:r>
            <w:r>
              <w:rPr>
                <w:rFonts w:cs="Times New Roman"/>
                <w:b/>
              </w:rPr>
              <w:br/>
              <w:t>Mục tiêu: HS đọc lại bài thơ rõ ràng, đúng nhịp.</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đọc mẫu toàn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luyện đọc từ khó: chảy tràn, thảo nguyên, ban mai.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 khó.</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xml:space="preserve">- GV mời HS đọc nối tiếp từng dòng thơ, từng </w:t>
            </w:r>
            <w:r>
              <w:rPr>
                <w:rFonts w:cs="Times New Roman"/>
              </w:rPr>
              <w:lastRenderedPageBreak/>
              <w:t>khổ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HS đọc nối tiếp bài thơ.</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lastRenderedPageBreak/>
              <w:t>- GV yêu cầu HS đọc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2 HS đọc lại toàn bài thơ.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- 2 HS đọc lại toàn bài thơ.</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đọc lại bài thơ rõ ràng hơn.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3. Luyện tập</w:t>
            </w:r>
            <w:r>
              <w:rPr>
                <w:rFonts w:cs="Times New Roman"/>
                <w:b/>
              </w:rPr>
              <w:br/>
              <w:t>Hoạt động 2: Tìm tiếng cùng vần</w:t>
            </w:r>
            <w:r>
              <w:rPr>
                <w:rFonts w:cs="Times New Roman"/>
                <w:b/>
              </w:rPr>
              <w:br/>
              <w:t>Mục tiêu: HS tìm được những tiếng cùng vần trong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lại bài thơ, tìm tiếng cùng vần.</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lại bài thơ và tìm: trời - nơi, sông - hồng - trông, tai - bài, trắng - nắng.</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 chốt lại.</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4. Luyện tập</w:t>
            </w:r>
            <w:r>
              <w:rPr>
                <w:rFonts w:cs="Times New Roman"/>
                <w:b/>
              </w:rPr>
              <w:br/>
              <w:t>Hoạt động 3: Trả lời câu hỏi</w:t>
            </w:r>
            <w:r>
              <w:rPr>
                <w:rFonts w:cs="Times New Roman"/>
                <w:b/>
              </w:rPr>
              <w:br/>
              <w:t>Mục tiêu: HS hiểu nội dung bài thơ.</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Trong giấc mơ, bạn nhỏ thấy ông mặt trời làm gì?</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Ông mặt trời mang túi đầy hoa nắng và trải hoa vàng khắp nơi.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Bạn nhỏ thấy gì trên thảo nguyên?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Bạn nhỏ thấy rất nhiều loài hoa lạ mang tên bạn lớp mình.</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Bạn nhỏ nghe thấy gì trong giấc mơ?</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Bạn nhỏ nghe thấy lời chú gà trống gọi dậy học bài.</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5. Củng cố</w:t>
            </w:r>
            <w:r>
              <w:rPr>
                <w:rFonts w:cs="Times New Roman"/>
                <w:b/>
              </w:rPr>
              <w:br/>
              <w:t>Mục tiêu: HS nêu điều thú vị sau khi học.</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nêu điều em thích hoặc điều thú vị sau khi đọc bài thơ.</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Em thích ông mặt trời / em thích thảo nguyên / em thích giấc mơ đẹp.</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tổng kết tiết học.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bl>
    <w:p w:rsidR="005422A5" w:rsidRDefault="0017786E" w:rsidP="00F97AC1">
      <w:pPr>
        <w:spacing w:line="276" w:lineRule="auto"/>
      </w:pPr>
      <w:r>
        <w:rPr>
          <w:rFonts w:cs="Times New Roman"/>
          <w:b/>
        </w:rPr>
        <w:t>IV. ĐIỀU CHỈNH SAU BÀI DẠY</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br w:type="page"/>
      </w:r>
    </w:p>
    <w:p w:rsidR="005422A5" w:rsidRDefault="0017786E" w:rsidP="00F97AC1">
      <w:pPr>
        <w:spacing w:line="276" w:lineRule="auto"/>
      </w:pPr>
      <w:r>
        <w:rPr>
          <w:rFonts w:cs="Times New Roman"/>
          <w:b/>
        </w:rPr>
        <w:lastRenderedPageBreak/>
        <w:t>LUYỆN TẬP TUẦN 31 (TIẾT 2)</w:t>
      </w:r>
    </w:p>
    <w:p w:rsidR="005422A5" w:rsidRDefault="0017786E" w:rsidP="00F97AC1">
      <w:pPr>
        <w:spacing w:line="276" w:lineRule="auto"/>
      </w:pPr>
      <w:r>
        <w:rPr>
          <w:rFonts w:cs="Times New Roman"/>
          <w:b/>
        </w:rPr>
        <w:t>I. YÊU CẦU CẦN ĐẠT</w:t>
      </w:r>
    </w:p>
    <w:p w:rsidR="005422A5" w:rsidRDefault="0017786E" w:rsidP="00F97AC1">
      <w:pPr>
        <w:spacing w:line="276" w:lineRule="auto"/>
      </w:pPr>
      <w:r>
        <w:rPr>
          <w:rFonts w:cs="Times New Roman"/>
          <w:b/>
        </w:rPr>
        <w:t>1. Năng lực đặc thù</w:t>
      </w:r>
    </w:p>
    <w:p w:rsidR="005422A5" w:rsidRDefault="0017786E" w:rsidP="00F97AC1">
      <w:pPr>
        <w:spacing w:line="276" w:lineRule="auto"/>
      </w:pPr>
      <w:r>
        <w:rPr>
          <w:rFonts w:cs="Times New Roman"/>
        </w:rPr>
        <w:t>- Phát triển kĩ năng đọc thông qua việc đọc đúng, rõ ràng một văn bản miêu tả ngắn; hiểu và trả lời đúng các câu hỏi có liên quan đến văn bản; quan sát, nhận biết được các chi tiết trong tranh và suy luận từ tranh được quan sát.</w:t>
      </w:r>
    </w:p>
    <w:p w:rsidR="005422A5" w:rsidRDefault="0017786E" w:rsidP="00F97AC1">
      <w:pPr>
        <w:spacing w:line="276" w:lineRule="auto"/>
      </w:pPr>
      <w:r>
        <w:rPr>
          <w:rFonts w:cs="Times New Roman"/>
        </w:rPr>
        <w:t>- Phát triển kĩ năng viết thông qua hoạt động viết lại đúng câu trả lời cho câu hỏi trong văn bản đọc; hoàn thiện câu dựa vào những từ ngữ cho sẵn và viết lại đúng câu đã hoàn thiện; nghe viết một đoạn ngắn.</w:t>
      </w:r>
    </w:p>
    <w:p w:rsidR="005422A5" w:rsidRDefault="0017786E" w:rsidP="00F97AC1">
      <w:pPr>
        <w:spacing w:line="276" w:lineRule="auto"/>
      </w:pPr>
      <w:r>
        <w:rPr>
          <w:rFonts w:cs="Times New Roman"/>
        </w:rPr>
        <w:t>- Phát triển kĩ năng nói và nghe thông qua trao đổi về nội dung của văn bản và nội dung được thể hiện trong tranh.</w:t>
      </w:r>
    </w:p>
    <w:p w:rsidR="005422A5" w:rsidRDefault="0017786E" w:rsidP="00F97AC1">
      <w:pPr>
        <w:spacing w:line="276" w:lineRule="auto"/>
      </w:pPr>
      <w:r>
        <w:rPr>
          <w:rFonts w:cs="Times New Roman"/>
          <w:b/>
        </w:rPr>
        <w:t>2. Năng lực chung</w:t>
      </w:r>
    </w:p>
    <w:p w:rsidR="005422A5" w:rsidRDefault="0017786E" w:rsidP="00F97AC1">
      <w:pPr>
        <w:spacing w:line="276" w:lineRule="auto"/>
      </w:pPr>
      <w:r>
        <w:rPr>
          <w:rFonts w:cs="Times New Roman"/>
        </w:rPr>
        <w:t>- Góp phần hình thành cho HS năng lực giao tiếp và hợp tác thông qua làm việc nhóm.</w:t>
      </w:r>
    </w:p>
    <w:p w:rsidR="005422A5" w:rsidRDefault="0017786E" w:rsidP="00F97AC1">
      <w:pPr>
        <w:spacing w:line="276" w:lineRule="auto"/>
      </w:pPr>
      <w:r>
        <w:rPr>
          <w:rFonts w:cs="Times New Roman"/>
          <w:b/>
        </w:rPr>
        <w:t>3. Phẩm chất</w:t>
      </w:r>
    </w:p>
    <w:p w:rsidR="005422A5" w:rsidRDefault="0017786E" w:rsidP="00F97AC1">
      <w:pPr>
        <w:spacing w:line="276" w:lineRule="auto"/>
      </w:pPr>
      <w:r>
        <w:rPr>
          <w:rFonts w:cs="Times New Roman"/>
        </w:rPr>
        <w:t>- Góp phần hình thành cho HS phẩm chất nhân ái thông qua tình yêu đối với cuộc sống và những chuyển động hằng ngày của nó, từ môi trường tự nhiên, thế giới loài vật đến sinh hoạt của con người.</w:t>
      </w:r>
    </w:p>
    <w:p w:rsidR="005422A5" w:rsidRDefault="0017786E" w:rsidP="00F97AC1">
      <w:pPr>
        <w:spacing w:line="276" w:lineRule="auto"/>
      </w:pPr>
      <w:r>
        <w:rPr>
          <w:rFonts w:cs="Times New Roman"/>
          <w:b/>
        </w:rPr>
        <w:t>II. ĐỒ DÙNG DẠY HỌC</w:t>
      </w:r>
    </w:p>
    <w:p w:rsidR="005422A5" w:rsidRDefault="0017786E" w:rsidP="00F97AC1">
      <w:pPr>
        <w:spacing w:line="276" w:lineRule="auto"/>
      </w:pPr>
      <w:r>
        <w:rPr>
          <w:rFonts w:cs="Times New Roman"/>
        </w:rPr>
        <w:t>- Giáo viên: TV.</w:t>
      </w:r>
    </w:p>
    <w:p w:rsidR="005422A5" w:rsidRDefault="0017786E" w:rsidP="00F97AC1">
      <w:pPr>
        <w:spacing w:line="276" w:lineRule="auto"/>
      </w:pPr>
      <w:r>
        <w:rPr>
          <w:rFonts w:cs="Times New Roman"/>
        </w:rPr>
        <w:t>- Học sinh: SHS, vở Tập viết 1 (tập 2), bảng con.</w:t>
      </w:r>
    </w:p>
    <w:p w:rsidR="005422A5" w:rsidRDefault="0017786E" w:rsidP="00F97AC1">
      <w:pPr>
        <w:spacing w:line="276" w:lineRule="auto"/>
      </w:pPr>
      <w:r>
        <w:rPr>
          <w:rFonts w:cs="Times New Roman"/>
          <w:b/>
        </w:rPr>
        <w:t>III. CÁC HOẠT ĐỘNG DẠY HỌC</w:t>
      </w:r>
    </w:p>
    <w:tbl>
      <w:tblPr>
        <w:tblW w:w="5000" w:type="pct"/>
        <w:jc w:val="center"/>
        <w:tblBorders>
          <w:top w:val="single" w:sz="8" w:space="0" w:color="808080"/>
          <w:left w:val="single" w:sz="8" w:space="0" w:color="808080"/>
          <w:bottom w:val="single" w:sz="8" w:space="0" w:color="808080"/>
          <w:right w:val="single" w:sz="8" w:space="0" w:color="808080"/>
          <w:insideV w:val="single" w:sz="8" w:space="0" w:color="808080"/>
        </w:tblBorders>
        <w:tblLook w:val="04A0" w:firstRow="1" w:lastRow="0" w:firstColumn="1" w:lastColumn="0" w:noHBand="0" w:noVBand="1"/>
      </w:tblPr>
      <w:tblGrid>
        <w:gridCol w:w="5193"/>
        <w:gridCol w:w="5193"/>
      </w:tblGrid>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5236" w:rsidRDefault="00F97AC1" w:rsidP="00F97AC1">
            <w:pPr>
              <w:spacing w:line="276" w:lineRule="auto"/>
            </w:pPr>
            <w:r>
              <w:rPr>
                <w:rFonts w:cs="Times New Roman"/>
                <w:b/>
                <w:color w:val="000000"/>
              </w:rPr>
              <w:t>Hoạt động của học sinh</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1. Khởi động</w:t>
            </w:r>
            <w:r>
              <w:rPr>
                <w:rFonts w:cs="Times New Roman"/>
                <w:b/>
              </w:rPr>
              <w:br/>
              <w:t>Mục tiêu: Gợi nhớ bài trước và tạo không khí vào tiết luyện tập.</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cho HS nhắc tên bài học trước: Trong giấc mơ buổi sáng.</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nhắc lại tên bài học trước.</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2. Luyện đọc</w:t>
            </w:r>
            <w:r>
              <w:rPr>
                <w:rFonts w:cs="Times New Roman"/>
                <w:b/>
              </w:rPr>
              <w:br/>
              <w:t>Hoạt động 1: Luyện đọc</w:t>
            </w:r>
            <w:r>
              <w:rPr>
                <w:rFonts w:cs="Times New Roman"/>
                <w:b/>
              </w:rPr>
              <w:br/>
              <w:t>Mục tiêu: HS đọc lại bài văn rõ ràng, đúng nhịp.</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đọc mẫu toàn văn bản.</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hướng dẫn HS luyện đọc từ khó: đỏ rực, tỏa, chuẩn bị.</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từ khó.</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HS đọc nối tiếp từng câu, từng đoạn.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nối tiếp câu, đoạn.</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đọc theo nhóm đôi.</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đọc theo nhóm đôi.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mời 2 HS đọc lại toàn văn bản.</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- 2 HS đọc lại toàn văn bản.</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kết luận: Các em đã đọc lại bài rõ ràng hơn.</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lastRenderedPageBreak/>
              <w:t>3. Luyện tập</w:t>
            </w:r>
            <w:r>
              <w:rPr>
                <w:rFonts w:cs="Times New Roman"/>
                <w:b/>
              </w:rPr>
              <w:br/>
              <w:t>Hoạt động 2: Trả lời câu hỏi</w:t>
            </w:r>
            <w:r>
              <w:rPr>
                <w:rFonts w:cs="Times New Roman"/>
                <w:b/>
              </w:rPr>
              <w:br/>
              <w:t>Mục tiêu: HS hiểu và trả lời đúng câu hỏi nội dung bài.</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Buổi sáng, cái gì đánh thức mọi vật?</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Buổi sáng, tia nắng đánh thức mọi vật.</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Sau khi được đánh thức, các con vật làm gì?</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Chim bay ra khỏi tổ, cất tiếng hót; ong bay đi kiếm mật; gà mẹ dẫn con đi kiếm mồi.</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hỏi: Bé làm gì sau khi thức dậy?</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Bé chuẩn bị đến trường.</w:t>
            </w:r>
          </w:p>
        </w:tc>
      </w:tr>
      <w:tr w:rsidR="005422A5" w:rsidTr="00C6445D">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nhận xét.</w:t>
            </w:r>
          </w:p>
        </w:tc>
        <w:tc>
          <w:tcPr>
            <w:tcW w:w="5017" w:type="dxa"/>
            <w:tcBorders>
              <w:bottom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r w:rsidR="005422A5" w:rsidTr="00C6445D">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b/>
              </w:rPr>
              <w:t>4. Củng cố</w:t>
            </w:r>
            <w:r>
              <w:rPr>
                <w:rFonts w:cs="Times New Roman"/>
                <w:b/>
              </w:rPr>
              <w:br/>
              <w:t>Mục tiêu: HS nêu điều thú vị sau bài học.</w:t>
            </w:r>
          </w:p>
        </w:tc>
      </w:tr>
      <w:tr w:rsidR="005422A5" w:rsidTr="00C6445D">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yêu cầu HS nêu điều em thích sau khi học xong bài.</w:t>
            </w:r>
          </w:p>
        </w:tc>
        <w:tc>
          <w:tcPr>
            <w:tcW w:w="5017" w:type="dxa"/>
            <w:tcBorders>
              <w:top w:val="single" w:sz="4" w:space="0" w:color="auto"/>
            </w:tcBorders>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trả lời: Em thích buổi sáng có nắng / em thích chim hót / em thích bé đi học.</w:t>
            </w:r>
          </w:p>
        </w:tc>
      </w:tr>
      <w:tr w:rsidR="005422A5" w:rsidTr="00C6445D">
        <w:trPr>
          <w:jc w:val="center"/>
        </w:trPr>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GV tổng kết tiết học.</w:t>
            </w:r>
          </w:p>
        </w:tc>
        <w:tc>
          <w:tcPr>
            <w:tcW w:w="5017" w:type="dxa"/>
            <w:shd w:val="clear" w:color="auto" w:fill="auto"/>
            <w:tcMar>
              <w:top w:w="70" w:type="dxa"/>
              <w:left w:w="90" w:type="dxa"/>
              <w:bottom w:w="70" w:type="dxa"/>
              <w:right w:w="90" w:type="dxa"/>
            </w:tcMar>
            <w:vAlign w:val="center"/>
          </w:tcPr>
          <w:p w:rsidR="005422A5" w:rsidRDefault="0017786E" w:rsidP="00F97AC1">
            <w:pPr>
              <w:spacing w:line="276" w:lineRule="auto"/>
            </w:pPr>
            <w:r>
              <w:rPr>
                <w:rFonts w:cs="Times New Roman"/>
              </w:rPr>
              <w:t>- HS lắng nghe.</w:t>
            </w:r>
          </w:p>
        </w:tc>
      </w:tr>
    </w:tbl>
    <w:p w:rsidR="005422A5" w:rsidRDefault="0017786E" w:rsidP="00F97AC1">
      <w:pPr>
        <w:spacing w:line="276" w:lineRule="auto"/>
      </w:pPr>
      <w:r>
        <w:rPr>
          <w:rFonts w:cs="Times New Roman"/>
          <w:b/>
        </w:rPr>
        <w:t>IV. ĐIỀU CHỈNH SAU BÀI DẠY</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p>
    <w:p w:rsidR="005422A5" w:rsidRDefault="0017786E" w:rsidP="00F97AC1">
      <w:pPr>
        <w:spacing w:line="276" w:lineRule="auto"/>
      </w:pPr>
      <w:r>
        <w:rPr>
          <w:rFonts w:cs="Times New Roman"/>
        </w:rPr>
        <w:t>..................................................................</w:t>
      </w:r>
      <w:bookmarkStart w:id="0" w:name="_GoBack"/>
      <w:bookmarkEnd w:id="0"/>
      <w:r>
        <w:rPr>
          <w:rFonts w:cs="Times New Roman"/>
        </w:rPr>
        <w:t>..........................................................................</w:t>
      </w:r>
    </w:p>
    <w:sectPr w:rsidR="005422A5"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7786E"/>
    <w:rsid w:val="0029639D"/>
    <w:rsid w:val="00326F90"/>
    <w:rsid w:val="00336C5B"/>
    <w:rsid w:val="005422A5"/>
    <w:rsid w:val="00545236"/>
    <w:rsid w:val="008761F8"/>
    <w:rsid w:val="00AA1D8D"/>
    <w:rsid w:val="00B47730"/>
    <w:rsid w:val="00C6445D"/>
    <w:rsid w:val="00CB0664"/>
    <w:rsid w:val="00D33DDD"/>
    <w:rsid w:val="00F97A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6445D"/>
    <w:rPr>
      <w:rFonts w:ascii="Tahoma" w:hAnsi="Tahoma" w:cs="Tahoma"/>
      <w:sz w:val="16"/>
      <w:szCs w:val="16"/>
    </w:rPr>
  </w:style>
  <w:style w:type="character" w:customStyle="1" w:styleId="BalloonTextChar">
    <w:name w:val="Balloon Text Char"/>
    <w:basedOn w:val="DefaultParagraphFont"/>
    <w:link w:val="BalloonText"/>
    <w:uiPriority w:val="99"/>
    <w:semiHidden/>
    <w:rsid w:val="00C6445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6445D"/>
    <w:rPr>
      <w:rFonts w:ascii="Tahoma" w:hAnsi="Tahoma" w:cs="Tahoma"/>
      <w:sz w:val="16"/>
      <w:szCs w:val="16"/>
    </w:rPr>
  </w:style>
  <w:style w:type="character" w:customStyle="1" w:styleId="BalloonTextChar">
    <w:name w:val="Balloon Text Char"/>
    <w:basedOn w:val="DefaultParagraphFont"/>
    <w:link w:val="BalloonText"/>
    <w:uiPriority w:val="99"/>
    <w:semiHidden/>
    <w:rsid w:val="00C6445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2E99C-4030-46EF-A4AC-1797F68B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5848</Words>
  <Characters>33334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Iamp Iamp</cp:lastModifiedBy>
  <cp:revision>4</cp:revision>
  <dcterms:created xsi:type="dcterms:W3CDTF">2026-06-03T20:30:00Z</dcterms:created>
  <dcterms:modified xsi:type="dcterms:W3CDTF">2026-08-19T03:10:00Z</dcterms:modified>
  <cp:category/>
</cp:coreProperties>
</file>