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943E1" w14:textId="77777777" w:rsidR="001970E5" w:rsidRDefault="005D71A2" w:rsidP="00672EC8">
      <w:pPr>
        <w:shd w:val="clear" w:color="auto" w:fill="FFFFFF" w:themeFill="background1"/>
        <w:spacing w:after="0" w:line="240" w:lineRule="auto"/>
        <w:jc w:val="center"/>
      </w:pPr>
      <w:r>
        <w:rPr>
          <w:b/>
          <w:sz w:val="28"/>
        </w:rPr>
        <w:t>KẾ HOẠCH BÀI DẠY MÔN TIẾNG VIỆT LỚP 2 – TUẦN 26</w:t>
      </w:r>
    </w:p>
    <w:p w14:paraId="1BAE06B3" w14:textId="77777777" w:rsidR="001970E5" w:rsidRDefault="005D71A2" w:rsidP="00672EC8">
      <w:pPr>
        <w:shd w:val="clear" w:color="auto" w:fill="FFFFFF" w:themeFill="background1"/>
        <w:spacing w:after="0" w:line="240" w:lineRule="auto"/>
        <w:jc w:val="center"/>
      </w:pPr>
      <w:r>
        <w:rPr>
          <w:b/>
          <w:sz w:val="28"/>
        </w:rPr>
        <w:t>CHỦ ĐỀ: HÀNH TINH XANH CỦA EM</w:t>
      </w:r>
    </w:p>
    <w:p w14:paraId="7E43D372" w14:textId="77777777" w:rsidR="001970E5" w:rsidRDefault="005D71A2" w:rsidP="00672EC8">
      <w:pPr>
        <w:shd w:val="clear" w:color="auto" w:fill="FFFFFF" w:themeFill="background1"/>
        <w:spacing w:after="0" w:line="240" w:lineRule="auto"/>
        <w:jc w:val="center"/>
      </w:pPr>
      <w:r>
        <w:rPr>
          <w:b/>
          <w:sz w:val="28"/>
        </w:rPr>
        <w:t>BÀI 15: NHỮNG CON SAO BIỂN</w:t>
      </w:r>
    </w:p>
    <w:p w14:paraId="0B13B521" w14:textId="77777777" w:rsidR="001970E5" w:rsidRDefault="005D71A2" w:rsidP="00672EC8">
      <w:pPr>
        <w:shd w:val="clear" w:color="auto" w:fill="FFFFFF" w:themeFill="background1"/>
        <w:spacing w:after="0" w:line="240" w:lineRule="auto"/>
        <w:jc w:val="center"/>
      </w:pPr>
      <w:r>
        <w:rPr>
          <w:b/>
          <w:sz w:val="28"/>
        </w:rPr>
        <w:t>TIẾT 1 – 2: ĐỌC – NHỮNG CON SAO BIỂN</w:t>
      </w:r>
    </w:p>
    <w:p w14:paraId="0E185815" w14:textId="77777777" w:rsidR="001970E5" w:rsidRDefault="005D71A2" w:rsidP="00672EC8">
      <w:pPr>
        <w:shd w:val="clear" w:color="auto" w:fill="FFFFFF" w:themeFill="background1"/>
        <w:spacing w:after="0" w:line="240" w:lineRule="auto"/>
      </w:pPr>
      <w:r>
        <w:rPr>
          <w:b/>
        </w:rPr>
        <w:t>I. YÊU CẦU CẦN ĐẠT</w:t>
      </w:r>
    </w:p>
    <w:p w14:paraId="56F7CDBB" w14:textId="77777777" w:rsidR="001970E5" w:rsidRDefault="005D71A2" w:rsidP="00672EC8">
      <w:pPr>
        <w:shd w:val="clear" w:color="auto" w:fill="FFFFFF" w:themeFill="background1"/>
        <w:spacing w:after="0" w:line="240" w:lineRule="auto"/>
      </w:pPr>
      <w:r>
        <w:rPr>
          <w:b/>
        </w:rPr>
        <w:t>1. Năng lực đặc thù</w:t>
      </w:r>
    </w:p>
    <w:p w14:paraId="7B9C704C" w14:textId="77777777" w:rsidR="001970E5" w:rsidRDefault="005D71A2" w:rsidP="00672EC8">
      <w:pPr>
        <w:shd w:val="clear" w:color="auto" w:fill="FFFFFF" w:themeFill="background1"/>
        <w:spacing w:after="0" w:line="240" w:lineRule="auto"/>
        <w:jc w:val="both"/>
      </w:pPr>
      <w:r>
        <w:t>- Đọc đúng, rõ ràng văn bản Những con sao biển; biết đọc lời nhân vật với giọng phù hợp; hiểu nghĩa các từ thủy triều, dạt.</w:t>
      </w:r>
    </w:p>
    <w:p w14:paraId="3B8D0CFE" w14:textId="77777777" w:rsidR="001970E5" w:rsidRDefault="005D71A2" w:rsidP="00672EC8">
      <w:pPr>
        <w:shd w:val="clear" w:color="auto" w:fill="FFFFFF" w:themeFill="background1"/>
        <w:spacing w:after="0" w:line="240" w:lineRule="auto"/>
        <w:jc w:val="both"/>
      </w:pPr>
      <w:r>
        <w:t>- Hiểu nội dung bài: ca ngợi hành động nhỏ nhưng có ý nghĩa của cậu bé khi cứu những con sao biển; biết liên hệ trách nhiệm bảo vệ môi trường biển.</w:t>
      </w:r>
    </w:p>
    <w:p w14:paraId="2D385001" w14:textId="77777777" w:rsidR="001970E5" w:rsidRDefault="005D71A2" w:rsidP="00672EC8">
      <w:pPr>
        <w:shd w:val="clear" w:color="auto" w:fill="FFFFFF" w:themeFill="background1"/>
        <w:spacing w:after="0" w:line="240" w:lineRule="auto"/>
        <w:jc w:val="both"/>
      </w:pPr>
      <w:r>
        <w:t>- Trả lời đúng các câu hỏi đọc hiểu; tìm được từ chỉ hoạt động trong bài; nhận biết và viết được câu hỏi.</w:t>
      </w:r>
    </w:p>
    <w:p w14:paraId="64620722" w14:textId="77777777" w:rsidR="001970E5" w:rsidRDefault="005D71A2" w:rsidP="00672EC8">
      <w:pPr>
        <w:shd w:val="clear" w:color="auto" w:fill="FFFFFF" w:themeFill="background1"/>
        <w:spacing w:after="0" w:line="240" w:lineRule="auto"/>
      </w:pPr>
      <w:r>
        <w:rPr>
          <w:b/>
        </w:rPr>
        <w:t>2. Năng lực chung</w:t>
      </w:r>
    </w:p>
    <w:p w14:paraId="1FB89C37" w14:textId="77777777" w:rsidR="001970E5" w:rsidRDefault="005D71A2" w:rsidP="00672EC8">
      <w:pPr>
        <w:shd w:val="clear" w:color="auto" w:fill="FFFFFF" w:themeFill="background1"/>
        <w:spacing w:after="0" w:line="240" w:lineRule="auto"/>
        <w:jc w:val="both"/>
      </w:pPr>
      <w:r>
        <w:t>- Tự chủ và tự học: Chủ động đọc thầm, luyện đọc và tự điều chỉnh lỗi đọc.</w:t>
      </w:r>
    </w:p>
    <w:p w14:paraId="084D9CEF" w14:textId="77777777" w:rsidR="001970E5" w:rsidRDefault="005D71A2" w:rsidP="00672EC8">
      <w:pPr>
        <w:shd w:val="clear" w:color="auto" w:fill="FFFFFF" w:themeFill="background1"/>
        <w:spacing w:after="0" w:line="240" w:lineRule="auto"/>
        <w:jc w:val="both"/>
      </w:pPr>
      <w:r>
        <w:t>- Giao tiếp và hợp tác: Biết trao đổi nhóm đôi/nhóm bốn, lắng nghe và phản hồi ý kiến của bạn.</w:t>
      </w:r>
    </w:p>
    <w:p w14:paraId="248A4415" w14:textId="77777777" w:rsidR="001970E5" w:rsidRDefault="005D71A2" w:rsidP="00672EC8">
      <w:pPr>
        <w:shd w:val="clear" w:color="auto" w:fill="FFFFFF" w:themeFill="background1"/>
        <w:spacing w:after="0" w:line="240" w:lineRule="auto"/>
        <w:jc w:val="both"/>
      </w:pPr>
      <w:r>
        <w:t>- Giải quyết vấn đề và sáng tạo: Biết nêu việc làm vừa sức để góp phần giữ biển sạch, đẹp.</w:t>
      </w:r>
    </w:p>
    <w:p w14:paraId="6762A980" w14:textId="77777777" w:rsidR="001970E5" w:rsidRDefault="005D71A2" w:rsidP="00672EC8">
      <w:pPr>
        <w:shd w:val="clear" w:color="auto" w:fill="FFFFFF" w:themeFill="background1"/>
        <w:spacing w:after="0" w:line="240" w:lineRule="auto"/>
      </w:pPr>
      <w:r>
        <w:rPr>
          <w:b/>
        </w:rPr>
        <w:t>3. Phẩm chất</w:t>
      </w:r>
    </w:p>
    <w:p w14:paraId="4F0D8577" w14:textId="77777777" w:rsidR="001970E5" w:rsidRDefault="005D71A2" w:rsidP="00672EC8">
      <w:pPr>
        <w:shd w:val="clear" w:color="auto" w:fill="FFFFFF" w:themeFill="background1"/>
        <w:spacing w:after="0" w:line="240" w:lineRule="auto"/>
        <w:jc w:val="both"/>
      </w:pPr>
      <w:r>
        <w:t>- Nhân ái, trách nhiệm: Biết yêu quý sinh vật biển, có ý thức sống xanh, không xả rác ra biển và nơi công cộng.</w:t>
      </w:r>
    </w:p>
    <w:p w14:paraId="54C60AA2" w14:textId="77777777" w:rsidR="001970E5" w:rsidRDefault="005D71A2" w:rsidP="00672EC8">
      <w:pPr>
        <w:shd w:val="clear" w:color="auto" w:fill="FFFFFF" w:themeFill="background1"/>
        <w:spacing w:after="0" w:line="240" w:lineRule="auto"/>
      </w:pPr>
      <w:r>
        <w:rPr>
          <w:b/>
          <w:color w:val="C00000"/>
        </w:rPr>
        <w:t>4. Tích hợp</w:t>
      </w:r>
    </w:p>
    <w:p w14:paraId="4C92D1FA" w14:textId="77777777" w:rsidR="001970E5" w:rsidRDefault="005D71A2" w:rsidP="00672EC8">
      <w:pPr>
        <w:shd w:val="clear" w:color="auto" w:fill="FFFFFF" w:themeFill="background1"/>
        <w:spacing w:after="0" w:line="240" w:lineRule="auto"/>
        <w:jc w:val="both"/>
      </w:pPr>
      <w:r>
        <w:rPr>
          <w:color w:val="C00000"/>
        </w:rPr>
        <w:t>- Tích hợp bảo vệ môi trường: Giáo dục HS trách nhiệm với cộng đồng, biết thực hiện hành động nhỏ nhưng có ích để bảo vệ môi trường biển.</w:t>
      </w:r>
    </w:p>
    <w:p w14:paraId="378E3797" w14:textId="77777777" w:rsidR="001970E5" w:rsidRDefault="005D71A2" w:rsidP="00672EC8">
      <w:pPr>
        <w:shd w:val="clear" w:color="auto" w:fill="FFFFFF" w:themeFill="background1"/>
        <w:spacing w:after="0" w:line="240" w:lineRule="auto"/>
        <w:jc w:val="both"/>
      </w:pPr>
      <w:r>
        <w:rPr>
          <w:color w:val="C00000"/>
        </w:rPr>
        <w:t>- Tích hợp AI - YCCĐ 2.A1.2: HS nhận biết công cụ AI có thể hỗ trợ nhận diện rác thải/hiện tượng môi trường qua hình ảnh, nhưng con người vẫn phải kiểm tra, lựa chọn và hành động có trách nhiệm.</w:t>
      </w:r>
    </w:p>
    <w:p w14:paraId="65F7788A" w14:textId="77777777" w:rsidR="001970E5" w:rsidRDefault="005D71A2" w:rsidP="00672EC8">
      <w:pPr>
        <w:shd w:val="clear" w:color="auto" w:fill="FFFFFF" w:themeFill="background1"/>
        <w:spacing w:after="0" w:line="240" w:lineRule="auto"/>
        <w:jc w:val="both"/>
      </w:pPr>
      <w:r>
        <w:rPr>
          <w:color w:val="C00000"/>
        </w:rPr>
        <w:t>- Tích hợp NLS 3.2.CB1a: HS biết chọn, điều chỉnh, bổ sung nội dung đơn giản trên tranh/phiếu số để trình bày việc làm bảo vệ môi trường phù hợp với bài học.</w:t>
      </w:r>
    </w:p>
    <w:p w14:paraId="61D83A6B" w14:textId="77777777" w:rsidR="001970E5" w:rsidRDefault="005D71A2" w:rsidP="00672EC8">
      <w:pPr>
        <w:shd w:val="clear" w:color="auto" w:fill="FFFFFF" w:themeFill="background1"/>
        <w:spacing w:after="0" w:line="240" w:lineRule="auto"/>
      </w:pPr>
      <w:r>
        <w:rPr>
          <w:b/>
        </w:rPr>
        <w:t>II. ĐỒ DÙNG DẠY HỌC</w:t>
      </w:r>
    </w:p>
    <w:p w14:paraId="3F46177A" w14:textId="77777777" w:rsidR="001970E5" w:rsidRDefault="005D71A2" w:rsidP="00672EC8">
      <w:pPr>
        <w:shd w:val="clear" w:color="auto" w:fill="FFFFFF" w:themeFill="background1"/>
        <w:spacing w:after="0" w:line="240" w:lineRule="auto"/>
        <w:jc w:val="both"/>
      </w:pPr>
      <w:r>
        <w:t>- GV: Máy tính, máy chiếu/tivi; tranh hai bãi biển trong SGK; tranh minh họa cậu bé nhặt sao biển; thẻ từ thủy triều, dạt; phiếu học tập.</w:t>
      </w:r>
    </w:p>
    <w:p w14:paraId="7EFF7FC7" w14:textId="77777777" w:rsidR="001970E5" w:rsidRDefault="005D71A2" w:rsidP="00672EC8">
      <w:pPr>
        <w:shd w:val="clear" w:color="auto" w:fill="FFFFFF" w:themeFill="background1"/>
        <w:spacing w:after="0" w:line="240" w:lineRule="auto"/>
        <w:jc w:val="both"/>
      </w:pPr>
      <w:r>
        <w:t>- HS: SGK Tiếng Việt 2, vở ghi, bút, bảng con.</w:t>
      </w:r>
    </w:p>
    <w:p w14:paraId="2AD5FB0B" w14:textId="77777777" w:rsidR="001970E5" w:rsidRDefault="005D71A2" w:rsidP="00672EC8">
      <w:pPr>
        <w:shd w:val="clear" w:color="auto" w:fill="FFFFFF" w:themeFill="background1"/>
        <w:spacing w:after="0" w:line="240" w:lineRule="auto"/>
      </w:pPr>
      <w:r>
        <w:rPr>
          <w:b/>
        </w:rPr>
        <w:t>III. CÁC HOẠT ĐỘNG DẠY HỌC CHỦ YẾU</w:t>
      </w:r>
    </w:p>
    <w:tbl>
      <w:tblPr>
        <w:tblStyle w:val="TableGrid"/>
        <w:tblW w:w="0" w:type="auto"/>
        <w:jc w:val="center"/>
        <w:tblBorders>
          <w:insideH w:val="none" w:sz="0" w:space="0" w:color="auto"/>
        </w:tblBorders>
        <w:shd w:val="clear" w:color="auto" w:fill="FFFFFF" w:themeFill="background1"/>
        <w:tblLayout w:type="fixed"/>
        <w:tblLook w:val="04A0" w:firstRow="1" w:lastRow="0" w:firstColumn="1" w:lastColumn="0" w:noHBand="0" w:noVBand="1"/>
      </w:tblPr>
      <w:tblGrid>
        <w:gridCol w:w="5112"/>
        <w:gridCol w:w="5212"/>
      </w:tblGrid>
      <w:tr w:rsidR="001970E5" w14:paraId="0228D7FB" w14:textId="77777777" w:rsidTr="00672EC8">
        <w:trPr>
          <w:jc w:val="center"/>
        </w:trPr>
        <w:tc>
          <w:tcPr>
            <w:tcW w:w="5112" w:type="dxa"/>
            <w:tcBorders>
              <w:bottom w:val="single" w:sz="4" w:space="0" w:color="auto"/>
            </w:tcBorders>
            <w:shd w:val="clear" w:color="auto" w:fill="FFFFFF" w:themeFill="background1"/>
            <w:tcMar>
              <w:top w:w="70" w:type="dxa"/>
              <w:left w:w="80" w:type="dxa"/>
              <w:bottom w:w="70" w:type="dxa"/>
              <w:right w:w="80" w:type="dxa"/>
            </w:tcMar>
          </w:tcPr>
          <w:p w14:paraId="6E0C9150" w14:textId="77777777" w:rsidR="001970E5" w:rsidRDefault="005D71A2" w:rsidP="00672EC8">
            <w:pPr>
              <w:shd w:val="clear" w:color="auto" w:fill="FFFFFF" w:themeFill="background1"/>
              <w:jc w:val="center"/>
            </w:pPr>
            <w:r>
              <w:rPr>
                <w:b/>
              </w:rPr>
              <w:t>Hoạt động của GV</w:t>
            </w:r>
          </w:p>
        </w:tc>
        <w:tc>
          <w:tcPr>
            <w:tcW w:w="5112" w:type="dxa"/>
            <w:tcBorders>
              <w:bottom w:val="single" w:sz="4" w:space="0" w:color="auto"/>
            </w:tcBorders>
            <w:shd w:val="clear" w:color="auto" w:fill="FFFFFF" w:themeFill="background1"/>
            <w:tcMar>
              <w:top w:w="70" w:type="dxa"/>
              <w:left w:w="80" w:type="dxa"/>
              <w:bottom w:w="70" w:type="dxa"/>
              <w:right w:w="80" w:type="dxa"/>
            </w:tcMar>
          </w:tcPr>
          <w:p w14:paraId="732F8C5E" w14:textId="77777777" w:rsidR="001970E5" w:rsidRDefault="005D71A2" w:rsidP="00672EC8">
            <w:pPr>
              <w:shd w:val="clear" w:color="auto" w:fill="FFFFFF" w:themeFill="background1"/>
              <w:jc w:val="center"/>
            </w:pPr>
            <w:r>
              <w:rPr>
                <w:b/>
              </w:rPr>
              <w:t>Hoạt động của HS</w:t>
            </w:r>
          </w:p>
        </w:tc>
      </w:tr>
      <w:tr w:rsidR="001970E5" w14:paraId="353E8DE6" w14:textId="77777777" w:rsidTr="00672EC8">
        <w:trPr>
          <w:jc w:val="center"/>
        </w:trPr>
        <w:tc>
          <w:tcPr>
            <w:tcW w:w="10324" w:type="dxa"/>
            <w:gridSpan w:val="2"/>
            <w:tcBorders>
              <w:top w:val="single" w:sz="4" w:space="0" w:color="auto"/>
              <w:bottom w:val="single" w:sz="4" w:space="0" w:color="auto"/>
            </w:tcBorders>
            <w:shd w:val="clear" w:color="auto" w:fill="FFFFFF" w:themeFill="background1"/>
            <w:tcMar>
              <w:top w:w="70" w:type="dxa"/>
              <w:left w:w="80" w:type="dxa"/>
              <w:bottom w:w="70" w:type="dxa"/>
              <w:right w:w="80" w:type="dxa"/>
            </w:tcMar>
          </w:tcPr>
          <w:p w14:paraId="73F265F6" w14:textId="77777777" w:rsidR="001970E5" w:rsidRDefault="005D71A2" w:rsidP="00672EC8">
            <w:pPr>
              <w:shd w:val="clear" w:color="auto" w:fill="FFFFFF" w:themeFill="background1"/>
            </w:pPr>
            <w:r>
              <w:rPr>
                <w:b/>
              </w:rPr>
              <w:t>TIẾT 1</w:t>
            </w:r>
          </w:p>
        </w:tc>
      </w:tr>
      <w:tr w:rsidR="001970E5" w14:paraId="2F1DE6A9" w14:textId="77777777" w:rsidTr="00672EC8">
        <w:trPr>
          <w:jc w:val="center"/>
        </w:trPr>
        <w:tc>
          <w:tcPr>
            <w:tcW w:w="10324" w:type="dxa"/>
            <w:gridSpan w:val="2"/>
            <w:tcBorders>
              <w:top w:val="single" w:sz="4" w:space="0" w:color="auto"/>
              <w:bottom w:val="single" w:sz="4" w:space="0" w:color="auto"/>
            </w:tcBorders>
            <w:shd w:val="clear" w:color="auto" w:fill="FFFFFF" w:themeFill="background1"/>
            <w:tcMar>
              <w:top w:w="70" w:type="dxa"/>
              <w:left w:w="80" w:type="dxa"/>
              <w:bottom w:w="70" w:type="dxa"/>
              <w:right w:w="80" w:type="dxa"/>
            </w:tcMar>
          </w:tcPr>
          <w:p w14:paraId="3BD680F4" w14:textId="77777777" w:rsidR="001970E5" w:rsidRDefault="005D71A2" w:rsidP="00672EC8">
            <w:pPr>
              <w:shd w:val="clear" w:color="auto" w:fill="FFFFFF" w:themeFill="background1"/>
            </w:pPr>
            <w:r>
              <w:rPr>
                <w:b/>
              </w:rPr>
              <w:t>1. KHỞI ĐỘNG (5 phút)</w:t>
            </w:r>
            <w:r>
              <w:br/>
            </w:r>
            <w:r>
              <w:rPr>
                <w:b/>
              </w:rPr>
              <w:t>Mục tiêu: HS quan sát tranh, nêu được sự khác nhau giữa hai bức tranh bãi biển và kết nối vào bài đọc.</w:t>
            </w:r>
          </w:p>
        </w:tc>
      </w:tr>
      <w:tr w:rsidR="001970E5" w14:paraId="63ED524C" w14:textId="77777777" w:rsidTr="00672EC8">
        <w:trPr>
          <w:jc w:val="center"/>
        </w:trPr>
        <w:tc>
          <w:tcPr>
            <w:tcW w:w="5112" w:type="dxa"/>
            <w:tcBorders>
              <w:top w:val="single" w:sz="4" w:space="0" w:color="auto"/>
            </w:tcBorders>
            <w:shd w:val="clear" w:color="auto" w:fill="FFFFFF" w:themeFill="background1"/>
            <w:tcMar>
              <w:top w:w="70" w:type="dxa"/>
              <w:left w:w="80" w:type="dxa"/>
              <w:bottom w:w="70" w:type="dxa"/>
              <w:right w:w="80" w:type="dxa"/>
            </w:tcMar>
          </w:tcPr>
          <w:p w14:paraId="2926A8F4" w14:textId="77777777" w:rsidR="001970E5" w:rsidRDefault="005D71A2" w:rsidP="00672EC8">
            <w:pPr>
              <w:shd w:val="clear" w:color="auto" w:fill="FFFFFF" w:themeFill="background1"/>
              <w:jc w:val="both"/>
            </w:pPr>
            <w:r>
              <w:t>- GV yêu cầu HS quan sát 2 bức tranh trong SGK và trả lời: Nói về sự khác nhau giữa 2 bức tranh dưới đây.</w:t>
            </w:r>
          </w:p>
          <w:p w14:paraId="4B2C5E06" w14:textId="4042D637" w:rsidR="001970E5" w:rsidRDefault="001970E5" w:rsidP="00672EC8">
            <w:pPr>
              <w:shd w:val="clear" w:color="auto" w:fill="FFFFFF" w:themeFill="background1"/>
            </w:pPr>
          </w:p>
        </w:tc>
        <w:tc>
          <w:tcPr>
            <w:tcW w:w="5112" w:type="dxa"/>
            <w:tcBorders>
              <w:top w:val="single" w:sz="4" w:space="0" w:color="auto"/>
            </w:tcBorders>
            <w:shd w:val="clear" w:color="auto" w:fill="FFFFFF" w:themeFill="background1"/>
            <w:tcMar>
              <w:top w:w="70" w:type="dxa"/>
              <w:left w:w="80" w:type="dxa"/>
              <w:bottom w:w="70" w:type="dxa"/>
              <w:right w:w="80" w:type="dxa"/>
            </w:tcMar>
          </w:tcPr>
          <w:p w14:paraId="001FEDAA" w14:textId="77777777" w:rsidR="001970E5" w:rsidRDefault="005D71A2" w:rsidP="00672EC8">
            <w:pPr>
              <w:shd w:val="clear" w:color="auto" w:fill="FFFFFF" w:themeFill="background1"/>
              <w:jc w:val="both"/>
            </w:pPr>
            <w:r>
              <w:t>- HS quan sát và nêu: Tranh 1 bãi biển sạch, nước trong, ít rác; tranh 2 bãi biển có nhiều rác, nước bẩn, sinh vật biển bị ảnh hưởng.</w:t>
            </w:r>
          </w:p>
        </w:tc>
      </w:tr>
      <w:tr w:rsidR="001970E5" w14:paraId="7148D296" w14:textId="77777777" w:rsidTr="00672EC8">
        <w:trPr>
          <w:jc w:val="center"/>
        </w:trPr>
        <w:tc>
          <w:tcPr>
            <w:tcW w:w="5112" w:type="dxa"/>
            <w:shd w:val="clear" w:color="auto" w:fill="FFFFFF" w:themeFill="background1"/>
            <w:tcMar>
              <w:top w:w="70" w:type="dxa"/>
              <w:left w:w="80" w:type="dxa"/>
              <w:bottom w:w="70" w:type="dxa"/>
              <w:right w:w="80" w:type="dxa"/>
            </w:tcMar>
          </w:tcPr>
          <w:p w14:paraId="227B08A7" w14:textId="77777777" w:rsidR="001970E5" w:rsidRDefault="005D71A2" w:rsidP="00672EC8">
            <w:pPr>
              <w:shd w:val="clear" w:color="auto" w:fill="FFFFFF" w:themeFill="background1"/>
              <w:jc w:val="both"/>
            </w:pPr>
            <w:r>
              <w:t>- GV hỏi: Theo em, chúng ta nên làm gì để giữ cho biển luôn sạch đẹp?</w:t>
            </w:r>
          </w:p>
        </w:tc>
        <w:tc>
          <w:tcPr>
            <w:tcW w:w="5112" w:type="dxa"/>
            <w:shd w:val="clear" w:color="auto" w:fill="FFFFFF" w:themeFill="background1"/>
            <w:tcMar>
              <w:top w:w="70" w:type="dxa"/>
              <w:left w:w="80" w:type="dxa"/>
              <w:bottom w:w="70" w:type="dxa"/>
              <w:right w:w="80" w:type="dxa"/>
            </w:tcMar>
          </w:tcPr>
          <w:p w14:paraId="6507A4C4" w14:textId="77777777" w:rsidR="001970E5" w:rsidRDefault="005D71A2" w:rsidP="00672EC8">
            <w:pPr>
              <w:shd w:val="clear" w:color="auto" w:fill="FFFFFF" w:themeFill="background1"/>
              <w:jc w:val="both"/>
            </w:pPr>
            <w:r>
              <w:t>- HS trả lời: Không xả rác xuống biển, nhặt rác bỏ vào thùng, không làm hại sinh vật biển, nhắc mọi người cùng giữ vệ sinh.</w:t>
            </w:r>
          </w:p>
        </w:tc>
      </w:tr>
      <w:tr w:rsidR="001970E5" w14:paraId="64EA03D1" w14:textId="77777777" w:rsidTr="00672EC8">
        <w:trPr>
          <w:jc w:val="center"/>
        </w:trPr>
        <w:tc>
          <w:tcPr>
            <w:tcW w:w="5112" w:type="dxa"/>
            <w:tcBorders>
              <w:bottom w:val="single" w:sz="4" w:space="0" w:color="auto"/>
            </w:tcBorders>
            <w:shd w:val="clear" w:color="auto" w:fill="FFFFFF" w:themeFill="background1"/>
            <w:tcMar>
              <w:top w:w="70" w:type="dxa"/>
              <w:left w:w="80" w:type="dxa"/>
              <w:bottom w:w="70" w:type="dxa"/>
              <w:right w:w="80" w:type="dxa"/>
            </w:tcMar>
          </w:tcPr>
          <w:p w14:paraId="11C3A71A" w14:textId="77777777" w:rsidR="001970E5" w:rsidRDefault="005D71A2" w:rsidP="00672EC8">
            <w:pPr>
              <w:shd w:val="clear" w:color="auto" w:fill="FFFFFF" w:themeFill="background1"/>
              <w:jc w:val="both"/>
            </w:pPr>
            <w:r>
              <w:t>- GV nhận xét, dẫn vào bài Những con sao biển.</w:t>
            </w:r>
          </w:p>
        </w:tc>
        <w:tc>
          <w:tcPr>
            <w:tcW w:w="5112" w:type="dxa"/>
            <w:tcBorders>
              <w:bottom w:val="single" w:sz="4" w:space="0" w:color="auto"/>
            </w:tcBorders>
            <w:shd w:val="clear" w:color="auto" w:fill="FFFFFF" w:themeFill="background1"/>
            <w:tcMar>
              <w:top w:w="70" w:type="dxa"/>
              <w:left w:w="80" w:type="dxa"/>
              <w:bottom w:w="70" w:type="dxa"/>
              <w:right w:w="80" w:type="dxa"/>
            </w:tcMar>
          </w:tcPr>
          <w:p w14:paraId="19EE456C" w14:textId="77777777" w:rsidR="001970E5" w:rsidRDefault="005D71A2" w:rsidP="00672EC8">
            <w:pPr>
              <w:shd w:val="clear" w:color="auto" w:fill="FFFFFF" w:themeFill="background1"/>
              <w:jc w:val="both"/>
            </w:pPr>
            <w:r>
              <w:t>- HS lắng nghe, mở SGK và ghi tên bài vào vở.</w:t>
            </w:r>
          </w:p>
        </w:tc>
      </w:tr>
      <w:tr w:rsidR="001970E5" w14:paraId="4A5F3344" w14:textId="77777777" w:rsidTr="00672EC8">
        <w:trPr>
          <w:jc w:val="center"/>
        </w:trPr>
        <w:tc>
          <w:tcPr>
            <w:tcW w:w="10324" w:type="dxa"/>
            <w:gridSpan w:val="2"/>
            <w:tcBorders>
              <w:top w:val="single" w:sz="4" w:space="0" w:color="auto"/>
              <w:bottom w:val="single" w:sz="4" w:space="0" w:color="auto"/>
            </w:tcBorders>
            <w:shd w:val="clear" w:color="auto" w:fill="FFFFFF" w:themeFill="background1"/>
            <w:tcMar>
              <w:top w:w="70" w:type="dxa"/>
              <w:left w:w="80" w:type="dxa"/>
              <w:bottom w:w="70" w:type="dxa"/>
              <w:right w:w="80" w:type="dxa"/>
            </w:tcMar>
          </w:tcPr>
          <w:p w14:paraId="00A162FD" w14:textId="77777777" w:rsidR="001970E5" w:rsidRDefault="005D71A2" w:rsidP="00672EC8">
            <w:pPr>
              <w:shd w:val="clear" w:color="auto" w:fill="FFFFFF" w:themeFill="background1"/>
            </w:pPr>
            <w:r>
              <w:rPr>
                <w:b/>
              </w:rPr>
              <w:t>2. KHÁM PHÁ KIẾN THỨC (27 phút)</w:t>
            </w:r>
            <w:r>
              <w:br/>
            </w:r>
            <w:r>
              <w:rPr>
                <w:b/>
              </w:rPr>
              <w:lastRenderedPageBreak/>
              <w:t>Mục tiêu: HS đọc đúng văn bản; hiểu từ khó; bước đầu nắm được câu chuyện cậu bé cứu sao biển.</w:t>
            </w:r>
          </w:p>
        </w:tc>
      </w:tr>
      <w:tr w:rsidR="001970E5" w14:paraId="17376C16" w14:textId="77777777" w:rsidTr="00672EC8">
        <w:trPr>
          <w:jc w:val="center"/>
        </w:trPr>
        <w:tc>
          <w:tcPr>
            <w:tcW w:w="10324" w:type="dxa"/>
            <w:gridSpan w:val="2"/>
            <w:tcBorders>
              <w:top w:val="single" w:sz="4" w:space="0" w:color="auto"/>
              <w:bottom w:val="single" w:sz="4" w:space="0" w:color="auto"/>
            </w:tcBorders>
            <w:shd w:val="clear" w:color="auto" w:fill="FFFFFF" w:themeFill="background1"/>
            <w:tcMar>
              <w:top w:w="70" w:type="dxa"/>
              <w:left w:w="80" w:type="dxa"/>
              <w:bottom w:w="70" w:type="dxa"/>
              <w:right w:w="80" w:type="dxa"/>
            </w:tcMar>
          </w:tcPr>
          <w:p w14:paraId="413E89C0" w14:textId="77777777" w:rsidR="001970E5" w:rsidRDefault="005D71A2" w:rsidP="00672EC8">
            <w:pPr>
              <w:shd w:val="clear" w:color="auto" w:fill="FFFFFF" w:themeFill="background1"/>
            </w:pPr>
            <w:r>
              <w:rPr>
                <w:b/>
              </w:rPr>
              <w:lastRenderedPageBreak/>
              <w:t>Hoạt động 1: Đọc văn bản</w:t>
            </w:r>
          </w:p>
        </w:tc>
      </w:tr>
      <w:tr w:rsidR="001970E5" w14:paraId="7B3A4FDF" w14:textId="77777777" w:rsidTr="00672EC8">
        <w:trPr>
          <w:jc w:val="center"/>
        </w:trPr>
        <w:tc>
          <w:tcPr>
            <w:tcW w:w="5112" w:type="dxa"/>
            <w:tcBorders>
              <w:top w:val="single" w:sz="4" w:space="0" w:color="auto"/>
            </w:tcBorders>
            <w:shd w:val="clear" w:color="auto" w:fill="FFFFFF" w:themeFill="background1"/>
            <w:tcMar>
              <w:top w:w="70" w:type="dxa"/>
              <w:left w:w="80" w:type="dxa"/>
              <w:bottom w:w="70" w:type="dxa"/>
              <w:right w:w="80" w:type="dxa"/>
            </w:tcMar>
          </w:tcPr>
          <w:p w14:paraId="443A3998" w14:textId="77777777" w:rsidR="001970E5" w:rsidRDefault="005D71A2" w:rsidP="00672EC8">
            <w:pPr>
              <w:shd w:val="clear" w:color="auto" w:fill="FFFFFF" w:themeFill="background1"/>
              <w:jc w:val="both"/>
            </w:pPr>
            <w:r>
              <w:t>- GV giới thiệu ngắn gọn: Bài đọc kể về một cậu bé nhặt những con sao biển bị thủy triều đánh dạt lên bờ và thả chúng trở về biển.</w:t>
            </w:r>
          </w:p>
          <w:p w14:paraId="08C05F81" w14:textId="76A5588B" w:rsidR="001970E5" w:rsidRDefault="001970E5" w:rsidP="00672EC8">
            <w:pPr>
              <w:shd w:val="clear" w:color="auto" w:fill="FFFFFF" w:themeFill="background1"/>
            </w:pPr>
          </w:p>
        </w:tc>
        <w:tc>
          <w:tcPr>
            <w:tcW w:w="5112" w:type="dxa"/>
            <w:tcBorders>
              <w:top w:val="single" w:sz="4" w:space="0" w:color="auto"/>
            </w:tcBorders>
            <w:shd w:val="clear" w:color="auto" w:fill="FFFFFF" w:themeFill="background1"/>
            <w:tcMar>
              <w:top w:w="70" w:type="dxa"/>
              <w:left w:w="80" w:type="dxa"/>
              <w:bottom w:w="70" w:type="dxa"/>
              <w:right w:w="80" w:type="dxa"/>
            </w:tcMar>
          </w:tcPr>
          <w:p w14:paraId="571C7ED3" w14:textId="77777777" w:rsidR="001970E5" w:rsidRDefault="005D71A2" w:rsidP="00672EC8">
            <w:pPr>
              <w:shd w:val="clear" w:color="auto" w:fill="FFFFFF" w:themeFill="background1"/>
              <w:jc w:val="both"/>
            </w:pPr>
            <w:r>
              <w:t>- HS theo dõi văn bản trong SGK.</w:t>
            </w:r>
          </w:p>
        </w:tc>
      </w:tr>
      <w:tr w:rsidR="001970E5" w14:paraId="262B52D9" w14:textId="77777777" w:rsidTr="00672EC8">
        <w:trPr>
          <w:jc w:val="center"/>
        </w:trPr>
        <w:tc>
          <w:tcPr>
            <w:tcW w:w="5112" w:type="dxa"/>
            <w:shd w:val="clear" w:color="auto" w:fill="FFFFFF" w:themeFill="background1"/>
            <w:tcMar>
              <w:top w:w="70" w:type="dxa"/>
              <w:left w:w="80" w:type="dxa"/>
              <w:bottom w:w="70" w:type="dxa"/>
              <w:right w:w="80" w:type="dxa"/>
            </w:tcMar>
          </w:tcPr>
          <w:p w14:paraId="07171B72" w14:textId="77777777" w:rsidR="001970E5" w:rsidRDefault="005D71A2" w:rsidP="00672EC8">
            <w:pPr>
              <w:shd w:val="clear" w:color="auto" w:fill="FFFFFF" w:themeFill="background1"/>
              <w:jc w:val="both"/>
            </w:pPr>
            <w:r>
              <w:t>- GV đọc mẫu toàn bài với giọng kể nhẹ nhàng; lời người đàn ông đọc chậm, băn khoăn; lời cậu bé đọc hồn nhiên, chân thành.</w:t>
            </w:r>
          </w:p>
        </w:tc>
        <w:tc>
          <w:tcPr>
            <w:tcW w:w="5112" w:type="dxa"/>
            <w:shd w:val="clear" w:color="auto" w:fill="FFFFFF" w:themeFill="background1"/>
            <w:tcMar>
              <w:top w:w="70" w:type="dxa"/>
              <w:left w:w="80" w:type="dxa"/>
              <w:bottom w:w="70" w:type="dxa"/>
              <w:right w:w="80" w:type="dxa"/>
            </w:tcMar>
          </w:tcPr>
          <w:p w14:paraId="1C849A97" w14:textId="77777777" w:rsidR="001970E5" w:rsidRDefault="005D71A2" w:rsidP="00672EC8">
            <w:pPr>
              <w:shd w:val="clear" w:color="auto" w:fill="FFFFFF" w:themeFill="background1"/>
              <w:jc w:val="both"/>
            </w:pPr>
            <w:r>
              <w:t>- HS lắng nghe, đọc thầm theo và chú ý giọng đọc của nhân vật.</w:t>
            </w:r>
          </w:p>
        </w:tc>
      </w:tr>
      <w:tr w:rsidR="001970E5" w14:paraId="7ECF551E" w14:textId="77777777" w:rsidTr="00672EC8">
        <w:trPr>
          <w:jc w:val="center"/>
        </w:trPr>
        <w:tc>
          <w:tcPr>
            <w:tcW w:w="5112" w:type="dxa"/>
            <w:shd w:val="clear" w:color="auto" w:fill="FFFFFF" w:themeFill="background1"/>
            <w:tcMar>
              <w:top w:w="70" w:type="dxa"/>
              <w:left w:w="80" w:type="dxa"/>
              <w:bottom w:w="70" w:type="dxa"/>
              <w:right w:w="80" w:type="dxa"/>
            </w:tcMar>
          </w:tcPr>
          <w:p w14:paraId="671606F4" w14:textId="77777777" w:rsidR="001970E5" w:rsidRDefault="005D71A2" w:rsidP="00672EC8">
            <w:pPr>
              <w:shd w:val="clear" w:color="auto" w:fill="FFFFFF" w:themeFill="background1"/>
              <w:jc w:val="both"/>
            </w:pPr>
            <w:r>
              <w:t>- GV hỏi: Văn bản có thể chia thành mấy đoạn?</w:t>
            </w:r>
          </w:p>
        </w:tc>
        <w:tc>
          <w:tcPr>
            <w:tcW w:w="5112" w:type="dxa"/>
            <w:shd w:val="clear" w:color="auto" w:fill="FFFFFF" w:themeFill="background1"/>
            <w:tcMar>
              <w:top w:w="70" w:type="dxa"/>
              <w:left w:w="80" w:type="dxa"/>
              <w:bottom w:w="70" w:type="dxa"/>
              <w:right w:w="80" w:type="dxa"/>
            </w:tcMar>
          </w:tcPr>
          <w:p w14:paraId="53159A5A" w14:textId="77777777" w:rsidR="001970E5" w:rsidRDefault="005D71A2" w:rsidP="00672EC8">
            <w:pPr>
              <w:shd w:val="clear" w:color="auto" w:fill="FFFFFF" w:themeFill="background1"/>
              <w:jc w:val="both"/>
            </w:pPr>
            <w:r>
              <w:t>- HS trả lời: Văn bản có thể chia thành 3 đoạn: đoạn 1 từ đầu đến “đại dương”; đoạn 2 tiếp theo đến “sao biển này”; đoạn 3 còn lại.</w:t>
            </w:r>
          </w:p>
        </w:tc>
      </w:tr>
      <w:tr w:rsidR="001970E5" w14:paraId="1FEA1029" w14:textId="77777777" w:rsidTr="00672EC8">
        <w:trPr>
          <w:jc w:val="center"/>
        </w:trPr>
        <w:tc>
          <w:tcPr>
            <w:tcW w:w="5112" w:type="dxa"/>
            <w:shd w:val="clear" w:color="auto" w:fill="FFFFFF" w:themeFill="background1"/>
            <w:tcMar>
              <w:top w:w="70" w:type="dxa"/>
              <w:left w:w="80" w:type="dxa"/>
              <w:bottom w:w="70" w:type="dxa"/>
              <w:right w:w="80" w:type="dxa"/>
            </w:tcMar>
          </w:tcPr>
          <w:p w14:paraId="73016BB6" w14:textId="77777777" w:rsidR="001970E5" w:rsidRDefault="005D71A2" w:rsidP="00672EC8">
            <w:pPr>
              <w:shd w:val="clear" w:color="auto" w:fill="FFFFFF" w:themeFill="background1"/>
              <w:jc w:val="both"/>
            </w:pPr>
            <w:r>
              <w:t>- GV tổ chức cho HS đọc nối tiếp từng đoạn lần 1.</w:t>
            </w:r>
          </w:p>
        </w:tc>
        <w:tc>
          <w:tcPr>
            <w:tcW w:w="5112" w:type="dxa"/>
            <w:shd w:val="clear" w:color="auto" w:fill="FFFFFF" w:themeFill="background1"/>
            <w:tcMar>
              <w:top w:w="70" w:type="dxa"/>
              <w:left w:w="80" w:type="dxa"/>
              <w:bottom w:w="70" w:type="dxa"/>
              <w:right w:w="80" w:type="dxa"/>
            </w:tcMar>
          </w:tcPr>
          <w:p w14:paraId="188E2339" w14:textId="77777777" w:rsidR="001970E5" w:rsidRDefault="005D71A2" w:rsidP="00672EC8">
            <w:pPr>
              <w:shd w:val="clear" w:color="auto" w:fill="FFFFFF" w:themeFill="background1"/>
              <w:jc w:val="both"/>
            </w:pPr>
            <w:r>
              <w:t>- HS đọc nối tiếp đoạn; HS khác theo dõi, nhận xét bạn đọc.</w:t>
            </w:r>
          </w:p>
        </w:tc>
      </w:tr>
      <w:tr w:rsidR="001970E5" w14:paraId="2A598697" w14:textId="77777777" w:rsidTr="00672EC8">
        <w:trPr>
          <w:jc w:val="center"/>
        </w:trPr>
        <w:tc>
          <w:tcPr>
            <w:tcW w:w="5112" w:type="dxa"/>
            <w:shd w:val="clear" w:color="auto" w:fill="FFFFFF" w:themeFill="background1"/>
            <w:tcMar>
              <w:top w:w="70" w:type="dxa"/>
              <w:left w:w="80" w:type="dxa"/>
              <w:bottom w:w="70" w:type="dxa"/>
              <w:right w:w="80" w:type="dxa"/>
            </w:tcMar>
          </w:tcPr>
          <w:p w14:paraId="717AAF30" w14:textId="77777777" w:rsidR="001970E5" w:rsidRDefault="005D71A2" w:rsidP="00672EC8">
            <w:pPr>
              <w:shd w:val="clear" w:color="auto" w:fill="FFFFFF" w:themeFill="background1"/>
              <w:jc w:val="both"/>
            </w:pPr>
            <w:r>
              <w:t>- GV yêu cầu HS nêu từ khó đọc trong bài.</w:t>
            </w:r>
          </w:p>
        </w:tc>
        <w:tc>
          <w:tcPr>
            <w:tcW w:w="5112" w:type="dxa"/>
            <w:shd w:val="clear" w:color="auto" w:fill="FFFFFF" w:themeFill="background1"/>
            <w:tcMar>
              <w:top w:w="70" w:type="dxa"/>
              <w:left w:w="80" w:type="dxa"/>
              <w:bottom w:w="70" w:type="dxa"/>
              <w:right w:w="80" w:type="dxa"/>
            </w:tcMar>
          </w:tcPr>
          <w:p w14:paraId="0A9FAA6B" w14:textId="77777777" w:rsidR="001970E5" w:rsidRDefault="005D71A2" w:rsidP="00672EC8">
            <w:pPr>
              <w:shd w:val="clear" w:color="auto" w:fill="FFFFFF" w:themeFill="background1"/>
              <w:jc w:val="both"/>
            </w:pPr>
            <w:r>
              <w:t>- HS nêu: sao biển, thủy triều, lô lên, đại dương, tiếp tục, trìu mến.</w:t>
            </w:r>
          </w:p>
        </w:tc>
      </w:tr>
      <w:tr w:rsidR="001970E5" w14:paraId="4EC7B1A4" w14:textId="77777777" w:rsidTr="00672EC8">
        <w:trPr>
          <w:jc w:val="center"/>
        </w:trPr>
        <w:tc>
          <w:tcPr>
            <w:tcW w:w="5112" w:type="dxa"/>
            <w:shd w:val="clear" w:color="auto" w:fill="FFFFFF" w:themeFill="background1"/>
            <w:tcMar>
              <w:top w:w="70" w:type="dxa"/>
              <w:left w:w="80" w:type="dxa"/>
              <w:bottom w:w="70" w:type="dxa"/>
              <w:right w:w="80" w:type="dxa"/>
            </w:tcMar>
          </w:tcPr>
          <w:p w14:paraId="478D1FC7" w14:textId="77777777" w:rsidR="001970E5" w:rsidRDefault="005D71A2" w:rsidP="00672EC8">
            <w:pPr>
              <w:shd w:val="clear" w:color="auto" w:fill="FFFFFF" w:themeFill="background1"/>
              <w:jc w:val="both"/>
            </w:pPr>
            <w:r>
              <w:t>- GV hướng dẫn HS luyện đọc từ khó: thủy triều, dạt, lô lên, trìu mến.</w:t>
            </w:r>
          </w:p>
        </w:tc>
        <w:tc>
          <w:tcPr>
            <w:tcW w:w="5112" w:type="dxa"/>
            <w:shd w:val="clear" w:color="auto" w:fill="FFFFFF" w:themeFill="background1"/>
            <w:tcMar>
              <w:top w:w="70" w:type="dxa"/>
              <w:left w:w="80" w:type="dxa"/>
              <w:bottom w:w="70" w:type="dxa"/>
              <w:right w:w="80" w:type="dxa"/>
            </w:tcMar>
          </w:tcPr>
          <w:p w14:paraId="0C08F5BB" w14:textId="77777777" w:rsidR="001970E5" w:rsidRDefault="005D71A2" w:rsidP="00672EC8">
            <w:pPr>
              <w:shd w:val="clear" w:color="auto" w:fill="FFFFFF" w:themeFill="background1"/>
              <w:jc w:val="both"/>
            </w:pPr>
            <w:r>
              <w:t>- HS luyện đọc cá nhân, nhóm, đồng thanh các từ khó.</w:t>
            </w:r>
          </w:p>
        </w:tc>
      </w:tr>
      <w:tr w:rsidR="001970E5" w14:paraId="78603FED" w14:textId="77777777" w:rsidTr="00672EC8">
        <w:trPr>
          <w:jc w:val="center"/>
        </w:trPr>
        <w:tc>
          <w:tcPr>
            <w:tcW w:w="5112" w:type="dxa"/>
            <w:shd w:val="clear" w:color="auto" w:fill="FFFFFF" w:themeFill="background1"/>
            <w:tcMar>
              <w:top w:w="70" w:type="dxa"/>
              <w:left w:w="80" w:type="dxa"/>
              <w:bottom w:w="70" w:type="dxa"/>
              <w:right w:w="80" w:type="dxa"/>
            </w:tcMar>
          </w:tcPr>
          <w:p w14:paraId="5DF6CEF2" w14:textId="77777777" w:rsidR="001970E5" w:rsidRDefault="005D71A2" w:rsidP="00672EC8">
            <w:pPr>
              <w:shd w:val="clear" w:color="auto" w:fill="FFFFFF" w:themeFill="background1"/>
              <w:jc w:val="both"/>
            </w:pPr>
            <w:r>
              <w:t>- GV hướng dẫn đọc câu dài: “Cậu bé vẫn tiếp tục nhặt những con sao biển khác thả xuống biển và nói với người đàn ông.”</w:t>
            </w:r>
          </w:p>
        </w:tc>
        <w:tc>
          <w:tcPr>
            <w:tcW w:w="5112" w:type="dxa"/>
            <w:shd w:val="clear" w:color="auto" w:fill="FFFFFF" w:themeFill="background1"/>
            <w:tcMar>
              <w:top w:w="70" w:type="dxa"/>
              <w:left w:w="80" w:type="dxa"/>
              <w:bottom w:w="70" w:type="dxa"/>
              <w:right w:w="80" w:type="dxa"/>
            </w:tcMar>
          </w:tcPr>
          <w:p w14:paraId="606E091B" w14:textId="77777777" w:rsidR="001970E5" w:rsidRDefault="005D71A2" w:rsidP="00672EC8">
            <w:pPr>
              <w:shd w:val="clear" w:color="auto" w:fill="FFFFFF" w:themeFill="background1"/>
              <w:jc w:val="both"/>
            </w:pPr>
            <w:r>
              <w:t>- HS luyện đọc câu dài, biết ngắt hơi sau cụm từ và đọc rõ lời kể.</w:t>
            </w:r>
          </w:p>
        </w:tc>
      </w:tr>
      <w:tr w:rsidR="001970E5" w14:paraId="68E07A2B" w14:textId="77777777" w:rsidTr="00672EC8">
        <w:trPr>
          <w:jc w:val="center"/>
        </w:trPr>
        <w:tc>
          <w:tcPr>
            <w:tcW w:w="5112" w:type="dxa"/>
            <w:shd w:val="clear" w:color="auto" w:fill="FFFFFF" w:themeFill="background1"/>
            <w:tcMar>
              <w:top w:w="70" w:type="dxa"/>
              <w:left w:w="80" w:type="dxa"/>
              <w:bottom w:w="70" w:type="dxa"/>
              <w:right w:w="80" w:type="dxa"/>
            </w:tcMar>
          </w:tcPr>
          <w:p w14:paraId="1F814F40" w14:textId="77777777" w:rsidR="001970E5" w:rsidRDefault="005D71A2" w:rsidP="00672EC8">
            <w:pPr>
              <w:shd w:val="clear" w:color="auto" w:fill="FFFFFF" w:themeFill="background1"/>
              <w:jc w:val="both"/>
            </w:pPr>
            <w:r>
              <w:t>- GV yêu cầu HS đọc phần Từ ngữ và giải nghĩa từ thủy triều, dạt.</w:t>
            </w:r>
          </w:p>
        </w:tc>
        <w:tc>
          <w:tcPr>
            <w:tcW w:w="5112" w:type="dxa"/>
            <w:shd w:val="clear" w:color="auto" w:fill="FFFFFF" w:themeFill="background1"/>
            <w:tcMar>
              <w:top w:w="70" w:type="dxa"/>
              <w:left w:w="80" w:type="dxa"/>
              <w:bottom w:w="70" w:type="dxa"/>
              <w:right w:w="80" w:type="dxa"/>
            </w:tcMar>
          </w:tcPr>
          <w:p w14:paraId="3ECA104F" w14:textId="77777777" w:rsidR="001970E5" w:rsidRDefault="005D71A2" w:rsidP="00672EC8">
            <w:pPr>
              <w:shd w:val="clear" w:color="auto" w:fill="FFFFFF" w:themeFill="background1"/>
              <w:jc w:val="both"/>
            </w:pPr>
            <w:r>
              <w:t>- HS nêu: Thủy triều là hiện tượng nước biển dâng lên, rút xuống một vài lần trong ngày; dạt là bị sóng đẩy lên bờ.</w:t>
            </w:r>
          </w:p>
        </w:tc>
      </w:tr>
      <w:tr w:rsidR="001970E5" w14:paraId="1862ED10" w14:textId="77777777" w:rsidTr="00672EC8">
        <w:trPr>
          <w:jc w:val="center"/>
        </w:trPr>
        <w:tc>
          <w:tcPr>
            <w:tcW w:w="5112" w:type="dxa"/>
            <w:shd w:val="clear" w:color="auto" w:fill="FFFFFF" w:themeFill="background1"/>
            <w:tcMar>
              <w:top w:w="70" w:type="dxa"/>
              <w:left w:w="80" w:type="dxa"/>
              <w:bottom w:w="70" w:type="dxa"/>
              <w:right w:w="80" w:type="dxa"/>
            </w:tcMar>
          </w:tcPr>
          <w:p w14:paraId="06BBAACD" w14:textId="77777777" w:rsidR="001970E5" w:rsidRDefault="005D71A2" w:rsidP="00672EC8">
            <w:pPr>
              <w:shd w:val="clear" w:color="auto" w:fill="FFFFFF" w:themeFill="background1"/>
              <w:jc w:val="both"/>
            </w:pPr>
            <w:r>
              <w:t>- GV tổ chức cho HS đọc nối tiếp đoạn lần 2.</w:t>
            </w:r>
          </w:p>
        </w:tc>
        <w:tc>
          <w:tcPr>
            <w:tcW w:w="5112" w:type="dxa"/>
            <w:shd w:val="clear" w:color="auto" w:fill="FFFFFF" w:themeFill="background1"/>
            <w:tcMar>
              <w:top w:w="70" w:type="dxa"/>
              <w:left w:w="80" w:type="dxa"/>
              <w:bottom w:w="70" w:type="dxa"/>
              <w:right w:w="80" w:type="dxa"/>
            </w:tcMar>
          </w:tcPr>
          <w:p w14:paraId="68943284" w14:textId="77777777" w:rsidR="001970E5" w:rsidRDefault="005D71A2" w:rsidP="00672EC8">
            <w:pPr>
              <w:shd w:val="clear" w:color="auto" w:fill="FFFFFF" w:themeFill="background1"/>
              <w:jc w:val="both"/>
            </w:pPr>
            <w:r>
              <w:t>- HS đọc nối tiếp lần 2, đọc rõ hơn và đúng giọng nhân vật.</w:t>
            </w:r>
          </w:p>
        </w:tc>
      </w:tr>
      <w:tr w:rsidR="001970E5" w14:paraId="33FDE898" w14:textId="77777777" w:rsidTr="00672EC8">
        <w:trPr>
          <w:jc w:val="center"/>
        </w:trPr>
        <w:tc>
          <w:tcPr>
            <w:tcW w:w="5112" w:type="dxa"/>
            <w:shd w:val="clear" w:color="auto" w:fill="FFFFFF" w:themeFill="background1"/>
            <w:tcMar>
              <w:top w:w="70" w:type="dxa"/>
              <w:left w:w="80" w:type="dxa"/>
              <w:bottom w:w="70" w:type="dxa"/>
              <w:right w:w="80" w:type="dxa"/>
            </w:tcMar>
          </w:tcPr>
          <w:p w14:paraId="262D4300" w14:textId="77777777" w:rsidR="001970E5" w:rsidRDefault="005D71A2" w:rsidP="00672EC8">
            <w:pPr>
              <w:shd w:val="clear" w:color="auto" w:fill="FFFFFF" w:themeFill="background1"/>
              <w:jc w:val="both"/>
            </w:pPr>
            <w:r>
              <w:t>- GV yêu cầu HS luyện đọc nhóm 3, mỗi bạn đọc một đoạn.</w:t>
            </w:r>
          </w:p>
        </w:tc>
        <w:tc>
          <w:tcPr>
            <w:tcW w:w="5112" w:type="dxa"/>
            <w:shd w:val="clear" w:color="auto" w:fill="FFFFFF" w:themeFill="background1"/>
            <w:tcMar>
              <w:top w:w="70" w:type="dxa"/>
              <w:left w:w="80" w:type="dxa"/>
              <w:bottom w:w="70" w:type="dxa"/>
              <w:right w:w="80" w:type="dxa"/>
            </w:tcMar>
          </w:tcPr>
          <w:p w14:paraId="317015B7" w14:textId="77777777" w:rsidR="001970E5" w:rsidRDefault="005D71A2" w:rsidP="00672EC8">
            <w:pPr>
              <w:shd w:val="clear" w:color="auto" w:fill="FFFFFF" w:themeFill="background1"/>
              <w:jc w:val="both"/>
            </w:pPr>
            <w:r>
              <w:t>- HS luyện đọc nhóm 3, góp ý cho nhau về phát âm, ngắt nghỉ và giọng đọc.</w:t>
            </w:r>
          </w:p>
        </w:tc>
      </w:tr>
      <w:tr w:rsidR="001970E5" w14:paraId="6F8223A5" w14:textId="77777777" w:rsidTr="00672EC8">
        <w:trPr>
          <w:jc w:val="center"/>
        </w:trPr>
        <w:tc>
          <w:tcPr>
            <w:tcW w:w="5112" w:type="dxa"/>
            <w:shd w:val="clear" w:color="auto" w:fill="FFFFFF" w:themeFill="background1"/>
            <w:tcMar>
              <w:top w:w="70" w:type="dxa"/>
              <w:left w:w="80" w:type="dxa"/>
              <w:bottom w:w="70" w:type="dxa"/>
              <w:right w:w="80" w:type="dxa"/>
            </w:tcMar>
          </w:tcPr>
          <w:p w14:paraId="2ED0E444" w14:textId="77777777" w:rsidR="001970E5" w:rsidRDefault="005D71A2" w:rsidP="00672EC8">
            <w:pPr>
              <w:shd w:val="clear" w:color="auto" w:fill="FFFFFF" w:themeFill="background1"/>
              <w:jc w:val="both"/>
            </w:pPr>
            <w:r>
              <w:t>- GV mời 2 nhóm thi đọc trước lớp.</w:t>
            </w:r>
          </w:p>
        </w:tc>
        <w:tc>
          <w:tcPr>
            <w:tcW w:w="5112" w:type="dxa"/>
            <w:shd w:val="clear" w:color="auto" w:fill="FFFFFF" w:themeFill="background1"/>
            <w:tcMar>
              <w:top w:w="70" w:type="dxa"/>
              <w:left w:w="80" w:type="dxa"/>
              <w:bottom w:w="70" w:type="dxa"/>
              <w:right w:w="80" w:type="dxa"/>
            </w:tcMar>
          </w:tcPr>
          <w:p w14:paraId="1ED1BE66" w14:textId="77777777" w:rsidR="001970E5" w:rsidRDefault="005D71A2" w:rsidP="00672EC8">
            <w:pPr>
              <w:shd w:val="clear" w:color="auto" w:fill="FFFFFF" w:themeFill="background1"/>
              <w:jc w:val="both"/>
            </w:pPr>
            <w:r>
              <w:t>- Đại diện nhóm thi đọc; lớp nhận xét nhóm đọc rõ, đúng giọng.</w:t>
            </w:r>
          </w:p>
        </w:tc>
      </w:tr>
      <w:tr w:rsidR="001970E5" w14:paraId="3D8C01F4" w14:textId="77777777" w:rsidTr="00672EC8">
        <w:trPr>
          <w:jc w:val="center"/>
        </w:trPr>
        <w:tc>
          <w:tcPr>
            <w:tcW w:w="5112" w:type="dxa"/>
            <w:tcBorders>
              <w:bottom w:val="single" w:sz="4" w:space="0" w:color="auto"/>
            </w:tcBorders>
            <w:shd w:val="clear" w:color="auto" w:fill="FFFFFF" w:themeFill="background1"/>
            <w:tcMar>
              <w:top w:w="70" w:type="dxa"/>
              <w:left w:w="80" w:type="dxa"/>
              <w:bottom w:w="70" w:type="dxa"/>
              <w:right w:w="80" w:type="dxa"/>
            </w:tcMar>
          </w:tcPr>
          <w:p w14:paraId="6E9E73EA" w14:textId="77777777" w:rsidR="001970E5" w:rsidRDefault="005D71A2" w:rsidP="00672EC8">
            <w:pPr>
              <w:shd w:val="clear" w:color="auto" w:fill="FFFFFF" w:themeFill="background1"/>
              <w:jc w:val="both"/>
            </w:pPr>
            <w:r>
              <w:t>- GV mời 1 HS đọc toàn bài.</w:t>
            </w:r>
          </w:p>
        </w:tc>
        <w:tc>
          <w:tcPr>
            <w:tcW w:w="5112" w:type="dxa"/>
            <w:tcBorders>
              <w:bottom w:val="single" w:sz="4" w:space="0" w:color="auto"/>
            </w:tcBorders>
            <w:shd w:val="clear" w:color="auto" w:fill="FFFFFF" w:themeFill="background1"/>
            <w:tcMar>
              <w:top w:w="70" w:type="dxa"/>
              <w:left w:w="80" w:type="dxa"/>
              <w:bottom w:w="70" w:type="dxa"/>
              <w:right w:w="80" w:type="dxa"/>
            </w:tcMar>
          </w:tcPr>
          <w:p w14:paraId="4FD1C554" w14:textId="77777777" w:rsidR="001970E5" w:rsidRDefault="005D71A2" w:rsidP="00672EC8">
            <w:pPr>
              <w:shd w:val="clear" w:color="auto" w:fill="FFFFFF" w:themeFill="background1"/>
              <w:jc w:val="both"/>
            </w:pPr>
            <w:r>
              <w:t>- 1 HS đọc toàn bài; lớp đọc thầm theo.</w:t>
            </w:r>
          </w:p>
        </w:tc>
      </w:tr>
      <w:tr w:rsidR="001970E5" w14:paraId="41DA1B73" w14:textId="77777777" w:rsidTr="00672EC8">
        <w:trPr>
          <w:jc w:val="center"/>
        </w:trPr>
        <w:tc>
          <w:tcPr>
            <w:tcW w:w="10324" w:type="dxa"/>
            <w:gridSpan w:val="2"/>
            <w:tcBorders>
              <w:top w:val="single" w:sz="4" w:space="0" w:color="auto"/>
              <w:bottom w:val="single" w:sz="4" w:space="0" w:color="auto"/>
            </w:tcBorders>
            <w:shd w:val="clear" w:color="auto" w:fill="FFFFFF" w:themeFill="background1"/>
            <w:tcMar>
              <w:top w:w="70" w:type="dxa"/>
              <w:left w:w="80" w:type="dxa"/>
              <w:bottom w:w="70" w:type="dxa"/>
              <w:right w:w="80" w:type="dxa"/>
            </w:tcMar>
          </w:tcPr>
          <w:p w14:paraId="3F33D0B2" w14:textId="77777777" w:rsidR="001970E5" w:rsidRDefault="005D71A2" w:rsidP="00672EC8">
            <w:pPr>
              <w:shd w:val="clear" w:color="auto" w:fill="FFFFFF" w:themeFill="background1"/>
            </w:pPr>
            <w:r>
              <w:rPr>
                <w:b/>
              </w:rPr>
              <w:t>3. VẬN DỤNG (3 phút)</w:t>
            </w:r>
            <w:r>
              <w:br/>
            </w:r>
            <w:r>
              <w:rPr>
                <w:b/>
              </w:rPr>
              <w:t>Mục tiêu: HS biết liên hệ hành động nhỏ bảo vệ môi trường biển.</w:t>
            </w:r>
          </w:p>
        </w:tc>
      </w:tr>
      <w:tr w:rsidR="001970E5" w14:paraId="73042180" w14:textId="77777777" w:rsidTr="00672EC8">
        <w:trPr>
          <w:jc w:val="center"/>
        </w:trPr>
        <w:tc>
          <w:tcPr>
            <w:tcW w:w="5112" w:type="dxa"/>
            <w:tcBorders>
              <w:top w:val="single" w:sz="4" w:space="0" w:color="auto"/>
            </w:tcBorders>
            <w:shd w:val="clear" w:color="auto" w:fill="FFFFFF" w:themeFill="background1"/>
            <w:tcMar>
              <w:top w:w="70" w:type="dxa"/>
              <w:left w:w="80" w:type="dxa"/>
              <w:bottom w:w="70" w:type="dxa"/>
              <w:right w:w="80" w:type="dxa"/>
            </w:tcMar>
          </w:tcPr>
          <w:p w14:paraId="675BDBFF" w14:textId="77777777" w:rsidR="001970E5" w:rsidRDefault="005D71A2" w:rsidP="00672EC8">
            <w:pPr>
              <w:shd w:val="clear" w:color="auto" w:fill="FFFFFF" w:themeFill="background1"/>
              <w:jc w:val="both"/>
            </w:pPr>
            <w:r>
              <w:t>- GV hỏi: Nếu nhìn thấy rác trên bãi biển hoặc sân trường, em sẽ làm gì?</w:t>
            </w:r>
          </w:p>
        </w:tc>
        <w:tc>
          <w:tcPr>
            <w:tcW w:w="5112" w:type="dxa"/>
            <w:tcBorders>
              <w:top w:val="single" w:sz="4" w:space="0" w:color="auto"/>
            </w:tcBorders>
            <w:shd w:val="clear" w:color="auto" w:fill="FFFFFF" w:themeFill="background1"/>
            <w:tcMar>
              <w:top w:w="70" w:type="dxa"/>
              <w:left w:w="80" w:type="dxa"/>
              <w:bottom w:w="70" w:type="dxa"/>
              <w:right w:w="80" w:type="dxa"/>
            </w:tcMar>
          </w:tcPr>
          <w:p w14:paraId="4A13C1F1" w14:textId="77777777" w:rsidR="001970E5" w:rsidRDefault="005D71A2" w:rsidP="00672EC8">
            <w:pPr>
              <w:shd w:val="clear" w:color="auto" w:fill="FFFFFF" w:themeFill="background1"/>
              <w:jc w:val="both"/>
            </w:pPr>
            <w:r>
              <w:t>- HS trả lời: Em sẽ nhặt rác bỏ vào thùng, nhắc bạn không xả rác, báo người lớn khi thấy nhiều rác hoặc vật nguy hiểm.</w:t>
            </w:r>
          </w:p>
        </w:tc>
      </w:tr>
      <w:tr w:rsidR="001970E5" w14:paraId="04C974EA" w14:textId="77777777" w:rsidTr="00672EC8">
        <w:trPr>
          <w:jc w:val="center"/>
        </w:trPr>
        <w:tc>
          <w:tcPr>
            <w:tcW w:w="5112" w:type="dxa"/>
            <w:tcBorders>
              <w:bottom w:val="single" w:sz="4" w:space="0" w:color="auto"/>
            </w:tcBorders>
            <w:shd w:val="clear" w:color="auto" w:fill="FFFFFF" w:themeFill="background1"/>
            <w:tcMar>
              <w:top w:w="70" w:type="dxa"/>
              <w:left w:w="80" w:type="dxa"/>
              <w:bottom w:w="70" w:type="dxa"/>
              <w:right w:w="80" w:type="dxa"/>
            </w:tcMar>
          </w:tcPr>
          <w:p w14:paraId="00861B5F" w14:textId="77777777" w:rsidR="001970E5" w:rsidRDefault="005D71A2" w:rsidP="00672EC8">
            <w:pPr>
              <w:shd w:val="clear" w:color="auto" w:fill="FFFFFF" w:themeFill="background1"/>
              <w:jc w:val="both"/>
            </w:pPr>
            <w:r>
              <w:t>- GV dặn HS đọc lại bài và chuẩn bị trả lời câu hỏi ở tiết 2.</w:t>
            </w:r>
          </w:p>
        </w:tc>
        <w:tc>
          <w:tcPr>
            <w:tcW w:w="5112" w:type="dxa"/>
            <w:tcBorders>
              <w:bottom w:val="single" w:sz="4" w:space="0" w:color="auto"/>
            </w:tcBorders>
            <w:shd w:val="clear" w:color="auto" w:fill="FFFFFF" w:themeFill="background1"/>
            <w:tcMar>
              <w:top w:w="70" w:type="dxa"/>
              <w:left w:w="80" w:type="dxa"/>
              <w:bottom w:w="70" w:type="dxa"/>
              <w:right w:w="80" w:type="dxa"/>
            </w:tcMar>
          </w:tcPr>
          <w:p w14:paraId="33D4C655" w14:textId="77777777" w:rsidR="001970E5" w:rsidRDefault="005D71A2" w:rsidP="00672EC8">
            <w:pPr>
              <w:shd w:val="clear" w:color="auto" w:fill="FFFFFF" w:themeFill="background1"/>
              <w:jc w:val="both"/>
            </w:pPr>
            <w:r>
              <w:t>- HS ghi nhớ nhiệm vụ học tập ở nhà.</w:t>
            </w:r>
          </w:p>
        </w:tc>
      </w:tr>
      <w:tr w:rsidR="001970E5" w14:paraId="1A018E90" w14:textId="77777777" w:rsidTr="00672EC8">
        <w:trPr>
          <w:jc w:val="center"/>
        </w:trPr>
        <w:tc>
          <w:tcPr>
            <w:tcW w:w="10324" w:type="dxa"/>
            <w:gridSpan w:val="2"/>
            <w:tcBorders>
              <w:top w:val="single" w:sz="4" w:space="0" w:color="auto"/>
              <w:bottom w:val="single" w:sz="4" w:space="0" w:color="auto"/>
            </w:tcBorders>
            <w:shd w:val="clear" w:color="auto" w:fill="FFFFFF" w:themeFill="background1"/>
            <w:tcMar>
              <w:top w:w="70" w:type="dxa"/>
              <w:left w:w="80" w:type="dxa"/>
              <w:bottom w:w="70" w:type="dxa"/>
              <w:right w:w="80" w:type="dxa"/>
            </w:tcMar>
          </w:tcPr>
          <w:p w14:paraId="3F96DF4E" w14:textId="77777777" w:rsidR="001970E5" w:rsidRDefault="005D71A2" w:rsidP="00672EC8">
            <w:pPr>
              <w:shd w:val="clear" w:color="auto" w:fill="FFFFFF" w:themeFill="background1"/>
            </w:pPr>
            <w:r>
              <w:rPr>
                <w:b/>
              </w:rPr>
              <w:t>TIẾT 2</w:t>
            </w:r>
          </w:p>
        </w:tc>
      </w:tr>
      <w:tr w:rsidR="001970E5" w14:paraId="4C77BC49" w14:textId="77777777" w:rsidTr="00672EC8">
        <w:trPr>
          <w:jc w:val="center"/>
        </w:trPr>
        <w:tc>
          <w:tcPr>
            <w:tcW w:w="10324" w:type="dxa"/>
            <w:gridSpan w:val="2"/>
            <w:tcBorders>
              <w:top w:val="single" w:sz="4" w:space="0" w:color="auto"/>
              <w:bottom w:val="single" w:sz="4" w:space="0" w:color="auto"/>
            </w:tcBorders>
            <w:shd w:val="clear" w:color="auto" w:fill="FFFFFF" w:themeFill="background1"/>
            <w:tcMar>
              <w:top w:w="70" w:type="dxa"/>
              <w:left w:w="80" w:type="dxa"/>
              <w:bottom w:w="70" w:type="dxa"/>
              <w:right w:w="80" w:type="dxa"/>
            </w:tcMar>
          </w:tcPr>
          <w:p w14:paraId="48C6F697" w14:textId="77777777" w:rsidR="001970E5" w:rsidRDefault="005D71A2" w:rsidP="00672EC8">
            <w:pPr>
              <w:shd w:val="clear" w:color="auto" w:fill="FFFFFF" w:themeFill="background1"/>
            </w:pPr>
            <w:r>
              <w:rPr>
                <w:b/>
              </w:rPr>
              <w:t>Hoạt động 2: Trả lời câu hỏi (17 phút)</w:t>
            </w:r>
          </w:p>
          <w:p w14:paraId="13EED540" w14:textId="77777777" w:rsidR="001970E5" w:rsidRDefault="005D71A2" w:rsidP="00672EC8">
            <w:pPr>
              <w:shd w:val="clear" w:color="auto" w:fill="FFFFFF" w:themeFill="background1"/>
            </w:pPr>
            <w:r>
              <w:lastRenderedPageBreak/>
              <w:t>Mục tiêu: HS trả lời được các câu hỏi đọc hiểu; hiểu ý nghĩa hành động của cậu bé. Mục tiêu tích hợp: HS nêu được việc làm vừa sức để bảo vệ môi trường biển qua câu chuyện.</w:t>
            </w:r>
          </w:p>
        </w:tc>
      </w:tr>
      <w:tr w:rsidR="001970E5" w14:paraId="31394419" w14:textId="77777777" w:rsidTr="00672EC8">
        <w:trPr>
          <w:jc w:val="center"/>
        </w:trPr>
        <w:tc>
          <w:tcPr>
            <w:tcW w:w="5112" w:type="dxa"/>
            <w:tcBorders>
              <w:top w:val="single" w:sz="4" w:space="0" w:color="auto"/>
            </w:tcBorders>
            <w:shd w:val="clear" w:color="auto" w:fill="FFFFFF" w:themeFill="background1"/>
            <w:tcMar>
              <w:top w:w="70" w:type="dxa"/>
              <w:left w:w="80" w:type="dxa"/>
              <w:bottom w:w="70" w:type="dxa"/>
              <w:right w:w="80" w:type="dxa"/>
            </w:tcMar>
          </w:tcPr>
          <w:p w14:paraId="287F13AA" w14:textId="77777777" w:rsidR="001970E5" w:rsidRDefault="005D71A2" w:rsidP="00672EC8">
            <w:pPr>
              <w:shd w:val="clear" w:color="auto" w:fill="FFFFFF" w:themeFill="background1"/>
              <w:jc w:val="both"/>
            </w:pPr>
            <w:r>
              <w:lastRenderedPageBreak/>
              <w:t>- GV yêu cầu HS đọc thầm đoạn 1 và trả lời: Vì sao người đàn ông lại chú ý đến cậu bé?</w:t>
            </w:r>
          </w:p>
          <w:p w14:paraId="2E221DC0" w14:textId="08E8B447" w:rsidR="001970E5" w:rsidRDefault="001970E5" w:rsidP="00672EC8">
            <w:pPr>
              <w:shd w:val="clear" w:color="auto" w:fill="FFFFFF" w:themeFill="background1"/>
            </w:pPr>
          </w:p>
        </w:tc>
        <w:tc>
          <w:tcPr>
            <w:tcW w:w="5112" w:type="dxa"/>
            <w:tcBorders>
              <w:top w:val="single" w:sz="4" w:space="0" w:color="auto"/>
            </w:tcBorders>
            <w:shd w:val="clear" w:color="auto" w:fill="FFFFFF" w:themeFill="background1"/>
            <w:tcMar>
              <w:top w:w="70" w:type="dxa"/>
              <w:left w:w="80" w:type="dxa"/>
              <w:bottom w:w="70" w:type="dxa"/>
              <w:right w:w="80" w:type="dxa"/>
            </w:tcMar>
          </w:tcPr>
          <w:p w14:paraId="6DDC230B" w14:textId="77777777" w:rsidR="001970E5" w:rsidRDefault="005D71A2" w:rsidP="00672EC8">
            <w:pPr>
              <w:shd w:val="clear" w:color="auto" w:fill="FFFFFF" w:themeFill="background1"/>
              <w:jc w:val="both"/>
            </w:pPr>
            <w:r>
              <w:t>- HS trả lời: Vì cậu bé cứ liên tục cúi xuống nhặt thứ gì đó lên rồi thả xuống biển.</w:t>
            </w:r>
          </w:p>
        </w:tc>
      </w:tr>
      <w:tr w:rsidR="001970E5" w14:paraId="0147F1D3" w14:textId="77777777" w:rsidTr="00672EC8">
        <w:trPr>
          <w:jc w:val="center"/>
        </w:trPr>
        <w:tc>
          <w:tcPr>
            <w:tcW w:w="5112" w:type="dxa"/>
            <w:shd w:val="clear" w:color="auto" w:fill="FFFFFF" w:themeFill="background1"/>
            <w:tcMar>
              <w:top w:w="70" w:type="dxa"/>
              <w:left w:w="80" w:type="dxa"/>
              <w:bottom w:w="70" w:type="dxa"/>
              <w:right w:w="80" w:type="dxa"/>
            </w:tcMar>
          </w:tcPr>
          <w:p w14:paraId="7CF64A85" w14:textId="77777777" w:rsidR="001970E5" w:rsidRDefault="005D71A2" w:rsidP="00672EC8">
            <w:pPr>
              <w:shd w:val="clear" w:color="auto" w:fill="FFFFFF" w:themeFill="background1"/>
              <w:jc w:val="both"/>
            </w:pPr>
            <w:r>
              <w:t>- GV yêu cầu HS đọc thầm đoạn 2 và trả lời: Khi đến gần, ông thấy cậu bé đang làm gì?</w:t>
            </w:r>
          </w:p>
        </w:tc>
        <w:tc>
          <w:tcPr>
            <w:tcW w:w="5112" w:type="dxa"/>
            <w:shd w:val="clear" w:color="auto" w:fill="FFFFFF" w:themeFill="background1"/>
            <w:tcMar>
              <w:top w:w="70" w:type="dxa"/>
              <w:left w:w="80" w:type="dxa"/>
              <w:bottom w:w="70" w:type="dxa"/>
              <w:right w:w="80" w:type="dxa"/>
            </w:tcMar>
          </w:tcPr>
          <w:p w14:paraId="0F95CF8C" w14:textId="77777777" w:rsidR="001970E5" w:rsidRDefault="005D71A2" w:rsidP="00672EC8">
            <w:pPr>
              <w:shd w:val="clear" w:color="auto" w:fill="FFFFFF" w:themeFill="background1"/>
              <w:jc w:val="both"/>
            </w:pPr>
            <w:r>
              <w:t>- HS trả lời: Ông thấy cậu bé đang nhặt những con sao biển bị thủy triều đánh dạt lên bờ và thả chúng trở về với đại dương.</w:t>
            </w:r>
          </w:p>
        </w:tc>
      </w:tr>
      <w:tr w:rsidR="001970E5" w14:paraId="1C16CA5B" w14:textId="77777777" w:rsidTr="00672EC8">
        <w:trPr>
          <w:jc w:val="center"/>
        </w:trPr>
        <w:tc>
          <w:tcPr>
            <w:tcW w:w="5112" w:type="dxa"/>
            <w:shd w:val="clear" w:color="auto" w:fill="FFFFFF" w:themeFill="background1"/>
            <w:tcMar>
              <w:top w:w="70" w:type="dxa"/>
              <w:left w:w="80" w:type="dxa"/>
              <w:bottom w:w="70" w:type="dxa"/>
              <w:right w:w="80" w:type="dxa"/>
            </w:tcMar>
          </w:tcPr>
          <w:p w14:paraId="4014D576" w14:textId="77777777" w:rsidR="001970E5" w:rsidRDefault="005D71A2" w:rsidP="00672EC8">
            <w:pPr>
              <w:shd w:val="clear" w:color="auto" w:fill="FFFFFF" w:themeFill="background1"/>
              <w:jc w:val="both"/>
            </w:pPr>
            <w:r>
              <w:t>- GV hỏi: Vì sao cậu bé lại làm như vậy?</w:t>
            </w:r>
          </w:p>
        </w:tc>
        <w:tc>
          <w:tcPr>
            <w:tcW w:w="5112" w:type="dxa"/>
            <w:shd w:val="clear" w:color="auto" w:fill="FFFFFF" w:themeFill="background1"/>
            <w:tcMar>
              <w:top w:w="70" w:type="dxa"/>
              <w:left w:w="80" w:type="dxa"/>
              <w:bottom w:w="70" w:type="dxa"/>
              <w:right w:w="80" w:type="dxa"/>
            </w:tcMar>
          </w:tcPr>
          <w:p w14:paraId="7A4DF757" w14:textId="77777777" w:rsidR="001970E5" w:rsidRDefault="005D71A2" w:rsidP="00672EC8">
            <w:pPr>
              <w:shd w:val="clear" w:color="auto" w:fill="FFFFFF" w:themeFill="background1"/>
              <w:jc w:val="both"/>
            </w:pPr>
            <w:r>
              <w:t>- HS trả lời: Vì những con sao biển sắp chết vì thiếu nước, cậu bé muốn cứu chúng.</w:t>
            </w:r>
          </w:p>
        </w:tc>
      </w:tr>
      <w:tr w:rsidR="001970E5" w14:paraId="79536489" w14:textId="77777777" w:rsidTr="00672EC8">
        <w:trPr>
          <w:jc w:val="center"/>
        </w:trPr>
        <w:tc>
          <w:tcPr>
            <w:tcW w:w="5112" w:type="dxa"/>
            <w:shd w:val="clear" w:color="auto" w:fill="FFFFFF" w:themeFill="background1"/>
            <w:tcMar>
              <w:top w:w="70" w:type="dxa"/>
              <w:left w:w="80" w:type="dxa"/>
              <w:bottom w:w="70" w:type="dxa"/>
              <w:right w:w="80" w:type="dxa"/>
            </w:tcMar>
          </w:tcPr>
          <w:p w14:paraId="315DC161" w14:textId="77777777" w:rsidR="001970E5" w:rsidRDefault="005D71A2" w:rsidP="00672EC8">
            <w:pPr>
              <w:shd w:val="clear" w:color="auto" w:fill="FFFFFF" w:themeFill="background1"/>
              <w:jc w:val="both"/>
            </w:pPr>
            <w:r>
              <w:t>- GV hỏi: Em có suy nghĩ gì về cử chỉ, hành động của người đàn ông trong đoạn kết câu chuyện?</w:t>
            </w:r>
          </w:p>
        </w:tc>
        <w:tc>
          <w:tcPr>
            <w:tcW w:w="5112" w:type="dxa"/>
            <w:shd w:val="clear" w:color="auto" w:fill="FFFFFF" w:themeFill="background1"/>
            <w:tcMar>
              <w:top w:w="70" w:type="dxa"/>
              <w:left w:w="80" w:type="dxa"/>
              <w:bottom w:w="70" w:type="dxa"/>
              <w:right w:w="80" w:type="dxa"/>
            </w:tcMar>
          </w:tcPr>
          <w:p w14:paraId="74D0622E" w14:textId="77777777" w:rsidR="001970E5" w:rsidRDefault="005D71A2" w:rsidP="00672EC8">
            <w:pPr>
              <w:shd w:val="clear" w:color="auto" w:fill="FFFFFF" w:themeFill="background1"/>
              <w:jc w:val="both"/>
            </w:pPr>
            <w:r>
              <w:t>- HS trả lời: Người đàn ông rất trìu mến, biết lắng nghe và ủng hộ hành động tốt của cậu bé. Ông cùng cậu bé cứu những con sao biển.</w:t>
            </w:r>
          </w:p>
        </w:tc>
      </w:tr>
      <w:tr w:rsidR="001970E5" w14:paraId="682E888E" w14:textId="77777777" w:rsidTr="00672EC8">
        <w:trPr>
          <w:jc w:val="center"/>
        </w:trPr>
        <w:tc>
          <w:tcPr>
            <w:tcW w:w="5112" w:type="dxa"/>
            <w:shd w:val="clear" w:color="auto" w:fill="FFFFFF" w:themeFill="background1"/>
            <w:tcMar>
              <w:top w:w="70" w:type="dxa"/>
              <w:left w:w="80" w:type="dxa"/>
              <w:bottom w:w="70" w:type="dxa"/>
              <w:right w:w="80" w:type="dxa"/>
            </w:tcMar>
          </w:tcPr>
          <w:p w14:paraId="0F44D648" w14:textId="77777777" w:rsidR="001970E5" w:rsidRDefault="005D71A2" w:rsidP="00672EC8">
            <w:pPr>
              <w:shd w:val="clear" w:color="auto" w:fill="FFFFFF" w:themeFill="background1"/>
              <w:jc w:val="both"/>
            </w:pPr>
            <w:r>
              <w:rPr>
                <w:color w:val="C00000"/>
              </w:rPr>
              <w:t>- GV hỏi dẫn tích hợp: Một hành động nhỏ như nhặt rác, thả sao biển về biển có thể góp phần bảo vệ môi trường như thế nào?</w:t>
            </w:r>
          </w:p>
        </w:tc>
        <w:tc>
          <w:tcPr>
            <w:tcW w:w="5112" w:type="dxa"/>
            <w:shd w:val="clear" w:color="auto" w:fill="FFFFFF" w:themeFill="background1"/>
            <w:tcMar>
              <w:top w:w="70" w:type="dxa"/>
              <w:left w:w="80" w:type="dxa"/>
              <w:bottom w:w="70" w:type="dxa"/>
              <w:right w:w="80" w:type="dxa"/>
            </w:tcMar>
          </w:tcPr>
          <w:p w14:paraId="5EDD3B08" w14:textId="77777777" w:rsidR="001970E5" w:rsidRDefault="005D71A2" w:rsidP="00672EC8">
            <w:pPr>
              <w:shd w:val="clear" w:color="auto" w:fill="FFFFFF" w:themeFill="background1"/>
              <w:jc w:val="both"/>
            </w:pPr>
            <w:r>
              <w:rPr>
                <w:color w:val="C00000"/>
              </w:rPr>
              <w:t>- HS trả lời: Hành động nhỏ giúp bãi biển sạch hơn, sinh vật biển được sống an toàn hơn và nhắc mọi người cùng bảo vệ môi trường.</w:t>
            </w:r>
          </w:p>
        </w:tc>
      </w:tr>
      <w:tr w:rsidR="001970E5" w14:paraId="56297101" w14:textId="77777777" w:rsidTr="00672EC8">
        <w:trPr>
          <w:jc w:val="center"/>
        </w:trPr>
        <w:tc>
          <w:tcPr>
            <w:tcW w:w="5112" w:type="dxa"/>
            <w:shd w:val="clear" w:color="auto" w:fill="FFFFFF" w:themeFill="background1"/>
            <w:tcMar>
              <w:top w:w="70" w:type="dxa"/>
              <w:left w:w="80" w:type="dxa"/>
              <w:bottom w:w="70" w:type="dxa"/>
              <w:right w:w="80" w:type="dxa"/>
            </w:tcMar>
          </w:tcPr>
          <w:p w14:paraId="5C39A9F1" w14:textId="77777777" w:rsidR="001970E5" w:rsidRDefault="005D71A2" w:rsidP="00672EC8">
            <w:pPr>
              <w:shd w:val="clear" w:color="auto" w:fill="FFFFFF" w:themeFill="background1"/>
              <w:jc w:val="both"/>
            </w:pPr>
            <w:r>
              <w:rPr>
                <w:color w:val="C00000"/>
              </w:rPr>
              <w:t>- Tích hợp bảo vệ môi trường: GV diễn giải: Hành động của cậu bé trong câu chuyện cho thấy mỗi việc làm nhỏ đều có giá trị khi xuất phát từ tình yêu thiên nhiên và trách nhiệm với môi trường. Ở bãi biển, rác thải nhựa, chai lọ, túi ni-lông hoặc việc bắt sinh vật biển có thể làm nước biển bẩn, làm sao biển và nhiều loài vật khác bị nguy hiểm. HS lớp 2 chưa làm những việc quá sức nhưng có thể bắt đầu từ việc không xả rác, bỏ rác đúng thùng, nhắc người thân giữ gìn vệ sinh khi đi biển, không tự ý bắt hoặc mang sinh vật biển về chơi. Khi thấy rác sắc nhọn, kim loại, thủy tinh hoặc nơi nguy hiểm, các em không tự nhặt mà cần báo người lớn để bảo đảm an toàn.</w:t>
            </w:r>
          </w:p>
        </w:tc>
        <w:tc>
          <w:tcPr>
            <w:tcW w:w="5112" w:type="dxa"/>
            <w:shd w:val="clear" w:color="auto" w:fill="FFFFFF" w:themeFill="background1"/>
            <w:tcMar>
              <w:top w:w="70" w:type="dxa"/>
              <w:left w:w="80" w:type="dxa"/>
              <w:bottom w:w="70" w:type="dxa"/>
              <w:right w:w="80" w:type="dxa"/>
            </w:tcMar>
          </w:tcPr>
          <w:p w14:paraId="2B397425" w14:textId="77777777" w:rsidR="001970E5" w:rsidRDefault="005D71A2" w:rsidP="00672EC8">
            <w:pPr>
              <w:shd w:val="clear" w:color="auto" w:fill="FFFFFF" w:themeFill="background1"/>
              <w:jc w:val="both"/>
            </w:pPr>
            <w:r>
              <w:rPr>
                <w:color w:val="C00000"/>
              </w:rPr>
              <w:t>- HS nhắc lại và nêu việc làm cụ thể: bỏ rác đúng nơi quy định, không ném chai nhựa/túi ni-lông xuống biển, không bắt sao biển hoặc sinh vật biển, nhắc người thân giữ bãi biển sạch, báo người lớn khi thấy vật nguy hiểm.</w:t>
            </w:r>
          </w:p>
        </w:tc>
      </w:tr>
      <w:tr w:rsidR="001970E5" w14:paraId="51FFA84F" w14:textId="77777777" w:rsidTr="00672EC8">
        <w:trPr>
          <w:jc w:val="center"/>
        </w:trPr>
        <w:tc>
          <w:tcPr>
            <w:tcW w:w="5112" w:type="dxa"/>
            <w:tcBorders>
              <w:bottom w:val="single" w:sz="4" w:space="0" w:color="auto"/>
            </w:tcBorders>
            <w:shd w:val="clear" w:color="auto" w:fill="FFFFFF" w:themeFill="background1"/>
            <w:tcMar>
              <w:top w:w="70" w:type="dxa"/>
              <w:left w:w="80" w:type="dxa"/>
              <w:bottom w:w="70" w:type="dxa"/>
              <w:right w:w="80" w:type="dxa"/>
            </w:tcMar>
          </w:tcPr>
          <w:p w14:paraId="0EE10ABC" w14:textId="77777777" w:rsidR="001970E5" w:rsidRDefault="005D71A2" w:rsidP="00672EC8">
            <w:pPr>
              <w:shd w:val="clear" w:color="auto" w:fill="FFFFFF" w:themeFill="background1"/>
              <w:jc w:val="both"/>
            </w:pPr>
            <w:r>
              <w:t>- GV kết luận: Câu chuyện cho thấy mỗi việc tốt dù nhỏ cũng có ý nghĩa nếu chúng ta làm bằng tình yêu thương và trách nhiệm.</w:t>
            </w:r>
          </w:p>
        </w:tc>
        <w:tc>
          <w:tcPr>
            <w:tcW w:w="5112" w:type="dxa"/>
            <w:tcBorders>
              <w:bottom w:val="single" w:sz="4" w:space="0" w:color="auto"/>
            </w:tcBorders>
            <w:shd w:val="clear" w:color="auto" w:fill="FFFFFF" w:themeFill="background1"/>
            <w:tcMar>
              <w:top w:w="70" w:type="dxa"/>
              <w:left w:w="80" w:type="dxa"/>
              <w:bottom w:w="70" w:type="dxa"/>
              <w:right w:w="80" w:type="dxa"/>
            </w:tcMar>
          </w:tcPr>
          <w:p w14:paraId="6A6579D4" w14:textId="77777777" w:rsidR="001970E5" w:rsidRDefault="005D71A2" w:rsidP="00672EC8">
            <w:pPr>
              <w:shd w:val="clear" w:color="auto" w:fill="FFFFFF" w:themeFill="background1"/>
              <w:jc w:val="both"/>
            </w:pPr>
            <w:r>
              <w:t>- HS lắng nghe, nhắc lại nội dung chính của bài.</w:t>
            </w:r>
          </w:p>
        </w:tc>
      </w:tr>
      <w:tr w:rsidR="001970E5" w14:paraId="18243EFA" w14:textId="77777777" w:rsidTr="00672EC8">
        <w:trPr>
          <w:jc w:val="center"/>
        </w:trPr>
        <w:tc>
          <w:tcPr>
            <w:tcW w:w="10324" w:type="dxa"/>
            <w:gridSpan w:val="2"/>
            <w:tcBorders>
              <w:top w:val="single" w:sz="4" w:space="0" w:color="auto"/>
              <w:bottom w:val="single" w:sz="4" w:space="0" w:color="auto"/>
            </w:tcBorders>
            <w:shd w:val="clear" w:color="auto" w:fill="FFFFFF" w:themeFill="background1"/>
            <w:tcMar>
              <w:top w:w="70" w:type="dxa"/>
              <w:left w:w="80" w:type="dxa"/>
              <w:bottom w:w="70" w:type="dxa"/>
              <w:right w:w="80" w:type="dxa"/>
            </w:tcMar>
          </w:tcPr>
          <w:p w14:paraId="57E8C6EC" w14:textId="77777777" w:rsidR="001970E5" w:rsidRDefault="005D71A2" w:rsidP="00672EC8">
            <w:pPr>
              <w:shd w:val="clear" w:color="auto" w:fill="FFFFFF" w:themeFill="background1"/>
            </w:pPr>
            <w:r>
              <w:rPr>
                <w:b/>
              </w:rPr>
              <w:t>Hoạt động 3: Luyện đọc lại (8 phút)</w:t>
            </w:r>
            <w:r>
              <w:br/>
            </w:r>
            <w:r>
              <w:rPr>
                <w:b/>
              </w:rPr>
              <w:t>Mục tiêu: HS đọc lại được văn bản, phân biệt lời người kể và lời nhân vật.</w:t>
            </w:r>
          </w:p>
        </w:tc>
      </w:tr>
      <w:tr w:rsidR="001970E5" w14:paraId="46740435" w14:textId="77777777" w:rsidTr="00672EC8">
        <w:trPr>
          <w:jc w:val="center"/>
        </w:trPr>
        <w:tc>
          <w:tcPr>
            <w:tcW w:w="5112" w:type="dxa"/>
            <w:tcBorders>
              <w:top w:val="single" w:sz="4" w:space="0" w:color="auto"/>
            </w:tcBorders>
            <w:shd w:val="clear" w:color="auto" w:fill="FFFFFF" w:themeFill="background1"/>
            <w:tcMar>
              <w:top w:w="70" w:type="dxa"/>
              <w:left w:w="80" w:type="dxa"/>
              <w:bottom w:w="70" w:type="dxa"/>
              <w:right w:w="80" w:type="dxa"/>
            </w:tcMar>
          </w:tcPr>
          <w:p w14:paraId="4190BE3C" w14:textId="77777777" w:rsidR="001970E5" w:rsidRDefault="005D71A2" w:rsidP="00672EC8">
            <w:pPr>
              <w:shd w:val="clear" w:color="auto" w:fill="FFFFFF" w:themeFill="background1"/>
              <w:jc w:val="both"/>
            </w:pPr>
            <w:r>
              <w:t>- GV đọc diễn cảm một đoạn có lời đối thoại giữa người đàn ông và cậu bé.</w:t>
            </w:r>
          </w:p>
        </w:tc>
        <w:tc>
          <w:tcPr>
            <w:tcW w:w="5112" w:type="dxa"/>
            <w:tcBorders>
              <w:top w:val="single" w:sz="4" w:space="0" w:color="auto"/>
            </w:tcBorders>
            <w:shd w:val="clear" w:color="auto" w:fill="FFFFFF" w:themeFill="background1"/>
            <w:tcMar>
              <w:top w:w="70" w:type="dxa"/>
              <w:left w:w="80" w:type="dxa"/>
              <w:bottom w:w="70" w:type="dxa"/>
              <w:right w:w="80" w:type="dxa"/>
            </w:tcMar>
          </w:tcPr>
          <w:p w14:paraId="68DECD39" w14:textId="77777777" w:rsidR="001970E5" w:rsidRDefault="005D71A2" w:rsidP="00672EC8">
            <w:pPr>
              <w:shd w:val="clear" w:color="auto" w:fill="FFFFFF" w:themeFill="background1"/>
              <w:jc w:val="both"/>
            </w:pPr>
            <w:r>
              <w:t>- HS lắng nghe, nhận xét giọng đọc của từng nhân vật.</w:t>
            </w:r>
          </w:p>
        </w:tc>
      </w:tr>
      <w:tr w:rsidR="001970E5" w14:paraId="0BBB980A" w14:textId="77777777" w:rsidTr="00672EC8">
        <w:trPr>
          <w:jc w:val="center"/>
        </w:trPr>
        <w:tc>
          <w:tcPr>
            <w:tcW w:w="5112" w:type="dxa"/>
            <w:shd w:val="clear" w:color="auto" w:fill="FFFFFF" w:themeFill="background1"/>
            <w:tcMar>
              <w:top w:w="70" w:type="dxa"/>
              <w:left w:w="80" w:type="dxa"/>
              <w:bottom w:w="70" w:type="dxa"/>
              <w:right w:w="80" w:type="dxa"/>
            </w:tcMar>
          </w:tcPr>
          <w:p w14:paraId="6BD252CC" w14:textId="77777777" w:rsidR="001970E5" w:rsidRDefault="005D71A2" w:rsidP="00672EC8">
            <w:pPr>
              <w:shd w:val="clear" w:color="auto" w:fill="FFFFFF" w:themeFill="background1"/>
              <w:jc w:val="both"/>
            </w:pPr>
            <w:r>
              <w:t>- GV yêu cầu HS luyện đọc phân vai theo nhóm 3: người kể, người đàn ông, cậu bé.</w:t>
            </w:r>
          </w:p>
        </w:tc>
        <w:tc>
          <w:tcPr>
            <w:tcW w:w="5112" w:type="dxa"/>
            <w:shd w:val="clear" w:color="auto" w:fill="FFFFFF" w:themeFill="background1"/>
            <w:tcMar>
              <w:top w:w="70" w:type="dxa"/>
              <w:left w:w="80" w:type="dxa"/>
              <w:bottom w:w="70" w:type="dxa"/>
              <w:right w:w="80" w:type="dxa"/>
            </w:tcMar>
          </w:tcPr>
          <w:p w14:paraId="7EBF4B60" w14:textId="77777777" w:rsidR="001970E5" w:rsidRDefault="005D71A2" w:rsidP="00672EC8">
            <w:pPr>
              <w:shd w:val="clear" w:color="auto" w:fill="FFFFFF" w:themeFill="background1"/>
              <w:jc w:val="both"/>
            </w:pPr>
            <w:r>
              <w:t>- HS luyện đọc phân vai theo nhóm; góp ý cho bạn về giọng đọc.</w:t>
            </w:r>
          </w:p>
        </w:tc>
      </w:tr>
      <w:tr w:rsidR="001970E5" w14:paraId="624774B5" w14:textId="77777777" w:rsidTr="00672EC8">
        <w:trPr>
          <w:jc w:val="center"/>
        </w:trPr>
        <w:tc>
          <w:tcPr>
            <w:tcW w:w="5112" w:type="dxa"/>
            <w:shd w:val="clear" w:color="auto" w:fill="FFFFFF" w:themeFill="background1"/>
            <w:tcMar>
              <w:top w:w="70" w:type="dxa"/>
              <w:left w:w="80" w:type="dxa"/>
              <w:bottom w:w="70" w:type="dxa"/>
              <w:right w:w="80" w:type="dxa"/>
            </w:tcMar>
          </w:tcPr>
          <w:p w14:paraId="36C47C58" w14:textId="77777777" w:rsidR="001970E5" w:rsidRDefault="005D71A2" w:rsidP="00672EC8">
            <w:pPr>
              <w:shd w:val="clear" w:color="auto" w:fill="FFFFFF" w:themeFill="background1"/>
              <w:jc w:val="both"/>
            </w:pPr>
            <w:r>
              <w:t>- GV mời 2 nhóm đọc phân vai trước lớp.</w:t>
            </w:r>
          </w:p>
        </w:tc>
        <w:tc>
          <w:tcPr>
            <w:tcW w:w="5112" w:type="dxa"/>
            <w:shd w:val="clear" w:color="auto" w:fill="FFFFFF" w:themeFill="background1"/>
            <w:tcMar>
              <w:top w:w="70" w:type="dxa"/>
              <w:left w:w="80" w:type="dxa"/>
              <w:bottom w:w="70" w:type="dxa"/>
              <w:right w:w="80" w:type="dxa"/>
            </w:tcMar>
          </w:tcPr>
          <w:p w14:paraId="2AE3051A" w14:textId="77777777" w:rsidR="001970E5" w:rsidRDefault="005D71A2" w:rsidP="00672EC8">
            <w:pPr>
              <w:shd w:val="clear" w:color="auto" w:fill="FFFFFF" w:themeFill="background1"/>
              <w:jc w:val="both"/>
            </w:pPr>
            <w:r>
              <w:t>- HS đọc phân vai; lớp nhận xét, bình chọn nhóm đọc rõ lời nhân vật.</w:t>
            </w:r>
          </w:p>
        </w:tc>
      </w:tr>
      <w:tr w:rsidR="001970E5" w14:paraId="44C3CA68" w14:textId="77777777" w:rsidTr="00672EC8">
        <w:trPr>
          <w:jc w:val="center"/>
        </w:trPr>
        <w:tc>
          <w:tcPr>
            <w:tcW w:w="10324" w:type="dxa"/>
            <w:gridSpan w:val="2"/>
            <w:shd w:val="clear" w:color="auto" w:fill="FFFFFF" w:themeFill="background1"/>
            <w:tcMar>
              <w:top w:w="70" w:type="dxa"/>
              <w:left w:w="80" w:type="dxa"/>
              <w:bottom w:w="70" w:type="dxa"/>
              <w:right w:w="80" w:type="dxa"/>
            </w:tcMar>
          </w:tcPr>
          <w:p w14:paraId="6A5541C8" w14:textId="77777777" w:rsidR="001970E5" w:rsidRDefault="005D71A2" w:rsidP="00672EC8">
            <w:pPr>
              <w:shd w:val="clear" w:color="auto" w:fill="FFFFFF" w:themeFill="background1"/>
            </w:pPr>
            <w:r>
              <w:rPr>
                <w:b/>
              </w:rPr>
              <w:t>Hoạt động 4: Luyện tập theo văn bản đọc (7 phút)</w:t>
            </w:r>
          </w:p>
          <w:p w14:paraId="63C9836D" w14:textId="77777777" w:rsidR="001970E5" w:rsidRDefault="005D71A2" w:rsidP="00672EC8">
            <w:pPr>
              <w:shd w:val="clear" w:color="auto" w:fill="FFFFFF" w:themeFill="background1"/>
            </w:pPr>
            <w:r>
              <w:t xml:space="preserve">Mục tiêu: HS tìm được từ chỉ hoạt động, nhận biết câu hỏi trong bài đọc. Mục tiêu tích hợp: HS </w:t>
            </w:r>
            <w:r>
              <w:lastRenderedPageBreak/>
              <w:t>biết kiểm tra gợi ý của AI khi phân loại từ/câu và không cung cấp thông tin riêng tư khi dùng công cụ số.</w:t>
            </w:r>
          </w:p>
        </w:tc>
      </w:tr>
      <w:tr w:rsidR="001970E5" w14:paraId="6E4CF6C4" w14:textId="77777777" w:rsidTr="00672EC8">
        <w:trPr>
          <w:jc w:val="center"/>
        </w:trPr>
        <w:tc>
          <w:tcPr>
            <w:tcW w:w="5112" w:type="dxa"/>
            <w:shd w:val="clear" w:color="auto" w:fill="FFFFFF" w:themeFill="background1"/>
            <w:tcMar>
              <w:top w:w="70" w:type="dxa"/>
              <w:left w:w="80" w:type="dxa"/>
              <w:bottom w:w="70" w:type="dxa"/>
              <w:right w:w="80" w:type="dxa"/>
            </w:tcMar>
          </w:tcPr>
          <w:p w14:paraId="2638E182" w14:textId="77777777" w:rsidR="001970E5" w:rsidRDefault="005D71A2" w:rsidP="00672EC8">
            <w:pPr>
              <w:shd w:val="clear" w:color="auto" w:fill="FFFFFF" w:themeFill="background1"/>
              <w:jc w:val="both"/>
            </w:pPr>
            <w:r>
              <w:lastRenderedPageBreak/>
              <w:t xml:space="preserve">- </w:t>
            </w:r>
            <w:r>
              <w:rPr>
                <w:b/>
              </w:rPr>
              <w:t>Bài tập 1: Những từ ngữ nào dưới đây chỉ hoạt động?</w:t>
            </w:r>
          </w:p>
          <w:p w14:paraId="6F2FF704" w14:textId="5F20D06C" w:rsidR="001970E5" w:rsidRDefault="001970E5" w:rsidP="00672EC8">
            <w:pPr>
              <w:shd w:val="clear" w:color="auto" w:fill="FFFFFF" w:themeFill="background1"/>
            </w:pPr>
          </w:p>
        </w:tc>
        <w:tc>
          <w:tcPr>
            <w:tcW w:w="5112" w:type="dxa"/>
            <w:shd w:val="clear" w:color="auto" w:fill="FFFFFF" w:themeFill="background1"/>
            <w:tcMar>
              <w:top w:w="70" w:type="dxa"/>
              <w:left w:w="80" w:type="dxa"/>
              <w:bottom w:w="70" w:type="dxa"/>
              <w:right w:w="80" w:type="dxa"/>
            </w:tcMar>
          </w:tcPr>
          <w:p w14:paraId="1E243689" w14:textId="77777777" w:rsidR="001970E5" w:rsidRDefault="005D71A2" w:rsidP="00672EC8">
            <w:pPr>
              <w:shd w:val="clear" w:color="auto" w:fill="FFFFFF" w:themeFill="background1"/>
              <w:jc w:val="both"/>
            </w:pPr>
            <w:r>
              <w:t>- HS đọc yêu cầu, quan sát các thẻ từ và chọn từ chỉ hoạt động.</w:t>
            </w:r>
          </w:p>
        </w:tc>
      </w:tr>
      <w:tr w:rsidR="001970E5" w14:paraId="1DC721B9" w14:textId="77777777" w:rsidTr="00672EC8">
        <w:trPr>
          <w:jc w:val="center"/>
        </w:trPr>
        <w:tc>
          <w:tcPr>
            <w:tcW w:w="5112" w:type="dxa"/>
            <w:shd w:val="clear" w:color="auto" w:fill="FFFFFF" w:themeFill="background1"/>
            <w:tcMar>
              <w:top w:w="70" w:type="dxa"/>
              <w:left w:w="80" w:type="dxa"/>
              <w:bottom w:w="70" w:type="dxa"/>
              <w:right w:w="80" w:type="dxa"/>
            </w:tcMar>
          </w:tcPr>
          <w:p w14:paraId="19A3A49B" w14:textId="77777777" w:rsidR="001970E5" w:rsidRDefault="005D71A2" w:rsidP="00672EC8">
            <w:pPr>
              <w:shd w:val="clear" w:color="auto" w:fill="FFFFFF" w:themeFill="background1"/>
              <w:jc w:val="both"/>
            </w:pPr>
            <w:r>
              <w:t>- GV yêu cầu HS làm việc nhóm đôi, chọn các từ chỉ hoạt động.</w:t>
            </w:r>
          </w:p>
        </w:tc>
        <w:tc>
          <w:tcPr>
            <w:tcW w:w="5112" w:type="dxa"/>
            <w:shd w:val="clear" w:color="auto" w:fill="FFFFFF" w:themeFill="background1"/>
            <w:tcMar>
              <w:top w:w="70" w:type="dxa"/>
              <w:left w:w="80" w:type="dxa"/>
              <w:bottom w:w="70" w:type="dxa"/>
              <w:right w:w="80" w:type="dxa"/>
            </w:tcMar>
          </w:tcPr>
          <w:p w14:paraId="35EE9B43" w14:textId="77777777" w:rsidR="001970E5" w:rsidRDefault="005D71A2" w:rsidP="00672EC8">
            <w:pPr>
              <w:shd w:val="clear" w:color="auto" w:fill="FFFFFF" w:themeFill="background1"/>
              <w:jc w:val="both"/>
            </w:pPr>
            <w:r>
              <w:t>- HS chọn: cúi xuống, thả, nhặt, dạo bộ, tiến lại.</w:t>
            </w:r>
          </w:p>
        </w:tc>
      </w:tr>
      <w:tr w:rsidR="001970E5" w14:paraId="61822C41" w14:textId="77777777" w:rsidTr="00672EC8">
        <w:trPr>
          <w:jc w:val="center"/>
        </w:trPr>
        <w:tc>
          <w:tcPr>
            <w:tcW w:w="5112" w:type="dxa"/>
            <w:shd w:val="clear" w:color="auto" w:fill="FFFFFF" w:themeFill="background1"/>
            <w:tcMar>
              <w:top w:w="70" w:type="dxa"/>
              <w:left w:w="80" w:type="dxa"/>
              <w:bottom w:w="70" w:type="dxa"/>
              <w:right w:w="80" w:type="dxa"/>
            </w:tcMar>
          </w:tcPr>
          <w:p w14:paraId="7B657B83" w14:textId="77777777" w:rsidR="001970E5" w:rsidRDefault="005D71A2" w:rsidP="00672EC8">
            <w:pPr>
              <w:shd w:val="clear" w:color="auto" w:fill="FFFFFF" w:themeFill="background1"/>
              <w:jc w:val="both"/>
            </w:pPr>
            <w:r>
              <w:t>- GV gọi HS trình bày và giải thích.</w:t>
            </w:r>
          </w:p>
        </w:tc>
        <w:tc>
          <w:tcPr>
            <w:tcW w:w="5112" w:type="dxa"/>
            <w:shd w:val="clear" w:color="auto" w:fill="FFFFFF" w:themeFill="background1"/>
            <w:tcMar>
              <w:top w:w="70" w:type="dxa"/>
              <w:left w:w="80" w:type="dxa"/>
              <w:bottom w:w="70" w:type="dxa"/>
              <w:right w:w="80" w:type="dxa"/>
            </w:tcMar>
          </w:tcPr>
          <w:p w14:paraId="7F405177" w14:textId="77777777" w:rsidR="001970E5" w:rsidRDefault="005D71A2" w:rsidP="00672EC8">
            <w:pPr>
              <w:shd w:val="clear" w:color="auto" w:fill="FFFFFF" w:themeFill="background1"/>
              <w:jc w:val="both"/>
            </w:pPr>
            <w:r>
              <w:t>- HS trình bày: Đây là các từ chỉ việc làm, hoạt động của nhân vật trong bài.</w:t>
            </w:r>
          </w:p>
        </w:tc>
      </w:tr>
      <w:tr w:rsidR="001970E5" w14:paraId="1525EDA5" w14:textId="77777777" w:rsidTr="00672EC8">
        <w:trPr>
          <w:jc w:val="center"/>
        </w:trPr>
        <w:tc>
          <w:tcPr>
            <w:tcW w:w="5112" w:type="dxa"/>
            <w:shd w:val="clear" w:color="auto" w:fill="FFFFFF" w:themeFill="background1"/>
            <w:tcMar>
              <w:top w:w="70" w:type="dxa"/>
              <w:left w:w="80" w:type="dxa"/>
              <w:bottom w:w="70" w:type="dxa"/>
              <w:right w:w="80" w:type="dxa"/>
            </w:tcMar>
          </w:tcPr>
          <w:p w14:paraId="59E8945A" w14:textId="77777777" w:rsidR="001970E5" w:rsidRDefault="005D71A2" w:rsidP="00672EC8">
            <w:pPr>
              <w:shd w:val="clear" w:color="auto" w:fill="FFFFFF" w:themeFill="background1"/>
              <w:jc w:val="both"/>
            </w:pPr>
            <w:r>
              <w:t xml:space="preserve">- </w:t>
            </w:r>
            <w:r>
              <w:rPr>
                <w:b/>
              </w:rPr>
              <w:t>Bài tập 2: Trong bài đọc, câu nào là câu hỏi?</w:t>
            </w:r>
          </w:p>
        </w:tc>
        <w:tc>
          <w:tcPr>
            <w:tcW w:w="5112" w:type="dxa"/>
            <w:shd w:val="clear" w:color="auto" w:fill="FFFFFF" w:themeFill="background1"/>
            <w:tcMar>
              <w:top w:w="70" w:type="dxa"/>
              <w:left w:w="80" w:type="dxa"/>
              <w:bottom w:w="70" w:type="dxa"/>
              <w:right w:w="80" w:type="dxa"/>
            </w:tcMar>
          </w:tcPr>
          <w:p w14:paraId="4A901943" w14:textId="77777777" w:rsidR="001970E5" w:rsidRDefault="005D71A2" w:rsidP="00672EC8">
            <w:pPr>
              <w:shd w:val="clear" w:color="auto" w:fill="FFFFFF" w:themeFill="background1"/>
              <w:jc w:val="both"/>
            </w:pPr>
            <w:r>
              <w:t>- HS trả lời: “Cháu đang làm gì vậy?” và “Có hàng ngàn con sao biển như vậy, liệu cháu có thể giúp được tất cả chúng không?” là câu hỏi.</w:t>
            </w:r>
          </w:p>
        </w:tc>
      </w:tr>
      <w:tr w:rsidR="001970E5" w14:paraId="13B85B7D" w14:textId="77777777" w:rsidTr="00672EC8">
        <w:trPr>
          <w:jc w:val="center"/>
        </w:trPr>
        <w:tc>
          <w:tcPr>
            <w:tcW w:w="5112" w:type="dxa"/>
            <w:tcBorders>
              <w:bottom w:val="single" w:sz="4" w:space="0" w:color="auto"/>
            </w:tcBorders>
            <w:shd w:val="clear" w:color="auto" w:fill="FFFFFF" w:themeFill="background1"/>
            <w:tcMar>
              <w:top w:w="70" w:type="dxa"/>
              <w:left w:w="80" w:type="dxa"/>
              <w:bottom w:w="70" w:type="dxa"/>
              <w:right w:w="80" w:type="dxa"/>
            </w:tcMar>
          </w:tcPr>
          <w:p w14:paraId="6B1A7F4C" w14:textId="77777777" w:rsidR="001970E5" w:rsidRDefault="005D71A2" w:rsidP="00672EC8">
            <w:pPr>
              <w:shd w:val="clear" w:color="auto" w:fill="FFFFFF" w:themeFill="background1"/>
              <w:jc w:val="both"/>
            </w:pPr>
            <w:r>
              <w:rPr>
                <w:color w:val="000000"/>
              </w:rPr>
              <w:t>- GV nhận xét, nhắc HS câu hỏi thường dùng để hỏi điều chưa biết và cuối câu có dấu chấm hỏi.</w:t>
            </w:r>
          </w:p>
          <w:p w14:paraId="729274D3" w14:textId="77777777" w:rsidR="001970E5" w:rsidRDefault="005D71A2" w:rsidP="00672EC8">
            <w:pPr>
              <w:shd w:val="clear" w:color="auto" w:fill="FFFFFF" w:themeFill="background1"/>
              <w:jc w:val="both"/>
            </w:pPr>
            <w:r>
              <w:rPr>
                <w:color w:val="C00000"/>
              </w:rPr>
              <w:t>- GV hỏi dẫn tích hợp AI: Nếu một công cụ AI gợi ý “cúi xuống, nhặt, thả” là từ chỉ hoạt động hoặc tự nhận diện câu hỏi trong bài, em có nên chép ngay kết quả không? Vì sao?</w:t>
            </w:r>
          </w:p>
          <w:p w14:paraId="7798CA58" w14:textId="77777777" w:rsidR="001970E5" w:rsidRDefault="005D71A2" w:rsidP="00672EC8">
            <w:pPr>
              <w:shd w:val="clear" w:color="auto" w:fill="FFFFFF" w:themeFill="background1"/>
              <w:jc w:val="both"/>
            </w:pPr>
            <w:r>
              <w:rPr>
                <w:color w:val="C00000"/>
              </w:rPr>
              <w:t>- Tích hợp AI - YCCĐ 2.A1.2: GV diễn giải: AI có thể hỗ trợ đọc danh sách từ, gợi ý phân loại từ chỉ hoạt động hoặc nhận biết câu hỏi dựa vào dấu chấm hỏi. Tuy nhiên, kết quả AI đưa ra chỉ để tham khảo. Khi học Tiếng Việt, các em cần quay lại văn bản “Những con sao biển”, đọc nghĩa của từ trong câu, kiểm tra xem từ đó có chỉ việc làm/hoạt động hay không và đối chiếu với dấu câu. Khi sử dụng thiết bị số ở lớp, các em chỉ dùng nội dung học tập do GV cung cấp, không nhập tên đầy đủ, ảnh cá nhân, địa chỉ, số điện thoại hoặc hình ảnh người khác khi chưa được phép. Như vậy, AI giúp học nhanh hơn nhưng con người vẫn phải suy nghĩ, kiểm tra và chịu trách nhiệm với câu trả lời của mình.</w:t>
            </w:r>
          </w:p>
        </w:tc>
        <w:tc>
          <w:tcPr>
            <w:tcW w:w="5112" w:type="dxa"/>
            <w:tcBorders>
              <w:bottom w:val="single" w:sz="4" w:space="0" w:color="auto"/>
            </w:tcBorders>
            <w:shd w:val="clear" w:color="auto" w:fill="FFFFFF" w:themeFill="background1"/>
            <w:tcMar>
              <w:top w:w="70" w:type="dxa"/>
              <w:left w:w="80" w:type="dxa"/>
              <w:bottom w:w="70" w:type="dxa"/>
              <w:right w:w="80" w:type="dxa"/>
            </w:tcMar>
          </w:tcPr>
          <w:p w14:paraId="3B979060" w14:textId="77777777" w:rsidR="001970E5" w:rsidRDefault="005D71A2" w:rsidP="00672EC8">
            <w:pPr>
              <w:shd w:val="clear" w:color="auto" w:fill="FFFFFF" w:themeFill="background1"/>
              <w:jc w:val="both"/>
            </w:pPr>
            <w:r>
              <w:rPr>
                <w:color w:val="000000"/>
              </w:rPr>
              <w:t>- HS lắng nghe và đọc lại các câu hỏi đúng.</w:t>
            </w:r>
          </w:p>
          <w:p w14:paraId="408A76D6" w14:textId="77777777" w:rsidR="001970E5" w:rsidRDefault="005D71A2" w:rsidP="00672EC8">
            <w:pPr>
              <w:shd w:val="clear" w:color="auto" w:fill="FFFFFF" w:themeFill="background1"/>
              <w:jc w:val="both"/>
            </w:pPr>
            <w:r>
              <w:rPr>
                <w:color w:val="C00000"/>
              </w:rPr>
              <w:t>- HS trả lời: Em không chép ngay. Em cần đọc lại bài, kiểm tra nghĩa của từ và dấu chấm hỏi để biết AI gợi ý đúng hay sai.</w:t>
            </w:r>
          </w:p>
          <w:p w14:paraId="1AFDBFEB" w14:textId="77777777" w:rsidR="001970E5" w:rsidRDefault="005D71A2" w:rsidP="00672EC8">
            <w:pPr>
              <w:shd w:val="clear" w:color="auto" w:fill="FFFFFF" w:themeFill="background1"/>
              <w:jc w:val="both"/>
            </w:pPr>
            <w:r>
              <w:rPr>
                <w:color w:val="C00000"/>
              </w:rPr>
              <w:t>- HS nhắc lại: AI chỉ hỗ trợ; em phải tự đọc, tự kiểm tra, không nhập thông tin riêng tư và không phụ thuộc hoàn toàn vào AI.</w:t>
            </w:r>
          </w:p>
        </w:tc>
      </w:tr>
      <w:tr w:rsidR="001970E5" w14:paraId="63B44DBD" w14:textId="77777777" w:rsidTr="00672EC8">
        <w:trPr>
          <w:jc w:val="center"/>
        </w:trPr>
        <w:tc>
          <w:tcPr>
            <w:tcW w:w="10324" w:type="dxa"/>
            <w:gridSpan w:val="2"/>
            <w:tcBorders>
              <w:top w:val="single" w:sz="4" w:space="0" w:color="auto"/>
              <w:bottom w:val="single" w:sz="4" w:space="0" w:color="auto"/>
            </w:tcBorders>
            <w:shd w:val="clear" w:color="auto" w:fill="FFFFFF" w:themeFill="background1"/>
            <w:tcMar>
              <w:top w:w="70" w:type="dxa"/>
              <w:left w:w="80" w:type="dxa"/>
              <w:bottom w:w="70" w:type="dxa"/>
              <w:right w:w="80" w:type="dxa"/>
            </w:tcMar>
          </w:tcPr>
          <w:p w14:paraId="229A77F8" w14:textId="77777777" w:rsidR="001970E5" w:rsidRDefault="005D71A2" w:rsidP="00672EC8">
            <w:pPr>
              <w:shd w:val="clear" w:color="auto" w:fill="FFFFFF" w:themeFill="background1"/>
            </w:pPr>
            <w:r>
              <w:rPr>
                <w:b/>
              </w:rPr>
              <w:t>4. VẬN DỤNG (3 phút)</w:t>
            </w:r>
          </w:p>
          <w:p w14:paraId="1AF9295B" w14:textId="77777777" w:rsidR="001970E5" w:rsidRDefault="005D71A2" w:rsidP="00672EC8">
            <w:pPr>
              <w:shd w:val="clear" w:color="auto" w:fill="FFFFFF" w:themeFill="background1"/>
            </w:pPr>
            <w:r>
              <w:t>Mục tiêu: HS biết trình bày một việc làm bảo vệ môi trường bằng tranh/phiếu số đơn giản. Mục tiêu tích hợp: HS biết chọn, bổ sung nhãn ngắn phù hợp trên học liệu số.</w:t>
            </w:r>
          </w:p>
        </w:tc>
      </w:tr>
      <w:tr w:rsidR="001970E5" w14:paraId="36908E8D" w14:textId="77777777" w:rsidTr="00672EC8">
        <w:trPr>
          <w:jc w:val="center"/>
        </w:trPr>
        <w:tc>
          <w:tcPr>
            <w:tcW w:w="5112" w:type="dxa"/>
            <w:tcBorders>
              <w:top w:val="single" w:sz="4" w:space="0" w:color="auto"/>
            </w:tcBorders>
            <w:shd w:val="clear" w:color="auto" w:fill="FFFFFF" w:themeFill="background1"/>
            <w:tcMar>
              <w:top w:w="70" w:type="dxa"/>
              <w:left w:w="80" w:type="dxa"/>
              <w:bottom w:w="70" w:type="dxa"/>
              <w:right w:w="80" w:type="dxa"/>
            </w:tcMar>
          </w:tcPr>
          <w:p w14:paraId="17174905" w14:textId="77777777" w:rsidR="001970E5" w:rsidRDefault="005D71A2" w:rsidP="00672EC8">
            <w:pPr>
              <w:shd w:val="clear" w:color="auto" w:fill="FFFFFF" w:themeFill="background1"/>
              <w:jc w:val="both"/>
            </w:pPr>
            <w:r>
              <w:rPr>
                <w:color w:val="C00000"/>
              </w:rPr>
              <w:t>- GV hỏi dẫn tích hợp NLS: Nếu được dùng bảng tương tác hoặc phiếu số, em sẽ chọn hình ảnh nào để tuyên truyền bảo vệ biển?</w:t>
            </w:r>
          </w:p>
        </w:tc>
        <w:tc>
          <w:tcPr>
            <w:tcW w:w="5112" w:type="dxa"/>
            <w:tcBorders>
              <w:top w:val="single" w:sz="4" w:space="0" w:color="auto"/>
            </w:tcBorders>
            <w:shd w:val="clear" w:color="auto" w:fill="FFFFFF" w:themeFill="background1"/>
            <w:tcMar>
              <w:top w:w="70" w:type="dxa"/>
              <w:left w:w="80" w:type="dxa"/>
              <w:bottom w:w="70" w:type="dxa"/>
              <w:right w:w="80" w:type="dxa"/>
            </w:tcMar>
          </w:tcPr>
          <w:p w14:paraId="7358F3DE" w14:textId="77777777" w:rsidR="001970E5" w:rsidRDefault="005D71A2" w:rsidP="00672EC8">
            <w:pPr>
              <w:shd w:val="clear" w:color="auto" w:fill="FFFFFF" w:themeFill="background1"/>
              <w:jc w:val="both"/>
            </w:pPr>
            <w:r>
              <w:rPr>
                <w:color w:val="C00000"/>
              </w:rPr>
              <w:t>- HS trả lời: Em chọn hình ảnh nhặt rác ở bãi biển, bỏ rác đúng nơi, không làm hại sinh vật biển.</w:t>
            </w:r>
          </w:p>
        </w:tc>
      </w:tr>
      <w:tr w:rsidR="001970E5" w14:paraId="35F1F80D" w14:textId="77777777" w:rsidTr="00672EC8">
        <w:trPr>
          <w:jc w:val="center"/>
        </w:trPr>
        <w:tc>
          <w:tcPr>
            <w:tcW w:w="5112" w:type="dxa"/>
            <w:shd w:val="clear" w:color="auto" w:fill="FFFFFF" w:themeFill="background1"/>
            <w:tcMar>
              <w:top w:w="70" w:type="dxa"/>
              <w:left w:w="80" w:type="dxa"/>
              <w:bottom w:w="70" w:type="dxa"/>
              <w:right w:w="80" w:type="dxa"/>
            </w:tcMar>
          </w:tcPr>
          <w:p w14:paraId="62B97749" w14:textId="77777777" w:rsidR="001970E5" w:rsidRDefault="005D71A2" w:rsidP="00672EC8">
            <w:pPr>
              <w:shd w:val="clear" w:color="auto" w:fill="FFFFFF" w:themeFill="background1"/>
              <w:jc w:val="both"/>
            </w:pPr>
            <w:r>
              <w:rPr>
                <w:color w:val="C00000"/>
              </w:rPr>
              <w:t xml:space="preserve">- Tích hợp NLS 3.2.CB1a: GV hướng dẫn HS thao tác trên phiếu số hoặc bảng trình chiếu: quan sát các tranh việc làm bảo vệ môi trường, chọn một tranh phù hợp với nội dung bài học, thêm nhãn ngắn như “Không xả rác”, “Cứu </w:t>
            </w:r>
            <w:r>
              <w:rPr>
                <w:color w:val="C00000"/>
              </w:rPr>
              <w:lastRenderedPageBreak/>
              <w:t>sinh vật biển”, “Biển xanh - sạch - đẹp”, sau đó trình bày lí do chọn tranh bằng lời của mình. GV nhắc HS khi sử dụng học liệu số cần làm đúng yêu cầu, không tự ý xóa bài của bạn, không bấm vào đường liên kết lạ và biết điều chỉnh nhãn cho rõ nghĩa, ngắn gọn, dễ hiểu.</w:t>
            </w:r>
          </w:p>
        </w:tc>
        <w:tc>
          <w:tcPr>
            <w:tcW w:w="5112" w:type="dxa"/>
            <w:shd w:val="clear" w:color="auto" w:fill="FFFFFF" w:themeFill="background1"/>
            <w:tcMar>
              <w:top w:w="70" w:type="dxa"/>
              <w:left w:w="80" w:type="dxa"/>
              <w:bottom w:w="70" w:type="dxa"/>
              <w:right w:w="80" w:type="dxa"/>
            </w:tcMar>
          </w:tcPr>
          <w:p w14:paraId="002210FA" w14:textId="77777777" w:rsidR="001970E5" w:rsidRDefault="005D71A2" w:rsidP="00672EC8">
            <w:pPr>
              <w:shd w:val="clear" w:color="auto" w:fill="FFFFFF" w:themeFill="background1"/>
              <w:jc w:val="both"/>
            </w:pPr>
            <w:r>
              <w:rPr>
                <w:color w:val="C00000"/>
              </w:rPr>
              <w:lastRenderedPageBreak/>
              <w:t>- HS thực hành chọn tranh/nhãn, nêu lí do: “Em chọn tranh nhặt rác vì việc này giúp bãi biển sạch hơn, bảo vệ sao biển và các con vật sống ở biển.” HS lắng nghe góp ý và chỉnh nhãn nếu còn dài hoặc chưa đúng nội dung.</w:t>
            </w:r>
          </w:p>
        </w:tc>
      </w:tr>
      <w:tr w:rsidR="001970E5" w14:paraId="6B4D002B" w14:textId="77777777" w:rsidTr="00672EC8">
        <w:trPr>
          <w:jc w:val="center"/>
        </w:trPr>
        <w:tc>
          <w:tcPr>
            <w:tcW w:w="5112" w:type="dxa"/>
            <w:shd w:val="clear" w:color="auto" w:fill="FFFFFF" w:themeFill="background1"/>
            <w:tcMar>
              <w:top w:w="70" w:type="dxa"/>
              <w:left w:w="80" w:type="dxa"/>
              <w:bottom w:w="70" w:type="dxa"/>
              <w:right w:w="80" w:type="dxa"/>
            </w:tcMar>
          </w:tcPr>
          <w:p w14:paraId="1EC5CB2A" w14:textId="77777777" w:rsidR="001970E5" w:rsidRDefault="005D71A2" w:rsidP="00672EC8">
            <w:pPr>
              <w:shd w:val="clear" w:color="auto" w:fill="FFFFFF" w:themeFill="background1"/>
              <w:jc w:val="both"/>
            </w:pPr>
            <w:r>
              <w:t>- GV dặn HS chuẩn bị tiết Viết chữ hoa Y.</w:t>
            </w:r>
          </w:p>
        </w:tc>
        <w:tc>
          <w:tcPr>
            <w:tcW w:w="5112" w:type="dxa"/>
            <w:shd w:val="clear" w:color="auto" w:fill="FFFFFF" w:themeFill="background1"/>
            <w:tcMar>
              <w:top w:w="70" w:type="dxa"/>
              <w:left w:w="80" w:type="dxa"/>
              <w:bottom w:w="70" w:type="dxa"/>
              <w:right w:w="80" w:type="dxa"/>
            </w:tcMar>
          </w:tcPr>
          <w:p w14:paraId="250FD437" w14:textId="77777777" w:rsidR="001970E5" w:rsidRDefault="005D71A2" w:rsidP="00672EC8">
            <w:pPr>
              <w:shd w:val="clear" w:color="auto" w:fill="FFFFFF" w:themeFill="background1"/>
              <w:jc w:val="both"/>
            </w:pPr>
            <w:r>
              <w:t>- HS ghi nhớ nhiệm vụ.</w:t>
            </w:r>
          </w:p>
        </w:tc>
      </w:tr>
    </w:tbl>
    <w:p w14:paraId="040C68B0" w14:textId="77777777" w:rsidR="001970E5" w:rsidRDefault="005D71A2" w:rsidP="00672EC8">
      <w:pPr>
        <w:shd w:val="clear" w:color="auto" w:fill="FFFFFF" w:themeFill="background1"/>
        <w:spacing w:after="0" w:line="240" w:lineRule="auto"/>
      </w:pPr>
      <w:r>
        <w:rPr>
          <w:b/>
        </w:rPr>
        <w:t>IV. ĐIỀU CHỈNH SAU TIẾT HỌC (NẾU CÓ)</w:t>
      </w:r>
    </w:p>
    <w:p w14:paraId="6B18CD2D" w14:textId="577AA887" w:rsidR="001970E5" w:rsidRDefault="001970E5" w:rsidP="00672EC8">
      <w:pPr>
        <w:shd w:val="clear" w:color="auto" w:fill="FFFFFF" w:themeFill="background1"/>
      </w:pPr>
    </w:p>
    <w:p w14:paraId="31841BC1" w14:textId="77777777" w:rsidR="001970E5" w:rsidRDefault="005D71A2" w:rsidP="00672EC8">
      <w:pPr>
        <w:shd w:val="clear" w:color="auto" w:fill="FFFFFF" w:themeFill="background1"/>
        <w:spacing w:after="0" w:line="240" w:lineRule="auto"/>
        <w:jc w:val="center"/>
      </w:pPr>
      <w:r>
        <w:rPr>
          <w:b/>
          <w:sz w:val="28"/>
        </w:rPr>
        <w:t>KẾ HOẠCH BÀI DẠY MÔN TIẾNG VIỆT LỚP 2 – TUẦN 26</w:t>
      </w:r>
    </w:p>
    <w:p w14:paraId="34297DE0" w14:textId="77777777" w:rsidR="001970E5" w:rsidRDefault="005D71A2" w:rsidP="00672EC8">
      <w:pPr>
        <w:shd w:val="clear" w:color="auto" w:fill="FFFFFF" w:themeFill="background1"/>
        <w:spacing w:after="0" w:line="240" w:lineRule="auto"/>
        <w:jc w:val="center"/>
      </w:pPr>
      <w:r>
        <w:rPr>
          <w:b/>
          <w:sz w:val="28"/>
        </w:rPr>
        <w:t>CHỦ ĐỀ: HÀNH TINH XANH CỦA EM</w:t>
      </w:r>
    </w:p>
    <w:p w14:paraId="36CECE25" w14:textId="77777777" w:rsidR="001970E5" w:rsidRDefault="005D71A2" w:rsidP="00672EC8">
      <w:pPr>
        <w:shd w:val="clear" w:color="auto" w:fill="FFFFFF" w:themeFill="background1"/>
        <w:spacing w:after="0" w:line="240" w:lineRule="auto"/>
        <w:jc w:val="center"/>
      </w:pPr>
      <w:r>
        <w:rPr>
          <w:b/>
          <w:sz w:val="28"/>
        </w:rPr>
        <w:t>BÀI 15: NHỮNG CON SAO BIỂN</w:t>
      </w:r>
    </w:p>
    <w:p w14:paraId="36C73E21" w14:textId="77777777" w:rsidR="001970E5" w:rsidRDefault="005D71A2" w:rsidP="00672EC8">
      <w:pPr>
        <w:shd w:val="clear" w:color="auto" w:fill="FFFFFF" w:themeFill="background1"/>
        <w:spacing w:after="0" w:line="240" w:lineRule="auto"/>
        <w:jc w:val="center"/>
      </w:pPr>
      <w:r>
        <w:rPr>
          <w:b/>
          <w:sz w:val="28"/>
        </w:rPr>
        <w:t>TIẾT 3: VIẾT CHỮ HOA Y; TIẾT 4: NÓI VÀ NGHE – BẢO VỆ MÔI TRƯỜNG</w:t>
      </w:r>
    </w:p>
    <w:p w14:paraId="14A745EB" w14:textId="77777777" w:rsidR="001970E5" w:rsidRDefault="005D71A2" w:rsidP="00672EC8">
      <w:pPr>
        <w:shd w:val="clear" w:color="auto" w:fill="FFFFFF" w:themeFill="background1"/>
        <w:spacing w:after="0" w:line="240" w:lineRule="auto"/>
      </w:pPr>
      <w:r>
        <w:rPr>
          <w:b/>
        </w:rPr>
        <w:t>I. YÊU CẦU CẦN ĐẠT</w:t>
      </w:r>
    </w:p>
    <w:p w14:paraId="7031F83F" w14:textId="77777777" w:rsidR="001970E5" w:rsidRDefault="005D71A2" w:rsidP="00672EC8">
      <w:pPr>
        <w:shd w:val="clear" w:color="auto" w:fill="FFFFFF" w:themeFill="background1"/>
        <w:spacing w:after="0" w:line="240" w:lineRule="auto"/>
      </w:pPr>
      <w:r>
        <w:rPr>
          <w:b/>
        </w:rPr>
        <w:t>1. Năng lực đặc thù</w:t>
      </w:r>
    </w:p>
    <w:p w14:paraId="480D8BB6" w14:textId="77777777" w:rsidR="001970E5" w:rsidRDefault="005D71A2" w:rsidP="00672EC8">
      <w:pPr>
        <w:shd w:val="clear" w:color="auto" w:fill="FFFFFF" w:themeFill="background1"/>
        <w:spacing w:after="0" w:line="240" w:lineRule="auto"/>
        <w:jc w:val="both"/>
      </w:pPr>
      <w:r>
        <w:t>- Viết đúng chữ hoa Y cỡ vừa và cỡ nhỏ; viết đúng câu ứng dụng “Yêu Tổ quốc, yêu đồng bào.”</w:t>
      </w:r>
    </w:p>
    <w:p w14:paraId="4AB5A4A7" w14:textId="77777777" w:rsidR="001970E5" w:rsidRDefault="005D71A2" w:rsidP="00672EC8">
      <w:pPr>
        <w:shd w:val="clear" w:color="auto" w:fill="FFFFFF" w:themeFill="background1"/>
        <w:spacing w:after="0" w:line="240" w:lineRule="auto"/>
        <w:jc w:val="both"/>
      </w:pPr>
      <w:r>
        <w:t>- Nói được tên việc làm trong tranh; nhận biết việc làm có lợi hoặc gây hại cho môi trường; biết chia sẻ việc em đã làm để giữ môi trường sạch đẹp.</w:t>
      </w:r>
    </w:p>
    <w:p w14:paraId="357A64D9" w14:textId="77777777" w:rsidR="001970E5" w:rsidRDefault="005D71A2" w:rsidP="00672EC8">
      <w:pPr>
        <w:shd w:val="clear" w:color="auto" w:fill="FFFFFF" w:themeFill="background1"/>
        <w:spacing w:after="0" w:line="240" w:lineRule="auto"/>
        <w:jc w:val="both"/>
      </w:pPr>
      <w:r>
        <w:t>- Biết nói với người thân về việc làm bảo vệ môi trường mà em và các bạn đã trao đổi ở lớp.</w:t>
      </w:r>
    </w:p>
    <w:p w14:paraId="337BABEE" w14:textId="77777777" w:rsidR="001970E5" w:rsidRDefault="005D71A2" w:rsidP="00672EC8">
      <w:pPr>
        <w:shd w:val="clear" w:color="auto" w:fill="FFFFFF" w:themeFill="background1"/>
        <w:spacing w:after="0" w:line="240" w:lineRule="auto"/>
      </w:pPr>
      <w:r>
        <w:rPr>
          <w:b/>
        </w:rPr>
        <w:t>2. Năng lực chung</w:t>
      </w:r>
    </w:p>
    <w:p w14:paraId="2A7F8DCC" w14:textId="77777777" w:rsidR="001970E5" w:rsidRDefault="005D71A2" w:rsidP="00672EC8">
      <w:pPr>
        <w:shd w:val="clear" w:color="auto" w:fill="FFFFFF" w:themeFill="background1"/>
        <w:spacing w:after="0" w:line="240" w:lineRule="auto"/>
        <w:jc w:val="both"/>
      </w:pPr>
      <w:r>
        <w:t>- Tự chủ và tự học: Chủ động quan sát chữ mẫu, luyện viết, tự soát lỗi.</w:t>
      </w:r>
    </w:p>
    <w:p w14:paraId="7A6F97C2" w14:textId="77777777" w:rsidR="001970E5" w:rsidRDefault="005D71A2" w:rsidP="00672EC8">
      <w:pPr>
        <w:shd w:val="clear" w:color="auto" w:fill="FFFFFF" w:themeFill="background1"/>
        <w:spacing w:after="0" w:line="240" w:lineRule="auto"/>
        <w:jc w:val="both"/>
      </w:pPr>
      <w:r>
        <w:t>- Giao tiếp và hợp tác: Biết thảo luận nhóm đôi, trình bày ý kiến và lắng nghe bạn.</w:t>
      </w:r>
    </w:p>
    <w:p w14:paraId="261DE6B6" w14:textId="77777777" w:rsidR="001970E5" w:rsidRDefault="005D71A2" w:rsidP="00672EC8">
      <w:pPr>
        <w:shd w:val="clear" w:color="auto" w:fill="FFFFFF" w:themeFill="background1"/>
        <w:spacing w:after="0" w:line="240" w:lineRule="auto"/>
        <w:jc w:val="both"/>
      </w:pPr>
      <w:r>
        <w:t>- Giải quyết vấn đề và sáng tạo: Biết lựa chọn việc làm phù hợp để bảo vệ môi trường trong thực tế.</w:t>
      </w:r>
    </w:p>
    <w:p w14:paraId="6428AA0F" w14:textId="77777777" w:rsidR="001970E5" w:rsidRDefault="005D71A2" w:rsidP="00672EC8">
      <w:pPr>
        <w:shd w:val="clear" w:color="auto" w:fill="FFFFFF" w:themeFill="background1"/>
        <w:spacing w:after="0" w:line="240" w:lineRule="auto"/>
      </w:pPr>
      <w:r>
        <w:rPr>
          <w:b/>
        </w:rPr>
        <w:t>3. Phẩm chất</w:t>
      </w:r>
    </w:p>
    <w:p w14:paraId="0710E868" w14:textId="77777777" w:rsidR="001970E5" w:rsidRDefault="005D71A2" w:rsidP="00672EC8">
      <w:pPr>
        <w:shd w:val="clear" w:color="auto" w:fill="FFFFFF" w:themeFill="background1"/>
        <w:spacing w:after="0" w:line="240" w:lineRule="auto"/>
        <w:jc w:val="both"/>
      </w:pPr>
      <w:r>
        <w:t>- Yêu nước, trách nhiệm: Biết yêu quê hương, đất nước; có ý thức bảo vệ môi trường sống xung quanh.</w:t>
      </w:r>
    </w:p>
    <w:p w14:paraId="2EB080ED" w14:textId="77777777" w:rsidR="001970E5" w:rsidRDefault="005D71A2" w:rsidP="00672EC8">
      <w:pPr>
        <w:shd w:val="clear" w:color="auto" w:fill="FFFFFF" w:themeFill="background1"/>
        <w:spacing w:after="0" w:line="240" w:lineRule="auto"/>
      </w:pPr>
      <w:r>
        <w:rPr>
          <w:b/>
          <w:color w:val="C00000"/>
        </w:rPr>
        <w:t>4. Tích hợp</w:t>
      </w:r>
    </w:p>
    <w:p w14:paraId="444EBED7" w14:textId="77777777" w:rsidR="001970E5" w:rsidRDefault="005D71A2" w:rsidP="00672EC8">
      <w:pPr>
        <w:shd w:val="clear" w:color="auto" w:fill="FFFFFF" w:themeFill="background1"/>
        <w:spacing w:after="0" w:line="240" w:lineRule="auto"/>
        <w:jc w:val="both"/>
      </w:pPr>
      <w:r>
        <w:rPr>
          <w:color w:val="C00000"/>
        </w:rPr>
        <w:t>- Tích hợp bảo vệ môi trường: HS nhận diện việc làm có lợi/gây hại cho môi trường; biết chia sẻ việc làm vừa sức như không xả rác, chăm sóc cây, giữ sạch nguồn nước.</w:t>
      </w:r>
    </w:p>
    <w:p w14:paraId="1BFC2788" w14:textId="77777777" w:rsidR="001970E5" w:rsidRDefault="005D71A2" w:rsidP="00672EC8">
      <w:pPr>
        <w:shd w:val="clear" w:color="auto" w:fill="FFFFFF" w:themeFill="background1"/>
        <w:spacing w:after="0" w:line="240" w:lineRule="auto"/>
        <w:jc w:val="both"/>
      </w:pPr>
      <w:r>
        <w:rPr>
          <w:color w:val="C00000"/>
        </w:rPr>
        <w:t>- Tích hợp NLS 3.2.CB1a: HS biết chọn tranh trên bảng trình chiếu/phiếu số, bổ sung nhãn ngắn và trình bày ý kiến về việc làm bảo vệ môi trường.</w:t>
      </w:r>
    </w:p>
    <w:p w14:paraId="338555B0" w14:textId="77777777" w:rsidR="001970E5" w:rsidRDefault="005D71A2" w:rsidP="00672EC8">
      <w:pPr>
        <w:shd w:val="clear" w:color="auto" w:fill="FFFFFF" w:themeFill="background1"/>
        <w:spacing w:after="0" w:line="240" w:lineRule="auto"/>
      </w:pPr>
      <w:r>
        <w:rPr>
          <w:b/>
        </w:rPr>
        <w:t>II. ĐỒ DÙNG DẠY HỌC</w:t>
      </w:r>
    </w:p>
    <w:p w14:paraId="1D350D24" w14:textId="77777777" w:rsidR="001970E5" w:rsidRDefault="005D71A2" w:rsidP="00672EC8">
      <w:pPr>
        <w:shd w:val="clear" w:color="auto" w:fill="FFFFFF" w:themeFill="background1"/>
        <w:spacing w:after="0" w:line="240" w:lineRule="auto"/>
        <w:jc w:val="both"/>
      </w:pPr>
      <w:r>
        <w:t>- GV: Máy tính, máy chiếu/tivi; mẫu chữ hoa Y; tranh Bảo vệ môi trường trong SGK; thẻ từ việc làm xanh.</w:t>
      </w:r>
    </w:p>
    <w:p w14:paraId="1745ED81" w14:textId="77777777" w:rsidR="001970E5" w:rsidRDefault="005D71A2" w:rsidP="00672EC8">
      <w:pPr>
        <w:shd w:val="clear" w:color="auto" w:fill="FFFFFF" w:themeFill="background1"/>
        <w:spacing w:after="0" w:line="240" w:lineRule="auto"/>
        <w:jc w:val="both"/>
      </w:pPr>
      <w:r>
        <w:t>- HS: SGK, vở Tập viết, bảng con, vở ghi.</w:t>
      </w:r>
    </w:p>
    <w:p w14:paraId="70B53604" w14:textId="77777777" w:rsidR="001970E5" w:rsidRDefault="005D71A2" w:rsidP="00672EC8">
      <w:pPr>
        <w:shd w:val="clear" w:color="auto" w:fill="FFFFFF" w:themeFill="background1"/>
        <w:spacing w:after="0" w:line="240" w:lineRule="auto"/>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12"/>
        <w:gridCol w:w="5212"/>
      </w:tblGrid>
      <w:tr w:rsidR="001970E5" w14:paraId="28C41215" w14:textId="77777777" w:rsidTr="00672EC8">
        <w:trPr>
          <w:jc w:val="center"/>
        </w:trPr>
        <w:tc>
          <w:tcPr>
            <w:tcW w:w="5112" w:type="dxa"/>
            <w:tcBorders>
              <w:bottom w:val="single" w:sz="4" w:space="0" w:color="auto"/>
            </w:tcBorders>
            <w:shd w:val="clear" w:color="auto" w:fill="DDEBF7"/>
            <w:tcMar>
              <w:top w:w="70" w:type="dxa"/>
              <w:left w:w="80" w:type="dxa"/>
              <w:bottom w:w="70" w:type="dxa"/>
              <w:right w:w="80" w:type="dxa"/>
            </w:tcMar>
          </w:tcPr>
          <w:p w14:paraId="72E63495" w14:textId="77777777" w:rsidR="001970E5" w:rsidRDefault="005D71A2" w:rsidP="00672EC8">
            <w:pPr>
              <w:shd w:val="clear" w:color="auto" w:fill="FFFFFF" w:themeFill="background1"/>
              <w:jc w:val="center"/>
            </w:pPr>
            <w:r>
              <w:rPr>
                <w:b/>
              </w:rPr>
              <w:t>Hoạt động của GV</w:t>
            </w:r>
          </w:p>
        </w:tc>
        <w:tc>
          <w:tcPr>
            <w:tcW w:w="5112" w:type="dxa"/>
            <w:tcBorders>
              <w:bottom w:val="single" w:sz="4" w:space="0" w:color="auto"/>
            </w:tcBorders>
            <w:shd w:val="clear" w:color="auto" w:fill="DDEBF7"/>
            <w:tcMar>
              <w:top w:w="70" w:type="dxa"/>
              <w:left w:w="80" w:type="dxa"/>
              <w:bottom w:w="70" w:type="dxa"/>
              <w:right w:w="80" w:type="dxa"/>
            </w:tcMar>
          </w:tcPr>
          <w:p w14:paraId="047C1F29" w14:textId="77777777" w:rsidR="001970E5" w:rsidRDefault="005D71A2" w:rsidP="00672EC8">
            <w:pPr>
              <w:shd w:val="clear" w:color="auto" w:fill="FFFFFF" w:themeFill="background1"/>
              <w:jc w:val="center"/>
            </w:pPr>
            <w:r>
              <w:rPr>
                <w:b/>
              </w:rPr>
              <w:t>Hoạt động của HS</w:t>
            </w:r>
          </w:p>
        </w:tc>
      </w:tr>
      <w:tr w:rsidR="001970E5" w14:paraId="7CC8E305" w14:textId="77777777" w:rsidTr="00672EC8">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04F66D39" w14:textId="77777777" w:rsidR="001970E5" w:rsidRDefault="005D71A2" w:rsidP="00672EC8">
            <w:pPr>
              <w:shd w:val="clear" w:color="auto" w:fill="FFFFFF" w:themeFill="background1"/>
            </w:pPr>
            <w:r>
              <w:rPr>
                <w:b/>
              </w:rPr>
              <w:t>TIẾT 3</w:t>
            </w:r>
          </w:p>
        </w:tc>
      </w:tr>
      <w:tr w:rsidR="001970E5" w14:paraId="1CE98E81" w14:textId="77777777" w:rsidTr="00672EC8">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41BA2350" w14:textId="77777777" w:rsidR="001970E5" w:rsidRDefault="005D71A2" w:rsidP="00672EC8">
            <w:pPr>
              <w:shd w:val="clear" w:color="auto" w:fill="FFFFFF" w:themeFill="background1"/>
            </w:pPr>
            <w:r>
              <w:rPr>
                <w:b/>
              </w:rPr>
              <w:t>1. KHỞI ĐỘNG (3 phút)</w:t>
            </w:r>
            <w:r>
              <w:br/>
            </w:r>
            <w:r>
              <w:rPr>
                <w:b/>
              </w:rPr>
              <w:t>Mục tiêu: HS chuẩn bị tâm thế luyện viết chữ hoa Y.</w:t>
            </w:r>
          </w:p>
        </w:tc>
      </w:tr>
      <w:tr w:rsidR="001970E5" w14:paraId="4160FABC" w14:textId="77777777" w:rsidTr="00672EC8">
        <w:trPr>
          <w:jc w:val="center"/>
        </w:trPr>
        <w:tc>
          <w:tcPr>
            <w:tcW w:w="5112" w:type="dxa"/>
            <w:tcBorders>
              <w:top w:val="single" w:sz="4" w:space="0" w:color="auto"/>
              <w:bottom w:val="single" w:sz="4" w:space="0" w:color="auto"/>
            </w:tcBorders>
            <w:tcMar>
              <w:top w:w="70" w:type="dxa"/>
              <w:left w:w="80" w:type="dxa"/>
              <w:bottom w:w="70" w:type="dxa"/>
              <w:right w:w="80" w:type="dxa"/>
            </w:tcMar>
          </w:tcPr>
          <w:p w14:paraId="470CA78E" w14:textId="77777777" w:rsidR="001970E5" w:rsidRDefault="005D71A2" w:rsidP="00672EC8">
            <w:pPr>
              <w:shd w:val="clear" w:color="auto" w:fill="FFFFFF" w:themeFill="background1"/>
              <w:jc w:val="both"/>
            </w:pPr>
            <w:r>
              <w:t>- GV yêu cầu HS nhắc lại tên bài đọc vừa học và một việc làm bảo vệ môi trường biển.</w:t>
            </w:r>
          </w:p>
        </w:tc>
        <w:tc>
          <w:tcPr>
            <w:tcW w:w="5112" w:type="dxa"/>
            <w:tcBorders>
              <w:top w:val="single" w:sz="4" w:space="0" w:color="auto"/>
              <w:bottom w:val="single" w:sz="4" w:space="0" w:color="auto"/>
            </w:tcBorders>
            <w:tcMar>
              <w:top w:w="70" w:type="dxa"/>
              <w:left w:w="80" w:type="dxa"/>
              <w:bottom w:w="70" w:type="dxa"/>
              <w:right w:w="80" w:type="dxa"/>
            </w:tcMar>
          </w:tcPr>
          <w:p w14:paraId="4B84D15F" w14:textId="77777777" w:rsidR="001970E5" w:rsidRDefault="005D71A2" w:rsidP="00672EC8">
            <w:pPr>
              <w:shd w:val="clear" w:color="auto" w:fill="FFFFFF" w:themeFill="background1"/>
              <w:jc w:val="both"/>
            </w:pPr>
            <w:r>
              <w:t>- HS nêu: Bài Những con sao biển; việc làm: không xả rác ra biển, nhặt rác bỏ vào thùng, không bắt sao biển.</w:t>
            </w:r>
          </w:p>
        </w:tc>
      </w:tr>
      <w:tr w:rsidR="001970E5" w14:paraId="02FE0F1E" w14:textId="77777777" w:rsidTr="00672EC8">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407FD43D" w14:textId="77777777" w:rsidR="001970E5" w:rsidRDefault="005D71A2" w:rsidP="00672EC8">
            <w:pPr>
              <w:shd w:val="clear" w:color="auto" w:fill="FFFFFF" w:themeFill="background1"/>
            </w:pPr>
            <w:r>
              <w:rPr>
                <w:b/>
              </w:rPr>
              <w:t>2. KHÁM PHÁ KIẾN THỨC (10 phút)</w:t>
            </w:r>
            <w:r>
              <w:br/>
            </w:r>
            <w:r>
              <w:rPr>
                <w:b/>
              </w:rPr>
              <w:t>Mục tiêu: HS nhận biết cấu tạo và quy trình viết chữ hoa Y.</w:t>
            </w:r>
          </w:p>
        </w:tc>
      </w:tr>
      <w:tr w:rsidR="001970E5" w14:paraId="0FE7A293" w14:textId="77777777" w:rsidTr="00672EC8">
        <w:trPr>
          <w:jc w:val="center"/>
        </w:trPr>
        <w:tc>
          <w:tcPr>
            <w:tcW w:w="5112" w:type="dxa"/>
            <w:tcBorders>
              <w:top w:val="single" w:sz="4" w:space="0" w:color="auto"/>
            </w:tcBorders>
            <w:tcMar>
              <w:top w:w="70" w:type="dxa"/>
              <w:left w:w="80" w:type="dxa"/>
              <w:bottom w:w="70" w:type="dxa"/>
              <w:right w:w="80" w:type="dxa"/>
            </w:tcMar>
          </w:tcPr>
          <w:p w14:paraId="6796950A" w14:textId="77777777" w:rsidR="001970E5" w:rsidRDefault="005D71A2" w:rsidP="00672EC8">
            <w:pPr>
              <w:shd w:val="clear" w:color="auto" w:fill="FFFFFF" w:themeFill="background1"/>
              <w:jc w:val="both"/>
            </w:pPr>
            <w:r>
              <w:lastRenderedPageBreak/>
              <w:t>- GV yêu cầu HS quan sát mẫu chữ hoa Y trong SGK.</w:t>
            </w:r>
          </w:p>
          <w:p w14:paraId="16E081BF" w14:textId="6258B0A1" w:rsidR="001970E5" w:rsidRDefault="001970E5" w:rsidP="00672EC8">
            <w:pPr>
              <w:shd w:val="clear" w:color="auto" w:fill="FFFFFF" w:themeFill="background1"/>
            </w:pPr>
          </w:p>
        </w:tc>
        <w:tc>
          <w:tcPr>
            <w:tcW w:w="5112" w:type="dxa"/>
            <w:tcBorders>
              <w:top w:val="single" w:sz="4" w:space="0" w:color="auto"/>
            </w:tcBorders>
            <w:tcMar>
              <w:top w:w="70" w:type="dxa"/>
              <w:left w:w="80" w:type="dxa"/>
              <w:bottom w:w="70" w:type="dxa"/>
              <w:right w:w="80" w:type="dxa"/>
            </w:tcMar>
          </w:tcPr>
          <w:p w14:paraId="3DDE3016" w14:textId="77777777" w:rsidR="001970E5" w:rsidRDefault="005D71A2" w:rsidP="00672EC8">
            <w:pPr>
              <w:shd w:val="clear" w:color="auto" w:fill="FFFFFF" w:themeFill="background1"/>
              <w:jc w:val="both"/>
            </w:pPr>
            <w:r>
              <w:t>- HS quan sát chữ hoa Y cỡ vừa và cỡ nhỏ.</w:t>
            </w:r>
          </w:p>
        </w:tc>
      </w:tr>
      <w:tr w:rsidR="001970E5" w14:paraId="3DFDD33B" w14:textId="77777777" w:rsidTr="00672EC8">
        <w:trPr>
          <w:jc w:val="center"/>
        </w:trPr>
        <w:tc>
          <w:tcPr>
            <w:tcW w:w="5112" w:type="dxa"/>
            <w:tcMar>
              <w:top w:w="70" w:type="dxa"/>
              <w:left w:w="80" w:type="dxa"/>
              <w:bottom w:w="70" w:type="dxa"/>
              <w:right w:w="80" w:type="dxa"/>
            </w:tcMar>
          </w:tcPr>
          <w:p w14:paraId="44548811" w14:textId="77777777" w:rsidR="001970E5" w:rsidRDefault="005D71A2" w:rsidP="00672EC8">
            <w:pPr>
              <w:shd w:val="clear" w:color="auto" w:fill="FFFFFF" w:themeFill="background1"/>
              <w:jc w:val="both"/>
            </w:pPr>
            <w:r>
              <w:t>- GV hỏi: Chữ hoa Y cao mấy li? Gồm những nét nào?</w:t>
            </w:r>
          </w:p>
        </w:tc>
        <w:tc>
          <w:tcPr>
            <w:tcW w:w="5112" w:type="dxa"/>
            <w:tcMar>
              <w:top w:w="70" w:type="dxa"/>
              <w:left w:w="80" w:type="dxa"/>
              <w:bottom w:w="70" w:type="dxa"/>
              <w:right w:w="80" w:type="dxa"/>
            </w:tcMar>
          </w:tcPr>
          <w:p w14:paraId="79F4C386" w14:textId="77777777" w:rsidR="001970E5" w:rsidRDefault="005D71A2" w:rsidP="00672EC8">
            <w:pPr>
              <w:shd w:val="clear" w:color="auto" w:fill="FFFFFF" w:themeFill="background1"/>
              <w:jc w:val="both"/>
            </w:pPr>
            <w:r>
              <w:t>- HS trả lời: Chữ hoa Y cao 5 li, gồm các nét móc/lượn và nét khuyết tạo dáng chữ Y.</w:t>
            </w:r>
          </w:p>
        </w:tc>
      </w:tr>
      <w:tr w:rsidR="001970E5" w14:paraId="0F2B2817" w14:textId="77777777" w:rsidTr="00672EC8">
        <w:trPr>
          <w:jc w:val="center"/>
        </w:trPr>
        <w:tc>
          <w:tcPr>
            <w:tcW w:w="5112" w:type="dxa"/>
            <w:tcMar>
              <w:top w:w="70" w:type="dxa"/>
              <w:left w:w="80" w:type="dxa"/>
              <w:bottom w:w="70" w:type="dxa"/>
              <w:right w:w="80" w:type="dxa"/>
            </w:tcMar>
          </w:tcPr>
          <w:p w14:paraId="4D9D5979" w14:textId="77777777" w:rsidR="001970E5" w:rsidRDefault="005D71A2" w:rsidP="00672EC8">
            <w:pPr>
              <w:shd w:val="clear" w:color="auto" w:fill="FFFFFF" w:themeFill="background1"/>
              <w:jc w:val="both"/>
            </w:pPr>
            <w:r>
              <w:t>- GV viết mẫu chữ hoa Y trên bảng, vừa viết vừa nêu: đặt bút đúng đường kẻ, đưa bút tạo nét móc hai đầu, kéo nét khuyết dưới và dừng bút đúng điểm.</w:t>
            </w:r>
          </w:p>
        </w:tc>
        <w:tc>
          <w:tcPr>
            <w:tcW w:w="5112" w:type="dxa"/>
            <w:tcMar>
              <w:top w:w="70" w:type="dxa"/>
              <w:left w:w="80" w:type="dxa"/>
              <w:bottom w:w="70" w:type="dxa"/>
              <w:right w:w="80" w:type="dxa"/>
            </w:tcMar>
          </w:tcPr>
          <w:p w14:paraId="287E4509" w14:textId="77777777" w:rsidR="001970E5" w:rsidRDefault="005D71A2" w:rsidP="00672EC8">
            <w:pPr>
              <w:shd w:val="clear" w:color="auto" w:fill="FFFFFF" w:themeFill="background1"/>
              <w:jc w:val="both"/>
            </w:pPr>
            <w:r>
              <w:t>- HS quan sát, dùng ngón tay viết mô phỏng chữ Y trên mặt bàn.</w:t>
            </w:r>
          </w:p>
        </w:tc>
      </w:tr>
      <w:tr w:rsidR="001970E5" w14:paraId="10D24451" w14:textId="77777777" w:rsidTr="00672EC8">
        <w:trPr>
          <w:jc w:val="center"/>
        </w:trPr>
        <w:tc>
          <w:tcPr>
            <w:tcW w:w="5112" w:type="dxa"/>
            <w:tcBorders>
              <w:bottom w:val="single" w:sz="4" w:space="0" w:color="auto"/>
            </w:tcBorders>
            <w:tcMar>
              <w:top w:w="70" w:type="dxa"/>
              <w:left w:w="80" w:type="dxa"/>
              <w:bottom w:w="70" w:type="dxa"/>
              <w:right w:w="80" w:type="dxa"/>
            </w:tcMar>
          </w:tcPr>
          <w:p w14:paraId="05ADA837" w14:textId="77777777" w:rsidR="001970E5" w:rsidRDefault="005D71A2" w:rsidP="00672EC8">
            <w:pPr>
              <w:shd w:val="clear" w:color="auto" w:fill="FFFFFF" w:themeFill="background1"/>
              <w:jc w:val="both"/>
            </w:pPr>
            <w:r>
              <w:t>- GV yêu cầu HS viết chữ hoa Y vào bảng con.</w:t>
            </w:r>
          </w:p>
        </w:tc>
        <w:tc>
          <w:tcPr>
            <w:tcW w:w="5112" w:type="dxa"/>
            <w:tcBorders>
              <w:bottom w:val="single" w:sz="4" w:space="0" w:color="auto"/>
            </w:tcBorders>
            <w:tcMar>
              <w:top w:w="70" w:type="dxa"/>
              <w:left w:w="80" w:type="dxa"/>
              <w:bottom w:w="70" w:type="dxa"/>
              <w:right w:w="80" w:type="dxa"/>
            </w:tcMar>
          </w:tcPr>
          <w:p w14:paraId="721AFFBF" w14:textId="77777777" w:rsidR="001970E5" w:rsidRDefault="005D71A2" w:rsidP="00672EC8">
            <w:pPr>
              <w:shd w:val="clear" w:color="auto" w:fill="FFFFFF" w:themeFill="background1"/>
              <w:jc w:val="both"/>
            </w:pPr>
            <w:r>
              <w:t>- HS viết bảng con; giơ bảng để GV nhận xét, sửa độ cao, độ rộng và điểm dừng bút.</w:t>
            </w:r>
          </w:p>
        </w:tc>
      </w:tr>
      <w:tr w:rsidR="001970E5" w14:paraId="501693A9" w14:textId="77777777" w:rsidTr="00672EC8">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6D9389B3" w14:textId="77777777" w:rsidR="001970E5" w:rsidRDefault="005D71A2" w:rsidP="00672EC8">
            <w:pPr>
              <w:shd w:val="clear" w:color="auto" w:fill="FFFFFF" w:themeFill="background1"/>
            </w:pPr>
            <w:r>
              <w:rPr>
                <w:b/>
              </w:rPr>
              <w:t>3. LUYỆN TẬP (17 phút)</w:t>
            </w:r>
            <w:r>
              <w:br/>
            </w:r>
            <w:r>
              <w:rPr>
                <w:b/>
              </w:rPr>
              <w:t>Mục tiêu: HS viết được chữ hoa Y và câu ứng dụng đúng mẫu, sạch đẹp.</w:t>
            </w:r>
          </w:p>
        </w:tc>
      </w:tr>
      <w:tr w:rsidR="001970E5" w14:paraId="5D8B042A" w14:textId="77777777" w:rsidTr="00672EC8">
        <w:trPr>
          <w:jc w:val="center"/>
        </w:trPr>
        <w:tc>
          <w:tcPr>
            <w:tcW w:w="5112" w:type="dxa"/>
            <w:tcBorders>
              <w:top w:val="single" w:sz="4" w:space="0" w:color="auto"/>
            </w:tcBorders>
            <w:tcMar>
              <w:top w:w="70" w:type="dxa"/>
              <w:left w:w="80" w:type="dxa"/>
              <w:bottom w:w="70" w:type="dxa"/>
              <w:right w:w="80" w:type="dxa"/>
            </w:tcMar>
          </w:tcPr>
          <w:p w14:paraId="0D2B8926" w14:textId="77777777" w:rsidR="001970E5" w:rsidRDefault="005D71A2" w:rsidP="00672EC8">
            <w:pPr>
              <w:shd w:val="clear" w:color="auto" w:fill="FFFFFF" w:themeFill="background1"/>
              <w:jc w:val="both"/>
            </w:pPr>
            <w:r>
              <w:t xml:space="preserve">- </w:t>
            </w:r>
            <w:r>
              <w:rPr>
                <w:b/>
              </w:rPr>
              <w:t>Bài tập 1: Viết chữ hoa Y.</w:t>
            </w:r>
          </w:p>
        </w:tc>
        <w:tc>
          <w:tcPr>
            <w:tcW w:w="5112" w:type="dxa"/>
            <w:tcBorders>
              <w:top w:val="single" w:sz="4" w:space="0" w:color="auto"/>
            </w:tcBorders>
            <w:tcMar>
              <w:top w:w="70" w:type="dxa"/>
              <w:left w:w="80" w:type="dxa"/>
              <w:bottom w:w="70" w:type="dxa"/>
              <w:right w:w="80" w:type="dxa"/>
            </w:tcMar>
          </w:tcPr>
          <w:p w14:paraId="5A39269C" w14:textId="77777777" w:rsidR="001970E5" w:rsidRDefault="005D71A2" w:rsidP="00672EC8">
            <w:pPr>
              <w:shd w:val="clear" w:color="auto" w:fill="FFFFFF" w:themeFill="background1"/>
              <w:jc w:val="both"/>
            </w:pPr>
            <w:r>
              <w:t>- HS đọc yêu cầu và chuẩn bị viết chữ hoa Y vào vở Tập viết.</w:t>
            </w:r>
          </w:p>
        </w:tc>
      </w:tr>
      <w:tr w:rsidR="001970E5" w14:paraId="31399266" w14:textId="77777777" w:rsidTr="00672EC8">
        <w:trPr>
          <w:jc w:val="center"/>
        </w:trPr>
        <w:tc>
          <w:tcPr>
            <w:tcW w:w="5112" w:type="dxa"/>
            <w:tcMar>
              <w:top w:w="70" w:type="dxa"/>
              <w:left w:w="80" w:type="dxa"/>
              <w:bottom w:w="70" w:type="dxa"/>
              <w:right w:w="80" w:type="dxa"/>
            </w:tcMar>
          </w:tcPr>
          <w:p w14:paraId="392BA2C3" w14:textId="77777777" w:rsidR="001970E5" w:rsidRDefault="005D71A2" w:rsidP="00672EC8">
            <w:pPr>
              <w:shd w:val="clear" w:color="auto" w:fill="FFFFFF" w:themeFill="background1"/>
              <w:jc w:val="both"/>
            </w:pPr>
            <w:r>
              <w:t>- GV nhắc tư thế ngồi viết, cách cầm bút, khoảng cách mắt - vở.</w:t>
            </w:r>
          </w:p>
        </w:tc>
        <w:tc>
          <w:tcPr>
            <w:tcW w:w="5112" w:type="dxa"/>
            <w:tcMar>
              <w:top w:w="70" w:type="dxa"/>
              <w:left w:w="80" w:type="dxa"/>
              <w:bottom w:w="70" w:type="dxa"/>
              <w:right w:w="80" w:type="dxa"/>
            </w:tcMar>
          </w:tcPr>
          <w:p w14:paraId="5A0FF512" w14:textId="77777777" w:rsidR="001970E5" w:rsidRDefault="005D71A2" w:rsidP="00672EC8">
            <w:pPr>
              <w:shd w:val="clear" w:color="auto" w:fill="FFFFFF" w:themeFill="background1"/>
              <w:jc w:val="both"/>
            </w:pPr>
            <w:r>
              <w:t>- HS điều chỉnh tư thế: lưng thẳng, mắt cách vở 25–30 cm, tay trái giữ vở, tay phải cầm bút đúng cách.</w:t>
            </w:r>
          </w:p>
        </w:tc>
      </w:tr>
      <w:tr w:rsidR="001970E5" w14:paraId="32ACC415" w14:textId="77777777" w:rsidTr="00672EC8">
        <w:trPr>
          <w:jc w:val="center"/>
        </w:trPr>
        <w:tc>
          <w:tcPr>
            <w:tcW w:w="5112" w:type="dxa"/>
            <w:tcMar>
              <w:top w:w="70" w:type="dxa"/>
              <w:left w:w="80" w:type="dxa"/>
              <w:bottom w:w="70" w:type="dxa"/>
              <w:right w:w="80" w:type="dxa"/>
            </w:tcMar>
          </w:tcPr>
          <w:p w14:paraId="08B22B40" w14:textId="77777777" w:rsidR="001970E5" w:rsidRDefault="005D71A2" w:rsidP="00672EC8">
            <w:pPr>
              <w:shd w:val="clear" w:color="auto" w:fill="FFFFFF" w:themeFill="background1"/>
              <w:jc w:val="both"/>
            </w:pPr>
            <w:r>
              <w:t>- GV yêu cầu HS viết chữ hoa Y cỡ vừa và cỡ nhỏ.</w:t>
            </w:r>
          </w:p>
        </w:tc>
        <w:tc>
          <w:tcPr>
            <w:tcW w:w="5112" w:type="dxa"/>
            <w:tcMar>
              <w:top w:w="70" w:type="dxa"/>
              <w:left w:w="80" w:type="dxa"/>
              <w:bottom w:w="70" w:type="dxa"/>
              <w:right w:w="80" w:type="dxa"/>
            </w:tcMar>
          </w:tcPr>
          <w:p w14:paraId="3631E1B6" w14:textId="77777777" w:rsidR="001970E5" w:rsidRDefault="005D71A2" w:rsidP="00672EC8">
            <w:pPr>
              <w:shd w:val="clear" w:color="auto" w:fill="FFFFFF" w:themeFill="background1"/>
              <w:jc w:val="both"/>
            </w:pPr>
            <w:r>
              <w:t>- HS viết chữ Y theo mẫu, chú ý nét khuyết dưới cân đối.</w:t>
            </w:r>
          </w:p>
        </w:tc>
      </w:tr>
      <w:tr w:rsidR="001970E5" w14:paraId="3323F111" w14:textId="77777777" w:rsidTr="00672EC8">
        <w:trPr>
          <w:jc w:val="center"/>
        </w:trPr>
        <w:tc>
          <w:tcPr>
            <w:tcW w:w="5112" w:type="dxa"/>
            <w:tcMar>
              <w:top w:w="70" w:type="dxa"/>
              <w:left w:w="80" w:type="dxa"/>
              <w:bottom w:w="70" w:type="dxa"/>
              <w:right w:w="80" w:type="dxa"/>
            </w:tcMar>
          </w:tcPr>
          <w:p w14:paraId="28EB1F9D" w14:textId="77777777" w:rsidR="001970E5" w:rsidRDefault="005D71A2" w:rsidP="00672EC8">
            <w:pPr>
              <w:shd w:val="clear" w:color="auto" w:fill="FFFFFF" w:themeFill="background1"/>
              <w:jc w:val="both"/>
            </w:pPr>
            <w:r>
              <w:t xml:space="preserve">- </w:t>
            </w:r>
            <w:r>
              <w:rPr>
                <w:b/>
              </w:rPr>
              <w:t>Bài tập 2: Viết ứng dụng: Yêu Tổ quốc, yêu đồng bào.</w:t>
            </w:r>
          </w:p>
        </w:tc>
        <w:tc>
          <w:tcPr>
            <w:tcW w:w="5112" w:type="dxa"/>
            <w:tcMar>
              <w:top w:w="70" w:type="dxa"/>
              <w:left w:w="80" w:type="dxa"/>
              <w:bottom w:w="70" w:type="dxa"/>
              <w:right w:w="80" w:type="dxa"/>
            </w:tcMar>
          </w:tcPr>
          <w:p w14:paraId="5F289689" w14:textId="77777777" w:rsidR="001970E5" w:rsidRDefault="005D71A2" w:rsidP="00672EC8">
            <w:pPr>
              <w:shd w:val="clear" w:color="auto" w:fill="FFFFFF" w:themeFill="background1"/>
              <w:jc w:val="both"/>
            </w:pPr>
            <w:r>
              <w:t>- HS đọc câu ứng dụng và nêu ý nghĩa: Câu nói nhắc chúng ta yêu quê hương, đất nước, yêu thương mọi người.</w:t>
            </w:r>
          </w:p>
        </w:tc>
      </w:tr>
      <w:tr w:rsidR="001970E5" w14:paraId="7A9B78E3" w14:textId="77777777" w:rsidTr="00672EC8">
        <w:trPr>
          <w:jc w:val="center"/>
        </w:trPr>
        <w:tc>
          <w:tcPr>
            <w:tcW w:w="5112" w:type="dxa"/>
            <w:tcMar>
              <w:top w:w="70" w:type="dxa"/>
              <w:left w:w="80" w:type="dxa"/>
              <w:bottom w:w="70" w:type="dxa"/>
              <w:right w:w="80" w:type="dxa"/>
            </w:tcMar>
          </w:tcPr>
          <w:p w14:paraId="04E3F737" w14:textId="77777777" w:rsidR="001970E5" w:rsidRDefault="005D71A2" w:rsidP="00672EC8">
            <w:pPr>
              <w:shd w:val="clear" w:color="auto" w:fill="FFFFFF" w:themeFill="background1"/>
              <w:jc w:val="both"/>
            </w:pPr>
            <w:r>
              <w:t>- GV hướng dẫn cách nối chữ, khoảng cách giữa các chữ và vị trí dấu thanh, dấu phẩy, dấu chấm.</w:t>
            </w:r>
          </w:p>
        </w:tc>
        <w:tc>
          <w:tcPr>
            <w:tcW w:w="5112" w:type="dxa"/>
            <w:tcMar>
              <w:top w:w="70" w:type="dxa"/>
              <w:left w:w="80" w:type="dxa"/>
              <w:bottom w:w="70" w:type="dxa"/>
              <w:right w:w="80" w:type="dxa"/>
            </w:tcMar>
          </w:tcPr>
          <w:p w14:paraId="388FAAE2" w14:textId="77777777" w:rsidR="001970E5" w:rsidRDefault="005D71A2" w:rsidP="00672EC8">
            <w:pPr>
              <w:shd w:val="clear" w:color="auto" w:fill="FFFFFF" w:themeFill="background1"/>
              <w:jc w:val="both"/>
            </w:pPr>
            <w:r>
              <w:t>- HS nêu: Giữa các chữ cách khoảng một con chữ o; dấu phẩy đặt sau “Tổ quốc”, dấu chấm đặt cuối câu.</w:t>
            </w:r>
          </w:p>
        </w:tc>
      </w:tr>
      <w:tr w:rsidR="001970E5" w14:paraId="51F18278" w14:textId="77777777" w:rsidTr="00672EC8">
        <w:trPr>
          <w:jc w:val="center"/>
        </w:trPr>
        <w:tc>
          <w:tcPr>
            <w:tcW w:w="5112" w:type="dxa"/>
            <w:tcMar>
              <w:top w:w="70" w:type="dxa"/>
              <w:left w:w="80" w:type="dxa"/>
              <w:bottom w:w="70" w:type="dxa"/>
              <w:right w:w="80" w:type="dxa"/>
            </w:tcMar>
          </w:tcPr>
          <w:p w14:paraId="3979A609" w14:textId="77777777" w:rsidR="001970E5" w:rsidRDefault="005D71A2" w:rsidP="00672EC8">
            <w:pPr>
              <w:shd w:val="clear" w:color="auto" w:fill="FFFFFF" w:themeFill="background1"/>
              <w:jc w:val="both"/>
            </w:pPr>
            <w:r>
              <w:t>- GV yêu cầu HS viết câu ứng dụng vào vở.</w:t>
            </w:r>
          </w:p>
        </w:tc>
        <w:tc>
          <w:tcPr>
            <w:tcW w:w="5112" w:type="dxa"/>
            <w:tcMar>
              <w:top w:w="70" w:type="dxa"/>
              <w:left w:w="80" w:type="dxa"/>
              <w:bottom w:w="70" w:type="dxa"/>
              <w:right w:w="80" w:type="dxa"/>
            </w:tcMar>
          </w:tcPr>
          <w:p w14:paraId="0AE36DA1" w14:textId="77777777" w:rsidR="001970E5" w:rsidRDefault="005D71A2" w:rsidP="00672EC8">
            <w:pPr>
              <w:shd w:val="clear" w:color="auto" w:fill="FFFFFF" w:themeFill="background1"/>
              <w:jc w:val="both"/>
            </w:pPr>
            <w:r>
              <w:t>- HS viết câu ứng dụng, giữ nét chữ đều, đúng độ cao và khoảng cách.</w:t>
            </w:r>
          </w:p>
        </w:tc>
      </w:tr>
      <w:tr w:rsidR="001970E5" w14:paraId="23283E9F" w14:textId="77777777" w:rsidTr="00672EC8">
        <w:trPr>
          <w:jc w:val="center"/>
        </w:trPr>
        <w:tc>
          <w:tcPr>
            <w:tcW w:w="5112" w:type="dxa"/>
            <w:tcBorders>
              <w:bottom w:val="single" w:sz="4" w:space="0" w:color="auto"/>
            </w:tcBorders>
            <w:tcMar>
              <w:top w:w="70" w:type="dxa"/>
              <w:left w:w="80" w:type="dxa"/>
              <w:bottom w:w="70" w:type="dxa"/>
              <w:right w:w="80" w:type="dxa"/>
            </w:tcMar>
          </w:tcPr>
          <w:p w14:paraId="39270C49" w14:textId="77777777" w:rsidR="001970E5" w:rsidRDefault="005D71A2" w:rsidP="00672EC8">
            <w:pPr>
              <w:shd w:val="clear" w:color="auto" w:fill="FFFFFF" w:themeFill="background1"/>
              <w:jc w:val="both"/>
            </w:pPr>
            <w:r>
              <w:t>- GV quan sát, nhận xét một số bài viết.</w:t>
            </w:r>
          </w:p>
        </w:tc>
        <w:tc>
          <w:tcPr>
            <w:tcW w:w="5112" w:type="dxa"/>
            <w:tcBorders>
              <w:bottom w:val="single" w:sz="4" w:space="0" w:color="auto"/>
            </w:tcBorders>
            <w:tcMar>
              <w:top w:w="70" w:type="dxa"/>
              <w:left w:w="80" w:type="dxa"/>
              <w:bottom w:w="70" w:type="dxa"/>
              <w:right w:w="80" w:type="dxa"/>
            </w:tcMar>
          </w:tcPr>
          <w:p w14:paraId="2A0F2C6E" w14:textId="77777777" w:rsidR="001970E5" w:rsidRDefault="005D71A2" w:rsidP="00672EC8">
            <w:pPr>
              <w:shd w:val="clear" w:color="auto" w:fill="FFFFFF" w:themeFill="background1"/>
              <w:jc w:val="both"/>
            </w:pPr>
            <w:r>
              <w:t>- HS lắng nghe, sửa lỗi nếu có.</w:t>
            </w:r>
          </w:p>
        </w:tc>
      </w:tr>
      <w:tr w:rsidR="001970E5" w14:paraId="776A3BD1" w14:textId="77777777" w:rsidTr="00672EC8">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59F71840" w14:textId="77777777" w:rsidR="001970E5" w:rsidRDefault="005D71A2" w:rsidP="00672EC8">
            <w:pPr>
              <w:shd w:val="clear" w:color="auto" w:fill="FFFFFF" w:themeFill="background1"/>
            </w:pPr>
            <w:r>
              <w:rPr>
                <w:b/>
              </w:rPr>
              <w:t>4. VẬN DỤNG (5 phút)</w:t>
            </w:r>
            <w:r>
              <w:br/>
            </w:r>
            <w:r>
              <w:rPr>
                <w:b/>
              </w:rPr>
              <w:t>Mục tiêu: HS liên hệ câu ứng dụng với việc làm yêu quê hương, đất nước.</w:t>
            </w:r>
          </w:p>
        </w:tc>
      </w:tr>
      <w:tr w:rsidR="001970E5" w14:paraId="45D553BE" w14:textId="77777777" w:rsidTr="00672EC8">
        <w:trPr>
          <w:jc w:val="center"/>
        </w:trPr>
        <w:tc>
          <w:tcPr>
            <w:tcW w:w="5112" w:type="dxa"/>
            <w:tcBorders>
              <w:top w:val="single" w:sz="4" w:space="0" w:color="auto"/>
            </w:tcBorders>
            <w:tcMar>
              <w:top w:w="70" w:type="dxa"/>
              <w:left w:w="80" w:type="dxa"/>
              <w:bottom w:w="70" w:type="dxa"/>
              <w:right w:w="80" w:type="dxa"/>
            </w:tcMar>
          </w:tcPr>
          <w:p w14:paraId="4185C8B2" w14:textId="77777777" w:rsidR="001970E5" w:rsidRDefault="005D71A2" w:rsidP="00672EC8">
            <w:pPr>
              <w:shd w:val="clear" w:color="auto" w:fill="FFFFFF" w:themeFill="background1"/>
              <w:jc w:val="both"/>
            </w:pPr>
            <w:r>
              <w:t>- GV hỏi: Yêu Tổ quốc, yêu đồng bào có thể thể hiện qua việc nhỏ nào trong cuộc sống hằng ngày?</w:t>
            </w:r>
          </w:p>
        </w:tc>
        <w:tc>
          <w:tcPr>
            <w:tcW w:w="5112" w:type="dxa"/>
            <w:tcBorders>
              <w:top w:val="single" w:sz="4" w:space="0" w:color="auto"/>
            </w:tcBorders>
            <w:tcMar>
              <w:top w:w="70" w:type="dxa"/>
              <w:left w:w="80" w:type="dxa"/>
              <w:bottom w:w="70" w:type="dxa"/>
              <w:right w:w="80" w:type="dxa"/>
            </w:tcMar>
          </w:tcPr>
          <w:p w14:paraId="44713399" w14:textId="77777777" w:rsidR="001970E5" w:rsidRDefault="005D71A2" w:rsidP="00672EC8">
            <w:pPr>
              <w:shd w:val="clear" w:color="auto" w:fill="FFFFFF" w:themeFill="background1"/>
              <w:jc w:val="both"/>
            </w:pPr>
            <w:r>
              <w:t>- HS trả lời: Học tập chăm chỉ, giúp đỡ bạn bè, giữ vệ sinh trường lớp, bảo vệ cây xanh, bảo vệ môi trường nơi mình sống.</w:t>
            </w:r>
          </w:p>
        </w:tc>
      </w:tr>
      <w:tr w:rsidR="001970E5" w14:paraId="75CA621A" w14:textId="77777777" w:rsidTr="00672EC8">
        <w:trPr>
          <w:jc w:val="center"/>
        </w:trPr>
        <w:tc>
          <w:tcPr>
            <w:tcW w:w="5112" w:type="dxa"/>
            <w:tcBorders>
              <w:bottom w:val="single" w:sz="4" w:space="0" w:color="auto"/>
            </w:tcBorders>
            <w:tcMar>
              <w:top w:w="70" w:type="dxa"/>
              <w:left w:w="80" w:type="dxa"/>
              <w:bottom w:w="70" w:type="dxa"/>
              <w:right w:w="80" w:type="dxa"/>
            </w:tcMar>
          </w:tcPr>
          <w:p w14:paraId="23FA6DBA" w14:textId="77777777" w:rsidR="001970E5" w:rsidRDefault="005D71A2" w:rsidP="00672EC8">
            <w:pPr>
              <w:shd w:val="clear" w:color="auto" w:fill="FFFFFF" w:themeFill="background1"/>
              <w:jc w:val="both"/>
            </w:pPr>
            <w:r>
              <w:t>- GV dặn HS chuẩn bị tiết Nói và nghe.</w:t>
            </w:r>
          </w:p>
        </w:tc>
        <w:tc>
          <w:tcPr>
            <w:tcW w:w="5112" w:type="dxa"/>
            <w:tcBorders>
              <w:bottom w:val="single" w:sz="4" w:space="0" w:color="auto"/>
            </w:tcBorders>
            <w:tcMar>
              <w:top w:w="70" w:type="dxa"/>
              <w:left w:w="80" w:type="dxa"/>
              <w:bottom w:w="70" w:type="dxa"/>
              <w:right w:w="80" w:type="dxa"/>
            </w:tcMar>
          </w:tcPr>
          <w:p w14:paraId="595039E8" w14:textId="77777777" w:rsidR="001970E5" w:rsidRDefault="005D71A2" w:rsidP="00672EC8">
            <w:pPr>
              <w:shd w:val="clear" w:color="auto" w:fill="FFFFFF" w:themeFill="background1"/>
              <w:jc w:val="both"/>
            </w:pPr>
            <w:r>
              <w:t>- HS ghi nhớ nhiệm vụ.</w:t>
            </w:r>
          </w:p>
        </w:tc>
      </w:tr>
      <w:tr w:rsidR="001970E5" w14:paraId="77316D7E" w14:textId="77777777" w:rsidTr="00672EC8">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70228411" w14:textId="77777777" w:rsidR="001970E5" w:rsidRDefault="005D71A2" w:rsidP="00672EC8">
            <w:pPr>
              <w:shd w:val="clear" w:color="auto" w:fill="FFFFFF" w:themeFill="background1"/>
            </w:pPr>
            <w:r>
              <w:rPr>
                <w:b/>
              </w:rPr>
              <w:t>TIẾT 4</w:t>
            </w:r>
          </w:p>
        </w:tc>
      </w:tr>
      <w:tr w:rsidR="001970E5" w14:paraId="178B9989" w14:textId="77777777" w:rsidTr="00672EC8">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3E427B93" w14:textId="77777777" w:rsidR="001970E5" w:rsidRDefault="005D71A2" w:rsidP="00672EC8">
            <w:pPr>
              <w:shd w:val="clear" w:color="auto" w:fill="FFFFFF" w:themeFill="background1"/>
            </w:pPr>
            <w:r>
              <w:rPr>
                <w:b/>
              </w:rPr>
              <w:t>1. KHỞI ĐỘNG (3 phút)</w:t>
            </w:r>
            <w:r>
              <w:br/>
            </w:r>
            <w:r>
              <w:rPr>
                <w:b/>
              </w:rPr>
              <w:t>Mục tiêu: HS khởi động vốn hiểu biết về bảo vệ môi trường.</w:t>
            </w:r>
          </w:p>
        </w:tc>
      </w:tr>
      <w:tr w:rsidR="001970E5" w14:paraId="38A855F4" w14:textId="77777777" w:rsidTr="00672EC8">
        <w:trPr>
          <w:jc w:val="center"/>
        </w:trPr>
        <w:tc>
          <w:tcPr>
            <w:tcW w:w="5112" w:type="dxa"/>
            <w:tcBorders>
              <w:top w:val="single" w:sz="4" w:space="0" w:color="auto"/>
              <w:bottom w:val="single" w:sz="4" w:space="0" w:color="auto"/>
            </w:tcBorders>
            <w:tcMar>
              <w:top w:w="70" w:type="dxa"/>
              <w:left w:w="80" w:type="dxa"/>
              <w:bottom w:w="70" w:type="dxa"/>
              <w:right w:w="80" w:type="dxa"/>
            </w:tcMar>
          </w:tcPr>
          <w:p w14:paraId="618DDC28" w14:textId="77777777" w:rsidR="001970E5" w:rsidRDefault="005D71A2" w:rsidP="00672EC8">
            <w:pPr>
              <w:shd w:val="clear" w:color="auto" w:fill="FFFFFF" w:themeFill="background1"/>
              <w:jc w:val="both"/>
            </w:pPr>
            <w:r>
              <w:t>- GV tổ chức trò chơi “Việc làm xanh”: HS nói nhanh một việc làm giúp môi trường sạch đẹp.</w:t>
            </w:r>
          </w:p>
        </w:tc>
        <w:tc>
          <w:tcPr>
            <w:tcW w:w="5112" w:type="dxa"/>
            <w:tcBorders>
              <w:top w:val="single" w:sz="4" w:space="0" w:color="auto"/>
              <w:bottom w:val="single" w:sz="4" w:space="0" w:color="auto"/>
            </w:tcBorders>
            <w:tcMar>
              <w:top w:w="70" w:type="dxa"/>
              <w:left w:w="80" w:type="dxa"/>
              <w:bottom w:w="70" w:type="dxa"/>
              <w:right w:w="80" w:type="dxa"/>
            </w:tcMar>
          </w:tcPr>
          <w:p w14:paraId="1A43DE00" w14:textId="77777777" w:rsidR="001970E5" w:rsidRDefault="005D71A2" w:rsidP="00672EC8">
            <w:pPr>
              <w:shd w:val="clear" w:color="auto" w:fill="FFFFFF" w:themeFill="background1"/>
              <w:jc w:val="both"/>
            </w:pPr>
            <w:r>
              <w:t>- HS nói: nhặt rác, trồng cây, tưới cây, tiết kiệm nước, không bẻ cành, không vứt rác xuống sông biển.</w:t>
            </w:r>
          </w:p>
        </w:tc>
      </w:tr>
      <w:tr w:rsidR="001970E5" w14:paraId="53E99174" w14:textId="77777777" w:rsidTr="00672EC8">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2CF65512" w14:textId="77777777" w:rsidR="001970E5" w:rsidRDefault="005D71A2" w:rsidP="00672EC8">
            <w:pPr>
              <w:shd w:val="clear" w:color="auto" w:fill="FFFFFF" w:themeFill="background1"/>
            </w:pPr>
            <w:r>
              <w:rPr>
                <w:b/>
              </w:rPr>
              <w:lastRenderedPageBreak/>
              <w:t>2. NÓI VÀ NGHE (25 phút)</w:t>
            </w:r>
          </w:p>
          <w:p w14:paraId="012A6ECE" w14:textId="77777777" w:rsidR="001970E5" w:rsidRDefault="005D71A2" w:rsidP="00672EC8">
            <w:pPr>
              <w:shd w:val="clear" w:color="auto" w:fill="FFFFFF" w:themeFill="background1"/>
            </w:pPr>
            <w:r>
              <w:t>Mục tiêu: HS nói được tên việc làm trong tranh; nhận xét việc làm ảnh hưởng đến môi trường; biết chia sẻ việc mình đã làm để giữ môi trường sạch đẹp. Mục tiêu tích hợp: HS biết chọn tranh và bổ sung nhãn ngắn trên phiếu số/bảng trình chiếu.</w:t>
            </w:r>
          </w:p>
        </w:tc>
      </w:tr>
      <w:tr w:rsidR="001970E5" w14:paraId="5A90B45F" w14:textId="77777777" w:rsidTr="00672EC8">
        <w:trPr>
          <w:jc w:val="center"/>
        </w:trPr>
        <w:tc>
          <w:tcPr>
            <w:tcW w:w="5112" w:type="dxa"/>
            <w:tcBorders>
              <w:top w:val="single" w:sz="4" w:space="0" w:color="auto"/>
            </w:tcBorders>
            <w:tcMar>
              <w:top w:w="70" w:type="dxa"/>
              <w:left w:w="80" w:type="dxa"/>
              <w:bottom w:w="70" w:type="dxa"/>
              <w:right w:w="80" w:type="dxa"/>
            </w:tcMar>
          </w:tcPr>
          <w:p w14:paraId="427DE6F5" w14:textId="77777777" w:rsidR="001970E5" w:rsidRDefault="005D71A2" w:rsidP="00672EC8">
            <w:pPr>
              <w:shd w:val="clear" w:color="auto" w:fill="FFFFFF" w:themeFill="background1"/>
              <w:jc w:val="both"/>
            </w:pPr>
            <w:r>
              <w:t xml:space="preserve">- </w:t>
            </w:r>
            <w:r>
              <w:rPr>
                <w:b/>
              </w:rPr>
              <w:t>Bài tập 1: Nói tên các việc làm trong tranh. Cho biết những việc làm đó ảnh hưởng đến môi trường như thế nào.</w:t>
            </w:r>
          </w:p>
          <w:p w14:paraId="731225CF" w14:textId="7F7CEA19" w:rsidR="001970E5" w:rsidRDefault="001970E5" w:rsidP="00672EC8">
            <w:pPr>
              <w:shd w:val="clear" w:color="auto" w:fill="FFFFFF" w:themeFill="background1"/>
            </w:pPr>
          </w:p>
        </w:tc>
        <w:tc>
          <w:tcPr>
            <w:tcW w:w="5112" w:type="dxa"/>
            <w:tcBorders>
              <w:top w:val="single" w:sz="4" w:space="0" w:color="auto"/>
            </w:tcBorders>
            <w:tcMar>
              <w:top w:w="70" w:type="dxa"/>
              <w:left w:w="80" w:type="dxa"/>
              <w:bottom w:w="70" w:type="dxa"/>
              <w:right w:w="80" w:type="dxa"/>
            </w:tcMar>
          </w:tcPr>
          <w:p w14:paraId="1A416A1E" w14:textId="77777777" w:rsidR="001970E5" w:rsidRDefault="005D71A2" w:rsidP="00672EC8">
            <w:pPr>
              <w:shd w:val="clear" w:color="auto" w:fill="FFFFFF" w:themeFill="background1"/>
              <w:jc w:val="both"/>
            </w:pPr>
            <w:r>
              <w:t>- HS đọc yêu cầu và quan sát bốn tranh trong SGK.</w:t>
            </w:r>
          </w:p>
        </w:tc>
      </w:tr>
      <w:tr w:rsidR="001970E5" w14:paraId="530BC18D" w14:textId="77777777" w:rsidTr="00672EC8">
        <w:trPr>
          <w:jc w:val="center"/>
        </w:trPr>
        <w:tc>
          <w:tcPr>
            <w:tcW w:w="5112" w:type="dxa"/>
            <w:tcMar>
              <w:top w:w="70" w:type="dxa"/>
              <w:left w:w="80" w:type="dxa"/>
              <w:bottom w:w="70" w:type="dxa"/>
              <w:right w:w="80" w:type="dxa"/>
            </w:tcMar>
          </w:tcPr>
          <w:p w14:paraId="7C64988B" w14:textId="77777777" w:rsidR="001970E5" w:rsidRDefault="005D71A2" w:rsidP="00672EC8">
            <w:pPr>
              <w:shd w:val="clear" w:color="auto" w:fill="FFFFFF" w:themeFill="background1"/>
              <w:jc w:val="both"/>
            </w:pPr>
            <w:r>
              <w:t>- GV yêu cầu HS quan sát tranh 1 và nêu việc làm.</w:t>
            </w:r>
          </w:p>
        </w:tc>
        <w:tc>
          <w:tcPr>
            <w:tcW w:w="5112" w:type="dxa"/>
            <w:tcMar>
              <w:top w:w="70" w:type="dxa"/>
              <w:left w:w="80" w:type="dxa"/>
              <w:bottom w:w="70" w:type="dxa"/>
              <w:right w:w="80" w:type="dxa"/>
            </w:tcMar>
          </w:tcPr>
          <w:p w14:paraId="3A3D0C40" w14:textId="77777777" w:rsidR="001970E5" w:rsidRDefault="005D71A2" w:rsidP="00672EC8">
            <w:pPr>
              <w:shd w:val="clear" w:color="auto" w:fill="FFFFFF" w:themeFill="background1"/>
              <w:jc w:val="both"/>
            </w:pPr>
            <w:r>
              <w:t>- HS trả lời: Tranh 1 có người chèo thuyền nhặt rác trên mặt nước; việc làm này giúp môi trường nước sạch hơn.</w:t>
            </w:r>
          </w:p>
        </w:tc>
      </w:tr>
      <w:tr w:rsidR="001970E5" w14:paraId="4FAEF5D3" w14:textId="77777777" w:rsidTr="00672EC8">
        <w:trPr>
          <w:jc w:val="center"/>
        </w:trPr>
        <w:tc>
          <w:tcPr>
            <w:tcW w:w="5112" w:type="dxa"/>
            <w:tcMar>
              <w:top w:w="70" w:type="dxa"/>
              <w:left w:w="80" w:type="dxa"/>
              <w:bottom w:w="70" w:type="dxa"/>
              <w:right w:w="80" w:type="dxa"/>
            </w:tcMar>
          </w:tcPr>
          <w:p w14:paraId="050D10F3" w14:textId="77777777" w:rsidR="001970E5" w:rsidRDefault="005D71A2" w:rsidP="00672EC8">
            <w:pPr>
              <w:shd w:val="clear" w:color="auto" w:fill="FFFFFF" w:themeFill="background1"/>
              <w:jc w:val="both"/>
            </w:pPr>
            <w:r>
              <w:t>- GV yêu cầu HS quan sát tranh 2 và nêu việc làm.</w:t>
            </w:r>
          </w:p>
        </w:tc>
        <w:tc>
          <w:tcPr>
            <w:tcW w:w="5112" w:type="dxa"/>
            <w:tcMar>
              <w:top w:w="70" w:type="dxa"/>
              <w:left w:w="80" w:type="dxa"/>
              <w:bottom w:w="70" w:type="dxa"/>
              <w:right w:w="80" w:type="dxa"/>
            </w:tcMar>
          </w:tcPr>
          <w:p w14:paraId="614FDBC5" w14:textId="77777777" w:rsidR="001970E5" w:rsidRDefault="005D71A2" w:rsidP="00672EC8">
            <w:pPr>
              <w:shd w:val="clear" w:color="auto" w:fill="FFFFFF" w:themeFill="background1"/>
              <w:jc w:val="both"/>
            </w:pPr>
            <w:r>
              <w:t>- HS trả lời: Tranh 2 có bạn nhỏ bẻ cành cây; việc làm này làm hại cây và môi trường.</w:t>
            </w:r>
          </w:p>
        </w:tc>
      </w:tr>
      <w:tr w:rsidR="001970E5" w14:paraId="351427B5" w14:textId="77777777" w:rsidTr="00672EC8">
        <w:trPr>
          <w:jc w:val="center"/>
        </w:trPr>
        <w:tc>
          <w:tcPr>
            <w:tcW w:w="5112" w:type="dxa"/>
            <w:tcMar>
              <w:top w:w="70" w:type="dxa"/>
              <w:left w:w="80" w:type="dxa"/>
              <w:bottom w:w="70" w:type="dxa"/>
              <w:right w:w="80" w:type="dxa"/>
            </w:tcMar>
          </w:tcPr>
          <w:p w14:paraId="061970A7" w14:textId="77777777" w:rsidR="001970E5" w:rsidRDefault="005D71A2" w:rsidP="00672EC8">
            <w:pPr>
              <w:shd w:val="clear" w:color="auto" w:fill="FFFFFF" w:themeFill="background1"/>
              <w:jc w:val="both"/>
            </w:pPr>
            <w:r>
              <w:t>- GV yêu cầu HS quan sát tranh 3 và nêu việc làm.</w:t>
            </w:r>
          </w:p>
        </w:tc>
        <w:tc>
          <w:tcPr>
            <w:tcW w:w="5112" w:type="dxa"/>
            <w:tcMar>
              <w:top w:w="70" w:type="dxa"/>
              <w:left w:w="80" w:type="dxa"/>
              <w:bottom w:w="70" w:type="dxa"/>
              <w:right w:w="80" w:type="dxa"/>
            </w:tcMar>
          </w:tcPr>
          <w:p w14:paraId="190377B5" w14:textId="77777777" w:rsidR="001970E5" w:rsidRDefault="005D71A2" w:rsidP="00672EC8">
            <w:pPr>
              <w:shd w:val="clear" w:color="auto" w:fill="FFFFFF" w:themeFill="background1"/>
              <w:jc w:val="both"/>
            </w:pPr>
            <w:r>
              <w:t>- HS trả lời: Tranh 3 có xe đổ rác/đất xuống gần nguồn nước; việc làm này gây ô nhiễm môi trường.</w:t>
            </w:r>
          </w:p>
        </w:tc>
      </w:tr>
      <w:tr w:rsidR="001970E5" w14:paraId="6AAB1FB1" w14:textId="77777777" w:rsidTr="00672EC8">
        <w:trPr>
          <w:jc w:val="center"/>
        </w:trPr>
        <w:tc>
          <w:tcPr>
            <w:tcW w:w="5112" w:type="dxa"/>
            <w:tcMar>
              <w:top w:w="70" w:type="dxa"/>
              <w:left w:w="80" w:type="dxa"/>
              <w:bottom w:w="70" w:type="dxa"/>
              <w:right w:w="80" w:type="dxa"/>
            </w:tcMar>
          </w:tcPr>
          <w:p w14:paraId="61441322" w14:textId="77777777" w:rsidR="001970E5" w:rsidRDefault="005D71A2" w:rsidP="00672EC8">
            <w:pPr>
              <w:shd w:val="clear" w:color="auto" w:fill="FFFFFF" w:themeFill="background1"/>
              <w:jc w:val="both"/>
            </w:pPr>
            <w:r>
              <w:t>- GV yêu cầu HS quan sát tranh 4 và nêu việc làm.</w:t>
            </w:r>
          </w:p>
        </w:tc>
        <w:tc>
          <w:tcPr>
            <w:tcW w:w="5112" w:type="dxa"/>
            <w:tcMar>
              <w:top w:w="70" w:type="dxa"/>
              <w:left w:w="80" w:type="dxa"/>
              <w:bottom w:w="70" w:type="dxa"/>
              <w:right w:w="80" w:type="dxa"/>
            </w:tcMar>
          </w:tcPr>
          <w:p w14:paraId="0B9EEB07" w14:textId="77777777" w:rsidR="001970E5" w:rsidRDefault="005D71A2" w:rsidP="00672EC8">
            <w:pPr>
              <w:shd w:val="clear" w:color="auto" w:fill="FFFFFF" w:themeFill="background1"/>
              <w:jc w:val="both"/>
            </w:pPr>
            <w:r>
              <w:t>- HS trả lời: Tranh 4 có các bạn cùng thu gom rác trên bãi biển; việc làm này giúp biển sạch đẹp.</w:t>
            </w:r>
          </w:p>
        </w:tc>
      </w:tr>
      <w:tr w:rsidR="001970E5" w14:paraId="068E9087" w14:textId="77777777" w:rsidTr="00672EC8">
        <w:trPr>
          <w:jc w:val="center"/>
        </w:trPr>
        <w:tc>
          <w:tcPr>
            <w:tcW w:w="5112" w:type="dxa"/>
            <w:tcMar>
              <w:top w:w="70" w:type="dxa"/>
              <w:left w:w="80" w:type="dxa"/>
              <w:bottom w:w="70" w:type="dxa"/>
              <w:right w:w="80" w:type="dxa"/>
            </w:tcMar>
          </w:tcPr>
          <w:p w14:paraId="41EBB353" w14:textId="77777777" w:rsidR="001970E5" w:rsidRDefault="005D71A2" w:rsidP="00672EC8">
            <w:pPr>
              <w:shd w:val="clear" w:color="auto" w:fill="FFFFFF" w:themeFill="background1"/>
              <w:jc w:val="both"/>
            </w:pPr>
            <w:r>
              <w:rPr>
                <w:color w:val="C00000"/>
              </w:rPr>
              <w:t>- GV hỏi dẫn tích hợp NLS: Nếu dùng bảng tương tác, em sẽ chọn biểu tượng “nên làm” hay “không nên làm” cho từng tranh?</w:t>
            </w:r>
          </w:p>
        </w:tc>
        <w:tc>
          <w:tcPr>
            <w:tcW w:w="5112" w:type="dxa"/>
            <w:tcMar>
              <w:top w:w="70" w:type="dxa"/>
              <w:left w:w="80" w:type="dxa"/>
              <w:bottom w:w="70" w:type="dxa"/>
              <w:right w:w="80" w:type="dxa"/>
            </w:tcMar>
          </w:tcPr>
          <w:p w14:paraId="0A4B51D2" w14:textId="77777777" w:rsidR="001970E5" w:rsidRDefault="005D71A2" w:rsidP="00672EC8">
            <w:pPr>
              <w:shd w:val="clear" w:color="auto" w:fill="FFFFFF" w:themeFill="background1"/>
              <w:jc w:val="both"/>
            </w:pPr>
            <w:r>
              <w:rPr>
                <w:color w:val="C00000"/>
              </w:rPr>
              <w:t>- HS trả lời: Tranh 1 và 4 chọn “nên làm”; tranh 2 và 3 chọn “không nên làm”.</w:t>
            </w:r>
          </w:p>
        </w:tc>
      </w:tr>
      <w:tr w:rsidR="001970E5" w14:paraId="0D10E121" w14:textId="77777777" w:rsidTr="00672EC8">
        <w:trPr>
          <w:jc w:val="center"/>
        </w:trPr>
        <w:tc>
          <w:tcPr>
            <w:tcW w:w="5112" w:type="dxa"/>
            <w:tcMar>
              <w:top w:w="70" w:type="dxa"/>
              <w:left w:w="80" w:type="dxa"/>
              <w:bottom w:w="70" w:type="dxa"/>
              <w:right w:w="80" w:type="dxa"/>
            </w:tcMar>
          </w:tcPr>
          <w:p w14:paraId="264B371A" w14:textId="77777777" w:rsidR="001970E5" w:rsidRDefault="005D71A2" w:rsidP="00672EC8">
            <w:pPr>
              <w:shd w:val="clear" w:color="auto" w:fill="FFFFFF" w:themeFill="background1"/>
              <w:jc w:val="both"/>
            </w:pPr>
            <w:r>
              <w:rPr>
                <w:color w:val="C00000"/>
              </w:rPr>
              <w:t>- Tích hợp NLS 3.2.CB1a: GV hướng dẫn HS sử dụng học liệu số ở mức đơn giản: quan sát tranh trên bảng trình chiếu hoặc phiếu số, chọn đúng tranh thể hiện việc “nên làm” và “không nên làm”, bổ sung nhãn ngắn như “vớt rác”, “bẻ cành”, “đổ rác xuống sông”, “thu gom rác”. GV nhắc HS nhãn cần đúng nội dung tranh, không viết quá dài, không xóa phần làm của bạn và biết điều chỉnh nhãn sau khi nghe góp ý. Qua thao tác này, HS biết sửa đổi, tinh chỉnh nội dung đơn giản để tạo thành thông tin mới phục vụ việc nói và nghe.</w:t>
            </w:r>
          </w:p>
        </w:tc>
        <w:tc>
          <w:tcPr>
            <w:tcW w:w="5112" w:type="dxa"/>
            <w:tcMar>
              <w:top w:w="70" w:type="dxa"/>
              <w:left w:w="80" w:type="dxa"/>
              <w:bottom w:w="70" w:type="dxa"/>
              <w:right w:w="80" w:type="dxa"/>
            </w:tcMar>
          </w:tcPr>
          <w:p w14:paraId="2E8DB2CB" w14:textId="77777777" w:rsidR="001970E5" w:rsidRDefault="005D71A2" w:rsidP="00672EC8">
            <w:pPr>
              <w:shd w:val="clear" w:color="auto" w:fill="FFFFFF" w:themeFill="background1"/>
              <w:jc w:val="both"/>
            </w:pPr>
            <w:r>
              <w:rPr>
                <w:color w:val="C00000"/>
              </w:rPr>
              <w:t>- HS thực hành chọn tranh, thêm nhãn và trình bày: “Em chọn tranh 4 là việc nên làm vì các bạn đang thu gom rác ở bãi biển. Việc này giúp bãi biển sạch hơn và bảo vệ sinh vật biển.” HS lắng nghe bạn, góp ý nhãn nào đúng, nhãn nào cần sửa cho rõ hơn.</w:t>
            </w:r>
          </w:p>
        </w:tc>
      </w:tr>
      <w:tr w:rsidR="001970E5" w14:paraId="56C8A265" w14:textId="77777777" w:rsidTr="00672EC8">
        <w:trPr>
          <w:jc w:val="center"/>
        </w:trPr>
        <w:tc>
          <w:tcPr>
            <w:tcW w:w="5112" w:type="dxa"/>
            <w:tcMar>
              <w:top w:w="70" w:type="dxa"/>
              <w:left w:w="80" w:type="dxa"/>
              <w:bottom w:w="70" w:type="dxa"/>
              <w:right w:w="80" w:type="dxa"/>
            </w:tcMar>
          </w:tcPr>
          <w:p w14:paraId="5B99581F" w14:textId="77777777" w:rsidR="001970E5" w:rsidRDefault="005D71A2" w:rsidP="00672EC8">
            <w:pPr>
              <w:shd w:val="clear" w:color="auto" w:fill="FFFFFF" w:themeFill="background1"/>
              <w:jc w:val="both"/>
            </w:pPr>
            <w:r>
              <w:t xml:space="preserve">- </w:t>
            </w:r>
            <w:r>
              <w:rPr>
                <w:b/>
              </w:rPr>
              <w:t>Bài tập 2: Em đã làm gì để góp phần giữ gìn môi trường sạch đẹp?</w:t>
            </w:r>
          </w:p>
        </w:tc>
        <w:tc>
          <w:tcPr>
            <w:tcW w:w="5112" w:type="dxa"/>
            <w:tcMar>
              <w:top w:w="70" w:type="dxa"/>
              <w:left w:w="80" w:type="dxa"/>
              <w:bottom w:w="70" w:type="dxa"/>
              <w:right w:w="80" w:type="dxa"/>
            </w:tcMar>
          </w:tcPr>
          <w:p w14:paraId="24D692C0" w14:textId="77777777" w:rsidR="001970E5" w:rsidRDefault="005D71A2" w:rsidP="00672EC8">
            <w:pPr>
              <w:shd w:val="clear" w:color="auto" w:fill="FFFFFF" w:themeFill="background1"/>
              <w:jc w:val="both"/>
            </w:pPr>
            <w:r>
              <w:t>- HS chia sẻ: Em bỏ rác đúng nơi, trực nhật lớp, tưới cây, nhặt rác sân trường, tiết kiệm nước khi rửa tay.</w:t>
            </w:r>
          </w:p>
        </w:tc>
      </w:tr>
      <w:tr w:rsidR="001970E5" w14:paraId="6B6D7015" w14:textId="77777777" w:rsidTr="00672EC8">
        <w:trPr>
          <w:jc w:val="center"/>
        </w:trPr>
        <w:tc>
          <w:tcPr>
            <w:tcW w:w="5112" w:type="dxa"/>
            <w:tcBorders>
              <w:bottom w:val="single" w:sz="4" w:space="0" w:color="auto"/>
            </w:tcBorders>
            <w:tcMar>
              <w:top w:w="70" w:type="dxa"/>
              <w:left w:w="80" w:type="dxa"/>
              <w:bottom w:w="70" w:type="dxa"/>
              <w:right w:w="80" w:type="dxa"/>
            </w:tcMar>
          </w:tcPr>
          <w:p w14:paraId="6A0AE3F1" w14:textId="77777777" w:rsidR="001970E5" w:rsidRDefault="005D71A2" w:rsidP="00672EC8">
            <w:pPr>
              <w:shd w:val="clear" w:color="auto" w:fill="FFFFFF" w:themeFill="background1"/>
              <w:jc w:val="both"/>
            </w:pPr>
            <w:r>
              <w:t>- GV nhận xét, nhắc HS nói rõ việc đã làm, nơi làm và ích lợi của việc làm đó.</w:t>
            </w:r>
          </w:p>
        </w:tc>
        <w:tc>
          <w:tcPr>
            <w:tcW w:w="5112" w:type="dxa"/>
            <w:tcBorders>
              <w:bottom w:val="single" w:sz="4" w:space="0" w:color="auto"/>
            </w:tcBorders>
            <w:tcMar>
              <w:top w:w="70" w:type="dxa"/>
              <w:left w:w="80" w:type="dxa"/>
              <w:bottom w:w="70" w:type="dxa"/>
              <w:right w:w="80" w:type="dxa"/>
            </w:tcMar>
          </w:tcPr>
          <w:p w14:paraId="3ED779EE" w14:textId="77777777" w:rsidR="001970E5" w:rsidRDefault="005D71A2" w:rsidP="00672EC8">
            <w:pPr>
              <w:shd w:val="clear" w:color="auto" w:fill="FFFFFF" w:themeFill="background1"/>
              <w:jc w:val="both"/>
            </w:pPr>
            <w:r>
              <w:t>- HS chỉnh lời nói cho rõ ý: “Ở lớp, em lau bảng và nhặt giấy vụn để lớp sạch hơn.”</w:t>
            </w:r>
          </w:p>
        </w:tc>
      </w:tr>
      <w:tr w:rsidR="001970E5" w14:paraId="06F4C2DC" w14:textId="77777777" w:rsidTr="00672EC8">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6071C08D" w14:textId="77777777" w:rsidR="001970E5" w:rsidRDefault="005D71A2" w:rsidP="00672EC8">
            <w:pPr>
              <w:shd w:val="clear" w:color="auto" w:fill="FFFFFF" w:themeFill="background1"/>
            </w:pPr>
            <w:r>
              <w:rPr>
                <w:b/>
              </w:rPr>
              <w:t>3. VẬN DỤNG (7 phút)</w:t>
            </w:r>
            <w:r>
              <w:br/>
            </w:r>
            <w:r>
              <w:rPr>
                <w:b/>
              </w:rPr>
              <w:t>Mục tiêu: HS biết nói với người thân về việc làm bảo vệ môi trường.</w:t>
            </w:r>
          </w:p>
        </w:tc>
      </w:tr>
      <w:tr w:rsidR="001970E5" w14:paraId="7049F813" w14:textId="77777777" w:rsidTr="00672EC8">
        <w:trPr>
          <w:jc w:val="center"/>
        </w:trPr>
        <w:tc>
          <w:tcPr>
            <w:tcW w:w="5112" w:type="dxa"/>
            <w:tcBorders>
              <w:top w:val="single" w:sz="4" w:space="0" w:color="auto"/>
            </w:tcBorders>
            <w:tcMar>
              <w:top w:w="70" w:type="dxa"/>
              <w:left w:w="80" w:type="dxa"/>
              <w:bottom w:w="70" w:type="dxa"/>
              <w:right w:w="80" w:type="dxa"/>
            </w:tcMar>
          </w:tcPr>
          <w:p w14:paraId="76E41908" w14:textId="77777777" w:rsidR="001970E5" w:rsidRDefault="005D71A2" w:rsidP="00672EC8">
            <w:pPr>
              <w:shd w:val="clear" w:color="auto" w:fill="FFFFFF" w:themeFill="background1"/>
              <w:jc w:val="both"/>
            </w:pPr>
            <w:r>
              <w:t>- GV yêu cầu HS luyện nói theo cặp: Nói với người thân những việc làm để bảo vệ môi trường mà em và các bạn đã trao đổi ở lớp.</w:t>
            </w:r>
          </w:p>
        </w:tc>
        <w:tc>
          <w:tcPr>
            <w:tcW w:w="5112" w:type="dxa"/>
            <w:tcBorders>
              <w:top w:val="single" w:sz="4" w:space="0" w:color="auto"/>
            </w:tcBorders>
            <w:tcMar>
              <w:top w:w="70" w:type="dxa"/>
              <w:left w:w="80" w:type="dxa"/>
              <w:bottom w:w="70" w:type="dxa"/>
              <w:right w:w="80" w:type="dxa"/>
            </w:tcMar>
          </w:tcPr>
          <w:p w14:paraId="27A14111" w14:textId="77777777" w:rsidR="001970E5" w:rsidRDefault="005D71A2" w:rsidP="00672EC8">
            <w:pPr>
              <w:shd w:val="clear" w:color="auto" w:fill="FFFFFF" w:themeFill="background1"/>
              <w:jc w:val="both"/>
            </w:pPr>
            <w:r>
              <w:t>- HS luyện nói: “Mẹ ơi, hôm nay con học cách bảo vệ môi trường. Con sẽ bỏ rác đúng nơi, tiết kiệm nước và nhắc bạn không bẻ cành cây.”</w:t>
            </w:r>
          </w:p>
        </w:tc>
      </w:tr>
      <w:tr w:rsidR="001970E5" w14:paraId="24C0AD14" w14:textId="77777777" w:rsidTr="00672EC8">
        <w:trPr>
          <w:jc w:val="center"/>
        </w:trPr>
        <w:tc>
          <w:tcPr>
            <w:tcW w:w="5112" w:type="dxa"/>
            <w:tcMar>
              <w:top w:w="70" w:type="dxa"/>
              <w:left w:w="80" w:type="dxa"/>
              <w:bottom w:w="70" w:type="dxa"/>
              <w:right w:w="80" w:type="dxa"/>
            </w:tcMar>
          </w:tcPr>
          <w:p w14:paraId="60BED501" w14:textId="77777777" w:rsidR="001970E5" w:rsidRDefault="005D71A2" w:rsidP="00672EC8">
            <w:pPr>
              <w:shd w:val="clear" w:color="auto" w:fill="FFFFFF" w:themeFill="background1"/>
              <w:jc w:val="both"/>
            </w:pPr>
            <w:r>
              <w:lastRenderedPageBreak/>
              <w:t>- GV nhận xét tiết học và dặn HS chuẩn bị bài Tạm biệt cánh cam.</w:t>
            </w:r>
          </w:p>
        </w:tc>
        <w:tc>
          <w:tcPr>
            <w:tcW w:w="5112" w:type="dxa"/>
            <w:tcMar>
              <w:top w:w="70" w:type="dxa"/>
              <w:left w:w="80" w:type="dxa"/>
              <w:bottom w:w="70" w:type="dxa"/>
              <w:right w:w="80" w:type="dxa"/>
            </w:tcMar>
          </w:tcPr>
          <w:p w14:paraId="13FE7AFB" w14:textId="77777777" w:rsidR="001970E5" w:rsidRDefault="005D71A2" w:rsidP="00672EC8">
            <w:pPr>
              <w:shd w:val="clear" w:color="auto" w:fill="FFFFFF" w:themeFill="background1"/>
              <w:jc w:val="both"/>
            </w:pPr>
            <w:r>
              <w:t>- HS lắng nghe, ghi nhớ nhiệm vụ.</w:t>
            </w:r>
          </w:p>
        </w:tc>
      </w:tr>
    </w:tbl>
    <w:p w14:paraId="0EBC8D18" w14:textId="77777777" w:rsidR="001970E5" w:rsidRDefault="005D71A2" w:rsidP="00672EC8">
      <w:pPr>
        <w:shd w:val="clear" w:color="auto" w:fill="FFFFFF" w:themeFill="background1"/>
        <w:spacing w:after="0" w:line="240" w:lineRule="auto"/>
      </w:pPr>
      <w:r>
        <w:rPr>
          <w:b/>
        </w:rPr>
        <w:t>IV. ĐIỀU CHỈNH SAU TIẾT HỌC (NẾU CÓ)</w:t>
      </w:r>
    </w:p>
    <w:p w14:paraId="727D875D" w14:textId="7A50F054" w:rsidR="001970E5" w:rsidRDefault="001970E5" w:rsidP="00672EC8">
      <w:pPr>
        <w:shd w:val="clear" w:color="auto" w:fill="FFFFFF" w:themeFill="background1"/>
      </w:pPr>
    </w:p>
    <w:p w14:paraId="54BEFD16" w14:textId="77777777" w:rsidR="001970E5" w:rsidRDefault="005D71A2" w:rsidP="00672EC8">
      <w:pPr>
        <w:shd w:val="clear" w:color="auto" w:fill="FFFFFF" w:themeFill="background1"/>
        <w:spacing w:after="0" w:line="240" w:lineRule="auto"/>
        <w:jc w:val="center"/>
      </w:pPr>
      <w:r>
        <w:rPr>
          <w:b/>
          <w:sz w:val="28"/>
        </w:rPr>
        <w:t>KẾ HOẠCH BÀI DẠY MÔN TIẾNG VIỆT LỚP 2 – TUẦN 26</w:t>
      </w:r>
    </w:p>
    <w:p w14:paraId="3E000A09" w14:textId="77777777" w:rsidR="001970E5" w:rsidRDefault="005D71A2" w:rsidP="00672EC8">
      <w:pPr>
        <w:shd w:val="clear" w:color="auto" w:fill="FFFFFF" w:themeFill="background1"/>
        <w:spacing w:after="0" w:line="240" w:lineRule="auto"/>
        <w:jc w:val="center"/>
      </w:pPr>
      <w:r>
        <w:rPr>
          <w:b/>
          <w:sz w:val="28"/>
        </w:rPr>
        <w:t>CHỦ ĐỀ: HÀNH TINH XANH CỦA EM</w:t>
      </w:r>
    </w:p>
    <w:p w14:paraId="228DDB54" w14:textId="77777777" w:rsidR="001970E5" w:rsidRDefault="005D71A2" w:rsidP="00672EC8">
      <w:pPr>
        <w:shd w:val="clear" w:color="auto" w:fill="FFFFFF" w:themeFill="background1"/>
        <w:spacing w:after="0" w:line="240" w:lineRule="auto"/>
        <w:jc w:val="center"/>
      </w:pPr>
      <w:r>
        <w:rPr>
          <w:b/>
          <w:sz w:val="28"/>
        </w:rPr>
        <w:t>BÀI 16: TẠM BIỆT CÁNH CAM</w:t>
      </w:r>
    </w:p>
    <w:p w14:paraId="3723FA1C" w14:textId="77777777" w:rsidR="001970E5" w:rsidRDefault="005D71A2" w:rsidP="00672EC8">
      <w:pPr>
        <w:shd w:val="clear" w:color="auto" w:fill="FFFFFF" w:themeFill="background1"/>
        <w:spacing w:after="0" w:line="240" w:lineRule="auto"/>
        <w:jc w:val="center"/>
      </w:pPr>
      <w:r>
        <w:rPr>
          <w:b/>
          <w:sz w:val="28"/>
        </w:rPr>
        <w:t>TIẾT 1 – 2: ĐỌC – TẠM BIỆT CÁNH CAM</w:t>
      </w:r>
    </w:p>
    <w:p w14:paraId="7A3EE0C8" w14:textId="77777777" w:rsidR="001970E5" w:rsidRDefault="005D71A2" w:rsidP="00672EC8">
      <w:pPr>
        <w:shd w:val="clear" w:color="auto" w:fill="FFFFFF" w:themeFill="background1"/>
        <w:spacing w:after="0" w:line="240" w:lineRule="auto"/>
      </w:pPr>
      <w:r>
        <w:rPr>
          <w:b/>
        </w:rPr>
        <w:t>I. YÊU CẦU CẦN ĐẠT</w:t>
      </w:r>
    </w:p>
    <w:p w14:paraId="594245FA" w14:textId="77777777" w:rsidR="001970E5" w:rsidRDefault="005D71A2" w:rsidP="00672EC8">
      <w:pPr>
        <w:shd w:val="clear" w:color="auto" w:fill="FFFFFF" w:themeFill="background1"/>
        <w:spacing w:after="0" w:line="240" w:lineRule="auto"/>
      </w:pPr>
      <w:r>
        <w:rPr>
          <w:b/>
        </w:rPr>
        <w:t>1. Năng lực đặc thù</w:t>
      </w:r>
    </w:p>
    <w:p w14:paraId="5E836242" w14:textId="77777777" w:rsidR="001970E5" w:rsidRDefault="005D71A2" w:rsidP="00672EC8">
      <w:pPr>
        <w:shd w:val="clear" w:color="auto" w:fill="FFFFFF" w:themeFill="background1"/>
        <w:spacing w:after="0" w:line="240" w:lineRule="auto"/>
        <w:jc w:val="both"/>
      </w:pPr>
      <w:r>
        <w:t>- Đọc đúng, rõ ràng văn bản Tạm biệt cánh cam; biết ngắt nghỉ đúng câu, đọc giọng kể nhẹ nhàng; hiểu nghĩa các từ tập tễnh, óng ánh, khệ nệ.</w:t>
      </w:r>
    </w:p>
    <w:p w14:paraId="715D6107" w14:textId="77777777" w:rsidR="001970E5" w:rsidRDefault="005D71A2" w:rsidP="00672EC8">
      <w:pPr>
        <w:shd w:val="clear" w:color="auto" w:fill="FFFFFF" w:themeFill="background1"/>
        <w:spacing w:after="0" w:line="240" w:lineRule="auto"/>
        <w:jc w:val="both"/>
      </w:pPr>
      <w:r>
        <w:t>- Hiểu nội dung bài: Bống yêu thương, chăm sóc cánh cam bị thương và biết thả cánh cam về với thiên nhiên; từ đó biết bảo vệ sinh vật nhỏ bé.</w:t>
      </w:r>
    </w:p>
    <w:p w14:paraId="26604EB1" w14:textId="77777777" w:rsidR="001970E5" w:rsidRDefault="005D71A2" w:rsidP="00672EC8">
      <w:pPr>
        <w:shd w:val="clear" w:color="auto" w:fill="FFFFFF" w:themeFill="background1"/>
        <w:spacing w:after="0" w:line="240" w:lineRule="auto"/>
        <w:jc w:val="both"/>
      </w:pPr>
      <w:r>
        <w:t>- Trả lời đúng câu hỏi đọc hiểu; tìm được từ ngữ miêu tả cánh cam; biết nói lời động viên, an ủi phù hợp.</w:t>
      </w:r>
    </w:p>
    <w:p w14:paraId="57B7AD99" w14:textId="77777777" w:rsidR="001970E5" w:rsidRDefault="005D71A2" w:rsidP="00672EC8">
      <w:pPr>
        <w:shd w:val="clear" w:color="auto" w:fill="FFFFFF" w:themeFill="background1"/>
        <w:spacing w:after="0" w:line="240" w:lineRule="auto"/>
      </w:pPr>
      <w:r>
        <w:rPr>
          <w:b/>
        </w:rPr>
        <w:t>2. Năng lực chung</w:t>
      </w:r>
    </w:p>
    <w:p w14:paraId="3C8BA37E" w14:textId="77777777" w:rsidR="001970E5" w:rsidRDefault="005D71A2" w:rsidP="00672EC8">
      <w:pPr>
        <w:shd w:val="clear" w:color="auto" w:fill="FFFFFF" w:themeFill="background1"/>
        <w:spacing w:after="0" w:line="240" w:lineRule="auto"/>
        <w:jc w:val="both"/>
      </w:pPr>
      <w:r>
        <w:t>- Tự chủ và tự học: Chủ động đọc thầm, luyện đọc và trả lời câu hỏi.</w:t>
      </w:r>
    </w:p>
    <w:p w14:paraId="540BFB9A" w14:textId="77777777" w:rsidR="001970E5" w:rsidRDefault="005D71A2" w:rsidP="00672EC8">
      <w:pPr>
        <w:shd w:val="clear" w:color="auto" w:fill="FFFFFF" w:themeFill="background1"/>
        <w:spacing w:after="0" w:line="240" w:lineRule="auto"/>
        <w:jc w:val="both"/>
      </w:pPr>
      <w:r>
        <w:t>- Giao tiếp và hợp tác: Biết trao đổi nhóm đôi, đọc phân vai, lắng nghe và nhận xét bạn.</w:t>
      </w:r>
    </w:p>
    <w:p w14:paraId="6AC03330" w14:textId="77777777" w:rsidR="001970E5" w:rsidRDefault="005D71A2" w:rsidP="00672EC8">
      <w:pPr>
        <w:shd w:val="clear" w:color="auto" w:fill="FFFFFF" w:themeFill="background1"/>
        <w:spacing w:after="0" w:line="240" w:lineRule="auto"/>
        <w:jc w:val="both"/>
      </w:pPr>
      <w:r>
        <w:t>- Giải quyết vấn đề và sáng tạo: Biết lựa chọn cách ứng xử nhân ái với sinh vật nhỏ và bạn bè.</w:t>
      </w:r>
    </w:p>
    <w:p w14:paraId="6A789605" w14:textId="77777777" w:rsidR="001970E5" w:rsidRDefault="005D71A2" w:rsidP="00672EC8">
      <w:pPr>
        <w:shd w:val="clear" w:color="auto" w:fill="FFFFFF" w:themeFill="background1"/>
        <w:spacing w:after="0" w:line="240" w:lineRule="auto"/>
      </w:pPr>
      <w:r>
        <w:rPr>
          <w:b/>
        </w:rPr>
        <w:t>3. Phẩm chất</w:t>
      </w:r>
    </w:p>
    <w:p w14:paraId="2F203900" w14:textId="77777777" w:rsidR="001970E5" w:rsidRDefault="005D71A2" w:rsidP="00672EC8">
      <w:pPr>
        <w:shd w:val="clear" w:color="auto" w:fill="FFFFFF" w:themeFill="background1"/>
        <w:spacing w:after="0" w:line="240" w:lineRule="auto"/>
        <w:jc w:val="both"/>
      </w:pPr>
      <w:r>
        <w:t>- Nhân ái, trách nhiệm: Yêu quý động vật nhỏ bé; không bắt nhốt, không làm hại sinh vật; biết an ủi, động viên bạn khi buồn.</w:t>
      </w:r>
    </w:p>
    <w:p w14:paraId="02378028" w14:textId="77777777" w:rsidR="001970E5" w:rsidRDefault="005D71A2" w:rsidP="00672EC8">
      <w:pPr>
        <w:shd w:val="clear" w:color="auto" w:fill="FFFFFF" w:themeFill="background1"/>
        <w:spacing w:after="0" w:line="240" w:lineRule="auto"/>
      </w:pPr>
      <w:r>
        <w:rPr>
          <w:b/>
          <w:color w:val="C00000"/>
        </w:rPr>
        <w:t>4. Tích hợp</w:t>
      </w:r>
    </w:p>
    <w:p w14:paraId="263C3921" w14:textId="77777777" w:rsidR="001970E5" w:rsidRDefault="005D71A2" w:rsidP="00672EC8">
      <w:pPr>
        <w:shd w:val="clear" w:color="auto" w:fill="FFFFFF" w:themeFill="background1"/>
        <w:spacing w:after="0" w:line="240" w:lineRule="auto"/>
        <w:jc w:val="both"/>
      </w:pPr>
      <w:r>
        <w:rPr>
          <w:color w:val="C00000"/>
        </w:rPr>
        <w:t>- Tích hợp bảo vệ môi trường: Bảo vệ sinh vật nhỏ, không bắt nhốt, giữ môi trường sống tự nhiên phù hợp cho các loài.</w:t>
      </w:r>
    </w:p>
    <w:p w14:paraId="6F685C1D" w14:textId="77777777" w:rsidR="001970E5" w:rsidRDefault="005D71A2" w:rsidP="00672EC8">
      <w:pPr>
        <w:shd w:val="clear" w:color="auto" w:fill="FFFFFF" w:themeFill="background1"/>
        <w:spacing w:after="0" w:line="240" w:lineRule="auto"/>
        <w:jc w:val="both"/>
      </w:pPr>
      <w:r>
        <w:rPr>
          <w:color w:val="C00000"/>
        </w:rPr>
        <w:t>- Tích hợp AI - YCCĐ 2.A1.2: HS nhận biết AI có thể gợi ý thông tin về chăm sóc con vật nhỏ nhưng con người cần kiểm tra với người lớn/nguồn tin cậy, không tự ý làm hại sinh vật.</w:t>
      </w:r>
    </w:p>
    <w:p w14:paraId="11A2AD10" w14:textId="77777777" w:rsidR="001970E5" w:rsidRDefault="005D71A2" w:rsidP="00672EC8">
      <w:pPr>
        <w:shd w:val="clear" w:color="auto" w:fill="FFFFFF" w:themeFill="background1"/>
        <w:spacing w:after="0" w:line="240" w:lineRule="auto"/>
      </w:pPr>
      <w:r>
        <w:rPr>
          <w:b/>
        </w:rPr>
        <w:t>II. ĐỒ DÙNG DẠY HỌC</w:t>
      </w:r>
    </w:p>
    <w:p w14:paraId="28D60147" w14:textId="77777777" w:rsidR="001970E5" w:rsidRDefault="005D71A2" w:rsidP="00672EC8">
      <w:pPr>
        <w:shd w:val="clear" w:color="auto" w:fill="FFFFFF" w:themeFill="background1"/>
        <w:spacing w:after="0" w:line="240" w:lineRule="auto"/>
        <w:jc w:val="both"/>
      </w:pPr>
      <w:r>
        <w:t>- GV: Máy tính, máy chiếu/tivi; tranh minh họa bài đọc; thẻ từ tập tễnh, óng ánh, khệ nệ; phiếu đọc hiểu.</w:t>
      </w:r>
    </w:p>
    <w:p w14:paraId="34FBB8B1" w14:textId="77777777" w:rsidR="001970E5" w:rsidRDefault="005D71A2" w:rsidP="00672EC8">
      <w:pPr>
        <w:shd w:val="clear" w:color="auto" w:fill="FFFFFF" w:themeFill="background1"/>
        <w:spacing w:after="0" w:line="240" w:lineRule="auto"/>
        <w:jc w:val="both"/>
      </w:pPr>
      <w:r>
        <w:t>- HS: SGK Tiếng Việt 2, vở ghi, bút.</w:t>
      </w:r>
    </w:p>
    <w:p w14:paraId="37E9251C" w14:textId="77777777" w:rsidR="001970E5" w:rsidRDefault="005D71A2" w:rsidP="00672EC8">
      <w:pPr>
        <w:shd w:val="clear" w:color="auto" w:fill="FFFFFF" w:themeFill="background1"/>
        <w:spacing w:after="0" w:line="240" w:lineRule="auto"/>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12"/>
        <w:gridCol w:w="5212"/>
      </w:tblGrid>
      <w:tr w:rsidR="001970E5" w14:paraId="518BE0CD" w14:textId="77777777" w:rsidTr="00F123DC">
        <w:trPr>
          <w:jc w:val="center"/>
        </w:trPr>
        <w:tc>
          <w:tcPr>
            <w:tcW w:w="5112" w:type="dxa"/>
            <w:tcBorders>
              <w:bottom w:val="single" w:sz="4" w:space="0" w:color="auto"/>
            </w:tcBorders>
            <w:shd w:val="clear" w:color="auto" w:fill="DDEBF7"/>
            <w:tcMar>
              <w:top w:w="70" w:type="dxa"/>
              <w:left w:w="80" w:type="dxa"/>
              <w:bottom w:w="70" w:type="dxa"/>
              <w:right w:w="80" w:type="dxa"/>
            </w:tcMar>
          </w:tcPr>
          <w:p w14:paraId="06416F9A" w14:textId="77777777" w:rsidR="001970E5" w:rsidRDefault="005D71A2" w:rsidP="00672EC8">
            <w:pPr>
              <w:shd w:val="clear" w:color="auto" w:fill="FFFFFF" w:themeFill="background1"/>
              <w:jc w:val="center"/>
            </w:pPr>
            <w:r>
              <w:rPr>
                <w:b/>
              </w:rPr>
              <w:t>Hoạt động của GV</w:t>
            </w:r>
          </w:p>
        </w:tc>
        <w:tc>
          <w:tcPr>
            <w:tcW w:w="5112" w:type="dxa"/>
            <w:tcBorders>
              <w:bottom w:val="single" w:sz="4" w:space="0" w:color="auto"/>
            </w:tcBorders>
            <w:shd w:val="clear" w:color="auto" w:fill="DDEBF7"/>
            <w:tcMar>
              <w:top w:w="70" w:type="dxa"/>
              <w:left w:w="80" w:type="dxa"/>
              <w:bottom w:w="70" w:type="dxa"/>
              <w:right w:w="80" w:type="dxa"/>
            </w:tcMar>
          </w:tcPr>
          <w:p w14:paraId="176324EA" w14:textId="77777777" w:rsidR="001970E5" w:rsidRDefault="005D71A2" w:rsidP="00672EC8">
            <w:pPr>
              <w:shd w:val="clear" w:color="auto" w:fill="FFFFFF" w:themeFill="background1"/>
              <w:jc w:val="center"/>
            </w:pPr>
            <w:r>
              <w:rPr>
                <w:b/>
              </w:rPr>
              <w:t>Hoạt động của HS</w:t>
            </w:r>
          </w:p>
        </w:tc>
      </w:tr>
      <w:tr w:rsidR="001970E5" w14:paraId="5C80FC18"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7E3BF05C" w14:textId="77777777" w:rsidR="001970E5" w:rsidRDefault="005D71A2" w:rsidP="00672EC8">
            <w:pPr>
              <w:shd w:val="clear" w:color="auto" w:fill="FFFFFF" w:themeFill="background1"/>
            </w:pPr>
            <w:r>
              <w:rPr>
                <w:b/>
              </w:rPr>
              <w:t>TIẾT 1</w:t>
            </w:r>
          </w:p>
        </w:tc>
      </w:tr>
      <w:tr w:rsidR="001970E5" w14:paraId="44D751E4"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5B541C87" w14:textId="77777777" w:rsidR="001970E5" w:rsidRDefault="005D71A2" w:rsidP="00672EC8">
            <w:pPr>
              <w:shd w:val="clear" w:color="auto" w:fill="FFFFFF" w:themeFill="background1"/>
            </w:pPr>
            <w:r>
              <w:rPr>
                <w:b/>
              </w:rPr>
              <w:t>1. KHỞI ĐỘNG (5 phút)</w:t>
            </w:r>
            <w:r>
              <w:br/>
            </w:r>
            <w:r>
              <w:rPr>
                <w:b/>
              </w:rPr>
              <w:t>Mục tiêu: HS quan sát tranh, dự đoán câu chuyện và kết nối vào bài đọc.</w:t>
            </w:r>
          </w:p>
        </w:tc>
      </w:tr>
      <w:tr w:rsidR="001970E5" w14:paraId="0D0A2DF9" w14:textId="77777777" w:rsidTr="00F123DC">
        <w:trPr>
          <w:jc w:val="center"/>
        </w:trPr>
        <w:tc>
          <w:tcPr>
            <w:tcW w:w="5112" w:type="dxa"/>
            <w:tcBorders>
              <w:top w:val="single" w:sz="4" w:space="0" w:color="auto"/>
            </w:tcBorders>
            <w:tcMar>
              <w:top w:w="70" w:type="dxa"/>
              <w:left w:w="80" w:type="dxa"/>
              <w:bottom w:w="70" w:type="dxa"/>
              <w:right w:w="80" w:type="dxa"/>
            </w:tcMar>
          </w:tcPr>
          <w:p w14:paraId="136D726B" w14:textId="77777777" w:rsidR="001970E5" w:rsidRDefault="005D71A2" w:rsidP="00672EC8">
            <w:pPr>
              <w:shd w:val="clear" w:color="auto" w:fill="FFFFFF" w:themeFill="background1"/>
              <w:jc w:val="both"/>
            </w:pPr>
            <w:r>
              <w:t>- GV yêu cầu HS quan sát tranh trong SGK và trả lời: Nhìn tranh, đoán xem chuyện gì đã xảy ra với cánh cam.</w:t>
            </w:r>
          </w:p>
          <w:p w14:paraId="68CB3D7F" w14:textId="55C14F3B" w:rsidR="001970E5" w:rsidRDefault="001970E5" w:rsidP="00672EC8">
            <w:pPr>
              <w:shd w:val="clear" w:color="auto" w:fill="FFFFFF" w:themeFill="background1"/>
            </w:pPr>
          </w:p>
        </w:tc>
        <w:tc>
          <w:tcPr>
            <w:tcW w:w="5112" w:type="dxa"/>
            <w:tcBorders>
              <w:top w:val="single" w:sz="4" w:space="0" w:color="auto"/>
            </w:tcBorders>
            <w:tcMar>
              <w:top w:w="70" w:type="dxa"/>
              <w:left w:w="80" w:type="dxa"/>
              <w:bottom w:w="70" w:type="dxa"/>
              <w:right w:w="80" w:type="dxa"/>
            </w:tcMar>
          </w:tcPr>
          <w:p w14:paraId="58032E0B" w14:textId="77777777" w:rsidR="001970E5" w:rsidRDefault="005D71A2" w:rsidP="00672EC8">
            <w:pPr>
              <w:shd w:val="clear" w:color="auto" w:fill="FFFFFF" w:themeFill="background1"/>
              <w:jc w:val="both"/>
            </w:pPr>
            <w:r>
              <w:t>- HS quan sát và nêu: Cánh cam bị thương, Bống tìm thấy cánh cam và chăm sóc cánh cam.</w:t>
            </w:r>
          </w:p>
        </w:tc>
      </w:tr>
      <w:tr w:rsidR="001970E5" w14:paraId="1E84937E" w14:textId="77777777" w:rsidTr="00672EC8">
        <w:trPr>
          <w:jc w:val="center"/>
        </w:trPr>
        <w:tc>
          <w:tcPr>
            <w:tcW w:w="5112" w:type="dxa"/>
            <w:tcMar>
              <w:top w:w="70" w:type="dxa"/>
              <w:left w:w="80" w:type="dxa"/>
              <w:bottom w:w="70" w:type="dxa"/>
              <w:right w:w="80" w:type="dxa"/>
            </w:tcMar>
          </w:tcPr>
          <w:p w14:paraId="5A9251FE" w14:textId="77777777" w:rsidR="001970E5" w:rsidRDefault="005D71A2" w:rsidP="00672EC8">
            <w:pPr>
              <w:shd w:val="clear" w:color="auto" w:fill="FFFFFF" w:themeFill="background1"/>
              <w:jc w:val="both"/>
            </w:pPr>
            <w:r>
              <w:t>- GV hỏi: Nếu em thấy một con vật nhỏ bị thương, em sẽ làm gì?</w:t>
            </w:r>
          </w:p>
        </w:tc>
        <w:tc>
          <w:tcPr>
            <w:tcW w:w="5112" w:type="dxa"/>
            <w:tcMar>
              <w:top w:w="70" w:type="dxa"/>
              <w:left w:w="80" w:type="dxa"/>
              <w:bottom w:w="70" w:type="dxa"/>
              <w:right w:w="80" w:type="dxa"/>
            </w:tcMar>
          </w:tcPr>
          <w:p w14:paraId="3A606161" w14:textId="77777777" w:rsidR="001970E5" w:rsidRDefault="005D71A2" w:rsidP="00672EC8">
            <w:pPr>
              <w:shd w:val="clear" w:color="auto" w:fill="FFFFFF" w:themeFill="background1"/>
              <w:jc w:val="both"/>
            </w:pPr>
            <w:r>
              <w:t>- HS trả lời: Em báo người lớn, đặt con vật ở nơi an toàn, không nghịch phá hoặc làm đau con vật.</w:t>
            </w:r>
          </w:p>
        </w:tc>
      </w:tr>
      <w:tr w:rsidR="001970E5" w14:paraId="423B59ED" w14:textId="77777777" w:rsidTr="00F123DC">
        <w:trPr>
          <w:jc w:val="center"/>
        </w:trPr>
        <w:tc>
          <w:tcPr>
            <w:tcW w:w="5112" w:type="dxa"/>
            <w:tcBorders>
              <w:bottom w:val="single" w:sz="4" w:space="0" w:color="auto"/>
            </w:tcBorders>
            <w:tcMar>
              <w:top w:w="70" w:type="dxa"/>
              <w:left w:w="80" w:type="dxa"/>
              <w:bottom w:w="70" w:type="dxa"/>
              <w:right w:w="80" w:type="dxa"/>
            </w:tcMar>
          </w:tcPr>
          <w:p w14:paraId="5F1B06AA" w14:textId="77777777" w:rsidR="001970E5" w:rsidRDefault="005D71A2" w:rsidP="00672EC8">
            <w:pPr>
              <w:shd w:val="clear" w:color="auto" w:fill="FFFFFF" w:themeFill="background1"/>
              <w:jc w:val="both"/>
            </w:pPr>
            <w:r>
              <w:t>- GV nhận xét, dẫn vào bài Tạm biệt cánh cam.</w:t>
            </w:r>
          </w:p>
        </w:tc>
        <w:tc>
          <w:tcPr>
            <w:tcW w:w="5112" w:type="dxa"/>
            <w:tcBorders>
              <w:bottom w:val="single" w:sz="4" w:space="0" w:color="auto"/>
            </w:tcBorders>
            <w:tcMar>
              <w:top w:w="70" w:type="dxa"/>
              <w:left w:w="80" w:type="dxa"/>
              <w:bottom w:w="70" w:type="dxa"/>
              <w:right w:w="80" w:type="dxa"/>
            </w:tcMar>
          </w:tcPr>
          <w:p w14:paraId="2ADB82F2" w14:textId="77777777" w:rsidR="001970E5" w:rsidRDefault="005D71A2" w:rsidP="00672EC8">
            <w:pPr>
              <w:shd w:val="clear" w:color="auto" w:fill="FFFFFF" w:themeFill="background1"/>
              <w:jc w:val="both"/>
            </w:pPr>
            <w:r>
              <w:t>- HS lắng nghe, mở SGK và ghi tên bài.</w:t>
            </w:r>
          </w:p>
        </w:tc>
      </w:tr>
      <w:tr w:rsidR="001970E5" w14:paraId="622EEF3D"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79F5B508" w14:textId="77777777" w:rsidR="001970E5" w:rsidRDefault="005D71A2" w:rsidP="00672EC8">
            <w:pPr>
              <w:shd w:val="clear" w:color="auto" w:fill="FFFFFF" w:themeFill="background1"/>
            </w:pPr>
            <w:r>
              <w:rPr>
                <w:b/>
              </w:rPr>
              <w:lastRenderedPageBreak/>
              <w:t>2. KHÁM PHÁ KIẾN THỨC (27 phút)</w:t>
            </w:r>
            <w:r>
              <w:br/>
            </w:r>
            <w:r>
              <w:rPr>
                <w:b/>
              </w:rPr>
              <w:t>Mục tiêu: HS đọc đúng văn bản; hiểu từ khó và bước đầu nắm nội dung câu chuyện.</w:t>
            </w:r>
          </w:p>
        </w:tc>
      </w:tr>
      <w:tr w:rsidR="001970E5" w14:paraId="43F3BFB5"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3D9CD066" w14:textId="77777777" w:rsidR="001970E5" w:rsidRDefault="005D71A2" w:rsidP="00672EC8">
            <w:pPr>
              <w:shd w:val="clear" w:color="auto" w:fill="FFFFFF" w:themeFill="background1"/>
            </w:pPr>
            <w:r>
              <w:rPr>
                <w:b/>
              </w:rPr>
              <w:t>Hoạt động 1: Đọc văn bản</w:t>
            </w:r>
          </w:p>
        </w:tc>
      </w:tr>
      <w:tr w:rsidR="001970E5" w14:paraId="5BD35AC0" w14:textId="77777777" w:rsidTr="00F123DC">
        <w:trPr>
          <w:jc w:val="center"/>
        </w:trPr>
        <w:tc>
          <w:tcPr>
            <w:tcW w:w="5112" w:type="dxa"/>
            <w:tcBorders>
              <w:top w:val="single" w:sz="4" w:space="0" w:color="auto"/>
            </w:tcBorders>
            <w:tcMar>
              <w:top w:w="70" w:type="dxa"/>
              <w:left w:w="80" w:type="dxa"/>
              <w:bottom w:w="70" w:type="dxa"/>
              <w:right w:w="80" w:type="dxa"/>
            </w:tcMar>
          </w:tcPr>
          <w:p w14:paraId="790E56BF" w14:textId="77777777" w:rsidR="001970E5" w:rsidRDefault="005D71A2" w:rsidP="00672EC8">
            <w:pPr>
              <w:shd w:val="clear" w:color="auto" w:fill="FFFFFF" w:themeFill="background1"/>
              <w:jc w:val="both"/>
            </w:pPr>
            <w:r>
              <w:t>- GV giới thiệu: Bài đọc kể về bạn Bống và chú cánh cam bị thương.</w:t>
            </w:r>
          </w:p>
          <w:p w14:paraId="3622CEFB" w14:textId="762DCA93" w:rsidR="001970E5" w:rsidRDefault="001970E5" w:rsidP="00672EC8">
            <w:pPr>
              <w:shd w:val="clear" w:color="auto" w:fill="FFFFFF" w:themeFill="background1"/>
            </w:pPr>
          </w:p>
        </w:tc>
        <w:tc>
          <w:tcPr>
            <w:tcW w:w="5112" w:type="dxa"/>
            <w:tcBorders>
              <w:top w:val="single" w:sz="4" w:space="0" w:color="auto"/>
            </w:tcBorders>
            <w:tcMar>
              <w:top w:w="70" w:type="dxa"/>
              <w:left w:w="80" w:type="dxa"/>
              <w:bottom w:w="70" w:type="dxa"/>
              <w:right w:w="80" w:type="dxa"/>
            </w:tcMar>
          </w:tcPr>
          <w:p w14:paraId="706B34BE" w14:textId="77777777" w:rsidR="001970E5" w:rsidRDefault="005D71A2" w:rsidP="00672EC8">
            <w:pPr>
              <w:shd w:val="clear" w:color="auto" w:fill="FFFFFF" w:themeFill="background1"/>
              <w:jc w:val="both"/>
            </w:pPr>
            <w:r>
              <w:t>- HS theo dõi văn bản trong SGK.</w:t>
            </w:r>
          </w:p>
        </w:tc>
      </w:tr>
      <w:tr w:rsidR="001970E5" w14:paraId="40A7DAD3" w14:textId="77777777" w:rsidTr="00672EC8">
        <w:trPr>
          <w:jc w:val="center"/>
        </w:trPr>
        <w:tc>
          <w:tcPr>
            <w:tcW w:w="5112" w:type="dxa"/>
            <w:tcMar>
              <w:top w:w="70" w:type="dxa"/>
              <w:left w:w="80" w:type="dxa"/>
              <w:bottom w:w="70" w:type="dxa"/>
              <w:right w:w="80" w:type="dxa"/>
            </w:tcMar>
          </w:tcPr>
          <w:p w14:paraId="564D7029" w14:textId="77777777" w:rsidR="001970E5" w:rsidRDefault="005D71A2" w:rsidP="00672EC8">
            <w:pPr>
              <w:shd w:val="clear" w:color="auto" w:fill="FFFFFF" w:themeFill="background1"/>
              <w:jc w:val="both"/>
            </w:pPr>
            <w:r>
              <w:t>- GV đọc mẫu toàn bài với giọng kể nhẹ nhàng, tình cảm; nhấn giọng ở các từ xanh biếc, óng ánh, tròn lăn, thương quá, cỏ non.</w:t>
            </w:r>
          </w:p>
        </w:tc>
        <w:tc>
          <w:tcPr>
            <w:tcW w:w="5112" w:type="dxa"/>
            <w:tcMar>
              <w:top w:w="70" w:type="dxa"/>
              <w:left w:w="80" w:type="dxa"/>
              <w:bottom w:w="70" w:type="dxa"/>
              <w:right w:w="80" w:type="dxa"/>
            </w:tcMar>
          </w:tcPr>
          <w:p w14:paraId="73D4AAC2" w14:textId="77777777" w:rsidR="001970E5" w:rsidRDefault="005D71A2" w:rsidP="00672EC8">
            <w:pPr>
              <w:shd w:val="clear" w:color="auto" w:fill="FFFFFF" w:themeFill="background1"/>
              <w:jc w:val="both"/>
            </w:pPr>
            <w:r>
              <w:t>- HS lắng nghe, đọc thầm theo.</w:t>
            </w:r>
          </w:p>
        </w:tc>
      </w:tr>
      <w:tr w:rsidR="001970E5" w14:paraId="27BE6D85" w14:textId="77777777" w:rsidTr="00672EC8">
        <w:trPr>
          <w:jc w:val="center"/>
        </w:trPr>
        <w:tc>
          <w:tcPr>
            <w:tcW w:w="5112" w:type="dxa"/>
            <w:tcMar>
              <w:top w:w="70" w:type="dxa"/>
              <w:left w:w="80" w:type="dxa"/>
              <w:bottom w:w="70" w:type="dxa"/>
              <w:right w:w="80" w:type="dxa"/>
            </w:tcMar>
          </w:tcPr>
          <w:p w14:paraId="02829E5B" w14:textId="77777777" w:rsidR="001970E5" w:rsidRDefault="005D71A2" w:rsidP="00672EC8">
            <w:pPr>
              <w:shd w:val="clear" w:color="auto" w:fill="FFFFFF" w:themeFill="background1"/>
              <w:jc w:val="both"/>
            </w:pPr>
            <w:r>
              <w:t>- GV hỏi: Văn bản có thể chia thành mấy đoạn?</w:t>
            </w:r>
          </w:p>
        </w:tc>
        <w:tc>
          <w:tcPr>
            <w:tcW w:w="5112" w:type="dxa"/>
            <w:tcMar>
              <w:top w:w="70" w:type="dxa"/>
              <w:left w:w="80" w:type="dxa"/>
              <w:bottom w:w="70" w:type="dxa"/>
              <w:right w:w="80" w:type="dxa"/>
            </w:tcMar>
          </w:tcPr>
          <w:p w14:paraId="6801CA65" w14:textId="77777777" w:rsidR="001970E5" w:rsidRDefault="005D71A2" w:rsidP="00672EC8">
            <w:pPr>
              <w:shd w:val="clear" w:color="auto" w:fill="FFFFFF" w:themeFill="background1"/>
              <w:jc w:val="both"/>
            </w:pPr>
            <w:r>
              <w:t>- HS trả lời: Có thể chia thành 3 đoạn: cánh cam đi lạc và được Bống chăm sóc; cánh cam khỏe lại; Bống thả cánh cam về với thiên nhiên.</w:t>
            </w:r>
          </w:p>
        </w:tc>
      </w:tr>
      <w:tr w:rsidR="001970E5" w14:paraId="72E6F93E" w14:textId="77777777" w:rsidTr="00672EC8">
        <w:trPr>
          <w:jc w:val="center"/>
        </w:trPr>
        <w:tc>
          <w:tcPr>
            <w:tcW w:w="5112" w:type="dxa"/>
            <w:tcMar>
              <w:top w:w="70" w:type="dxa"/>
              <w:left w:w="80" w:type="dxa"/>
              <w:bottom w:w="70" w:type="dxa"/>
              <w:right w:w="80" w:type="dxa"/>
            </w:tcMar>
          </w:tcPr>
          <w:p w14:paraId="4F7C5637" w14:textId="77777777" w:rsidR="001970E5" w:rsidRDefault="005D71A2" w:rsidP="00672EC8">
            <w:pPr>
              <w:shd w:val="clear" w:color="auto" w:fill="FFFFFF" w:themeFill="background1"/>
              <w:jc w:val="both"/>
            </w:pPr>
            <w:r>
              <w:t>- GV tổ chức HS đọc nối tiếp từng đoạn lần 1.</w:t>
            </w:r>
          </w:p>
        </w:tc>
        <w:tc>
          <w:tcPr>
            <w:tcW w:w="5112" w:type="dxa"/>
            <w:tcMar>
              <w:top w:w="70" w:type="dxa"/>
              <w:left w:w="80" w:type="dxa"/>
              <w:bottom w:w="70" w:type="dxa"/>
              <w:right w:w="80" w:type="dxa"/>
            </w:tcMar>
          </w:tcPr>
          <w:p w14:paraId="70046015" w14:textId="77777777" w:rsidR="001970E5" w:rsidRDefault="005D71A2" w:rsidP="00672EC8">
            <w:pPr>
              <w:shd w:val="clear" w:color="auto" w:fill="FFFFFF" w:themeFill="background1"/>
              <w:jc w:val="both"/>
            </w:pPr>
            <w:r>
              <w:t>- HS đọc nối tiếp đoạn; HS khác theo dõi.</w:t>
            </w:r>
          </w:p>
        </w:tc>
      </w:tr>
      <w:tr w:rsidR="001970E5" w14:paraId="20026876" w14:textId="77777777" w:rsidTr="00672EC8">
        <w:trPr>
          <w:jc w:val="center"/>
        </w:trPr>
        <w:tc>
          <w:tcPr>
            <w:tcW w:w="5112" w:type="dxa"/>
            <w:tcMar>
              <w:top w:w="70" w:type="dxa"/>
              <w:left w:w="80" w:type="dxa"/>
              <w:bottom w:w="70" w:type="dxa"/>
              <w:right w:w="80" w:type="dxa"/>
            </w:tcMar>
          </w:tcPr>
          <w:p w14:paraId="21F4A3DB" w14:textId="77777777" w:rsidR="001970E5" w:rsidRDefault="005D71A2" w:rsidP="00672EC8">
            <w:pPr>
              <w:shd w:val="clear" w:color="auto" w:fill="FFFFFF" w:themeFill="background1"/>
              <w:jc w:val="both"/>
            </w:pPr>
            <w:r>
              <w:t>- GV yêu cầu HS nêu từ khó đọc.</w:t>
            </w:r>
          </w:p>
        </w:tc>
        <w:tc>
          <w:tcPr>
            <w:tcW w:w="5112" w:type="dxa"/>
            <w:tcMar>
              <w:top w:w="70" w:type="dxa"/>
              <w:left w:w="80" w:type="dxa"/>
              <w:bottom w:w="70" w:type="dxa"/>
              <w:right w:w="80" w:type="dxa"/>
            </w:tcMar>
          </w:tcPr>
          <w:p w14:paraId="413EC46D" w14:textId="77777777" w:rsidR="001970E5" w:rsidRDefault="005D71A2" w:rsidP="00672EC8">
            <w:pPr>
              <w:shd w:val="clear" w:color="auto" w:fill="FFFFFF" w:themeFill="background1"/>
              <w:jc w:val="both"/>
            </w:pPr>
            <w:r>
              <w:t>- HS nêu: cánh cam, tập tễnh, óng ánh, tròn lăn, khệ nệ, cỏ non.</w:t>
            </w:r>
          </w:p>
        </w:tc>
      </w:tr>
      <w:tr w:rsidR="001970E5" w14:paraId="6631AA5F" w14:textId="77777777" w:rsidTr="00672EC8">
        <w:trPr>
          <w:jc w:val="center"/>
        </w:trPr>
        <w:tc>
          <w:tcPr>
            <w:tcW w:w="5112" w:type="dxa"/>
            <w:tcMar>
              <w:top w:w="70" w:type="dxa"/>
              <w:left w:w="80" w:type="dxa"/>
              <w:bottom w:w="70" w:type="dxa"/>
              <w:right w:w="80" w:type="dxa"/>
            </w:tcMar>
          </w:tcPr>
          <w:p w14:paraId="176E28B3" w14:textId="77777777" w:rsidR="001970E5" w:rsidRDefault="005D71A2" w:rsidP="00672EC8">
            <w:pPr>
              <w:shd w:val="clear" w:color="auto" w:fill="FFFFFF" w:themeFill="background1"/>
              <w:jc w:val="both"/>
            </w:pPr>
            <w:r>
              <w:t>- GV hướng dẫn HS luyện đọc từ khó: tập tễnh, óng ánh, khệ nệ, rúc vào.</w:t>
            </w:r>
          </w:p>
        </w:tc>
        <w:tc>
          <w:tcPr>
            <w:tcW w:w="5112" w:type="dxa"/>
            <w:tcMar>
              <w:top w:w="70" w:type="dxa"/>
              <w:left w:w="80" w:type="dxa"/>
              <w:bottom w:w="70" w:type="dxa"/>
              <w:right w:w="80" w:type="dxa"/>
            </w:tcMar>
          </w:tcPr>
          <w:p w14:paraId="781C067C" w14:textId="77777777" w:rsidR="001970E5" w:rsidRDefault="005D71A2" w:rsidP="00672EC8">
            <w:pPr>
              <w:shd w:val="clear" w:color="auto" w:fill="FFFFFF" w:themeFill="background1"/>
              <w:jc w:val="both"/>
            </w:pPr>
            <w:r>
              <w:t>- HS đọc cá nhân, nhóm, đồng thanh các từ khó.</w:t>
            </w:r>
          </w:p>
        </w:tc>
      </w:tr>
      <w:tr w:rsidR="001970E5" w14:paraId="4ABE726C" w14:textId="77777777" w:rsidTr="00672EC8">
        <w:trPr>
          <w:jc w:val="center"/>
        </w:trPr>
        <w:tc>
          <w:tcPr>
            <w:tcW w:w="5112" w:type="dxa"/>
            <w:tcMar>
              <w:top w:w="70" w:type="dxa"/>
              <w:left w:w="80" w:type="dxa"/>
              <w:bottom w:w="70" w:type="dxa"/>
              <w:right w:w="80" w:type="dxa"/>
            </w:tcMar>
          </w:tcPr>
          <w:p w14:paraId="1A61EAF0" w14:textId="77777777" w:rsidR="001970E5" w:rsidRDefault="005D71A2" w:rsidP="00672EC8">
            <w:pPr>
              <w:shd w:val="clear" w:color="auto" w:fill="FFFFFF" w:themeFill="background1"/>
              <w:jc w:val="both"/>
            </w:pPr>
            <w:r>
              <w:t>- GV hướng dẫn đọc câu dài: “Bống thương quá, đặt cánh cam vào một chiếc lọ nhỏ đựng đầy cỏ.”</w:t>
            </w:r>
          </w:p>
        </w:tc>
        <w:tc>
          <w:tcPr>
            <w:tcW w:w="5112" w:type="dxa"/>
            <w:tcMar>
              <w:top w:w="70" w:type="dxa"/>
              <w:left w:w="80" w:type="dxa"/>
              <w:bottom w:w="70" w:type="dxa"/>
              <w:right w:w="80" w:type="dxa"/>
            </w:tcMar>
          </w:tcPr>
          <w:p w14:paraId="397EA64C" w14:textId="77777777" w:rsidR="001970E5" w:rsidRDefault="005D71A2" w:rsidP="00672EC8">
            <w:pPr>
              <w:shd w:val="clear" w:color="auto" w:fill="FFFFFF" w:themeFill="background1"/>
              <w:jc w:val="both"/>
            </w:pPr>
            <w:r>
              <w:t>- HS luyện đọc câu dài, biết ngắt nghỉ sau cụm từ.</w:t>
            </w:r>
          </w:p>
        </w:tc>
      </w:tr>
      <w:tr w:rsidR="001970E5" w14:paraId="2F102920" w14:textId="77777777" w:rsidTr="00672EC8">
        <w:trPr>
          <w:jc w:val="center"/>
        </w:trPr>
        <w:tc>
          <w:tcPr>
            <w:tcW w:w="5112" w:type="dxa"/>
            <w:tcMar>
              <w:top w:w="70" w:type="dxa"/>
              <w:left w:w="80" w:type="dxa"/>
              <w:bottom w:w="70" w:type="dxa"/>
              <w:right w:w="80" w:type="dxa"/>
            </w:tcMar>
          </w:tcPr>
          <w:p w14:paraId="073877A6" w14:textId="77777777" w:rsidR="001970E5" w:rsidRDefault="005D71A2" w:rsidP="00672EC8">
            <w:pPr>
              <w:shd w:val="clear" w:color="auto" w:fill="FFFFFF" w:themeFill="background1"/>
              <w:jc w:val="both"/>
            </w:pPr>
            <w:r>
              <w:t>- GV yêu cầu HS đọc phần Từ ngữ và giải thích tập tễnh, óng ánh, khệ nệ.</w:t>
            </w:r>
          </w:p>
        </w:tc>
        <w:tc>
          <w:tcPr>
            <w:tcW w:w="5112" w:type="dxa"/>
            <w:tcMar>
              <w:top w:w="70" w:type="dxa"/>
              <w:left w:w="80" w:type="dxa"/>
              <w:bottom w:w="70" w:type="dxa"/>
              <w:right w:w="80" w:type="dxa"/>
            </w:tcMar>
          </w:tcPr>
          <w:p w14:paraId="1C52C9B0" w14:textId="77777777" w:rsidR="001970E5" w:rsidRDefault="005D71A2" w:rsidP="00672EC8">
            <w:pPr>
              <w:shd w:val="clear" w:color="auto" w:fill="FFFFFF" w:themeFill="background1"/>
              <w:jc w:val="both"/>
            </w:pPr>
            <w:r>
              <w:t>- HS nêu: Tập tễnh là dáng đi không cân, bên cao bên thấp; óng ánh là phản chiếu ánh sáng lấp lánh; khệ nệ là dáng đi chậm chạp như phải mang vác nặng.</w:t>
            </w:r>
          </w:p>
        </w:tc>
      </w:tr>
      <w:tr w:rsidR="001970E5" w14:paraId="4B6862E3" w14:textId="77777777" w:rsidTr="00672EC8">
        <w:trPr>
          <w:jc w:val="center"/>
        </w:trPr>
        <w:tc>
          <w:tcPr>
            <w:tcW w:w="5112" w:type="dxa"/>
            <w:tcMar>
              <w:top w:w="70" w:type="dxa"/>
              <w:left w:w="80" w:type="dxa"/>
              <w:bottom w:w="70" w:type="dxa"/>
              <w:right w:w="80" w:type="dxa"/>
            </w:tcMar>
          </w:tcPr>
          <w:p w14:paraId="1A066F58" w14:textId="77777777" w:rsidR="001970E5" w:rsidRDefault="005D71A2" w:rsidP="00672EC8">
            <w:pPr>
              <w:shd w:val="clear" w:color="auto" w:fill="FFFFFF" w:themeFill="background1"/>
              <w:jc w:val="both"/>
            </w:pPr>
            <w:r>
              <w:t>- GV tổ chức HS đọc nối tiếp đoạn lần 2.</w:t>
            </w:r>
          </w:p>
        </w:tc>
        <w:tc>
          <w:tcPr>
            <w:tcW w:w="5112" w:type="dxa"/>
            <w:tcMar>
              <w:top w:w="70" w:type="dxa"/>
              <w:left w:w="80" w:type="dxa"/>
              <w:bottom w:w="70" w:type="dxa"/>
              <w:right w:w="80" w:type="dxa"/>
            </w:tcMar>
          </w:tcPr>
          <w:p w14:paraId="03EA37B9" w14:textId="77777777" w:rsidR="001970E5" w:rsidRDefault="005D71A2" w:rsidP="00672EC8">
            <w:pPr>
              <w:shd w:val="clear" w:color="auto" w:fill="FFFFFF" w:themeFill="background1"/>
              <w:jc w:val="both"/>
            </w:pPr>
            <w:r>
              <w:t>- HS đọc nối tiếp lần 2, đọc rõ hơn và đúng giọng kể.</w:t>
            </w:r>
          </w:p>
        </w:tc>
      </w:tr>
      <w:tr w:rsidR="001970E5" w14:paraId="3660ED1E" w14:textId="77777777" w:rsidTr="00672EC8">
        <w:trPr>
          <w:jc w:val="center"/>
        </w:trPr>
        <w:tc>
          <w:tcPr>
            <w:tcW w:w="5112" w:type="dxa"/>
            <w:tcMar>
              <w:top w:w="70" w:type="dxa"/>
              <w:left w:w="80" w:type="dxa"/>
              <w:bottom w:w="70" w:type="dxa"/>
              <w:right w:w="80" w:type="dxa"/>
            </w:tcMar>
          </w:tcPr>
          <w:p w14:paraId="7EA67E85" w14:textId="77777777" w:rsidR="001970E5" w:rsidRDefault="005D71A2" w:rsidP="00672EC8">
            <w:pPr>
              <w:shd w:val="clear" w:color="auto" w:fill="FFFFFF" w:themeFill="background1"/>
              <w:jc w:val="both"/>
            </w:pPr>
            <w:r>
              <w:t>- GV yêu cầu HS luyện đọc nhóm 3.</w:t>
            </w:r>
          </w:p>
        </w:tc>
        <w:tc>
          <w:tcPr>
            <w:tcW w:w="5112" w:type="dxa"/>
            <w:tcMar>
              <w:top w:w="70" w:type="dxa"/>
              <w:left w:w="80" w:type="dxa"/>
              <w:bottom w:w="70" w:type="dxa"/>
              <w:right w:w="80" w:type="dxa"/>
            </w:tcMar>
          </w:tcPr>
          <w:p w14:paraId="5450AF46" w14:textId="77777777" w:rsidR="001970E5" w:rsidRDefault="005D71A2" w:rsidP="00672EC8">
            <w:pPr>
              <w:shd w:val="clear" w:color="auto" w:fill="FFFFFF" w:themeFill="background1"/>
              <w:jc w:val="both"/>
            </w:pPr>
            <w:r>
              <w:t>- HS luyện đọc nhóm 3, góp ý cho nhau về phát âm và ngắt nghỉ.</w:t>
            </w:r>
          </w:p>
        </w:tc>
      </w:tr>
      <w:tr w:rsidR="001970E5" w14:paraId="6D4A9EA7" w14:textId="77777777" w:rsidTr="00672EC8">
        <w:trPr>
          <w:jc w:val="center"/>
        </w:trPr>
        <w:tc>
          <w:tcPr>
            <w:tcW w:w="5112" w:type="dxa"/>
            <w:tcMar>
              <w:top w:w="70" w:type="dxa"/>
              <w:left w:w="80" w:type="dxa"/>
              <w:bottom w:w="70" w:type="dxa"/>
              <w:right w:w="80" w:type="dxa"/>
            </w:tcMar>
          </w:tcPr>
          <w:p w14:paraId="3F7565D3" w14:textId="77777777" w:rsidR="001970E5" w:rsidRDefault="005D71A2" w:rsidP="00672EC8">
            <w:pPr>
              <w:shd w:val="clear" w:color="auto" w:fill="FFFFFF" w:themeFill="background1"/>
              <w:jc w:val="both"/>
            </w:pPr>
            <w:r>
              <w:t>- GV mời 2 nhóm thi đọc trước lớp.</w:t>
            </w:r>
          </w:p>
        </w:tc>
        <w:tc>
          <w:tcPr>
            <w:tcW w:w="5112" w:type="dxa"/>
            <w:tcMar>
              <w:top w:w="70" w:type="dxa"/>
              <w:left w:w="80" w:type="dxa"/>
              <w:bottom w:w="70" w:type="dxa"/>
              <w:right w:w="80" w:type="dxa"/>
            </w:tcMar>
          </w:tcPr>
          <w:p w14:paraId="15D025E6" w14:textId="77777777" w:rsidR="001970E5" w:rsidRDefault="005D71A2" w:rsidP="00672EC8">
            <w:pPr>
              <w:shd w:val="clear" w:color="auto" w:fill="FFFFFF" w:themeFill="background1"/>
              <w:jc w:val="both"/>
            </w:pPr>
            <w:r>
              <w:t>- Đại diện nhóm thi đọc; lớp nhận xét nhóm đọc rõ, đúng giọng.</w:t>
            </w:r>
          </w:p>
        </w:tc>
      </w:tr>
      <w:tr w:rsidR="001970E5" w14:paraId="30925EBA" w14:textId="77777777" w:rsidTr="00F123DC">
        <w:trPr>
          <w:jc w:val="center"/>
        </w:trPr>
        <w:tc>
          <w:tcPr>
            <w:tcW w:w="5112" w:type="dxa"/>
            <w:tcBorders>
              <w:bottom w:val="single" w:sz="4" w:space="0" w:color="auto"/>
            </w:tcBorders>
            <w:tcMar>
              <w:top w:w="70" w:type="dxa"/>
              <w:left w:w="80" w:type="dxa"/>
              <w:bottom w:w="70" w:type="dxa"/>
              <w:right w:w="80" w:type="dxa"/>
            </w:tcMar>
          </w:tcPr>
          <w:p w14:paraId="62B54C0D" w14:textId="77777777" w:rsidR="001970E5" w:rsidRDefault="005D71A2" w:rsidP="00672EC8">
            <w:pPr>
              <w:shd w:val="clear" w:color="auto" w:fill="FFFFFF" w:themeFill="background1"/>
              <w:jc w:val="both"/>
            </w:pPr>
            <w:r>
              <w:t>- GV mời 1 HS đọc toàn bài.</w:t>
            </w:r>
          </w:p>
        </w:tc>
        <w:tc>
          <w:tcPr>
            <w:tcW w:w="5112" w:type="dxa"/>
            <w:tcBorders>
              <w:bottom w:val="single" w:sz="4" w:space="0" w:color="auto"/>
            </w:tcBorders>
            <w:tcMar>
              <w:top w:w="70" w:type="dxa"/>
              <w:left w:w="80" w:type="dxa"/>
              <w:bottom w:w="70" w:type="dxa"/>
              <w:right w:w="80" w:type="dxa"/>
            </w:tcMar>
          </w:tcPr>
          <w:p w14:paraId="60337167" w14:textId="77777777" w:rsidR="001970E5" w:rsidRDefault="005D71A2" w:rsidP="00672EC8">
            <w:pPr>
              <w:shd w:val="clear" w:color="auto" w:fill="FFFFFF" w:themeFill="background1"/>
              <w:jc w:val="both"/>
            </w:pPr>
            <w:r>
              <w:t>- 1 HS đọc toàn bài; lớp đọc thầm theo.</w:t>
            </w:r>
          </w:p>
        </w:tc>
      </w:tr>
      <w:tr w:rsidR="001970E5" w14:paraId="54BBBE57"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7A48C508" w14:textId="77777777" w:rsidR="001970E5" w:rsidRDefault="005D71A2" w:rsidP="00672EC8">
            <w:pPr>
              <w:shd w:val="clear" w:color="auto" w:fill="FFFFFF" w:themeFill="background1"/>
            </w:pPr>
            <w:r>
              <w:rPr>
                <w:b/>
              </w:rPr>
              <w:t>3. VẬN DỤNG (3 phút)</w:t>
            </w:r>
            <w:r>
              <w:br/>
            </w:r>
            <w:r>
              <w:rPr>
                <w:b/>
              </w:rPr>
              <w:t>Mục tiêu: HS biết liên hệ cách đối xử nhân ái với sinh vật nhỏ.</w:t>
            </w:r>
          </w:p>
        </w:tc>
      </w:tr>
      <w:tr w:rsidR="001970E5" w14:paraId="00BAA452" w14:textId="77777777" w:rsidTr="00F123DC">
        <w:trPr>
          <w:jc w:val="center"/>
        </w:trPr>
        <w:tc>
          <w:tcPr>
            <w:tcW w:w="5112" w:type="dxa"/>
            <w:tcBorders>
              <w:top w:val="single" w:sz="4" w:space="0" w:color="auto"/>
            </w:tcBorders>
            <w:tcMar>
              <w:top w:w="70" w:type="dxa"/>
              <w:left w:w="80" w:type="dxa"/>
              <w:bottom w:w="70" w:type="dxa"/>
              <w:right w:w="80" w:type="dxa"/>
            </w:tcMar>
          </w:tcPr>
          <w:p w14:paraId="4181E1F4" w14:textId="77777777" w:rsidR="001970E5" w:rsidRDefault="005D71A2" w:rsidP="00672EC8">
            <w:pPr>
              <w:shd w:val="clear" w:color="auto" w:fill="FFFFFF" w:themeFill="background1"/>
              <w:jc w:val="both"/>
            </w:pPr>
            <w:r>
              <w:t>- GV hỏi: Khi thấy bạn đang bắt hoặc chọc phá một con vật nhỏ, em sẽ nói gì?</w:t>
            </w:r>
          </w:p>
        </w:tc>
        <w:tc>
          <w:tcPr>
            <w:tcW w:w="5112" w:type="dxa"/>
            <w:tcBorders>
              <w:top w:val="single" w:sz="4" w:space="0" w:color="auto"/>
            </w:tcBorders>
            <w:tcMar>
              <w:top w:w="70" w:type="dxa"/>
              <w:left w:w="80" w:type="dxa"/>
              <w:bottom w:w="70" w:type="dxa"/>
              <w:right w:w="80" w:type="dxa"/>
            </w:tcMar>
          </w:tcPr>
          <w:p w14:paraId="2EC61905" w14:textId="77777777" w:rsidR="001970E5" w:rsidRDefault="005D71A2" w:rsidP="00672EC8">
            <w:pPr>
              <w:shd w:val="clear" w:color="auto" w:fill="FFFFFF" w:themeFill="background1"/>
              <w:jc w:val="both"/>
            </w:pPr>
            <w:r>
              <w:t>- HS trả lời: Em sẽ nói bạn không nên làm đau con vật, hãy thả nó về nơi sống của nó hoặc báo người lớn giúp đỡ.</w:t>
            </w:r>
          </w:p>
        </w:tc>
      </w:tr>
      <w:tr w:rsidR="001970E5" w14:paraId="3F9AB467" w14:textId="77777777" w:rsidTr="00F123DC">
        <w:trPr>
          <w:jc w:val="center"/>
        </w:trPr>
        <w:tc>
          <w:tcPr>
            <w:tcW w:w="5112" w:type="dxa"/>
            <w:tcBorders>
              <w:bottom w:val="single" w:sz="4" w:space="0" w:color="auto"/>
            </w:tcBorders>
            <w:tcMar>
              <w:top w:w="70" w:type="dxa"/>
              <w:left w:w="80" w:type="dxa"/>
              <w:bottom w:w="70" w:type="dxa"/>
              <w:right w:w="80" w:type="dxa"/>
            </w:tcMar>
          </w:tcPr>
          <w:p w14:paraId="133E868E" w14:textId="77777777" w:rsidR="001970E5" w:rsidRDefault="005D71A2" w:rsidP="00672EC8">
            <w:pPr>
              <w:shd w:val="clear" w:color="auto" w:fill="FFFFFF" w:themeFill="background1"/>
              <w:jc w:val="both"/>
            </w:pPr>
            <w:r>
              <w:t>- GV dặn HS đọc lại bài và chuẩn bị trả lời câu hỏi tiết 2.</w:t>
            </w:r>
          </w:p>
        </w:tc>
        <w:tc>
          <w:tcPr>
            <w:tcW w:w="5112" w:type="dxa"/>
            <w:tcBorders>
              <w:bottom w:val="single" w:sz="4" w:space="0" w:color="auto"/>
            </w:tcBorders>
            <w:tcMar>
              <w:top w:w="70" w:type="dxa"/>
              <w:left w:w="80" w:type="dxa"/>
              <w:bottom w:w="70" w:type="dxa"/>
              <w:right w:w="80" w:type="dxa"/>
            </w:tcMar>
          </w:tcPr>
          <w:p w14:paraId="60BCA1DE" w14:textId="77777777" w:rsidR="001970E5" w:rsidRDefault="005D71A2" w:rsidP="00672EC8">
            <w:pPr>
              <w:shd w:val="clear" w:color="auto" w:fill="FFFFFF" w:themeFill="background1"/>
              <w:jc w:val="both"/>
            </w:pPr>
            <w:r>
              <w:t>- HS ghi nhớ nhiệm vụ.</w:t>
            </w:r>
          </w:p>
        </w:tc>
      </w:tr>
      <w:tr w:rsidR="001970E5" w14:paraId="18BA03BB"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2D07A10C" w14:textId="77777777" w:rsidR="001970E5" w:rsidRDefault="005D71A2" w:rsidP="00672EC8">
            <w:pPr>
              <w:shd w:val="clear" w:color="auto" w:fill="FFFFFF" w:themeFill="background1"/>
            </w:pPr>
            <w:r>
              <w:rPr>
                <w:b/>
              </w:rPr>
              <w:t>TIẾT 2</w:t>
            </w:r>
          </w:p>
        </w:tc>
      </w:tr>
      <w:tr w:rsidR="001970E5" w14:paraId="3B252E6F"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332DE384" w14:textId="77777777" w:rsidR="001970E5" w:rsidRDefault="005D71A2" w:rsidP="00672EC8">
            <w:pPr>
              <w:shd w:val="clear" w:color="auto" w:fill="FFFFFF" w:themeFill="background1"/>
            </w:pPr>
            <w:r>
              <w:rPr>
                <w:b/>
              </w:rPr>
              <w:t>Hoạt động 2: Trả lời câu hỏi (17 phút)</w:t>
            </w:r>
          </w:p>
          <w:p w14:paraId="027E1CD8" w14:textId="77777777" w:rsidR="001970E5" w:rsidRDefault="005D71A2" w:rsidP="00672EC8">
            <w:pPr>
              <w:shd w:val="clear" w:color="auto" w:fill="FFFFFF" w:themeFill="background1"/>
            </w:pPr>
            <w:r>
              <w:t xml:space="preserve">Mục tiêu: HS hiểu nội dung câu chuyện; biết yêu quý sinh vật nhỏ. Mục tiêu tích hợp: HS nêu </w:t>
            </w:r>
            <w:r>
              <w:lastRenderedPageBreak/>
              <w:t>được cách giúp đỡ, bảo vệ sinh vật nhỏ phù hợp và an toàn.</w:t>
            </w:r>
          </w:p>
        </w:tc>
      </w:tr>
      <w:tr w:rsidR="001970E5" w14:paraId="2F4B1652" w14:textId="77777777" w:rsidTr="00F123DC">
        <w:trPr>
          <w:jc w:val="center"/>
        </w:trPr>
        <w:tc>
          <w:tcPr>
            <w:tcW w:w="5112" w:type="dxa"/>
            <w:tcBorders>
              <w:top w:val="single" w:sz="4" w:space="0" w:color="auto"/>
            </w:tcBorders>
            <w:tcMar>
              <w:top w:w="70" w:type="dxa"/>
              <w:left w:w="80" w:type="dxa"/>
              <w:bottom w:w="70" w:type="dxa"/>
              <w:right w:w="80" w:type="dxa"/>
            </w:tcMar>
          </w:tcPr>
          <w:p w14:paraId="1C73395C" w14:textId="77777777" w:rsidR="001970E5" w:rsidRDefault="005D71A2" w:rsidP="00672EC8">
            <w:pPr>
              <w:shd w:val="clear" w:color="auto" w:fill="FFFFFF" w:themeFill="background1"/>
              <w:jc w:val="both"/>
            </w:pPr>
            <w:r>
              <w:lastRenderedPageBreak/>
              <w:t>- GV yêu cầu HS đọc thầm đoạn 1 và trả lời: Bống làm gì khi thấy cánh cam bị thương?</w:t>
            </w:r>
          </w:p>
          <w:p w14:paraId="0B6C5185" w14:textId="74095E93" w:rsidR="001970E5" w:rsidRDefault="001970E5" w:rsidP="00672EC8">
            <w:pPr>
              <w:shd w:val="clear" w:color="auto" w:fill="FFFFFF" w:themeFill="background1"/>
            </w:pPr>
          </w:p>
        </w:tc>
        <w:tc>
          <w:tcPr>
            <w:tcW w:w="5112" w:type="dxa"/>
            <w:tcBorders>
              <w:top w:val="single" w:sz="4" w:space="0" w:color="auto"/>
            </w:tcBorders>
            <w:tcMar>
              <w:top w:w="70" w:type="dxa"/>
              <w:left w:w="80" w:type="dxa"/>
              <w:bottom w:w="70" w:type="dxa"/>
              <w:right w:w="80" w:type="dxa"/>
            </w:tcMar>
          </w:tcPr>
          <w:p w14:paraId="55801FA6" w14:textId="77777777" w:rsidR="001970E5" w:rsidRDefault="005D71A2" w:rsidP="00672EC8">
            <w:pPr>
              <w:shd w:val="clear" w:color="auto" w:fill="FFFFFF" w:themeFill="background1"/>
              <w:jc w:val="both"/>
            </w:pPr>
            <w:r>
              <w:t>- HS trả lời: Bống đặt cánh cam vào một chiếc lọ nhỏ đựng đầy cỏ để chăm sóc.</w:t>
            </w:r>
          </w:p>
        </w:tc>
      </w:tr>
      <w:tr w:rsidR="001970E5" w14:paraId="0E115988" w14:textId="77777777" w:rsidTr="00672EC8">
        <w:trPr>
          <w:jc w:val="center"/>
        </w:trPr>
        <w:tc>
          <w:tcPr>
            <w:tcW w:w="5112" w:type="dxa"/>
            <w:tcMar>
              <w:top w:w="70" w:type="dxa"/>
              <w:left w:w="80" w:type="dxa"/>
              <w:bottom w:w="70" w:type="dxa"/>
              <w:right w:w="80" w:type="dxa"/>
            </w:tcMar>
          </w:tcPr>
          <w:p w14:paraId="6EA41AA8" w14:textId="77777777" w:rsidR="001970E5" w:rsidRDefault="005D71A2" w:rsidP="00672EC8">
            <w:pPr>
              <w:shd w:val="clear" w:color="auto" w:fill="FFFFFF" w:themeFill="background1"/>
              <w:jc w:val="both"/>
            </w:pPr>
            <w:r>
              <w:t>- GV hỏi: Bống chăm sóc cánh cam như thế nào? Câu văn nào cho em biết điều đó?</w:t>
            </w:r>
          </w:p>
        </w:tc>
        <w:tc>
          <w:tcPr>
            <w:tcW w:w="5112" w:type="dxa"/>
            <w:tcMar>
              <w:top w:w="70" w:type="dxa"/>
              <w:left w:w="80" w:type="dxa"/>
              <w:bottom w:w="70" w:type="dxa"/>
              <w:right w:w="80" w:type="dxa"/>
            </w:tcMar>
          </w:tcPr>
          <w:p w14:paraId="289F9B30" w14:textId="77777777" w:rsidR="001970E5" w:rsidRDefault="005D71A2" w:rsidP="00672EC8">
            <w:pPr>
              <w:shd w:val="clear" w:color="auto" w:fill="FFFFFF" w:themeFill="background1"/>
              <w:jc w:val="both"/>
            </w:pPr>
            <w:r>
              <w:t>- HS trả lời: Bống chăm sóc cánh cam bằng cách đặt cánh cam vào chiếc lọ nhỏ đựng đầy cỏ, hằng ngày bỏ vào lọ một chút nước và những ngọn cỏ xanh non.</w:t>
            </w:r>
          </w:p>
        </w:tc>
      </w:tr>
      <w:tr w:rsidR="001970E5" w14:paraId="469554F6" w14:textId="77777777" w:rsidTr="00672EC8">
        <w:trPr>
          <w:jc w:val="center"/>
        </w:trPr>
        <w:tc>
          <w:tcPr>
            <w:tcW w:w="5112" w:type="dxa"/>
            <w:tcMar>
              <w:top w:w="70" w:type="dxa"/>
              <w:left w:w="80" w:type="dxa"/>
              <w:bottom w:w="70" w:type="dxa"/>
              <w:right w:w="80" w:type="dxa"/>
            </w:tcMar>
          </w:tcPr>
          <w:p w14:paraId="4AA468C2" w14:textId="77777777" w:rsidR="001970E5" w:rsidRDefault="005D71A2" w:rsidP="00672EC8">
            <w:pPr>
              <w:shd w:val="clear" w:color="auto" w:fill="FFFFFF" w:themeFill="background1"/>
              <w:jc w:val="both"/>
            </w:pPr>
            <w:r>
              <w:t>- GV hỏi: Vì sao Bống thả cánh cam đi?</w:t>
            </w:r>
          </w:p>
        </w:tc>
        <w:tc>
          <w:tcPr>
            <w:tcW w:w="5112" w:type="dxa"/>
            <w:tcMar>
              <w:top w:w="70" w:type="dxa"/>
              <w:left w:w="80" w:type="dxa"/>
              <w:bottom w:w="70" w:type="dxa"/>
              <w:right w:w="80" w:type="dxa"/>
            </w:tcMar>
          </w:tcPr>
          <w:p w14:paraId="2053B6B7" w14:textId="77777777" w:rsidR="001970E5" w:rsidRDefault="005D71A2" w:rsidP="00672EC8">
            <w:pPr>
              <w:shd w:val="clear" w:color="auto" w:fill="FFFFFF" w:themeFill="background1"/>
              <w:jc w:val="both"/>
            </w:pPr>
            <w:r>
              <w:t>- HS trả lời: Vì Bống nghĩ con vật sống trong lọ rất chật, bồn chồn nhớ nhà và nhớ bạn bè; Bống muốn cánh cam trở về với thiên nhiên.</w:t>
            </w:r>
          </w:p>
        </w:tc>
      </w:tr>
      <w:tr w:rsidR="001970E5" w14:paraId="50F207A2" w14:textId="77777777" w:rsidTr="00672EC8">
        <w:trPr>
          <w:jc w:val="center"/>
        </w:trPr>
        <w:tc>
          <w:tcPr>
            <w:tcW w:w="5112" w:type="dxa"/>
            <w:tcMar>
              <w:top w:w="70" w:type="dxa"/>
              <w:left w:w="80" w:type="dxa"/>
              <w:bottom w:w="70" w:type="dxa"/>
              <w:right w:w="80" w:type="dxa"/>
            </w:tcMar>
          </w:tcPr>
          <w:p w14:paraId="69E929F8" w14:textId="77777777" w:rsidR="001970E5" w:rsidRDefault="005D71A2" w:rsidP="00672EC8">
            <w:pPr>
              <w:shd w:val="clear" w:color="auto" w:fill="FFFFFF" w:themeFill="background1"/>
              <w:jc w:val="both"/>
            </w:pPr>
            <w:r>
              <w:t>- GV hỏi: Nếu là Bống, em có thả cánh cam đi không? Vì sao?</w:t>
            </w:r>
          </w:p>
        </w:tc>
        <w:tc>
          <w:tcPr>
            <w:tcW w:w="5112" w:type="dxa"/>
            <w:tcMar>
              <w:top w:w="70" w:type="dxa"/>
              <w:left w:w="80" w:type="dxa"/>
              <w:bottom w:w="70" w:type="dxa"/>
              <w:right w:w="80" w:type="dxa"/>
            </w:tcMar>
          </w:tcPr>
          <w:p w14:paraId="30FC0FAC" w14:textId="77777777" w:rsidR="001970E5" w:rsidRDefault="005D71A2" w:rsidP="00672EC8">
            <w:pPr>
              <w:shd w:val="clear" w:color="auto" w:fill="FFFFFF" w:themeFill="background1"/>
              <w:jc w:val="both"/>
            </w:pPr>
            <w:r>
              <w:t>- HS trả lời: Em sẽ thả cánh cam đi vì cánh cam cần được sống tự do trong môi trường tự nhiên.</w:t>
            </w:r>
          </w:p>
        </w:tc>
      </w:tr>
      <w:tr w:rsidR="001970E5" w14:paraId="58E894AA" w14:textId="77777777" w:rsidTr="00672EC8">
        <w:trPr>
          <w:jc w:val="center"/>
        </w:trPr>
        <w:tc>
          <w:tcPr>
            <w:tcW w:w="5112" w:type="dxa"/>
            <w:tcMar>
              <w:top w:w="70" w:type="dxa"/>
              <w:left w:w="80" w:type="dxa"/>
              <w:bottom w:w="70" w:type="dxa"/>
              <w:right w:w="80" w:type="dxa"/>
            </w:tcMar>
          </w:tcPr>
          <w:p w14:paraId="701BBCFF" w14:textId="77777777" w:rsidR="001970E5" w:rsidRDefault="005D71A2" w:rsidP="00672EC8">
            <w:pPr>
              <w:shd w:val="clear" w:color="auto" w:fill="FFFFFF" w:themeFill="background1"/>
              <w:jc w:val="both"/>
            </w:pPr>
            <w:r>
              <w:rPr>
                <w:color w:val="C00000"/>
              </w:rPr>
              <w:t>- GV hỏi dẫn tích hợp: Vì sao chúng ta không nên bắt nhốt hoặc làm hại những sinh vật nhỏ?</w:t>
            </w:r>
          </w:p>
        </w:tc>
        <w:tc>
          <w:tcPr>
            <w:tcW w:w="5112" w:type="dxa"/>
            <w:tcMar>
              <w:top w:w="70" w:type="dxa"/>
              <w:left w:w="80" w:type="dxa"/>
              <w:bottom w:w="70" w:type="dxa"/>
              <w:right w:w="80" w:type="dxa"/>
            </w:tcMar>
          </w:tcPr>
          <w:p w14:paraId="732E7918" w14:textId="77777777" w:rsidR="001970E5" w:rsidRDefault="005D71A2" w:rsidP="00672EC8">
            <w:pPr>
              <w:shd w:val="clear" w:color="auto" w:fill="FFFFFF" w:themeFill="background1"/>
              <w:jc w:val="both"/>
            </w:pPr>
            <w:r>
              <w:rPr>
                <w:color w:val="C00000"/>
              </w:rPr>
              <w:t>- HS trả lời: Vì các con vật cũng cần môi trường sống tự nhiên; bắt nhốt có thể làm chúng bị đau, yếu hoặc chết.</w:t>
            </w:r>
          </w:p>
        </w:tc>
      </w:tr>
      <w:tr w:rsidR="001970E5" w14:paraId="6236FD59" w14:textId="77777777" w:rsidTr="00672EC8">
        <w:trPr>
          <w:jc w:val="center"/>
        </w:trPr>
        <w:tc>
          <w:tcPr>
            <w:tcW w:w="5112" w:type="dxa"/>
            <w:tcMar>
              <w:top w:w="70" w:type="dxa"/>
              <w:left w:w="80" w:type="dxa"/>
              <w:bottom w:w="70" w:type="dxa"/>
              <w:right w:w="80" w:type="dxa"/>
            </w:tcMar>
          </w:tcPr>
          <w:p w14:paraId="6D9C1CD7" w14:textId="77777777" w:rsidR="001970E5" w:rsidRDefault="005D71A2" w:rsidP="00672EC8">
            <w:pPr>
              <w:shd w:val="clear" w:color="auto" w:fill="FFFFFF" w:themeFill="background1"/>
              <w:jc w:val="both"/>
            </w:pPr>
            <w:r>
              <w:rPr>
                <w:color w:val="C00000"/>
              </w:rPr>
              <w:t>- Tích hợp bảo vệ môi trường: GV diễn giải: Cánh cam, sâu, ốc sên và nhiều sinh vật nhỏ khác đều là một phần của thiên nhiên. Các em không nên bắt nhốt con vật để chơi, không phá tổ, không giẫm đạp cây cỏ hoặc nơi sống của chúng. Nếu thấy một con vật nhỏ bị thương, các em cần quan sát từ xa, báo người lớn, đưa con vật về nơi an toàn khi được hướng dẫn, không tự ý dùng thuốc hoặc thức ăn lạ. Bảo vệ môi trường không chỉ là trồng cây, nhặt rác mà còn là biết tôn trọng sự sống của những sinh vật bé nhỏ quanh mình.</w:t>
            </w:r>
          </w:p>
        </w:tc>
        <w:tc>
          <w:tcPr>
            <w:tcW w:w="5112" w:type="dxa"/>
            <w:tcMar>
              <w:top w:w="70" w:type="dxa"/>
              <w:left w:w="80" w:type="dxa"/>
              <w:bottom w:w="70" w:type="dxa"/>
              <w:right w:w="80" w:type="dxa"/>
            </w:tcMar>
          </w:tcPr>
          <w:p w14:paraId="190B5134" w14:textId="77777777" w:rsidR="001970E5" w:rsidRDefault="005D71A2" w:rsidP="00672EC8">
            <w:pPr>
              <w:shd w:val="clear" w:color="auto" w:fill="FFFFFF" w:themeFill="background1"/>
              <w:jc w:val="both"/>
            </w:pPr>
            <w:r>
              <w:rPr>
                <w:color w:val="C00000"/>
              </w:rPr>
              <w:t>- HS nhắc lại và nêu việc làm cụ thể: không bắt nhốt cánh cam, không chọc phá sâu/ốc sên, không phá nơi sống của chúng, biết báo người lớn khi thấy con vật bị thương và thả sinh vật về môi trường phù hợp.</w:t>
            </w:r>
          </w:p>
        </w:tc>
      </w:tr>
      <w:tr w:rsidR="001970E5" w14:paraId="2726752D" w14:textId="77777777" w:rsidTr="00F123DC">
        <w:trPr>
          <w:jc w:val="center"/>
        </w:trPr>
        <w:tc>
          <w:tcPr>
            <w:tcW w:w="5112" w:type="dxa"/>
            <w:tcBorders>
              <w:bottom w:val="single" w:sz="4" w:space="0" w:color="auto"/>
            </w:tcBorders>
            <w:tcMar>
              <w:top w:w="70" w:type="dxa"/>
              <w:left w:w="80" w:type="dxa"/>
              <w:bottom w:w="70" w:type="dxa"/>
              <w:right w:w="80" w:type="dxa"/>
            </w:tcMar>
          </w:tcPr>
          <w:p w14:paraId="72A227C8" w14:textId="77777777" w:rsidR="001970E5" w:rsidRDefault="005D71A2" w:rsidP="00672EC8">
            <w:pPr>
              <w:shd w:val="clear" w:color="auto" w:fill="FFFFFF" w:themeFill="background1"/>
              <w:jc w:val="both"/>
            </w:pPr>
            <w:r>
              <w:t>- GV kết luận: Bống là bạn nhỏ nhân ái, biết chăm sóc cánh cam và biết trả cánh cam về với thiên nhiên.</w:t>
            </w:r>
          </w:p>
        </w:tc>
        <w:tc>
          <w:tcPr>
            <w:tcW w:w="5112" w:type="dxa"/>
            <w:tcBorders>
              <w:bottom w:val="single" w:sz="4" w:space="0" w:color="auto"/>
            </w:tcBorders>
            <w:tcMar>
              <w:top w:w="70" w:type="dxa"/>
              <w:left w:w="80" w:type="dxa"/>
              <w:bottom w:w="70" w:type="dxa"/>
              <w:right w:w="80" w:type="dxa"/>
            </w:tcMar>
          </w:tcPr>
          <w:p w14:paraId="51DD0570" w14:textId="77777777" w:rsidR="001970E5" w:rsidRDefault="005D71A2" w:rsidP="00672EC8">
            <w:pPr>
              <w:shd w:val="clear" w:color="auto" w:fill="FFFFFF" w:themeFill="background1"/>
              <w:jc w:val="both"/>
            </w:pPr>
            <w:r>
              <w:t>- HS lắng nghe, nhắc lại nội dung chính.</w:t>
            </w:r>
          </w:p>
        </w:tc>
      </w:tr>
      <w:tr w:rsidR="001970E5" w14:paraId="45160677"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096A10E0" w14:textId="77777777" w:rsidR="001970E5" w:rsidRDefault="005D71A2" w:rsidP="00672EC8">
            <w:pPr>
              <w:shd w:val="clear" w:color="auto" w:fill="FFFFFF" w:themeFill="background1"/>
            </w:pPr>
            <w:r>
              <w:rPr>
                <w:b/>
              </w:rPr>
              <w:t>Hoạt động 3: Luyện đọc lại (8 phút)</w:t>
            </w:r>
            <w:r>
              <w:br/>
            </w:r>
            <w:r>
              <w:rPr>
                <w:b/>
              </w:rPr>
              <w:t>Mục tiêu: HS đọc lại văn bản với giọng kể nhẹ nhàng, tình cảm.</w:t>
            </w:r>
          </w:p>
        </w:tc>
      </w:tr>
      <w:tr w:rsidR="001970E5" w14:paraId="5E57CD00" w14:textId="77777777" w:rsidTr="00F123DC">
        <w:trPr>
          <w:jc w:val="center"/>
        </w:trPr>
        <w:tc>
          <w:tcPr>
            <w:tcW w:w="5112" w:type="dxa"/>
            <w:tcBorders>
              <w:top w:val="single" w:sz="4" w:space="0" w:color="auto"/>
            </w:tcBorders>
            <w:tcMar>
              <w:top w:w="70" w:type="dxa"/>
              <w:left w:w="80" w:type="dxa"/>
              <w:bottom w:w="70" w:type="dxa"/>
              <w:right w:w="80" w:type="dxa"/>
            </w:tcMar>
          </w:tcPr>
          <w:p w14:paraId="7902D9B2" w14:textId="77777777" w:rsidR="001970E5" w:rsidRDefault="005D71A2" w:rsidP="00672EC8">
            <w:pPr>
              <w:shd w:val="clear" w:color="auto" w:fill="FFFFFF" w:themeFill="background1"/>
              <w:jc w:val="both"/>
            </w:pPr>
            <w:r>
              <w:t>- GV đọc lại đoạn văn thể hiện tình cảm của Bống dành cho cánh cam.</w:t>
            </w:r>
          </w:p>
        </w:tc>
        <w:tc>
          <w:tcPr>
            <w:tcW w:w="5112" w:type="dxa"/>
            <w:tcBorders>
              <w:top w:val="single" w:sz="4" w:space="0" w:color="auto"/>
            </w:tcBorders>
            <w:tcMar>
              <w:top w:w="70" w:type="dxa"/>
              <w:left w:w="80" w:type="dxa"/>
              <w:bottom w:w="70" w:type="dxa"/>
              <w:right w:w="80" w:type="dxa"/>
            </w:tcMar>
          </w:tcPr>
          <w:p w14:paraId="7D667307" w14:textId="77777777" w:rsidR="001970E5" w:rsidRDefault="005D71A2" w:rsidP="00672EC8">
            <w:pPr>
              <w:shd w:val="clear" w:color="auto" w:fill="FFFFFF" w:themeFill="background1"/>
              <w:jc w:val="both"/>
            </w:pPr>
            <w:r>
              <w:t>- HS lắng nghe, nhận xét cách đọc nhẹ nhàng, tình cảm.</w:t>
            </w:r>
          </w:p>
        </w:tc>
      </w:tr>
      <w:tr w:rsidR="001970E5" w14:paraId="0B30CDFA" w14:textId="77777777" w:rsidTr="00672EC8">
        <w:trPr>
          <w:jc w:val="center"/>
        </w:trPr>
        <w:tc>
          <w:tcPr>
            <w:tcW w:w="5112" w:type="dxa"/>
            <w:tcMar>
              <w:top w:w="70" w:type="dxa"/>
              <w:left w:w="80" w:type="dxa"/>
              <w:bottom w:w="70" w:type="dxa"/>
              <w:right w:w="80" w:type="dxa"/>
            </w:tcMar>
          </w:tcPr>
          <w:p w14:paraId="696063C5" w14:textId="77777777" w:rsidR="001970E5" w:rsidRDefault="005D71A2" w:rsidP="00672EC8">
            <w:pPr>
              <w:shd w:val="clear" w:color="auto" w:fill="FFFFFF" w:themeFill="background1"/>
              <w:jc w:val="both"/>
            </w:pPr>
            <w:r>
              <w:t>- GV yêu cầu HS luyện đọc theo nhóm 3.</w:t>
            </w:r>
          </w:p>
        </w:tc>
        <w:tc>
          <w:tcPr>
            <w:tcW w:w="5112" w:type="dxa"/>
            <w:tcMar>
              <w:top w:w="70" w:type="dxa"/>
              <w:left w:w="80" w:type="dxa"/>
              <w:bottom w:w="70" w:type="dxa"/>
              <w:right w:w="80" w:type="dxa"/>
            </w:tcMar>
          </w:tcPr>
          <w:p w14:paraId="31E0768D" w14:textId="77777777" w:rsidR="001970E5" w:rsidRDefault="005D71A2" w:rsidP="00672EC8">
            <w:pPr>
              <w:shd w:val="clear" w:color="auto" w:fill="FFFFFF" w:themeFill="background1"/>
              <w:jc w:val="both"/>
            </w:pPr>
            <w:r>
              <w:t>- HS luyện đọc nhóm 3, góp ý cho bạn về giọng đọc.</w:t>
            </w:r>
          </w:p>
        </w:tc>
      </w:tr>
      <w:tr w:rsidR="001970E5" w14:paraId="77C79AE6" w14:textId="77777777" w:rsidTr="00F123DC">
        <w:trPr>
          <w:jc w:val="center"/>
        </w:trPr>
        <w:tc>
          <w:tcPr>
            <w:tcW w:w="5112" w:type="dxa"/>
            <w:tcBorders>
              <w:bottom w:val="single" w:sz="4" w:space="0" w:color="auto"/>
            </w:tcBorders>
            <w:tcMar>
              <w:top w:w="70" w:type="dxa"/>
              <w:left w:w="80" w:type="dxa"/>
              <w:bottom w:w="70" w:type="dxa"/>
              <w:right w:w="80" w:type="dxa"/>
            </w:tcMar>
          </w:tcPr>
          <w:p w14:paraId="6A5A9F9F" w14:textId="77777777" w:rsidR="001970E5" w:rsidRDefault="005D71A2" w:rsidP="00672EC8">
            <w:pPr>
              <w:shd w:val="clear" w:color="auto" w:fill="FFFFFF" w:themeFill="background1"/>
              <w:jc w:val="both"/>
            </w:pPr>
            <w:r>
              <w:t>- GV mời HS đọc đoạn em thích trước lớp.</w:t>
            </w:r>
          </w:p>
        </w:tc>
        <w:tc>
          <w:tcPr>
            <w:tcW w:w="5112" w:type="dxa"/>
            <w:tcBorders>
              <w:bottom w:val="single" w:sz="4" w:space="0" w:color="auto"/>
            </w:tcBorders>
            <w:tcMar>
              <w:top w:w="70" w:type="dxa"/>
              <w:left w:w="80" w:type="dxa"/>
              <w:bottom w:w="70" w:type="dxa"/>
              <w:right w:w="80" w:type="dxa"/>
            </w:tcMar>
          </w:tcPr>
          <w:p w14:paraId="31AA929F" w14:textId="77777777" w:rsidR="001970E5" w:rsidRDefault="005D71A2" w:rsidP="00672EC8">
            <w:pPr>
              <w:shd w:val="clear" w:color="auto" w:fill="FFFFFF" w:themeFill="background1"/>
              <w:jc w:val="both"/>
            </w:pPr>
            <w:r>
              <w:t>- HS đọc đoạn yêu thích; lớp nhận xét, tuyên dương bạn đọc tốt.</w:t>
            </w:r>
          </w:p>
        </w:tc>
      </w:tr>
      <w:tr w:rsidR="001970E5" w14:paraId="514903D1"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3F8E7226" w14:textId="77777777" w:rsidR="001970E5" w:rsidRDefault="005D71A2" w:rsidP="00672EC8">
            <w:pPr>
              <w:shd w:val="clear" w:color="auto" w:fill="FFFFFF" w:themeFill="background1"/>
            </w:pPr>
            <w:r>
              <w:rPr>
                <w:b/>
              </w:rPr>
              <w:t>Hoạt động 4: Luyện tập theo văn bản đọc (7 phút)</w:t>
            </w:r>
          </w:p>
          <w:p w14:paraId="56BDFABD" w14:textId="77777777" w:rsidR="001970E5" w:rsidRDefault="005D71A2" w:rsidP="00672EC8">
            <w:pPr>
              <w:shd w:val="clear" w:color="auto" w:fill="FFFFFF" w:themeFill="background1"/>
            </w:pPr>
            <w:r>
              <w:t>Mục tiêu: HS tìm được từ ngữ miêu tả cánh cam, biết nói lời động viên, an ủi. Mục tiêu tích hợp: HS biết dùng gợi ý AI ở mức tham khảo và tự chọn lời nói phù hợp, chân thành.</w:t>
            </w:r>
          </w:p>
        </w:tc>
      </w:tr>
      <w:tr w:rsidR="001970E5" w14:paraId="41ED5066" w14:textId="77777777" w:rsidTr="00F123DC">
        <w:trPr>
          <w:jc w:val="center"/>
        </w:trPr>
        <w:tc>
          <w:tcPr>
            <w:tcW w:w="5112" w:type="dxa"/>
            <w:tcBorders>
              <w:top w:val="single" w:sz="4" w:space="0" w:color="auto"/>
            </w:tcBorders>
            <w:tcMar>
              <w:top w:w="70" w:type="dxa"/>
              <w:left w:w="80" w:type="dxa"/>
              <w:bottom w:w="70" w:type="dxa"/>
              <w:right w:w="80" w:type="dxa"/>
            </w:tcMar>
          </w:tcPr>
          <w:p w14:paraId="79245CFD" w14:textId="77777777" w:rsidR="001970E5" w:rsidRDefault="005D71A2" w:rsidP="00672EC8">
            <w:pPr>
              <w:shd w:val="clear" w:color="auto" w:fill="FFFFFF" w:themeFill="background1"/>
              <w:jc w:val="both"/>
            </w:pPr>
            <w:r>
              <w:t xml:space="preserve">- </w:t>
            </w:r>
            <w:r>
              <w:rPr>
                <w:b/>
              </w:rPr>
              <w:t>Bài tập 1: Những từ nào dưới đây được dùng trong bài để miêu tả cánh cam?</w:t>
            </w:r>
          </w:p>
          <w:p w14:paraId="03103D9D" w14:textId="267E2CEF" w:rsidR="001970E5" w:rsidRDefault="001970E5" w:rsidP="00672EC8">
            <w:pPr>
              <w:shd w:val="clear" w:color="auto" w:fill="FFFFFF" w:themeFill="background1"/>
            </w:pPr>
          </w:p>
        </w:tc>
        <w:tc>
          <w:tcPr>
            <w:tcW w:w="5112" w:type="dxa"/>
            <w:tcBorders>
              <w:top w:val="single" w:sz="4" w:space="0" w:color="auto"/>
            </w:tcBorders>
            <w:tcMar>
              <w:top w:w="70" w:type="dxa"/>
              <w:left w:w="80" w:type="dxa"/>
              <w:bottom w:w="70" w:type="dxa"/>
              <w:right w:w="80" w:type="dxa"/>
            </w:tcMar>
          </w:tcPr>
          <w:p w14:paraId="21187280" w14:textId="77777777" w:rsidR="001970E5" w:rsidRDefault="005D71A2" w:rsidP="00672EC8">
            <w:pPr>
              <w:shd w:val="clear" w:color="auto" w:fill="FFFFFF" w:themeFill="background1"/>
              <w:jc w:val="both"/>
            </w:pPr>
            <w:r>
              <w:lastRenderedPageBreak/>
              <w:t>- HS đọc yêu cầu và chọn các từ phù hợp.</w:t>
            </w:r>
          </w:p>
        </w:tc>
      </w:tr>
      <w:tr w:rsidR="001970E5" w14:paraId="5B407FE1" w14:textId="77777777" w:rsidTr="00672EC8">
        <w:trPr>
          <w:jc w:val="center"/>
        </w:trPr>
        <w:tc>
          <w:tcPr>
            <w:tcW w:w="5112" w:type="dxa"/>
            <w:tcMar>
              <w:top w:w="70" w:type="dxa"/>
              <w:left w:w="80" w:type="dxa"/>
              <w:bottom w:w="70" w:type="dxa"/>
              <w:right w:w="80" w:type="dxa"/>
            </w:tcMar>
          </w:tcPr>
          <w:p w14:paraId="483236DD" w14:textId="77777777" w:rsidR="001970E5" w:rsidRDefault="005D71A2" w:rsidP="00672EC8">
            <w:pPr>
              <w:shd w:val="clear" w:color="auto" w:fill="FFFFFF" w:themeFill="background1"/>
              <w:jc w:val="both"/>
            </w:pPr>
            <w:r>
              <w:t>- GV yêu cầu HS chọn từ trong các thẻ từ.</w:t>
            </w:r>
          </w:p>
        </w:tc>
        <w:tc>
          <w:tcPr>
            <w:tcW w:w="5112" w:type="dxa"/>
            <w:tcMar>
              <w:top w:w="70" w:type="dxa"/>
              <w:left w:w="80" w:type="dxa"/>
              <w:bottom w:w="70" w:type="dxa"/>
              <w:right w:w="80" w:type="dxa"/>
            </w:tcMar>
          </w:tcPr>
          <w:p w14:paraId="496FA602" w14:textId="77777777" w:rsidR="001970E5" w:rsidRDefault="005D71A2" w:rsidP="00672EC8">
            <w:pPr>
              <w:shd w:val="clear" w:color="auto" w:fill="FFFFFF" w:themeFill="background1"/>
              <w:jc w:val="both"/>
            </w:pPr>
            <w:r>
              <w:t>- HS chọn: xanh biếc, tròn lăn, óng ánh.</w:t>
            </w:r>
          </w:p>
        </w:tc>
      </w:tr>
      <w:tr w:rsidR="001970E5" w14:paraId="4B07190D" w14:textId="77777777" w:rsidTr="00672EC8">
        <w:trPr>
          <w:jc w:val="center"/>
        </w:trPr>
        <w:tc>
          <w:tcPr>
            <w:tcW w:w="5112" w:type="dxa"/>
            <w:tcMar>
              <w:top w:w="70" w:type="dxa"/>
              <w:left w:w="80" w:type="dxa"/>
              <w:bottom w:w="70" w:type="dxa"/>
              <w:right w:w="80" w:type="dxa"/>
            </w:tcMar>
          </w:tcPr>
          <w:p w14:paraId="5476BCD2" w14:textId="77777777" w:rsidR="001970E5" w:rsidRDefault="005D71A2" w:rsidP="00672EC8">
            <w:pPr>
              <w:shd w:val="clear" w:color="auto" w:fill="FFFFFF" w:themeFill="background1"/>
              <w:jc w:val="both"/>
            </w:pPr>
            <w:r>
              <w:t xml:space="preserve">- </w:t>
            </w:r>
            <w:r>
              <w:rPr>
                <w:b/>
              </w:rPr>
              <w:t>Bài tập 2: Thay bạn Bống, em hãy nói lời động viên, an ủi cánh cam khi bị thương.</w:t>
            </w:r>
          </w:p>
        </w:tc>
        <w:tc>
          <w:tcPr>
            <w:tcW w:w="5112" w:type="dxa"/>
            <w:tcMar>
              <w:top w:w="70" w:type="dxa"/>
              <w:left w:w="80" w:type="dxa"/>
              <w:bottom w:w="70" w:type="dxa"/>
              <w:right w:w="80" w:type="dxa"/>
            </w:tcMar>
          </w:tcPr>
          <w:p w14:paraId="6A369536" w14:textId="77777777" w:rsidR="001970E5" w:rsidRDefault="005D71A2" w:rsidP="00672EC8">
            <w:pPr>
              <w:shd w:val="clear" w:color="auto" w:fill="FFFFFF" w:themeFill="background1"/>
              <w:jc w:val="both"/>
            </w:pPr>
            <w:r>
              <w:t>- HS nói: “Cánh cam đừng sợ nhé! Mình sẽ chăm sóc bạn. Khi bạn khỏe, mình sẽ đưa bạn về với thiên nhiên.”</w:t>
            </w:r>
          </w:p>
        </w:tc>
      </w:tr>
      <w:tr w:rsidR="001970E5" w14:paraId="286691BB" w14:textId="77777777" w:rsidTr="00672EC8">
        <w:trPr>
          <w:jc w:val="center"/>
        </w:trPr>
        <w:tc>
          <w:tcPr>
            <w:tcW w:w="5112" w:type="dxa"/>
            <w:tcMar>
              <w:top w:w="70" w:type="dxa"/>
              <w:left w:w="80" w:type="dxa"/>
              <w:bottom w:w="70" w:type="dxa"/>
              <w:right w:w="80" w:type="dxa"/>
            </w:tcMar>
          </w:tcPr>
          <w:p w14:paraId="6A58D8CB" w14:textId="77777777" w:rsidR="001970E5" w:rsidRDefault="005D71A2" w:rsidP="00672EC8">
            <w:pPr>
              <w:shd w:val="clear" w:color="auto" w:fill="FFFFFF" w:themeFill="background1"/>
              <w:jc w:val="both"/>
            </w:pPr>
            <w:r>
              <w:t xml:space="preserve">- </w:t>
            </w:r>
            <w:r>
              <w:rPr>
                <w:b/>
              </w:rPr>
              <w:t>Bài tập 3: Nếu thấy bạn đang buồn, em sẽ nói gì?</w:t>
            </w:r>
          </w:p>
        </w:tc>
        <w:tc>
          <w:tcPr>
            <w:tcW w:w="5112" w:type="dxa"/>
            <w:tcMar>
              <w:top w:w="70" w:type="dxa"/>
              <w:left w:w="80" w:type="dxa"/>
              <w:bottom w:w="70" w:type="dxa"/>
              <w:right w:w="80" w:type="dxa"/>
            </w:tcMar>
          </w:tcPr>
          <w:p w14:paraId="6D81D21D" w14:textId="77777777" w:rsidR="001970E5" w:rsidRDefault="005D71A2" w:rsidP="00672EC8">
            <w:pPr>
              <w:shd w:val="clear" w:color="auto" w:fill="FFFFFF" w:themeFill="background1"/>
              <w:jc w:val="both"/>
            </w:pPr>
            <w:r>
              <w:t>- HS nói: “Bạn đừng buồn nữa nhé. Mình sẽ ở bên bạn và cùng bạn tìm cách giải quyết.”</w:t>
            </w:r>
          </w:p>
        </w:tc>
      </w:tr>
      <w:tr w:rsidR="001970E5" w14:paraId="5FB7725B" w14:textId="77777777" w:rsidTr="00F123DC">
        <w:trPr>
          <w:jc w:val="center"/>
        </w:trPr>
        <w:tc>
          <w:tcPr>
            <w:tcW w:w="5112" w:type="dxa"/>
            <w:tcBorders>
              <w:bottom w:val="single" w:sz="4" w:space="0" w:color="auto"/>
            </w:tcBorders>
            <w:tcMar>
              <w:top w:w="70" w:type="dxa"/>
              <w:left w:w="80" w:type="dxa"/>
              <w:bottom w:w="70" w:type="dxa"/>
              <w:right w:w="80" w:type="dxa"/>
            </w:tcMar>
          </w:tcPr>
          <w:p w14:paraId="01F17BB1" w14:textId="77777777" w:rsidR="001970E5" w:rsidRDefault="005D71A2" w:rsidP="00672EC8">
            <w:pPr>
              <w:shd w:val="clear" w:color="auto" w:fill="FFFFFF" w:themeFill="background1"/>
              <w:jc w:val="both"/>
            </w:pPr>
            <w:r>
              <w:rPr>
                <w:color w:val="000000"/>
              </w:rPr>
              <w:t>- GV nhận xét, nhắc HS nói lời động viên bằng giọng nhẹ nhàng, chân thành.</w:t>
            </w:r>
          </w:p>
          <w:p w14:paraId="2822F717" w14:textId="77777777" w:rsidR="001970E5" w:rsidRDefault="005D71A2" w:rsidP="00672EC8">
            <w:pPr>
              <w:shd w:val="clear" w:color="auto" w:fill="FFFFFF" w:themeFill="background1"/>
              <w:jc w:val="both"/>
            </w:pPr>
            <w:r>
              <w:rPr>
                <w:color w:val="C00000"/>
              </w:rPr>
              <w:t>- GV hỏi dẫn tích hợp AI: Khi muốn tìm thêm lời động viên để nói với bạn đang buồn hoặc cánh cam bị thương, em có thể dùng AI như thế nào cho đúng?</w:t>
            </w:r>
          </w:p>
          <w:p w14:paraId="606DF344" w14:textId="77777777" w:rsidR="001970E5" w:rsidRDefault="005D71A2" w:rsidP="00672EC8">
            <w:pPr>
              <w:shd w:val="clear" w:color="auto" w:fill="FFFFFF" w:themeFill="background1"/>
              <w:jc w:val="both"/>
            </w:pPr>
            <w:r>
              <w:rPr>
                <w:color w:val="C00000"/>
              </w:rPr>
              <w:t>- Tích hợp AI - YCCĐ 2.A1.2: GV diễn giải: AI có thể gợi ý một số câu động viên như “Bạn đừng buồn nhé”, “Mình sẽ ở bên bạn”, “Mong bạn mau khỏe”. Tuy nhiên, AI không hiểu hết tình huống thật và cảm xúc thật của người nghe. Vì vậy, các em chỉ xem gợi ý để tham khảo, sau đó tự chọn lời nói phù hợp, chân thành, ngắn gọn và lịch sự. Khi dùng AI hoặc công cụ số, các em không nhập tên đầy đủ, địa chỉ, ảnh, bệnh tình hoặc câu chuyện riêng tư của bản thân và bạn bè. Lời động viên tốt nhất vẫn là lời nói xuất phát từ sự quan tâm thật của em.</w:t>
            </w:r>
          </w:p>
        </w:tc>
        <w:tc>
          <w:tcPr>
            <w:tcW w:w="5112" w:type="dxa"/>
            <w:tcBorders>
              <w:bottom w:val="single" w:sz="4" w:space="0" w:color="auto"/>
            </w:tcBorders>
            <w:tcMar>
              <w:top w:w="70" w:type="dxa"/>
              <w:left w:w="80" w:type="dxa"/>
              <w:bottom w:w="70" w:type="dxa"/>
              <w:right w:w="80" w:type="dxa"/>
            </w:tcMar>
          </w:tcPr>
          <w:p w14:paraId="751A543D" w14:textId="77777777" w:rsidR="001970E5" w:rsidRDefault="005D71A2" w:rsidP="00672EC8">
            <w:pPr>
              <w:shd w:val="clear" w:color="auto" w:fill="FFFFFF" w:themeFill="background1"/>
              <w:jc w:val="both"/>
            </w:pPr>
            <w:r>
              <w:rPr>
                <w:color w:val="000000"/>
              </w:rPr>
              <w:t>- HS lắng nghe, thực hành nói lại lời động viên cho tự nhiên hơn.</w:t>
            </w:r>
          </w:p>
          <w:p w14:paraId="0E1E8E84" w14:textId="77777777" w:rsidR="001970E5" w:rsidRDefault="005D71A2" w:rsidP="00672EC8">
            <w:pPr>
              <w:shd w:val="clear" w:color="auto" w:fill="FFFFFF" w:themeFill="background1"/>
              <w:jc w:val="both"/>
            </w:pPr>
            <w:r>
              <w:rPr>
                <w:color w:val="C00000"/>
              </w:rPr>
              <w:t>- HS trả lời: Em có thể dùng AI để tham khảo cách nói, nhưng em phải tự chọn lời phù hợp và không chép máy móc.</w:t>
            </w:r>
          </w:p>
          <w:p w14:paraId="454E1639" w14:textId="77777777" w:rsidR="001970E5" w:rsidRDefault="005D71A2" w:rsidP="00672EC8">
            <w:pPr>
              <w:shd w:val="clear" w:color="auto" w:fill="FFFFFF" w:themeFill="background1"/>
              <w:jc w:val="both"/>
            </w:pPr>
            <w:r>
              <w:rPr>
                <w:color w:val="C00000"/>
              </w:rPr>
              <w:t>- HS nhắc lại: AI chỉ gợi ý; em không nhập thông tin riêng tư và cần nói bằng tình cảm thật của mình.</w:t>
            </w:r>
          </w:p>
        </w:tc>
      </w:tr>
      <w:tr w:rsidR="001970E5" w14:paraId="070F8FBB"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1BAAEB3F" w14:textId="77777777" w:rsidR="001970E5" w:rsidRDefault="005D71A2" w:rsidP="00672EC8">
            <w:pPr>
              <w:shd w:val="clear" w:color="auto" w:fill="FFFFFF" w:themeFill="background1"/>
            </w:pPr>
            <w:r>
              <w:rPr>
                <w:b/>
              </w:rPr>
              <w:t>4. VẬN DỤNG (3 phút)</w:t>
            </w:r>
            <w:r>
              <w:br/>
            </w:r>
            <w:r>
              <w:rPr>
                <w:b/>
              </w:rPr>
              <w:t>Mục tiêu: HS biết thực hiện một việc làm nhân ái với sinh vật nhỏ và bạn bè.</w:t>
            </w:r>
          </w:p>
        </w:tc>
      </w:tr>
      <w:tr w:rsidR="001970E5" w14:paraId="59F22606" w14:textId="77777777" w:rsidTr="00F123DC">
        <w:trPr>
          <w:jc w:val="center"/>
        </w:trPr>
        <w:tc>
          <w:tcPr>
            <w:tcW w:w="5112" w:type="dxa"/>
            <w:tcBorders>
              <w:top w:val="single" w:sz="4" w:space="0" w:color="auto"/>
            </w:tcBorders>
            <w:tcMar>
              <w:top w:w="70" w:type="dxa"/>
              <w:left w:w="80" w:type="dxa"/>
              <w:bottom w:w="70" w:type="dxa"/>
              <w:right w:w="80" w:type="dxa"/>
            </w:tcMar>
          </w:tcPr>
          <w:p w14:paraId="7B09A31D" w14:textId="77777777" w:rsidR="001970E5" w:rsidRDefault="005D71A2" w:rsidP="00672EC8">
            <w:pPr>
              <w:shd w:val="clear" w:color="auto" w:fill="FFFFFF" w:themeFill="background1"/>
              <w:jc w:val="both"/>
            </w:pPr>
            <w:r>
              <w:t>- GV yêu cầu HS nêu một việc em sẽ làm để bảo vệ sinh vật nhỏ hoặc động viên bạn bè.</w:t>
            </w:r>
          </w:p>
        </w:tc>
        <w:tc>
          <w:tcPr>
            <w:tcW w:w="5112" w:type="dxa"/>
            <w:tcBorders>
              <w:top w:val="single" w:sz="4" w:space="0" w:color="auto"/>
            </w:tcBorders>
            <w:tcMar>
              <w:top w:w="70" w:type="dxa"/>
              <w:left w:w="80" w:type="dxa"/>
              <w:bottom w:w="70" w:type="dxa"/>
              <w:right w:w="80" w:type="dxa"/>
            </w:tcMar>
          </w:tcPr>
          <w:p w14:paraId="3BC399DA" w14:textId="77777777" w:rsidR="001970E5" w:rsidRDefault="005D71A2" w:rsidP="00672EC8">
            <w:pPr>
              <w:shd w:val="clear" w:color="auto" w:fill="FFFFFF" w:themeFill="background1"/>
              <w:jc w:val="both"/>
            </w:pPr>
            <w:r>
              <w:t>- HS nêu: Em không bắt côn trùng để chơi; em an ủi bạn khi bạn buồn; em báo người lớn khi thấy con vật bị thương.</w:t>
            </w:r>
          </w:p>
        </w:tc>
      </w:tr>
      <w:tr w:rsidR="001970E5" w14:paraId="2D5BE638" w14:textId="77777777" w:rsidTr="00672EC8">
        <w:trPr>
          <w:jc w:val="center"/>
        </w:trPr>
        <w:tc>
          <w:tcPr>
            <w:tcW w:w="5112" w:type="dxa"/>
            <w:tcMar>
              <w:top w:w="70" w:type="dxa"/>
              <w:left w:w="80" w:type="dxa"/>
              <w:bottom w:w="70" w:type="dxa"/>
              <w:right w:w="80" w:type="dxa"/>
            </w:tcMar>
          </w:tcPr>
          <w:p w14:paraId="39A98840" w14:textId="77777777" w:rsidR="001970E5" w:rsidRDefault="005D71A2" w:rsidP="00672EC8">
            <w:pPr>
              <w:shd w:val="clear" w:color="auto" w:fill="FFFFFF" w:themeFill="background1"/>
              <w:jc w:val="both"/>
            </w:pPr>
            <w:r>
              <w:t>- GV dặn HS chuẩn bị tiết Viết.</w:t>
            </w:r>
          </w:p>
        </w:tc>
        <w:tc>
          <w:tcPr>
            <w:tcW w:w="5112" w:type="dxa"/>
            <w:tcMar>
              <w:top w:w="70" w:type="dxa"/>
              <w:left w:w="80" w:type="dxa"/>
              <w:bottom w:w="70" w:type="dxa"/>
              <w:right w:w="80" w:type="dxa"/>
            </w:tcMar>
          </w:tcPr>
          <w:p w14:paraId="37DCD172" w14:textId="77777777" w:rsidR="001970E5" w:rsidRDefault="005D71A2" w:rsidP="00672EC8">
            <w:pPr>
              <w:shd w:val="clear" w:color="auto" w:fill="FFFFFF" w:themeFill="background1"/>
              <w:jc w:val="both"/>
            </w:pPr>
            <w:r>
              <w:t>- HS ghi nhớ nhiệm vụ.</w:t>
            </w:r>
          </w:p>
        </w:tc>
      </w:tr>
    </w:tbl>
    <w:p w14:paraId="399BCA16" w14:textId="77777777" w:rsidR="001970E5" w:rsidRDefault="005D71A2" w:rsidP="00672EC8">
      <w:pPr>
        <w:shd w:val="clear" w:color="auto" w:fill="FFFFFF" w:themeFill="background1"/>
        <w:spacing w:after="0" w:line="240" w:lineRule="auto"/>
      </w:pPr>
      <w:r>
        <w:rPr>
          <w:b/>
        </w:rPr>
        <w:t>IV. ĐIỀU CHỈNH SAU TIẾT HỌC (NẾU CÓ)</w:t>
      </w:r>
    </w:p>
    <w:p w14:paraId="28A47C5E" w14:textId="77777777" w:rsidR="001970E5" w:rsidRDefault="005D71A2" w:rsidP="00672EC8">
      <w:pPr>
        <w:shd w:val="clear" w:color="auto" w:fill="FFFFFF" w:themeFill="background1"/>
      </w:pPr>
      <w:r>
        <w:br w:type="page"/>
      </w:r>
    </w:p>
    <w:p w14:paraId="4943FBD6" w14:textId="77777777" w:rsidR="001970E5" w:rsidRDefault="005D71A2" w:rsidP="00672EC8">
      <w:pPr>
        <w:shd w:val="clear" w:color="auto" w:fill="FFFFFF" w:themeFill="background1"/>
        <w:spacing w:after="0" w:line="240" w:lineRule="auto"/>
        <w:jc w:val="center"/>
      </w:pPr>
      <w:r>
        <w:rPr>
          <w:b/>
          <w:sz w:val="28"/>
        </w:rPr>
        <w:lastRenderedPageBreak/>
        <w:t>KẾ HOẠCH BÀI DẠY MÔN TIẾNG VIỆT LỚP 2 – TUẦN 26</w:t>
      </w:r>
    </w:p>
    <w:p w14:paraId="50212AD7" w14:textId="77777777" w:rsidR="001970E5" w:rsidRDefault="005D71A2" w:rsidP="00672EC8">
      <w:pPr>
        <w:shd w:val="clear" w:color="auto" w:fill="FFFFFF" w:themeFill="background1"/>
        <w:spacing w:after="0" w:line="240" w:lineRule="auto"/>
        <w:jc w:val="center"/>
      </w:pPr>
      <w:r>
        <w:rPr>
          <w:b/>
          <w:sz w:val="28"/>
        </w:rPr>
        <w:t>CHỦ ĐỀ: HÀNH TINH XANH CỦA EM</w:t>
      </w:r>
    </w:p>
    <w:p w14:paraId="23755BBD" w14:textId="77777777" w:rsidR="001970E5" w:rsidRDefault="005D71A2" w:rsidP="00672EC8">
      <w:pPr>
        <w:shd w:val="clear" w:color="auto" w:fill="FFFFFF" w:themeFill="background1"/>
        <w:spacing w:after="0" w:line="240" w:lineRule="auto"/>
        <w:jc w:val="center"/>
      </w:pPr>
      <w:r>
        <w:rPr>
          <w:b/>
          <w:sz w:val="28"/>
        </w:rPr>
        <w:t>BÀI 16: TẠM BIỆT CÁNH CAM</w:t>
      </w:r>
    </w:p>
    <w:p w14:paraId="684D2F22" w14:textId="77777777" w:rsidR="001970E5" w:rsidRDefault="005D71A2" w:rsidP="00672EC8">
      <w:pPr>
        <w:shd w:val="clear" w:color="auto" w:fill="FFFFFF" w:themeFill="background1"/>
        <w:spacing w:after="0" w:line="240" w:lineRule="auto"/>
        <w:jc w:val="center"/>
      </w:pPr>
      <w:r>
        <w:rPr>
          <w:b/>
          <w:sz w:val="28"/>
        </w:rPr>
        <w:t>TIẾT 3: VIẾT; TIẾT 4: LUYỆN TẬP; TIẾT 5 – 6: VIẾT ĐOẠN – ĐỌC MỞ RỘNG</w:t>
      </w:r>
    </w:p>
    <w:p w14:paraId="74162482" w14:textId="77777777" w:rsidR="001970E5" w:rsidRDefault="005D71A2" w:rsidP="00672EC8">
      <w:pPr>
        <w:shd w:val="clear" w:color="auto" w:fill="FFFFFF" w:themeFill="background1"/>
        <w:spacing w:after="0" w:line="240" w:lineRule="auto"/>
      </w:pPr>
      <w:r>
        <w:rPr>
          <w:b/>
        </w:rPr>
        <w:t>I. YÊU CẦU CẦN ĐẠT</w:t>
      </w:r>
    </w:p>
    <w:p w14:paraId="1083846B" w14:textId="77777777" w:rsidR="001970E5" w:rsidRDefault="005D71A2" w:rsidP="00672EC8">
      <w:pPr>
        <w:shd w:val="clear" w:color="auto" w:fill="FFFFFF" w:themeFill="background1"/>
        <w:spacing w:after="0" w:line="240" w:lineRule="auto"/>
      </w:pPr>
      <w:r>
        <w:rPr>
          <w:b/>
        </w:rPr>
        <w:t>1. Năng lực đặc thù</w:t>
      </w:r>
    </w:p>
    <w:p w14:paraId="207BB3A5" w14:textId="77777777" w:rsidR="001970E5" w:rsidRDefault="005D71A2" w:rsidP="00672EC8">
      <w:pPr>
        <w:shd w:val="clear" w:color="auto" w:fill="FFFFFF" w:themeFill="background1"/>
        <w:spacing w:after="0" w:line="240" w:lineRule="auto"/>
        <w:jc w:val="both"/>
      </w:pPr>
      <w:r>
        <w:t>- Nghe – viết đúng đoạn Tạm biệt cánh cam; làm đúng bài tập phân biệt oanh/oach, s/x, dấu hỏi/dấu ngã.</w:t>
      </w:r>
    </w:p>
    <w:p w14:paraId="44A79250" w14:textId="77777777" w:rsidR="001970E5" w:rsidRDefault="005D71A2" w:rsidP="00672EC8">
      <w:pPr>
        <w:shd w:val="clear" w:color="auto" w:fill="FFFFFF" w:themeFill="background1"/>
        <w:spacing w:after="0" w:line="240" w:lineRule="auto"/>
        <w:jc w:val="both"/>
      </w:pPr>
      <w:r>
        <w:t>- Tìm được từ chỉ loài vật, bộ phận của con vật, đặc điểm con vật; biết kết hợp từ ngữ để tạo câu; biết hỏi – đáp theo mẫu.</w:t>
      </w:r>
    </w:p>
    <w:p w14:paraId="6BA4EAF1" w14:textId="77777777" w:rsidR="001970E5" w:rsidRDefault="005D71A2" w:rsidP="00672EC8">
      <w:pPr>
        <w:shd w:val="clear" w:color="auto" w:fill="FFFFFF" w:themeFill="background1"/>
        <w:spacing w:after="0" w:line="240" w:lineRule="auto"/>
        <w:jc w:val="both"/>
      </w:pPr>
      <w:r>
        <w:t>- Quan sát tranh và nói về việc làm của từng người; viết được 4–5 câu kể về việc em đã làm để bảo vệ môi trường; đọc mở rộng về bảo vệ động vật và ghi phiếu đọc sách.</w:t>
      </w:r>
    </w:p>
    <w:p w14:paraId="30D5FE43" w14:textId="77777777" w:rsidR="001970E5" w:rsidRDefault="005D71A2" w:rsidP="00672EC8">
      <w:pPr>
        <w:shd w:val="clear" w:color="auto" w:fill="FFFFFF" w:themeFill="background1"/>
        <w:spacing w:after="0" w:line="240" w:lineRule="auto"/>
      </w:pPr>
      <w:r>
        <w:rPr>
          <w:b/>
        </w:rPr>
        <w:t>2. Năng lực chung</w:t>
      </w:r>
    </w:p>
    <w:p w14:paraId="1C881A99" w14:textId="77777777" w:rsidR="001970E5" w:rsidRDefault="005D71A2" w:rsidP="00672EC8">
      <w:pPr>
        <w:shd w:val="clear" w:color="auto" w:fill="FFFFFF" w:themeFill="background1"/>
        <w:spacing w:after="0" w:line="240" w:lineRule="auto"/>
        <w:jc w:val="both"/>
      </w:pPr>
      <w:r>
        <w:t>- Tự chủ và tự học: Chủ động viết bài, soát lỗi, hoàn thành bài tập và đọc mở rộng.</w:t>
      </w:r>
    </w:p>
    <w:p w14:paraId="2C711349" w14:textId="77777777" w:rsidR="001970E5" w:rsidRDefault="005D71A2" w:rsidP="00672EC8">
      <w:pPr>
        <w:shd w:val="clear" w:color="auto" w:fill="FFFFFF" w:themeFill="background1"/>
        <w:spacing w:after="0" w:line="240" w:lineRule="auto"/>
        <w:jc w:val="both"/>
      </w:pPr>
      <w:r>
        <w:t>- Giao tiếp và hợp tác: Biết thảo luận nhóm, hỏi – đáp theo mẫu và chia sẻ phiếu đọc sách.</w:t>
      </w:r>
    </w:p>
    <w:p w14:paraId="08FD97BD" w14:textId="77777777" w:rsidR="001970E5" w:rsidRDefault="005D71A2" w:rsidP="00672EC8">
      <w:pPr>
        <w:shd w:val="clear" w:color="auto" w:fill="FFFFFF" w:themeFill="background1"/>
        <w:spacing w:after="0" w:line="240" w:lineRule="auto"/>
        <w:jc w:val="both"/>
      </w:pPr>
      <w:r>
        <w:t>- Giải quyết vấn đề và sáng tạo: Biết lựa chọn từ ngữ, câu văn phù hợp để kể việc làm bảo vệ môi trường.</w:t>
      </w:r>
    </w:p>
    <w:p w14:paraId="03B2D454" w14:textId="77777777" w:rsidR="001970E5" w:rsidRDefault="005D71A2" w:rsidP="00672EC8">
      <w:pPr>
        <w:shd w:val="clear" w:color="auto" w:fill="FFFFFF" w:themeFill="background1"/>
        <w:spacing w:after="0" w:line="240" w:lineRule="auto"/>
      </w:pPr>
      <w:r>
        <w:rPr>
          <w:b/>
        </w:rPr>
        <w:t>3. Phẩm chất</w:t>
      </w:r>
    </w:p>
    <w:p w14:paraId="7E88437F" w14:textId="77777777" w:rsidR="001970E5" w:rsidRDefault="005D71A2" w:rsidP="00672EC8">
      <w:pPr>
        <w:shd w:val="clear" w:color="auto" w:fill="FFFFFF" w:themeFill="background1"/>
        <w:spacing w:after="0" w:line="240" w:lineRule="auto"/>
        <w:jc w:val="both"/>
      </w:pPr>
      <w:r>
        <w:t>- Chăm chỉ, trách nhiệm: Viết cẩn thận; yêu quý động vật, biết bảo vệ môi trường và chia sẻ điều đã đọc.</w:t>
      </w:r>
    </w:p>
    <w:p w14:paraId="4C926D0D" w14:textId="77777777" w:rsidR="001970E5" w:rsidRDefault="005D71A2" w:rsidP="00672EC8">
      <w:pPr>
        <w:shd w:val="clear" w:color="auto" w:fill="FFFFFF" w:themeFill="background1"/>
        <w:spacing w:after="0" w:line="240" w:lineRule="auto"/>
      </w:pPr>
      <w:r>
        <w:rPr>
          <w:b/>
          <w:color w:val="C00000"/>
        </w:rPr>
        <w:t>4. Tích hợp</w:t>
      </w:r>
    </w:p>
    <w:p w14:paraId="286E66C3" w14:textId="77777777" w:rsidR="001970E5" w:rsidRDefault="005D71A2" w:rsidP="00672EC8">
      <w:pPr>
        <w:shd w:val="clear" w:color="auto" w:fill="FFFFFF" w:themeFill="background1"/>
        <w:spacing w:after="0" w:line="240" w:lineRule="auto"/>
        <w:jc w:val="both"/>
      </w:pPr>
      <w:r>
        <w:rPr>
          <w:color w:val="C00000"/>
        </w:rPr>
        <w:t>- Tích hợp NLS 1.1.CB1a: HS biết tìm đọc sách/báo hoặc bài viết đơn giản về bảo vệ động vật từ nguồn an toàn; ghi lại thông tin quan trọng vào phiếu đọc sách.</w:t>
      </w:r>
    </w:p>
    <w:p w14:paraId="2E6914EB" w14:textId="77777777" w:rsidR="001970E5" w:rsidRDefault="005D71A2" w:rsidP="00672EC8">
      <w:pPr>
        <w:shd w:val="clear" w:color="auto" w:fill="FFFFFF" w:themeFill="background1"/>
        <w:spacing w:after="0" w:line="240" w:lineRule="auto"/>
        <w:jc w:val="both"/>
      </w:pPr>
      <w:r>
        <w:rPr>
          <w:color w:val="C00000"/>
        </w:rPr>
        <w:t>- Tích hợp AI 2.A1.2: HS nhận biết AI có thể gợi ý dàn ý/từ ngữ khi viết đoạn văn bảo vệ môi trường, nhưng chỉ dùng tham khảo; HS phải tự viết bằng trải nghiệm thật và không nhập thông tin riêng tư.</w:t>
      </w:r>
    </w:p>
    <w:p w14:paraId="10543931" w14:textId="77777777" w:rsidR="001970E5" w:rsidRDefault="005D71A2" w:rsidP="00672EC8">
      <w:pPr>
        <w:shd w:val="clear" w:color="auto" w:fill="FFFFFF" w:themeFill="background1"/>
        <w:spacing w:after="0" w:line="240" w:lineRule="auto"/>
      </w:pPr>
      <w:r>
        <w:rPr>
          <w:b/>
        </w:rPr>
        <w:t>II. ĐỒ DÙNG DẠY HỌC</w:t>
      </w:r>
    </w:p>
    <w:p w14:paraId="0A22BAA9" w14:textId="77777777" w:rsidR="001970E5" w:rsidRDefault="005D71A2" w:rsidP="00672EC8">
      <w:pPr>
        <w:shd w:val="clear" w:color="auto" w:fill="FFFFFF" w:themeFill="background1"/>
        <w:spacing w:after="0" w:line="240" w:lineRule="auto"/>
        <w:jc w:val="both"/>
      </w:pPr>
      <w:r>
        <w:t>- GV: Máy tính, máy chiếu/tivi; đoạn chính tả; tranh bài tập, thẻ từ; phiếu đọc sách; tranh viết đoạn bảo vệ môi trường.</w:t>
      </w:r>
    </w:p>
    <w:p w14:paraId="715F9F29" w14:textId="77777777" w:rsidR="001970E5" w:rsidRDefault="005D71A2" w:rsidP="00672EC8">
      <w:pPr>
        <w:shd w:val="clear" w:color="auto" w:fill="FFFFFF" w:themeFill="background1"/>
        <w:spacing w:after="0" w:line="240" w:lineRule="auto"/>
        <w:jc w:val="both"/>
      </w:pPr>
      <w:r>
        <w:t>- HS: SGK, vở ô li, vở bài tập, bút, bảng con, sách/báo đọc mở rộng.</w:t>
      </w:r>
    </w:p>
    <w:p w14:paraId="7C69E9D1" w14:textId="77777777" w:rsidR="001970E5" w:rsidRDefault="005D71A2" w:rsidP="00672EC8">
      <w:pPr>
        <w:shd w:val="clear" w:color="auto" w:fill="FFFFFF" w:themeFill="background1"/>
        <w:spacing w:after="0" w:line="240" w:lineRule="auto"/>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12"/>
        <w:gridCol w:w="5212"/>
      </w:tblGrid>
      <w:tr w:rsidR="001970E5" w14:paraId="22983468" w14:textId="77777777" w:rsidTr="00F123DC">
        <w:trPr>
          <w:jc w:val="center"/>
        </w:trPr>
        <w:tc>
          <w:tcPr>
            <w:tcW w:w="5112" w:type="dxa"/>
            <w:tcBorders>
              <w:bottom w:val="single" w:sz="4" w:space="0" w:color="auto"/>
            </w:tcBorders>
            <w:shd w:val="clear" w:color="auto" w:fill="DDEBF7"/>
            <w:tcMar>
              <w:top w:w="70" w:type="dxa"/>
              <w:left w:w="80" w:type="dxa"/>
              <w:bottom w:w="70" w:type="dxa"/>
              <w:right w:w="80" w:type="dxa"/>
            </w:tcMar>
          </w:tcPr>
          <w:p w14:paraId="063BF5EF" w14:textId="77777777" w:rsidR="001970E5" w:rsidRDefault="005D71A2" w:rsidP="00672EC8">
            <w:pPr>
              <w:shd w:val="clear" w:color="auto" w:fill="FFFFFF" w:themeFill="background1"/>
              <w:jc w:val="center"/>
            </w:pPr>
            <w:r>
              <w:rPr>
                <w:b/>
              </w:rPr>
              <w:t>Hoạt động của GV</w:t>
            </w:r>
          </w:p>
        </w:tc>
        <w:tc>
          <w:tcPr>
            <w:tcW w:w="5112" w:type="dxa"/>
            <w:tcBorders>
              <w:bottom w:val="single" w:sz="4" w:space="0" w:color="auto"/>
            </w:tcBorders>
            <w:shd w:val="clear" w:color="auto" w:fill="DDEBF7"/>
            <w:tcMar>
              <w:top w:w="70" w:type="dxa"/>
              <w:left w:w="80" w:type="dxa"/>
              <w:bottom w:w="70" w:type="dxa"/>
              <w:right w:w="80" w:type="dxa"/>
            </w:tcMar>
          </w:tcPr>
          <w:p w14:paraId="455680CE" w14:textId="77777777" w:rsidR="001970E5" w:rsidRDefault="005D71A2" w:rsidP="00672EC8">
            <w:pPr>
              <w:shd w:val="clear" w:color="auto" w:fill="FFFFFF" w:themeFill="background1"/>
              <w:jc w:val="center"/>
            </w:pPr>
            <w:r>
              <w:rPr>
                <w:b/>
              </w:rPr>
              <w:t>Hoạt động của HS</w:t>
            </w:r>
          </w:p>
        </w:tc>
      </w:tr>
      <w:tr w:rsidR="001970E5" w14:paraId="7D9631EF"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441F3DE4" w14:textId="77777777" w:rsidR="001970E5" w:rsidRDefault="005D71A2" w:rsidP="00672EC8">
            <w:pPr>
              <w:shd w:val="clear" w:color="auto" w:fill="FFFFFF" w:themeFill="background1"/>
            </w:pPr>
            <w:r>
              <w:rPr>
                <w:b/>
              </w:rPr>
              <w:t>TIẾT 3</w:t>
            </w:r>
          </w:p>
        </w:tc>
      </w:tr>
      <w:tr w:rsidR="001970E5" w14:paraId="47B83AFA"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0606A36D" w14:textId="77777777" w:rsidR="001970E5" w:rsidRDefault="005D71A2" w:rsidP="00672EC8">
            <w:pPr>
              <w:shd w:val="clear" w:color="auto" w:fill="FFFFFF" w:themeFill="background1"/>
            </w:pPr>
            <w:r>
              <w:rPr>
                <w:b/>
              </w:rPr>
              <w:t>1. KHỞI ĐỘNG (3 phút)</w:t>
            </w:r>
            <w:r>
              <w:br/>
            </w:r>
            <w:r>
              <w:rPr>
                <w:b/>
              </w:rPr>
              <w:t>Mục tiêu: HS nhớ lại nội dung bài Tạm biệt cánh cam để chuẩn bị viết chính tả.</w:t>
            </w:r>
          </w:p>
        </w:tc>
      </w:tr>
      <w:tr w:rsidR="001970E5" w14:paraId="02390631" w14:textId="77777777" w:rsidTr="00F123DC">
        <w:trPr>
          <w:jc w:val="center"/>
        </w:trPr>
        <w:tc>
          <w:tcPr>
            <w:tcW w:w="5112" w:type="dxa"/>
            <w:tcBorders>
              <w:top w:val="single" w:sz="4" w:space="0" w:color="auto"/>
              <w:bottom w:val="single" w:sz="4" w:space="0" w:color="auto"/>
            </w:tcBorders>
            <w:tcMar>
              <w:top w:w="70" w:type="dxa"/>
              <w:left w:w="80" w:type="dxa"/>
              <w:bottom w:w="70" w:type="dxa"/>
              <w:right w:w="80" w:type="dxa"/>
            </w:tcMar>
          </w:tcPr>
          <w:p w14:paraId="01BB735F" w14:textId="77777777" w:rsidR="001970E5" w:rsidRDefault="005D71A2" w:rsidP="00672EC8">
            <w:pPr>
              <w:shd w:val="clear" w:color="auto" w:fill="FFFFFF" w:themeFill="background1"/>
              <w:jc w:val="both"/>
            </w:pPr>
            <w:r>
              <w:t>- GV hỏi: Vì sao Bống thả cánh cam đi?</w:t>
            </w:r>
          </w:p>
        </w:tc>
        <w:tc>
          <w:tcPr>
            <w:tcW w:w="5112" w:type="dxa"/>
            <w:tcBorders>
              <w:top w:val="single" w:sz="4" w:space="0" w:color="auto"/>
              <w:bottom w:val="single" w:sz="4" w:space="0" w:color="auto"/>
            </w:tcBorders>
            <w:tcMar>
              <w:top w:w="70" w:type="dxa"/>
              <w:left w:w="80" w:type="dxa"/>
              <w:bottom w:w="70" w:type="dxa"/>
              <w:right w:w="80" w:type="dxa"/>
            </w:tcMar>
          </w:tcPr>
          <w:p w14:paraId="0F45C23B" w14:textId="77777777" w:rsidR="001970E5" w:rsidRDefault="005D71A2" w:rsidP="00672EC8">
            <w:pPr>
              <w:shd w:val="clear" w:color="auto" w:fill="FFFFFF" w:themeFill="background1"/>
              <w:jc w:val="both"/>
            </w:pPr>
            <w:r>
              <w:t>- HS trả lời: Vì Bống thương cánh cam, muốn cánh cam được trở về với thiên nhiên và bạn bè.</w:t>
            </w:r>
          </w:p>
        </w:tc>
      </w:tr>
      <w:tr w:rsidR="001970E5" w14:paraId="3A2FED42"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60AF251F" w14:textId="77777777" w:rsidR="001970E5" w:rsidRDefault="005D71A2" w:rsidP="00672EC8">
            <w:pPr>
              <w:shd w:val="clear" w:color="auto" w:fill="FFFFFF" w:themeFill="background1"/>
            </w:pPr>
            <w:r>
              <w:rPr>
                <w:b/>
              </w:rPr>
              <w:t>2. NGHE – VIẾT (20 phút)</w:t>
            </w:r>
            <w:r>
              <w:br/>
            </w:r>
            <w:r>
              <w:rPr>
                <w:b/>
              </w:rPr>
              <w:t>Mục tiêu: HS nghe – viết đúng đoạn văn, trình bày sạch đẹp và biết soát lỗi.</w:t>
            </w:r>
          </w:p>
        </w:tc>
      </w:tr>
      <w:tr w:rsidR="001970E5" w14:paraId="63F60026" w14:textId="77777777" w:rsidTr="00F123DC">
        <w:trPr>
          <w:jc w:val="center"/>
        </w:trPr>
        <w:tc>
          <w:tcPr>
            <w:tcW w:w="5112" w:type="dxa"/>
            <w:tcBorders>
              <w:top w:val="single" w:sz="4" w:space="0" w:color="auto"/>
            </w:tcBorders>
            <w:tcMar>
              <w:top w:w="70" w:type="dxa"/>
              <w:left w:w="80" w:type="dxa"/>
              <w:bottom w:w="70" w:type="dxa"/>
              <w:right w:w="80" w:type="dxa"/>
            </w:tcMar>
          </w:tcPr>
          <w:p w14:paraId="5BADC308" w14:textId="77777777" w:rsidR="001970E5" w:rsidRDefault="005D71A2" w:rsidP="00672EC8">
            <w:pPr>
              <w:shd w:val="clear" w:color="auto" w:fill="FFFFFF" w:themeFill="background1"/>
              <w:jc w:val="both"/>
            </w:pPr>
            <w:r>
              <w:t>- GV đọc đoạn chính tả Tạm biệt cánh cam trong SGK.</w:t>
            </w:r>
          </w:p>
          <w:p w14:paraId="342003BE" w14:textId="518E864B" w:rsidR="001970E5" w:rsidRDefault="001970E5" w:rsidP="00672EC8">
            <w:pPr>
              <w:shd w:val="clear" w:color="auto" w:fill="FFFFFF" w:themeFill="background1"/>
            </w:pPr>
          </w:p>
        </w:tc>
        <w:tc>
          <w:tcPr>
            <w:tcW w:w="5112" w:type="dxa"/>
            <w:tcBorders>
              <w:top w:val="single" w:sz="4" w:space="0" w:color="auto"/>
            </w:tcBorders>
            <w:tcMar>
              <w:top w:w="70" w:type="dxa"/>
              <w:left w:w="80" w:type="dxa"/>
              <w:bottom w:w="70" w:type="dxa"/>
              <w:right w:w="80" w:type="dxa"/>
            </w:tcMar>
          </w:tcPr>
          <w:p w14:paraId="4B3C50D6" w14:textId="77777777" w:rsidR="001970E5" w:rsidRDefault="005D71A2" w:rsidP="00672EC8">
            <w:pPr>
              <w:shd w:val="clear" w:color="auto" w:fill="FFFFFF" w:themeFill="background1"/>
              <w:jc w:val="both"/>
            </w:pPr>
            <w:r>
              <w:t>- HS lắng nghe, đọc thầm theo.</w:t>
            </w:r>
          </w:p>
        </w:tc>
      </w:tr>
      <w:tr w:rsidR="001970E5" w14:paraId="1785AA08" w14:textId="77777777" w:rsidTr="00F123DC">
        <w:trPr>
          <w:jc w:val="center"/>
        </w:trPr>
        <w:tc>
          <w:tcPr>
            <w:tcW w:w="5112" w:type="dxa"/>
            <w:tcMar>
              <w:top w:w="70" w:type="dxa"/>
              <w:left w:w="80" w:type="dxa"/>
              <w:bottom w:w="70" w:type="dxa"/>
              <w:right w:w="80" w:type="dxa"/>
            </w:tcMar>
          </w:tcPr>
          <w:p w14:paraId="6F70ACE9" w14:textId="77777777" w:rsidR="001970E5" w:rsidRDefault="005D71A2" w:rsidP="00672EC8">
            <w:pPr>
              <w:shd w:val="clear" w:color="auto" w:fill="FFFFFF" w:themeFill="background1"/>
              <w:jc w:val="both"/>
            </w:pPr>
            <w:r>
              <w:t>- GV mời 1 HS đọc lại đoạn văn.</w:t>
            </w:r>
          </w:p>
        </w:tc>
        <w:tc>
          <w:tcPr>
            <w:tcW w:w="5112" w:type="dxa"/>
            <w:tcMar>
              <w:top w:w="70" w:type="dxa"/>
              <w:left w:w="80" w:type="dxa"/>
              <w:bottom w:w="70" w:type="dxa"/>
              <w:right w:w="80" w:type="dxa"/>
            </w:tcMar>
          </w:tcPr>
          <w:p w14:paraId="50A65131" w14:textId="77777777" w:rsidR="001970E5" w:rsidRDefault="005D71A2" w:rsidP="00672EC8">
            <w:pPr>
              <w:shd w:val="clear" w:color="auto" w:fill="FFFFFF" w:themeFill="background1"/>
              <w:jc w:val="both"/>
            </w:pPr>
            <w:r>
              <w:t>- 1 HS đọc đoạn văn; lớp theo dõi.</w:t>
            </w:r>
          </w:p>
        </w:tc>
      </w:tr>
      <w:tr w:rsidR="001970E5" w14:paraId="163513B4" w14:textId="77777777" w:rsidTr="00F123DC">
        <w:trPr>
          <w:jc w:val="center"/>
        </w:trPr>
        <w:tc>
          <w:tcPr>
            <w:tcW w:w="5112" w:type="dxa"/>
            <w:tcMar>
              <w:top w:w="70" w:type="dxa"/>
              <w:left w:w="80" w:type="dxa"/>
              <w:bottom w:w="70" w:type="dxa"/>
              <w:right w:w="80" w:type="dxa"/>
            </w:tcMar>
          </w:tcPr>
          <w:p w14:paraId="7DD8B797" w14:textId="77777777" w:rsidR="001970E5" w:rsidRDefault="005D71A2" w:rsidP="00672EC8">
            <w:pPr>
              <w:shd w:val="clear" w:color="auto" w:fill="FFFFFF" w:themeFill="background1"/>
              <w:jc w:val="both"/>
            </w:pPr>
            <w:r>
              <w:t>- GV hỏi: Đoạn văn có những chữ nào cần viết hoa?</w:t>
            </w:r>
          </w:p>
        </w:tc>
        <w:tc>
          <w:tcPr>
            <w:tcW w:w="5112" w:type="dxa"/>
            <w:tcMar>
              <w:top w:w="70" w:type="dxa"/>
              <w:left w:w="80" w:type="dxa"/>
              <w:bottom w:w="70" w:type="dxa"/>
              <w:right w:w="80" w:type="dxa"/>
            </w:tcMar>
          </w:tcPr>
          <w:p w14:paraId="7E080F04" w14:textId="77777777" w:rsidR="001970E5" w:rsidRDefault="005D71A2" w:rsidP="00672EC8">
            <w:pPr>
              <w:shd w:val="clear" w:color="auto" w:fill="FFFFFF" w:themeFill="background1"/>
              <w:jc w:val="both"/>
            </w:pPr>
            <w:r>
              <w:t>- HS trả lời: Chữ đầu câu viết hoa; tên riêng Bống viết hoa.</w:t>
            </w:r>
          </w:p>
        </w:tc>
      </w:tr>
      <w:tr w:rsidR="001970E5" w14:paraId="29DD97D5" w14:textId="77777777" w:rsidTr="00F123DC">
        <w:trPr>
          <w:jc w:val="center"/>
        </w:trPr>
        <w:tc>
          <w:tcPr>
            <w:tcW w:w="5112" w:type="dxa"/>
            <w:tcMar>
              <w:top w:w="70" w:type="dxa"/>
              <w:left w:w="80" w:type="dxa"/>
              <w:bottom w:w="70" w:type="dxa"/>
              <w:right w:w="80" w:type="dxa"/>
            </w:tcMar>
          </w:tcPr>
          <w:p w14:paraId="0D418EA0" w14:textId="77777777" w:rsidR="001970E5" w:rsidRDefault="005D71A2" w:rsidP="00672EC8">
            <w:pPr>
              <w:shd w:val="clear" w:color="auto" w:fill="FFFFFF" w:themeFill="background1"/>
              <w:jc w:val="both"/>
            </w:pPr>
            <w:r>
              <w:t>- GV yêu cầu HS tìm từ khó viết.</w:t>
            </w:r>
          </w:p>
        </w:tc>
        <w:tc>
          <w:tcPr>
            <w:tcW w:w="5112" w:type="dxa"/>
            <w:tcMar>
              <w:top w:w="70" w:type="dxa"/>
              <w:left w:w="80" w:type="dxa"/>
              <w:bottom w:w="70" w:type="dxa"/>
              <w:right w:w="80" w:type="dxa"/>
            </w:tcMar>
          </w:tcPr>
          <w:p w14:paraId="27094660" w14:textId="77777777" w:rsidR="001970E5" w:rsidRDefault="005D71A2" w:rsidP="00672EC8">
            <w:pPr>
              <w:shd w:val="clear" w:color="auto" w:fill="FFFFFF" w:themeFill="background1"/>
              <w:jc w:val="both"/>
            </w:pPr>
            <w:r>
              <w:t xml:space="preserve">- HS nêu: cánh cam, xanh biếc, óng ánh, thương </w:t>
            </w:r>
            <w:r>
              <w:lastRenderedPageBreak/>
              <w:t>quá, cỏ non.</w:t>
            </w:r>
          </w:p>
        </w:tc>
      </w:tr>
      <w:tr w:rsidR="001970E5" w14:paraId="5E969613" w14:textId="77777777" w:rsidTr="00F123DC">
        <w:trPr>
          <w:jc w:val="center"/>
        </w:trPr>
        <w:tc>
          <w:tcPr>
            <w:tcW w:w="5112" w:type="dxa"/>
            <w:tcMar>
              <w:top w:w="70" w:type="dxa"/>
              <w:left w:w="80" w:type="dxa"/>
              <w:bottom w:w="70" w:type="dxa"/>
              <w:right w:w="80" w:type="dxa"/>
            </w:tcMar>
          </w:tcPr>
          <w:p w14:paraId="3516A0BE" w14:textId="77777777" w:rsidR="001970E5" w:rsidRDefault="005D71A2" w:rsidP="00672EC8">
            <w:pPr>
              <w:shd w:val="clear" w:color="auto" w:fill="FFFFFF" w:themeFill="background1"/>
              <w:jc w:val="both"/>
            </w:pPr>
            <w:r>
              <w:t>- GV đọc từ khó cho HS viết bảng con.</w:t>
            </w:r>
          </w:p>
        </w:tc>
        <w:tc>
          <w:tcPr>
            <w:tcW w:w="5112" w:type="dxa"/>
            <w:tcMar>
              <w:top w:w="70" w:type="dxa"/>
              <w:left w:w="80" w:type="dxa"/>
              <w:bottom w:w="70" w:type="dxa"/>
              <w:right w:w="80" w:type="dxa"/>
            </w:tcMar>
          </w:tcPr>
          <w:p w14:paraId="4021751C" w14:textId="77777777" w:rsidR="001970E5" w:rsidRDefault="005D71A2" w:rsidP="00672EC8">
            <w:pPr>
              <w:shd w:val="clear" w:color="auto" w:fill="FFFFFF" w:themeFill="background1"/>
              <w:jc w:val="both"/>
            </w:pPr>
            <w:r>
              <w:t>- HS viết bảng con: óng ánh, cánh cam, xanh biếc, cỏ non.</w:t>
            </w:r>
          </w:p>
        </w:tc>
      </w:tr>
      <w:tr w:rsidR="001970E5" w14:paraId="39D33D32" w14:textId="77777777" w:rsidTr="00F123DC">
        <w:trPr>
          <w:jc w:val="center"/>
        </w:trPr>
        <w:tc>
          <w:tcPr>
            <w:tcW w:w="5112" w:type="dxa"/>
            <w:tcMar>
              <w:top w:w="70" w:type="dxa"/>
              <w:left w:w="80" w:type="dxa"/>
              <w:bottom w:w="70" w:type="dxa"/>
              <w:right w:w="80" w:type="dxa"/>
            </w:tcMar>
          </w:tcPr>
          <w:p w14:paraId="52084E1D" w14:textId="77777777" w:rsidR="001970E5" w:rsidRDefault="005D71A2" w:rsidP="00672EC8">
            <w:pPr>
              <w:shd w:val="clear" w:color="auto" w:fill="FFFFFF" w:themeFill="background1"/>
              <w:jc w:val="both"/>
            </w:pPr>
            <w:r>
              <w:t>- GV đọc từng cụm từ/câu cho HS viết vào vở.</w:t>
            </w:r>
          </w:p>
        </w:tc>
        <w:tc>
          <w:tcPr>
            <w:tcW w:w="5112" w:type="dxa"/>
            <w:tcMar>
              <w:top w:w="70" w:type="dxa"/>
              <w:left w:w="80" w:type="dxa"/>
              <w:bottom w:w="70" w:type="dxa"/>
              <w:right w:w="80" w:type="dxa"/>
            </w:tcMar>
          </w:tcPr>
          <w:p w14:paraId="23A98800" w14:textId="77777777" w:rsidR="001970E5" w:rsidRDefault="005D71A2" w:rsidP="00672EC8">
            <w:pPr>
              <w:shd w:val="clear" w:color="auto" w:fill="FFFFFF" w:themeFill="background1"/>
              <w:jc w:val="both"/>
            </w:pPr>
            <w:r>
              <w:t>- HS nghe – viết vào vở, ngồi đúng tư thế.</w:t>
            </w:r>
          </w:p>
        </w:tc>
      </w:tr>
      <w:tr w:rsidR="001970E5" w14:paraId="0E77104E" w14:textId="77777777" w:rsidTr="00F123DC">
        <w:trPr>
          <w:jc w:val="center"/>
        </w:trPr>
        <w:tc>
          <w:tcPr>
            <w:tcW w:w="5112" w:type="dxa"/>
            <w:tcBorders>
              <w:bottom w:val="single" w:sz="4" w:space="0" w:color="auto"/>
            </w:tcBorders>
            <w:tcMar>
              <w:top w:w="70" w:type="dxa"/>
              <w:left w:w="80" w:type="dxa"/>
              <w:bottom w:w="70" w:type="dxa"/>
              <w:right w:w="80" w:type="dxa"/>
            </w:tcMar>
          </w:tcPr>
          <w:p w14:paraId="77DF6ECB" w14:textId="77777777" w:rsidR="001970E5" w:rsidRDefault="005D71A2" w:rsidP="00672EC8">
            <w:pPr>
              <w:shd w:val="clear" w:color="auto" w:fill="FFFFFF" w:themeFill="background1"/>
              <w:jc w:val="both"/>
            </w:pPr>
            <w:r>
              <w:t>- GV đọc lại bài cho HS soát lỗi.</w:t>
            </w:r>
          </w:p>
        </w:tc>
        <w:tc>
          <w:tcPr>
            <w:tcW w:w="5112" w:type="dxa"/>
            <w:tcBorders>
              <w:bottom w:val="single" w:sz="4" w:space="0" w:color="auto"/>
            </w:tcBorders>
            <w:tcMar>
              <w:top w:w="70" w:type="dxa"/>
              <w:left w:w="80" w:type="dxa"/>
              <w:bottom w:w="70" w:type="dxa"/>
              <w:right w:w="80" w:type="dxa"/>
            </w:tcMar>
          </w:tcPr>
          <w:p w14:paraId="51AA5476" w14:textId="77777777" w:rsidR="001970E5" w:rsidRDefault="005D71A2" w:rsidP="00672EC8">
            <w:pPr>
              <w:shd w:val="clear" w:color="auto" w:fill="FFFFFF" w:themeFill="background1"/>
              <w:jc w:val="both"/>
            </w:pPr>
            <w:r>
              <w:t>- HS đổi vở soát lỗi theo cặp, sửa lỗi nếu có.</w:t>
            </w:r>
          </w:p>
        </w:tc>
      </w:tr>
      <w:tr w:rsidR="001970E5" w14:paraId="46EE02BD"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08B94739" w14:textId="77777777" w:rsidR="001970E5" w:rsidRDefault="005D71A2" w:rsidP="00672EC8">
            <w:pPr>
              <w:shd w:val="clear" w:color="auto" w:fill="FFFFFF" w:themeFill="background1"/>
            </w:pPr>
            <w:r>
              <w:rPr>
                <w:b/>
              </w:rPr>
              <w:t>3. BÀI TẬP CHÍNH TẢ (10 phút)</w:t>
            </w:r>
            <w:r>
              <w:br/>
            </w:r>
            <w:r>
              <w:rPr>
                <w:b/>
              </w:rPr>
              <w:t>Mục tiêu: HS phân biệt oanh/oach, s/x, dấu hỏi/dấu ngã.</w:t>
            </w:r>
          </w:p>
        </w:tc>
      </w:tr>
      <w:tr w:rsidR="001970E5" w14:paraId="5A1A3014" w14:textId="77777777" w:rsidTr="00F123DC">
        <w:trPr>
          <w:jc w:val="center"/>
        </w:trPr>
        <w:tc>
          <w:tcPr>
            <w:tcW w:w="5112" w:type="dxa"/>
            <w:tcBorders>
              <w:top w:val="single" w:sz="4" w:space="0" w:color="auto"/>
            </w:tcBorders>
            <w:tcMar>
              <w:top w:w="70" w:type="dxa"/>
              <w:left w:w="80" w:type="dxa"/>
              <w:bottom w:w="70" w:type="dxa"/>
              <w:right w:w="80" w:type="dxa"/>
            </w:tcMar>
          </w:tcPr>
          <w:p w14:paraId="33EBECDF" w14:textId="77777777" w:rsidR="001970E5" w:rsidRDefault="005D71A2" w:rsidP="00672EC8">
            <w:pPr>
              <w:shd w:val="clear" w:color="auto" w:fill="FFFFFF" w:themeFill="background1"/>
              <w:jc w:val="both"/>
            </w:pPr>
            <w:r>
              <w:t xml:space="preserve">- </w:t>
            </w:r>
            <w:r>
              <w:rPr>
                <w:b/>
              </w:rPr>
              <w:t>Bài tập 1: Chọn oanh hoặc oach thay cho ô vuông.</w:t>
            </w:r>
          </w:p>
        </w:tc>
        <w:tc>
          <w:tcPr>
            <w:tcW w:w="5112" w:type="dxa"/>
            <w:tcBorders>
              <w:top w:val="single" w:sz="4" w:space="0" w:color="auto"/>
            </w:tcBorders>
            <w:tcMar>
              <w:top w:w="70" w:type="dxa"/>
              <w:left w:w="80" w:type="dxa"/>
              <w:bottom w:w="70" w:type="dxa"/>
              <w:right w:w="80" w:type="dxa"/>
            </w:tcMar>
          </w:tcPr>
          <w:p w14:paraId="7CEAE32D" w14:textId="77777777" w:rsidR="001970E5" w:rsidRDefault="005D71A2" w:rsidP="00672EC8">
            <w:pPr>
              <w:shd w:val="clear" w:color="auto" w:fill="FFFFFF" w:themeFill="background1"/>
              <w:jc w:val="both"/>
            </w:pPr>
            <w:r>
              <w:t>- HS đọc yêu cầu và làm bài cá nhân: thu hoạch, chim oanh, mới toanh, quanh.</w:t>
            </w:r>
          </w:p>
        </w:tc>
      </w:tr>
      <w:tr w:rsidR="001970E5" w14:paraId="0E20F849" w14:textId="77777777" w:rsidTr="00F123DC">
        <w:trPr>
          <w:jc w:val="center"/>
        </w:trPr>
        <w:tc>
          <w:tcPr>
            <w:tcW w:w="5112" w:type="dxa"/>
            <w:tcMar>
              <w:top w:w="70" w:type="dxa"/>
              <w:left w:w="80" w:type="dxa"/>
              <w:bottom w:w="70" w:type="dxa"/>
              <w:right w:w="80" w:type="dxa"/>
            </w:tcMar>
          </w:tcPr>
          <w:p w14:paraId="39B35D7C" w14:textId="77777777" w:rsidR="001970E5" w:rsidRDefault="005D71A2" w:rsidP="00672EC8">
            <w:pPr>
              <w:shd w:val="clear" w:color="auto" w:fill="FFFFFF" w:themeFill="background1"/>
              <w:jc w:val="both"/>
            </w:pPr>
            <w:r>
              <w:t xml:space="preserve">- </w:t>
            </w:r>
            <w:r>
              <w:rPr>
                <w:b/>
              </w:rPr>
              <w:t>Bài tập 2: Chọn a hoặc b.</w:t>
            </w:r>
          </w:p>
          <w:p w14:paraId="31163F4E" w14:textId="77777777" w:rsidR="001970E5" w:rsidRDefault="005D71A2" w:rsidP="00672EC8">
            <w:pPr>
              <w:shd w:val="clear" w:color="auto" w:fill="FFFFFF" w:themeFill="background1"/>
              <w:jc w:val="both"/>
            </w:pPr>
            <w:r>
              <w:t xml:space="preserve">- </w:t>
            </w:r>
            <w:r>
              <w:rPr>
                <w:b/>
              </w:rPr>
              <w:t>a. Tìm từ ngữ gọi tên sự vật có tiếng bắt đầu bằng s hoặc x.</w:t>
            </w:r>
          </w:p>
        </w:tc>
        <w:tc>
          <w:tcPr>
            <w:tcW w:w="5112" w:type="dxa"/>
            <w:tcMar>
              <w:top w:w="70" w:type="dxa"/>
              <w:left w:w="80" w:type="dxa"/>
              <w:bottom w:w="70" w:type="dxa"/>
              <w:right w:w="80" w:type="dxa"/>
            </w:tcMar>
          </w:tcPr>
          <w:p w14:paraId="3D876455" w14:textId="77777777" w:rsidR="001970E5" w:rsidRDefault="005D71A2" w:rsidP="00672EC8">
            <w:pPr>
              <w:shd w:val="clear" w:color="auto" w:fill="FFFFFF" w:themeFill="background1"/>
              <w:jc w:val="both"/>
            </w:pPr>
            <w:r>
              <w:t>- HS quan sát hình và tìm từ: sâu, xấu hổ/cây xấu hổ, sâu róm, xương rồng.</w:t>
            </w:r>
          </w:p>
        </w:tc>
      </w:tr>
      <w:tr w:rsidR="001970E5" w14:paraId="3ECE45E5" w14:textId="77777777" w:rsidTr="00F123DC">
        <w:trPr>
          <w:jc w:val="center"/>
        </w:trPr>
        <w:tc>
          <w:tcPr>
            <w:tcW w:w="5112" w:type="dxa"/>
            <w:tcMar>
              <w:top w:w="70" w:type="dxa"/>
              <w:left w:w="80" w:type="dxa"/>
              <w:bottom w:w="70" w:type="dxa"/>
              <w:right w:w="80" w:type="dxa"/>
            </w:tcMar>
          </w:tcPr>
          <w:p w14:paraId="21E1AF1C" w14:textId="77777777" w:rsidR="001970E5" w:rsidRDefault="005D71A2" w:rsidP="00672EC8">
            <w:pPr>
              <w:shd w:val="clear" w:color="auto" w:fill="FFFFFF" w:themeFill="background1"/>
              <w:jc w:val="both"/>
            </w:pPr>
            <w:r>
              <w:t xml:space="preserve">- </w:t>
            </w:r>
            <w:r>
              <w:rPr>
                <w:b/>
              </w:rPr>
              <w:t>b. Chọn dấu hỏi hoặc dấu ngã cho chữ in đậm.</w:t>
            </w:r>
          </w:p>
        </w:tc>
        <w:tc>
          <w:tcPr>
            <w:tcW w:w="5112" w:type="dxa"/>
            <w:tcMar>
              <w:top w:w="70" w:type="dxa"/>
              <w:left w:w="80" w:type="dxa"/>
              <w:bottom w:w="70" w:type="dxa"/>
              <w:right w:w="80" w:type="dxa"/>
            </w:tcMar>
          </w:tcPr>
          <w:p w14:paraId="6A078D8D" w14:textId="77777777" w:rsidR="001970E5" w:rsidRDefault="005D71A2" w:rsidP="00672EC8">
            <w:pPr>
              <w:shd w:val="clear" w:color="auto" w:fill="FFFFFF" w:themeFill="background1"/>
              <w:jc w:val="both"/>
            </w:pPr>
            <w:r>
              <w:t>- HS làm: Nhút như thỏ. Khỏe như trâu. Dữ như hổ.</w:t>
            </w:r>
          </w:p>
        </w:tc>
      </w:tr>
      <w:tr w:rsidR="001970E5" w14:paraId="6303502B" w14:textId="77777777" w:rsidTr="00F123DC">
        <w:trPr>
          <w:jc w:val="center"/>
        </w:trPr>
        <w:tc>
          <w:tcPr>
            <w:tcW w:w="5112" w:type="dxa"/>
            <w:tcBorders>
              <w:bottom w:val="single" w:sz="4" w:space="0" w:color="auto"/>
            </w:tcBorders>
            <w:tcMar>
              <w:top w:w="70" w:type="dxa"/>
              <w:left w:w="80" w:type="dxa"/>
              <w:bottom w:w="70" w:type="dxa"/>
              <w:right w:w="80" w:type="dxa"/>
            </w:tcMar>
          </w:tcPr>
          <w:p w14:paraId="0A5C3CB5" w14:textId="77777777" w:rsidR="001970E5" w:rsidRDefault="005D71A2" w:rsidP="00672EC8">
            <w:pPr>
              <w:shd w:val="clear" w:color="auto" w:fill="FFFFFF" w:themeFill="background1"/>
              <w:jc w:val="both"/>
            </w:pPr>
            <w:r>
              <w:t>- GV nhận xét, yêu cầu HS đọc lại các từ đúng.</w:t>
            </w:r>
          </w:p>
        </w:tc>
        <w:tc>
          <w:tcPr>
            <w:tcW w:w="5112" w:type="dxa"/>
            <w:tcBorders>
              <w:bottom w:val="single" w:sz="4" w:space="0" w:color="auto"/>
            </w:tcBorders>
            <w:tcMar>
              <w:top w:w="70" w:type="dxa"/>
              <w:left w:w="80" w:type="dxa"/>
              <w:bottom w:w="70" w:type="dxa"/>
              <w:right w:w="80" w:type="dxa"/>
            </w:tcMar>
          </w:tcPr>
          <w:p w14:paraId="0F91AF6B" w14:textId="77777777" w:rsidR="001970E5" w:rsidRDefault="005D71A2" w:rsidP="00672EC8">
            <w:pPr>
              <w:shd w:val="clear" w:color="auto" w:fill="FFFFFF" w:themeFill="background1"/>
              <w:jc w:val="both"/>
            </w:pPr>
            <w:r>
              <w:t>- HS đọc lại: thu hoạch, chim oanh, sâu, xương rồng, thỏ, khỏe, dữ.</w:t>
            </w:r>
          </w:p>
        </w:tc>
      </w:tr>
      <w:tr w:rsidR="001970E5" w14:paraId="32701B8D"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11277996" w14:textId="77777777" w:rsidR="001970E5" w:rsidRDefault="005D71A2" w:rsidP="00672EC8">
            <w:pPr>
              <w:shd w:val="clear" w:color="auto" w:fill="FFFFFF" w:themeFill="background1"/>
            </w:pPr>
            <w:r>
              <w:rPr>
                <w:b/>
              </w:rPr>
              <w:t>4. VẬN DỤNG (2 phút)</w:t>
            </w:r>
            <w:r>
              <w:br/>
            </w:r>
            <w:r>
              <w:rPr>
                <w:b/>
              </w:rPr>
              <w:t>Mục tiêu: HS tự nhận ra lỗi chính tả cần luyện thêm.</w:t>
            </w:r>
          </w:p>
        </w:tc>
      </w:tr>
      <w:tr w:rsidR="001970E5" w14:paraId="1994A65F" w14:textId="77777777" w:rsidTr="00F123DC">
        <w:trPr>
          <w:jc w:val="center"/>
        </w:trPr>
        <w:tc>
          <w:tcPr>
            <w:tcW w:w="5112" w:type="dxa"/>
            <w:tcBorders>
              <w:top w:val="single" w:sz="4" w:space="0" w:color="auto"/>
              <w:bottom w:val="single" w:sz="4" w:space="0" w:color="auto"/>
            </w:tcBorders>
            <w:tcMar>
              <w:top w:w="70" w:type="dxa"/>
              <w:left w:w="80" w:type="dxa"/>
              <w:bottom w:w="70" w:type="dxa"/>
              <w:right w:w="80" w:type="dxa"/>
            </w:tcMar>
          </w:tcPr>
          <w:p w14:paraId="11DDC292" w14:textId="77777777" w:rsidR="001970E5" w:rsidRDefault="005D71A2" w:rsidP="00672EC8">
            <w:pPr>
              <w:shd w:val="clear" w:color="auto" w:fill="FFFFFF" w:themeFill="background1"/>
              <w:jc w:val="both"/>
            </w:pPr>
            <w:r>
              <w:t>- GV yêu cầu HS ghi một từ mình dễ viết sai để về nhà luyện thêm.</w:t>
            </w:r>
          </w:p>
        </w:tc>
        <w:tc>
          <w:tcPr>
            <w:tcW w:w="5112" w:type="dxa"/>
            <w:tcBorders>
              <w:top w:val="single" w:sz="4" w:space="0" w:color="auto"/>
              <w:bottom w:val="single" w:sz="4" w:space="0" w:color="auto"/>
            </w:tcBorders>
            <w:tcMar>
              <w:top w:w="70" w:type="dxa"/>
              <w:left w:w="80" w:type="dxa"/>
              <w:bottom w:w="70" w:type="dxa"/>
              <w:right w:w="80" w:type="dxa"/>
            </w:tcMar>
          </w:tcPr>
          <w:p w14:paraId="037E266C" w14:textId="77777777" w:rsidR="001970E5" w:rsidRDefault="005D71A2" w:rsidP="00672EC8">
            <w:pPr>
              <w:shd w:val="clear" w:color="auto" w:fill="FFFFFF" w:themeFill="background1"/>
              <w:jc w:val="both"/>
            </w:pPr>
            <w:r>
              <w:t>- HS ghi: óng ánh, thu hoạch, xương rồng, khỏe.</w:t>
            </w:r>
          </w:p>
        </w:tc>
      </w:tr>
      <w:tr w:rsidR="001970E5" w14:paraId="25DE94DD"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76BF59A2" w14:textId="77777777" w:rsidR="001970E5" w:rsidRDefault="005D71A2" w:rsidP="00672EC8">
            <w:pPr>
              <w:shd w:val="clear" w:color="auto" w:fill="FFFFFF" w:themeFill="background1"/>
            </w:pPr>
            <w:r>
              <w:rPr>
                <w:b/>
              </w:rPr>
              <w:t>TIẾT 4</w:t>
            </w:r>
          </w:p>
        </w:tc>
      </w:tr>
      <w:tr w:rsidR="001970E5" w14:paraId="44E0943C"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6701A33F" w14:textId="77777777" w:rsidR="001970E5" w:rsidRDefault="005D71A2" w:rsidP="00672EC8">
            <w:pPr>
              <w:shd w:val="clear" w:color="auto" w:fill="FFFFFF" w:themeFill="background1"/>
            </w:pPr>
            <w:r>
              <w:rPr>
                <w:b/>
              </w:rPr>
              <w:t>1. KHỞI ĐỘNG (3 phút)</w:t>
            </w:r>
            <w:r>
              <w:br/>
            </w:r>
            <w:r>
              <w:rPr>
                <w:b/>
              </w:rPr>
              <w:t>Mục tiêu: HS khởi động vốn từ về loài vật nhỏ bé.</w:t>
            </w:r>
          </w:p>
        </w:tc>
      </w:tr>
      <w:tr w:rsidR="001970E5" w14:paraId="66D87650" w14:textId="77777777" w:rsidTr="00F123DC">
        <w:trPr>
          <w:jc w:val="center"/>
        </w:trPr>
        <w:tc>
          <w:tcPr>
            <w:tcW w:w="5112" w:type="dxa"/>
            <w:tcBorders>
              <w:top w:val="single" w:sz="4" w:space="0" w:color="auto"/>
              <w:bottom w:val="single" w:sz="4" w:space="0" w:color="auto"/>
            </w:tcBorders>
            <w:tcMar>
              <w:top w:w="70" w:type="dxa"/>
              <w:left w:w="80" w:type="dxa"/>
              <w:bottom w:w="70" w:type="dxa"/>
              <w:right w:w="80" w:type="dxa"/>
            </w:tcMar>
          </w:tcPr>
          <w:p w14:paraId="76A38E4C" w14:textId="77777777" w:rsidR="001970E5" w:rsidRDefault="005D71A2" w:rsidP="00672EC8">
            <w:pPr>
              <w:shd w:val="clear" w:color="auto" w:fill="FFFFFF" w:themeFill="background1"/>
              <w:jc w:val="both"/>
            </w:pPr>
            <w:r>
              <w:t>- GV tổ chức trò chơi “Kể tên nhanh”: HS kể tên một con vật nhỏ bé mà em biết.</w:t>
            </w:r>
          </w:p>
        </w:tc>
        <w:tc>
          <w:tcPr>
            <w:tcW w:w="5112" w:type="dxa"/>
            <w:tcBorders>
              <w:top w:val="single" w:sz="4" w:space="0" w:color="auto"/>
              <w:bottom w:val="single" w:sz="4" w:space="0" w:color="auto"/>
            </w:tcBorders>
            <w:tcMar>
              <w:top w:w="70" w:type="dxa"/>
              <w:left w:w="80" w:type="dxa"/>
              <w:bottom w:w="70" w:type="dxa"/>
              <w:right w:w="80" w:type="dxa"/>
            </w:tcMar>
          </w:tcPr>
          <w:p w14:paraId="7B96E4E7" w14:textId="77777777" w:rsidR="001970E5" w:rsidRDefault="005D71A2" w:rsidP="00672EC8">
            <w:pPr>
              <w:shd w:val="clear" w:color="auto" w:fill="FFFFFF" w:themeFill="background1"/>
              <w:jc w:val="both"/>
            </w:pPr>
            <w:r>
              <w:t>- HS kể: cánh cam, sâu, ốc sên, ong, kiến, bướm, nhện, chuồn chuồn.</w:t>
            </w:r>
          </w:p>
        </w:tc>
      </w:tr>
      <w:tr w:rsidR="001970E5" w14:paraId="419213F6"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193FD9C5" w14:textId="77777777" w:rsidR="001970E5" w:rsidRDefault="005D71A2" w:rsidP="00672EC8">
            <w:pPr>
              <w:shd w:val="clear" w:color="auto" w:fill="FFFFFF" w:themeFill="background1"/>
            </w:pPr>
            <w:r>
              <w:rPr>
                <w:b/>
              </w:rPr>
              <w:t>2. LUYỆN TẬP TỪ VÀ CÂU (27 phút)</w:t>
            </w:r>
            <w:r>
              <w:br/>
            </w:r>
            <w:r>
              <w:rPr>
                <w:b/>
              </w:rPr>
              <w:t>Mục tiêu: HS tìm được từ ngữ chỉ loài vật, bộ phận, đặc điểm; biết kết hợp từ tạo câu và hỏi – đáp theo mẫu.</w:t>
            </w:r>
          </w:p>
        </w:tc>
      </w:tr>
      <w:tr w:rsidR="001970E5" w14:paraId="46BAA8D4" w14:textId="77777777" w:rsidTr="00F123DC">
        <w:trPr>
          <w:jc w:val="center"/>
        </w:trPr>
        <w:tc>
          <w:tcPr>
            <w:tcW w:w="5112" w:type="dxa"/>
            <w:tcBorders>
              <w:top w:val="single" w:sz="4" w:space="0" w:color="auto"/>
            </w:tcBorders>
            <w:tcMar>
              <w:top w:w="70" w:type="dxa"/>
              <w:left w:w="80" w:type="dxa"/>
              <w:bottom w:w="70" w:type="dxa"/>
              <w:right w:w="80" w:type="dxa"/>
            </w:tcMar>
          </w:tcPr>
          <w:p w14:paraId="1C14A374" w14:textId="77777777" w:rsidR="001970E5" w:rsidRDefault="005D71A2" w:rsidP="00672EC8">
            <w:pPr>
              <w:shd w:val="clear" w:color="auto" w:fill="FFFFFF" w:themeFill="background1"/>
              <w:jc w:val="both"/>
            </w:pPr>
            <w:r>
              <w:t xml:space="preserve">- </w:t>
            </w:r>
            <w:r>
              <w:rPr>
                <w:b/>
              </w:rPr>
              <w:t>Bài tập 1: Tìm từ ngữ chỉ loài vật trong đoạn sau.</w:t>
            </w:r>
          </w:p>
          <w:p w14:paraId="5ECF5FDF" w14:textId="63C2D14C" w:rsidR="001970E5" w:rsidRDefault="001970E5" w:rsidP="00672EC8">
            <w:pPr>
              <w:shd w:val="clear" w:color="auto" w:fill="FFFFFF" w:themeFill="background1"/>
            </w:pPr>
          </w:p>
        </w:tc>
        <w:tc>
          <w:tcPr>
            <w:tcW w:w="5112" w:type="dxa"/>
            <w:tcBorders>
              <w:top w:val="single" w:sz="4" w:space="0" w:color="auto"/>
            </w:tcBorders>
            <w:tcMar>
              <w:top w:w="70" w:type="dxa"/>
              <w:left w:w="80" w:type="dxa"/>
              <w:bottom w:w="70" w:type="dxa"/>
              <w:right w:w="80" w:type="dxa"/>
            </w:tcMar>
          </w:tcPr>
          <w:p w14:paraId="549DD9D5" w14:textId="77777777" w:rsidR="001970E5" w:rsidRDefault="005D71A2" w:rsidP="00672EC8">
            <w:pPr>
              <w:shd w:val="clear" w:color="auto" w:fill="FFFFFF" w:themeFill="background1"/>
              <w:jc w:val="both"/>
            </w:pPr>
            <w:r>
              <w:t>- HS đọc đoạn thơ và tìm từ chỉ loài vật.</w:t>
            </w:r>
          </w:p>
        </w:tc>
      </w:tr>
      <w:tr w:rsidR="001970E5" w14:paraId="3F97163C" w14:textId="77777777" w:rsidTr="00F123DC">
        <w:trPr>
          <w:jc w:val="center"/>
        </w:trPr>
        <w:tc>
          <w:tcPr>
            <w:tcW w:w="5112" w:type="dxa"/>
            <w:tcMar>
              <w:top w:w="70" w:type="dxa"/>
              <w:left w:w="80" w:type="dxa"/>
              <w:bottom w:w="70" w:type="dxa"/>
              <w:right w:w="80" w:type="dxa"/>
            </w:tcMar>
          </w:tcPr>
          <w:p w14:paraId="01EBAECD" w14:textId="77777777" w:rsidR="001970E5" w:rsidRDefault="005D71A2" w:rsidP="00672EC8">
            <w:pPr>
              <w:shd w:val="clear" w:color="auto" w:fill="FFFFFF" w:themeFill="background1"/>
              <w:jc w:val="both"/>
            </w:pPr>
            <w:r>
              <w:t>- GV yêu cầu HS làm việc cá nhân rồi chia sẻ nhóm đôi.</w:t>
            </w:r>
          </w:p>
        </w:tc>
        <w:tc>
          <w:tcPr>
            <w:tcW w:w="5112" w:type="dxa"/>
            <w:tcMar>
              <w:top w:w="70" w:type="dxa"/>
              <w:left w:w="80" w:type="dxa"/>
              <w:bottom w:w="70" w:type="dxa"/>
              <w:right w:w="80" w:type="dxa"/>
            </w:tcMar>
          </w:tcPr>
          <w:p w14:paraId="499DA386" w14:textId="77777777" w:rsidR="001970E5" w:rsidRDefault="005D71A2" w:rsidP="00672EC8">
            <w:pPr>
              <w:shd w:val="clear" w:color="auto" w:fill="FFFFFF" w:themeFill="background1"/>
              <w:jc w:val="both"/>
            </w:pPr>
            <w:r>
              <w:t>- HS tìm: ve sầu, ong, chim sâu.</w:t>
            </w:r>
          </w:p>
        </w:tc>
      </w:tr>
      <w:tr w:rsidR="001970E5" w14:paraId="6FB0F244" w14:textId="77777777" w:rsidTr="00F123DC">
        <w:trPr>
          <w:jc w:val="center"/>
        </w:trPr>
        <w:tc>
          <w:tcPr>
            <w:tcW w:w="5112" w:type="dxa"/>
            <w:tcMar>
              <w:top w:w="70" w:type="dxa"/>
              <w:left w:w="80" w:type="dxa"/>
              <w:bottom w:w="70" w:type="dxa"/>
              <w:right w:w="80" w:type="dxa"/>
            </w:tcMar>
          </w:tcPr>
          <w:p w14:paraId="223CE260" w14:textId="77777777" w:rsidR="001970E5" w:rsidRDefault="005D71A2" w:rsidP="00672EC8">
            <w:pPr>
              <w:shd w:val="clear" w:color="auto" w:fill="FFFFFF" w:themeFill="background1"/>
              <w:jc w:val="both"/>
            </w:pPr>
            <w:r>
              <w:t xml:space="preserve">- </w:t>
            </w:r>
            <w:r>
              <w:rPr>
                <w:b/>
              </w:rPr>
              <w:t>Bài tập 2: Kết hợp từ ngữ ở cột A với từ ngữ ở cột B để tạo câu.</w:t>
            </w:r>
          </w:p>
        </w:tc>
        <w:tc>
          <w:tcPr>
            <w:tcW w:w="5112" w:type="dxa"/>
            <w:tcMar>
              <w:top w:w="70" w:type="dxa"/>
              <w:left w:w="80" w:type="dxa"/>
              <w:bottom w:w="70" w:type="dxa"/>
              <w:right w:w="80" w:type="dxa"/>
            </w:tcMar>
          </w:tcPr>
          <w:p w14:paraId="14C549E7" w14:textId="77777777" w:rsidR="001970E5" w:rsidRDefault="005D71A2" w:rsidP="00672EC8">
            <w:pPr>
              <w:shd w:val="clear" w:color="auto" w:fill="FFFFFF" w:themeFill="background1"/>
              <w:jc w:val="both"/>
            </w:pPr>
            <w:r>
              <w:t>- HS đọc các từ ở cột A và cột B, thảo luận nhóm đôi.</w:t>
            </w:r>
          </w:p>
        </w:tc>
      </w:tr>
      <w:tr w:rsidR="001970E5" w14:paraId="68499ED1" w14:textId="77777777" w:rsidTr="00F123DC">
        <w:trPr>
          <w:jc w:val="center"/>
        </w:trPr>
        <w:tc>
          <w:tcPr>
            <w:tcW w:w="5112" w:type="dxa"/>
            <w:tcMar>
              <w:top w:w="70" w:type="dxa"/>
              <w:left w:w="80" w:type="dxa"/>
              <w:bottom w:w="70" w:type="dxa"/>
              <w:right w:w="80" w:type="dxa"/>
            </w:tcMar>
          </w:tcPr>
          <w:p w14:paraId="724B0240" w14:textId="77777777" w:rsidR="001970E5" w:rsidRDefault="005D71A2" w:rsidP="00672EC8">
            <w:pPr>
              <w:shd w:val="clear" w:color="auto" w:fill="FFFFFF" w:themeFill="background1"/>
              <w:jc w:val="both"/>
            </w:pPr>
            <w:r>
              <w:t>- GV yêu cầu HS nối từ đúng.</w:t>
            </w:r>
          </w:p>
        </w:tc>
        <w:tc>
          <w:tcPr>
            <w:tcW w:w="5112" w:type="dxa"/>
            <w:tcMar>
              <w:top w:w="70" w:type="dxa"/>
              <w:left w:w="80" w:type="dxa"/>
              <w:bottom w:w="70" w:type="dxa"/>
              <w:right w:w="80" w:type="dxa"/>
            </w:tcMar>
          </w:tcPr>
          <w:p w14:paraId="42A252A7" w14:textId="77777777" w:rsidR="001970E5" w:rsidRDefault="005D71A2" w:rsidP="00672EC8">
            <w:pPr>
              <w:shd w:val="clear" w:color="auto" w:fill="FFFFFF" w:themeFill="background1"/>
              <w:jc w:val="both"/>
            </w:pPr>
            <w:r>
              <w:t>- HS nối: Ve sầu báo mùa hè tới. Ong làm ra mật ngọt. Chim sâu bắt sâu cho lá.</w:t>
            </w:r>
          </w:p>
        </w:tc>
      </w:tr>
      <w:tr w:rsidR="001970E5" w14:paraId="0B784096" w14:textId="77777777" w:rsidTr="00F123DC">
        <w:trPr>
          <w:jc w:val="center"/>
        </w:trPr>
        <w:tc>
          <w:tcPr>
            <w:tcW w:w="5112" w:type="dxa"/>
            <w:tcMar>
              <w:top w:w="70" w:type="dxa"/>
              <w:left w:w="80" w:type="dxa"/>
              <w:bottom w:w="70" w:type="dxa"/>
              <w:right w:w="80" w:type="dxa"/>
            </w:tcMar>
          </w:tcPr>
          <w:p w14:paraId="6B5EA312" w14:textId="77777777" w:rsidR="001970E5" w:rsidRDefault="005D71A2" w:rsidP="00672EC8">
            <w:pPr>
              <w:shd w:val="clear" w:color="auto" w:fill="FFFFFF" w:themeFill="background1"/>
              <w:jc w:val="both"/>
            </w:pPr>
            <w:r>
              <w:t xml:space="preserve">- </w:t>
            </w:r>
            <w:r>
              <w:rPr>
                <w:b/>
              </w:rPr>
              <w:t>Bài tập 3: Hỏi – đáp theo mẫu. Viết vào vở câu hỏi, câu trả lời của em và bạn.</w:t>
            </w:r>
          </w:p>
        </w:tc>
        <w:tc>
          <w:tcPr>
            <w:tcW w:w="5112" w:type="dxa"/>
            <w:tcMar>
              <w:top w:w="70" w:type="dxa"/>
              <w:left w:w="80" w:type="dxa"/>
              <w:bottom w:w="70" w:type="dxa"/>
              <w:right w:w="80" w:type="dxa"/>
            </w:tcMar>
          </w:tcPr>
          <w:p w14:paraId="28A2E001" w14:textId="77777777" w:rsidR="001970E5" w:rsidRDefault="005D71A2" w:rsidP="00672EC8">
            <w:pPr>
              <w:shd w:val="clear" w:color="auto" w:fill="FFFFFF" w:themeFill="background1"/>
              <w:jc w:val="both"/>
            </w:pPr>
            <w:r>
              <w:t>- HS đọc mẫu: “Chuột sống ở đâu? - Chuột sống trong hang.”</w:t>
            </w:r>
          </w:p>
        </w:tc>
      </w:tr>
      <w:tr w:rsidR="001970E5" w14:paraId="65BF870C" w14:textId="77777777" w:rsidTr="00F123DC">
        <w:trPr>
          <w:jc w:val="center"/>
        </w:trPr>
        <w:tc>
          <w:tcPr>
            <w:tcW w:w="5112" w:type="dxa"/>
            <w:tcMar>
              <w:top w:w="70" w:type="dxa"/>
              <w:left w:w="80" w:type="dxa"/>
              <w:bottom w:w="70" w:type="dxa"/>
              <w:right w:w="80" w:type="dxa"/>
            </w:tcMar>
          </w:tcPr>
          <w:p w14:paraId="1F527324" w14:textId="77777777" w:rsidR="001970E5" w:rsidRDefault="005D71A2" w:rsidP="00672EC8">
            <w:pPr>
              <w:shd w:val="clear" w:color="auto" w:fill="FFFFFF" w:themeFill="background1"/>
              <w:jc w:val="both"/>
            </w:pPr>
            <w:r>
              <w:t>- GV yêu cầu HS hỏi – đáp theo tranh.</w:t>
            </w:r>
          </w:p>
        </w:tc>
        <w:tc>
          <w:tcPr>
            <w:tcW w:w="5112" w:type="dxa"/>
            <w:tcMar>
              <w:top w:w="70" w:type="dxa"/>
              <w:left w:w="80" w:type="dxa"/>
              <w:bottom w:w="70" w:type="dxa"/>
              <w:right w:w="80" w:type="dxa"/>
            </w:tcMar>
          </w:tcPr>
          <w:p w14:paraId="3917EBD8" w14:textId="77777777" w:rsidR="001970E5" w:rsidRDefault="005D71A2" w:rsidP="00672EC8">
            <w:pPr>
              <w:shd w:val="clear" w:color="auto" w:fill="FFFFFF" w:themeFill="background1"/>
              <w:jc w:val="both"/>
            </w:pPr>
            <w:r>
              <w:t xml:space="preserve">- HS hỏi – đáp: “Ốc sên sống ở đâu? - Ốc sên </w:t>
            </w:r>
            <w:r>
              <w:lastRenderedPageBreak/>
              <w:t>sống trên lá cây.” “Nhện sống ở đâu? - Nhện sống trên mạng nhện.”</w:t>
            </w:r>
          </w:p>
        </w:tc>
      </w:tr>
      <w:tr w:rsidR="001970E5" w14:paraId="1F8DEC25" w14:textId="77777777" w:rsidTr="00F123DC">
        <w:trPr>
          <w:jc w:val="center"/>
        </w:trPr>
        <w:tc>
          <w:tcPr>
            <w:tcW w:w="5112" w:type="dxa"/>
            <w:tcBorders>
              <w:bottom w:val="single" w:sz="4" w:space="0" w:color="auto"/>
            </w:tcBorders>
            <w:tcMar>
              <w:top w:w="70" w:type="dxa"/>
              <w:left w:w="80" w:type="dxa"/>
              <w:bottom w:w="70" w:type="dxa"/>
              <w:right w:w="80" w:type="dxa"/>
            </w:tcMar>
          </w:tcPr>
          <w:p w14:paraId="7FACBF6E" w14:textId="77777777" w:rsidR="001970E5" w:rsidRDefault="005D71A2" w:rsidP="00672EC8">
            <w:pPr>
              <w:shd w:val="clear" w:color="auto" w:fill="FFFFFF" w:themeFill="background1"/>
              <w:jc w:val="both"/>
            </w:pPr>
            <w:r>
              <w:t>- GV nhận xét, nhắc HS câu hỏi cần có dấu chấm hỏi, câu trả lời cần đủ ý.</w:t>
            </w:r>
          </w:p>
        </w:tc>
        <w:tc>
          <w:tcPr>
            <w:tcW w:w="5112" w:type="dxa"/>
            <w:tcBorders>
              <w:bottom w:val="single" w:sz="4" w:space="0" w:color="auto"/>
            </w:tcBorders>
            <w:tcMar>
              <w:top w:w="70" w:type="dxa"/>
              <w:left w:w="80" w:type="dxa"/>
              <w:bottom w:w="70" w:type="dxa"/>
              <w:right w:w="80" w:type="dxa"/>
            </w:tcMar>
          </w:tcPr>
          <w:p w14:paraId="2138EAA1" w14:textId="77777777" w:rsidR="001970E5" w:rsidRDefault="005D71A2" w:rsidP="00672EC8">
            <w:pPr>
              <w:shd w:val="clear" w:color="auto" w:fill="FFFFFF" w:themeFill="background1"/>
              <w:jc w:val="both"/>
            </w:pPr>
            <w:r>
              <w:t>- HS lắng nghe và sửa câu nếu cần.</w:t>
            </w:r>
          </w:p>
        </w:tc>
      </w:tr>
      <w:tr w:rsidR="001970E5" w14:paraId="4ADC5672"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22A91020" w14:textId="77777777" w:rsidR="001970E5" w:rsidRDefault="005D71A2" w:rsidP="00672EC8">
            <w:pPr>
              <w:shd w:val="clear" w:color="auto" w:fill="FFFFFF" w:themeFill="background1"/>
            </w:pPr>
            <w:r>
              <w:rPr>
                <w:b/>
              </w:rPr>
              <w:t>3. VẬN DỤNG (5 phút)</w:t>
            </w:r>
            <w:r>
              <w:br/>
            </w:r>
            <w:r>
              <w:rPr>
                <w:b/>
              </w:rPr>
              <w:t>Mục tiêu: HS đặt được câu về một loài vật nhỏ bé.</w:t>
            </w:r>
          </w:p>
        </w:tc>
      </w:tr>
      <w:tr w:rsidR="001970E5" w14:paraId="17EBCAFC" w14:textId="77777777" w:rsidTr="00F123DC">
        <w:trPr>
          <w:jc w:val="center"/>
        </w:trPr>
        <w:tc>
          <w:tcPr>
            <w:tcW w:w="5112" w:type="dxa"/>
            <w:tcBorders>
              <w:top w:val="single" w:sz="4" w:space="0" w:color="auto"/>
              <w:bottom w:val="single" w:sz="4" w:space="0" w:color="auto"/>
            </w:tcBorders>
            <w:tcMar>
              <w:top w:w="70" w:type="dxa"/>
              <w:left w:w="80" w:type="dxa"/>
              <w:bottom w:w="70" w:type="dxa"/>
              <w:right w:w="80" w:type="dxa"/>
            </w:tcMar>
          </w:tcPr>
          <w:p w14:paraId="01ED1D73" w14:textId="77777777" w:rsidR="001970E5" w:rsidRDefault="005D71A2" w:rsidP="00672EC8">
            <w:pPr>
              <w:shd w:val="clear" w:color="auto" w:fill="FFFFFF" w:themeFill="background1"/>
              <w:jc w:val="both"/>
            </w:pPr>
            <w:r>
              <w:t>- GV yêu cầu HS đặt một câu về con vật nhỏ bé mà em yêu thích.</w:t>
            </w:r>
          </w:p>
        </w:tc>
        <w:tc>
          <w:tcPr>
            <w:tcW w:w="5112" w:type="dxa"/>
            <w:tcBorders>
              <w:top w:val="single" w:sz="4" w:space="0" w:color="auto"/>
              <w:bottom w:val="single" w:sz="4" w:space="0" w:color="auto"/>
            </w:tcBorders>
            <w:tcMar>
              <w:top w:w="70" w:type="dxa"/>
              <w:left w:w="80" w:type="dxa"/>
              <w:bottom w:w="70" w:type="dxa"/>
              <w:right w:w="80" w:type="dxa"/>
            </w:tcMar>
          </w:tcPr>
          <w:p w14:paraId="008F6394" w14:textId="77777777" w:rsidR="001970E5" w:rsidRDefault="005D71A2" w:rsidP="00672EC8">
            <w:pPr>
              <w:shd w:val="clear" w:color="auto" w:fill="FFFFFF" w:themeFill="background1"/>
              <w:jc w:val="both"/>
            </w:pPr>
            <w:r>
              <w:t>- HS đặt câu: “Chim sâu bắt sâu giúp cây xanh tốt.” hoặc “Ong chăm chỉ bay đi tìm mật.”</w:t>
            </w:r>
          </w:p>
        </w:tc>
      </w:tr>
      <w:tr w:rsidR="001970E5" w14:paraId="0DAC23B8"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4BD6E215" w14:textId="77777777" w:rsidR="001970E5" w:rsidRDefault="005D71A2" w:rsidP="00672EC8">
            <w:pPr>
              <w:shd w:val="clear" w:color="auto" w:fill="FFFFFF" w:themeFill="background1"/>
            </w:pPr>
            <w:r>
              <w:rPr>
                <w:b/>
              </w:rPr>
              <w:t>TIẾT 5 – 6</w:t>
            </w:r>
          </w:p>
        </w:tc>
      </w:tr>
      <w:tr w:rsidR="001970E5" w14:paraId="6167EC9B"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1FE2F89A" w14:textId="77777777" w:rsidR="001970E5" w:rsidRDefault="005D71A2" w:rsidP="00672EC8">
            <w:pPr>
              <w:shd w:val="clear" w:color="auto" w:fill="FFFFFF" w:themeFill="background1"/>
            </w:pPr>
            <w:r>
              <w:rPr>
                <w:b/>
              </w:rPr>
              <w:t>1. KHỞI ĐỘNG (3 phút)</w:t>
            </w:r>
            <w:r>
              <w:br/>
            </w:r>
            <w:r>
              <w:rPr>
                <w:b/>
              </w:rPr>
              <w:t>Mục tiêu: HS quan sát tranh, nói được việc làm của từng người trong tranh.</w:t>
            </w:r>
          </w:p>
        </w:tc>
      </w:tr>
      <w:tr w:rsidR="001970E5" w14:paraId="431D1AAF" w14:textId="77777777" w:rsidTr="00F123DC">
        <w:trPr>
          <w:jc w:val="center"/>
        </w:trPr>
        <w:tc>
          <w:tcPr>
            <w:tcW w:w="5112" w:type="dxa"/>
            <w:tcBorders>
              <w:top w:val="single" w:sz="4" w:space="0" w:color="auto"/>
              <w:bottom w:val="single" w:sz="4" w:space="0" w:color="auto"/>
            </w:tcBorders>
            <w:tcMar>
              <w:top w:w="70" w:type="dxa"/>
              <w:left w:w="80" w:type="dxa"/>
              <w:bottom w:w="70" w:type="dxa"/>
              <w:right w:w="80" w:type="dxa"/>
            </w:tcMar>
          </w:tcPr>
          <w:p w14:paraId="6AECED24" w14:textId="77777777" w:rsidR="001970E5" w:rsidRDefault="005D71A2" w:rsidP="00672EC8">
            <w:pPr>
              <w:shd w:val="clear" w:color="auto" w:fill="FFFFFF" w:themeFill="background1"/>
              <w:jc w:val="both"/>
            </w:pPr>
            <w:r>
              <w:t>- GV yêu cầu HS quan sát tranh và nói về việc làm của từng người trong tranh.</w:t>
            </w:r>
          </w:p>
          <w:p w14:paraId="1E52816E" w14:textId="43E43996" w:rsidR="001970E5" w:rsidRDefault="001970E5" w:rsidP="00672EC8">
            <w:pPr>
              <w:shd w:val="clear" w:color="auto" w:fill="FFFFFF" w:themeFill="background1"/>
            </w:pPr>
          </w:p>
        </w:tc>
        <w:tc>
          <w:tcPr>
            <w:tcW w:w="5112" w:type="dxa"/>
            <w:tcBorders>
              <w:top w:val="single" w:sz="4" w:space="0" w:color="auto"/>
              <w:bottom w:val="single" w:sz="4" w:space="0" w:color="auto"/>
            </w:tcBorders>
            <w:tcMar>
              <w:top w:w="70" w:type="dxa"/>
              <w:left w:w="80" w:type="dxa"/>
              <w:bottom w:w="70" w:type="dxa"/>
              <w:right w:w="80" w:type="dxa"/>
            </w:tcMar>
          </w:tcPr>
          <w:p w14:paraId="5E3C1C78" w14:textId="77777777" w:rsidR="001970E5" w:rsidRDefault="005D71A2" w:rsidP="00672EC8">
            <w:pPr>
              <w:shd w:val="clear" w:color="auto" w:fill="FFFFFF" w:themeFill="background1"/>
              <w:jc w:val="both"/>
            </w:pPr>
            <w:r>
              <w:t>- HS quan sát và nêu: Các bạn nhỏ nhặt rác, tưới cây, trồng cây, chăm sóc vườn cây để bảo vệ môi trường.</w:t>
            </w:r>
          </w:p>
        </w:tc>
      </w:tr>
      <w:tr w:rsidR="001970E5" w14:paraId="08CF8F1B"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4E95856A" w14:textId="77777777" w:rsidR="001970E5" w:rsidRDefault="005D71A2" w:rsidP="00672EC8">
            <w:pPr>
              <w:shd w:val="clear" w:color="auto" w:fill="FFFFFF" w:themeFill="background1"/>
            </w:pPr>
            <w:r>
              <w:rPr>
                <w:b/>
              </w:rPr>
              <w:t>2. VIẾT ĐOẠN VĂN (22 phút)</w:t>
            </w:r>
          </w:p>
          <w:p w14:paraId="592C052E" w14:textId="77777777" w:rsidR="001970E5" w:rsidRDefault="005D71A2" w:rsidP="00672EC8">
            <w:pPr>
              <w:shd w:val="clear" w:color="auto" w:fill="FFFFFF" w:themeFill="background1"/>
            </w:pPr>
            <w:r>
              <w:t>Mục tiêu: HS viết được 4–5 câu kể về việc em đã làm để bảo vệ môi trường. Mục tiêu tích hợp: HS biết dùng gợi ý AI để tham khảo dàn ý, không sao chép và không nhập thông tin riêng tư.</w:t>
            </w:r>
          </w:p>
        </w:tc>
      </w:tr>
      <w:tr w:rsidR="001970E5" w14:paraId="03CE5024" w14:textId="77777777" w:rsidTr="00F123DC">
        <w:trPr>
          <w:jc w:val="center"/>
        </w:trPr>
        <w:tc>
          <w:tcPr>
            <w:tcW w:w="5112" w:type="dxa"/>
            <w:tcBorders>
              <w:top w:val="single" w:sz="4" w:space="0" w:color="auto"/>
            </w:tcBorders>
            <w:tcMar>
              <w:top w:w="70" w:type="dxa"/>
              <w:left w:w="80" w:type="dxa"/>
              <w:bottom w:w="70" w:type="dxa"/>
              <w:right w:w="80" w:type="dxa"/>
            </w:tcMar>
          </w:tcPr>
          <w:p w14:paraId="1DB1A6AC" w14:textId="77777777" w:rsidR="001970E5" w:rsidRDefault="005D71A2" w:rsidP="00672EC8">
            <w:pPr>
              <w:shd w:val="clear" w:color="auto" w:fill="FFFFFF" w:themeFill="background1"/>
              <w:jc w:val="both"/>
            </w:pPr>
            <w:r>
              <w:t xml:space="preserve">- </w:t>
            </w:r>
            <w:r>
              <w:rPr>
                <w:b/>
              </w:rPr>
              <w:t>Bài tập 1: Quan sát tranh và nói về việc làm của từng người trong tranh.</w:t>
            </w:r>
          </w:p>
        </w:tc>
        <w:tc>
          <w:tcPr>
            <w:tcW w:w="5112" w:type="dxa"/>
            <w:tcBorders>
              <w:top w:val="single" w:sz="4" w:space="0" w:color="auto"/>
            </w:tcBorders>
            <w:tcMar>
              <w:top w:w="70" w:type="dxa"/>
              <w:left w:w="80" w:type="dxa"/>
              <w:bottom w:w="70" w:type="dxa"/>
              <w:right w:w="80" w:type="dxa"/>
            </w:tcMar>
          </w:tcPr>
          <w:p w14:paraId="4353E03D" w14:textId="77777777" w:rsidR="001970E5" w:rsidRDefault="005D71A2" w:rsidP="00672EC8">
            <w:pPr>
              <w:shd w:val="clear" w:color="auto" w:fill="FFFFFF" w:themeFill="background1"/>
              <w:jc w:val="both"/>
            </w:pPr>
            <w:r>
              <w:t>- HS nói: Bạn nữ đang tưới cây; bạn nam đang nhặt rác; hai bạn đang chăm sóc cây non.</w:t>
            </w:r>
          </w:p>
        </w:tc>
      </w:tr>
      <w:tr w:rsidR="001970E5" w14:paraId="3A7F1C17" w14:textId="77777777" w:rsidTr="00F123DC">
        <w:trPr>
          <w:jc w:val="center"/>
        </w:trPr>
        <w:tc>
          <w:tcPr>
            <w:tcW w:w="5112" w:type="dxa"/>
            <w:tcMar>
              <w:top w:w="70" w:type="dxa"/>
              <w:left w:w="80" w:type="dxa"/>
              <w:bottom w:w="70" w:type="dxa"/>
              <w:right w:w="80" w:type="dxa"/>
            </w:tcMar>
          </w:tcPr>
          <w:p w14:paraId="1CE52F99" w14:textId="77777777" w:rsidR="001970E5" w:rsidRDefault="005D71A2" w:rsidP="00672EC8">
            <w:pPr>
              <w:shd w:val="clear" w:color="auto" w:fill="FFFFFF" w:themeFill="background1"/>
              <w:jc w:val="both"/>
            </w:pPr>
            <w:r>
              <w:t xml:space="preserve">- </w:t>
            </w:r>
            <w:r>
              <w:rPr>
                <w:b/>
              </w:rPr>
              <w:t>Bài tập 2: Viết 4 – 5 câu kể về việc em đã làm để bảo vệ môi trường.</w:t>
            </w:r>
          </w:p>
        </w:tc>
        <w:tc>
          <w:tcPr>
            <w:tcW w:w="5112" w:type="dxa"/>
            <w:tcMar>
              <w:top w:w="70" w:type="dxa"/>
              <w:left w:w="80" w:type="dxa"/>
              <w:bottom w:w="70" w:type="dxa"/>
              <w:right w:w="80" w:type="dxa"/>
            </w:tcMar>
          </w:tcPr>
          <w:p w14:paraId="1F5FD51A" w14:textId="77777777" w:rsidR="001970E5" w:rsidRDefault="005D71A2" w:rsidP="00672EC8">
            <w:pPr>
              <w:shd w:val="clear" w:color="auto" w:fill="FFFFFF" w:themeFill="background1"/>
              <w:jc w:val="both"/>
            </w:pPr>
            <w:r>
              <w:t>- HS đọc yêu cầu và các câu gợi ý trong SGK.</w:t>
            </w:r>
          </w:p>
        </w:tc>
      </w:tr>
      <w:tr w:rsidR="001970E5" w14:paraId="1B5B59AC" w14:textId="77777777" w:rsidTr="00F123DC">
        <w:trPr>
          <w:jc w:val="center"/>
        </w:trPr>
        <w:tc>
          <w:tcPr>
            <w:tcW w:w="5112" w:type="dxa"/>
            <w:tcMar>
              <w:top w:w="70" w:type="dxa"/>
              <w:left w:w="80" w:type="dxa"/>
              <w:bottom w:w="70" w:type="dxa"/>
              <w:right w:w="80" w:type="dxa"/>
            </w:tcMar>
          </w:tcPr>
          <w:p w14:paraId="3965696F" w14:textId="77777777" w:rsidR="001970E5" w:rsidRDefault="005D71A2" w:rsidP="00672EC8">
            <w:pPr>
              <w:shd w:val="clear" w:color="auto" w:fill="FFFFFF" w:themeFill="background1"/>
              <w:jc w:val="both"/>
            </w:pPr>
            <w:r>
              <w:t>- GV gợi ý: Em đã làm việc gì để bảo vệ môi trường? Em làm việc đó lúc nào, ở đâu? Em làm như thế nào? Ích lợi của việc làm đó là gì? Em cảm thấy thế nào?</w:t>
            </w:r>
          </w:p>
        </w:tc>
        <w:tc>
          <w:tcPr>
            <w:tcW w:w="5112" w:type="dxa"/>
            <w:tcMar>
              <w:top w:w="70" w:type="dxa"/>
              <w:left w:w="80" w:type="dxa"/>
              <w:bottom w:w="70" w:type="dxa"/>
              <w:right w:w="80" w:type="dxa"/>
            </w:tcMar>
          </w:tcPr>
          <w:p w14:paraId="028AA151" w14:textId="77777777" w:rsidR="001970E5" w:rsidRDefault="005D71A2" w:rsidP="00672EC8">
            <w:pPr>
              <w:shd w:val="clear" w:color="auto" w:fill="FFFFFF" w:themeFill="background1"/>
              <w:jc w:val="both"/>
            </w:pPr>
            <w:r>
              <w:t>- HS trả lời miệng: Em đã nhặt rác ở sân trường vào giờ ra chơi. Em bỏ rác vào thùng. Sân trường sạch hơn. Em thấy vui vì làm được việc có ích.</w:t>
            </w:r>
          </w:p>
        </w:tc>
      </w:tr>
      <w:tr w:rsidR="001970E5" w14:paraId="354DEF06" w14:textId="77777777" w:rsidTr="00F123DC">
        <w:trPr>
          <w:jc w:val="center"/>
        </w:trPr>
        <w:tc>
          <w:tcPr>
            <w:tcW w:w="5112" w:type="dxa"/>
            <w:tcMar>
              <w:top w:w="70" w:type="dxa"/>
              <w:left w:w="80" w:type="dxa"/>
              <w:bottom w:w="70" w:type="dxa"/>
              <w:right w:w="80" w:type="dxa"/>
            </w:tcMar>
          </w:tcPr>
          <w:p w14:paraId="1A8BECA3" w14:textId="77777777" w:rsidR="001970E5" w:rsidRDefault="005D71A2" w:rsidP="00672EC8">
            <w:pPr>
              <w:shd w:val="clear" w:color="auto" w:fill="FFFFFF" w:themeFill="background1"/>
              <w:jc w:val="both"/>
            </w:pPr>
            <w:r>
              <w:rPr>
                <w:color w:val="C00000"/>
              </w:rPr>
              <w:t>- GV hỏi dẫn tích hợp AI: Khi viết đoạn văn, nếu công cụ AI gợi ý dàn ý, em có được chép nguyên văn không? Vì sao?</w:t>
            </w:r>
          </w:p>
        </w:tc>
        <w:tc>
          <w:tcPr>
            <w:tcW w:w="5112" w:type="dxa"/>
            <w:tcMar>
              <w:top w:w="70" w:type="dxa"/>
              <w:left w:w="80" w:type="dxa"/>
              <w:bottom w:w="70" w:type="dxa"/>
              <w:right w:w="80" w:type="dxa"/>
            </w:tcMar>
          </w:tcPr>
          <w:p w14:paraId="0501E8D5" w14:textId="77777777" w:rsidR="001970E5" w:rsidRDefault="005D71A2" w:rsidP="00672EC8">
            <w:pPr>
              <w:shd w:val="clear" w:color="auto" w:fill="FFFFFF" w:themeFill="background1"/>
              <w:jc w:val="both"/>
            </w:pPr>
            <w:r>
              <w:rPr>
                <w:color w:val="C00000"/>
              </w:rPr>
              <w:t>- HS trả lời: Không được chép nguyên văn. Em chỉ tham khảo gợi ý, phải tự viết bằng việc thật của mình và không nhập thông tin riêng tư.</w:t>
            </w:r>
          </w:p>
        </w:tc>
      </w:tr>
      <w:tr w:rsidR="001970E5" w14:paraId="2F0CFBFB" w14:textId="77777777" w:rsidTr="00F123DC">
        <w:trPr>
          <w:jc w:val="center"/>
        </w:trPr>
        <w:tc>
          <w:tcPr>
            <w:tcW w:w="5112" w:type="dxa"/>
            <w:tcMar>
              <w:top w:w="70" w:type="dxa"/>
              <w:left w:w="80" w:type="dxa"/>
              <w:bottom w:w="70" w:type="dxa"/>
              <w:right w:w="80" w:type="dxa"/>
            </w:tcMar>
          </w:tcPr>
          <w:p w14:paraId="09D78323" w14:textId="77777777" w:rsidR="001970E5" w:rsidRDefault="005D71A2" w:rsidP="00672EC8">
            <w:pPr>
              <w:shd w:val="clear" w:color="auto" w:fill="FFFFFF" w:themeFill="background1"/>
              <w:jc w:val="both"/>
            </w:pPr>
            <w:r>
              <w:rPr>
                <w:color w:val="C00000"/>
              </w:rPr>
              <w:t>- Tích hợp AI 2.A1.2: GV diễn giải: Khi viết đoạn văn về việc em đã làm để bảo vệ môi trường, AI có thể gợi ý dàn ý gồm: em đã làm việc gì, làm ở đâu, làm cùng ai, việc đó có ích lợi gì và cảm xúc của em ra sao. AI cũng có thể gợi ý một số từ ngữ như “thu gom rác”, “tưới cây”, “giữ sân trường sạch đẹp”, “bảo vệ cây xanh”. Tuy nhiên, AI không thay em viết bài. Các em phải tự nhớ lại việc thật mình đã làm, tự chọn từ ngữ phù hợp với trải nghiệm của mình, không chép nguyên văn câu do AI gợi ý. Khi dùng công cụ số, không nhập họ tên đầy đủ, địa chỉ nhà, số điện thoại, hình ảnh cá nhân hoặc thông tin riêng của người thân/bạn bè. GV yêu cầu HS dùng AI đúng mức, có kiểm soát và biết sửa câu văn cho tự nhiên.</w:t>
            </w:r>
          </w:p>
        </w:tc>
        <w:tc>
          <w:tcPr>
            <w:tcW w:w="5112" w:type="dxa"/>
            <w:tcMar>
              <w:top w:w="70" w:type="dxa"/>
              <w:left w:w="80" w:type="dxa"/>
              <w:bottom w:w="70" w:type="dxa"/>
              <w:right w:w="80" w:type="dxa"/>
            </w:tcMar>
          </w:tcPr>
          <w:p w14:paraId="2BCE93E8" w14:textId="77777777" w:rsidR="001970E5" w:rsidRDefault="005D71A2" w:rsidP="00672EC8">
            <w:pPr>
              <w:shd w:val="clear" w:color="auto" w:fill="FFFFFF" w:themeFill="background1"/>
              <w:jc w:val="both"/>
            </w:pPr>
            <w:r>
              <w:rPr>
                <w:color w:val="C00000"/>
              </w:rPr>
              <w:t>- HS nhắc lại và thực hành: Chỉ tham khảo gợi ý dàn ý/từ ngữ, tự viết bằng việc làm thật của mình, không sao chép, không nhập thông tin cá nhân. HS nêu ví dụ câu tự viết: “Chiều thứ sáu, em cùng các bạn nhặt rác ở sân trường. Việc làm đó giúp sân trường sạch hơn.”</w:t>
            </w:r>
          </w:p>
        </w:tc>
      </w:tr>
      <w:tr w:rsidR="001970E5" w14:paraId="079D5479" w14:textId="77777777" w:rsidTr="00F123DC">
        <w:trPr>
          <w:jc w:val="center"/>
        </w:trPr>
        <w:tc>
          <w:tcPr>
            <w:tcW w:w="5112" w:type="dxa"/>
            <w:tcMar>
              <w:top w:w="70" w:type="dxa"/>
              <w:left w:w="80" w:type="dxa"/>
              <w:bottom w:w="70" w:type="dxa"/>
              <w:right w:w="80" w:type="dxa"/>
            </w:tcMar>
          </w:tcPr>
          <w:p w14:paraId="202B97B7" w14:textId="77777777" w:rsidR="001970E5" w:rsidRDefault="005D71A2" w:rsidP="00672EC8">
            <w:pPr>
              <w:shd w:val="clear" w:color="auto" w:fill="FFFFFF" w:themeFill="background1"/>
              <w:jc w:val="both"/>
            </w:pPr>
            <w:r>
              <w:lastRenderedPageBreak/>
              <w:t>- GV yêu cầu HS viết đoạn văn vào vở.</w:t>
            </w:r>
          </w:p>
        </w:tc>
        <w:tc>
          <w:tcPr>
            <w:tcW w:w="5112" w:type="dxa"/>
            <w:tcMar>
              <w:top w:w="70" w:type="dxa"/>
              <w:left w:w="80" w:type="dxa"/>
              <w:bottom w:w="70" w:type="dxa"/>
              <w:right w:w="80" w:type="dxa"/>
            </w:tcMar>
          </w:tcPr>
          <w:p w14:paraId="4367FE8E" w14:textId="77777777" w:rsidR="001970E5" w:rsidRDefault="005D71A2" w:rsidP="00672EC8">
            <w:pPr>
              <w:shd w:val="clear" w:color="auto" w:fill="FFFFFF" w:themeFill="background1"/>
              <w:jc w:val="both"/>
            </w:pPr>
            <w:r>
              <w:t>- HS viết 4–5 câu vào vở theo gợi ý.</w:t>
            </w:r>
          </w:p>
        </w:tc>
      </w:tr>
      <w:tr w:rsidR="001970E5" w14:paraId="0D79256F" w14:textId="77777777" w:rsidTr="00F123DC">
        <w:trPr>
          <w:jc w:val="center"/>
        </w:trPr>
        <w:tc>
          <w:tcPr>
            <w:tcW w:w="5112" w:type="dxa"/>
            <w:tcBorders>
              <w:bottom w:val="single" w:sz="4" w:space="0" w:color="auto"/>
            </w:tcBorders>
            <w:tcMar>
              <w:top w:w="70" w:type="dxa"/>
              <w:left w:w="80" w:type="dxa"/>
              <w:bottom w:w="70" w:type="dxa"/>
              <w:right w:w="80" w:type="dxa"/>
            </w:tcMar>
          </w:tcPr>
          <w:p w14:paraId="39BE52FD" w14:textId="77777777" w:rsidR="001970E5" w:rsidRDefault="005D71A2" w:rsidP="00672EC8">
            <w:pPr>
              <w:shd w:val="clear" w:color="auto" w:fill="FFFFFF" w:themeFill="background1"/>
              <w:jc w:val="both"/>
            </w:pPr>
            <w:r>
              <w:t>- GV mời 2–3 HS đọc bài viết trước lớp.</w:t>
            </w:r>
          </w:p>
        </w:tc>
        <w:tc>
          <w:tcPr>
            <w:tcW w:w="5112" w:type="dxa"/>
            <w:tcBorders>
              <w:bottom w:val="single" w:sz="4" w:space="0" w:color="auto"/>
            </w:tcBorders>
            <w:tcMar>
              <w:top w:w="70" w:type="dxa"/>
              <w:left w:w="80" w:type="dxa"/>
              <w:bottom w:w="70" w:type="dxa"/>
              <w:right w:w="80" w:type="dxa"/>
            </w:tcMar>
          </w:tcPr>
          <w:p w14:paraId="5582941E" w14:textId="77777777" w:rsidR="001970E5" w:rsidRDefault="005D71A2" w:rsidP="00672EC8">
            <w:pPr>
              <w:shd w:val="clear" w:color="auto" w:fill="FFFFFF" w:themeFill="background1"/>
              <w:jc w:val="both"/>
            </w:pPr>
            <w:r>
              <w:t>- HS đọc bài viết; lớp nhận xét đoạn văn đủ ý, câu rõ nghĩa, có cảm xúc.</w:t>
            </w:r>
          </w:p>
        </w:tc>
      </w:tr>
      <w:tr w:rsidR="001970E5" w14:paraId="4259CAE3"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7B9DC154" w14:textId="77777777" w:rsidR="001970E5" w:rsidRDefault="005D71A2" w:rsidP="00672EC8">
            <w:pPr>
              <w:shd w:val="clear" w:color="auto" w:fill="FFFFFF" w:themeFill="background1"/>
            </w:pPr>
            <w:r>
              <w:rPr>
                <w:b/>
              </w:rPr>
              <w:t>3. ĐỌC MỞ RỘNG (15 phút)</w:t>
            </w:r>
          </w:p>
          <w:p w14:paraId="6E0EA195" w14:textId="77777777" w:rsidR="001970E5" w:rsidRDefault="005D71A2" w:rsidP="00672EC8">
            <w:pPr>
              <w:shd w:val="clear" w:color="auto" w:fill="FFFFFF" w:themeFill="background1"/>
            </w:pPr>
            <w:r>
              <w:t>Mục tiêu: HS tìm đọc, ghi phiếu và chia sẻ thông tin về bảo vệ động vật. Mục tiêu tích hợp: HS biết xác định thông tin cần tìm, chọn nguồn đọc an toàn và ghi lại thông tin quan trọng.</w:t>
            </w:r>
          </w:p>
        </w:tc>
      </w:tr>
      <w:tr w:rsidR="001970E5" w14:paraId="05455E91" w14:textId="77777777" w:rsidTr="00F123DC">
        <w:trPr>
          <w:jc w:val="center"/>
        </w:trPr>
        <w:tc>
          <w:tcPr>
            <w:tcW w:w="5112" w:type="dxa"/>
            <w:tcBorders>
              <w:top w:val="single" w:sz="4" w:space="0" w:color="auto"/>
            </w:tcBorders>
            <w:tcMar>
              <w:top w:w="70" w:type="dxa"/>
              <w:left w:w="80" w:type="dxa"/>
              <w:bottom w:w="70" w:type="dxa"/>
              <w:right w:w="80" w:type="dxa"/>
            </w:tcMar>
          </w:tcPr>
          <w:p w14:paraId="09C946C0" w14:textId="77777777" w:rsidR="001970E5" w:rsidRDefault="005D71A2" w:rsidP="00672EC8">
            <w:pPr>
              <w:shd w:val="clear" w:color="auto" w:fill="FFFFFF" w:themeFill="background1"/>
              <w:jc w:val="both"/>
            </w:pPr>
            <w:r>
              <w:t xml:space="preserve">- </w:t>
            </w:r>
            <w:r>
              <w:rPr>
                <w:b/>
              </w:rPr>
              <w:t>Bài tập 1: Tìm đọc sách, báo nói về việc bảo vệ động vật.</w:t>
            </w:r>
          </w:p>
          <w:p w14:paraId="09ABF6E4" w14:textId="2581F554" w:rsidR="001970E5" w:rsidRDefault="001970E5" w:rsidP="00672EC8">
            <w:pPr>
              <w:shd w:val="clear" w:color="auto" w:fill="FFFFFF" w:themeFill="background1"/>
            </w:pPr>
          </w:p>
        </w:tc>
        <w:tc>
          <w:tcPr>
            <w:tcW w:w="5112" w:type="dxa"/>
            <w:tcBorders>
              <w:top w:val="single" w:sz="4" w:space="0" w:color="auto"/>
            </w:tcBorders>
            <w:tcMar>
              <w:top w:w="70" w:type="dxa"/>
              <w:left w:w="80" w:type="dxa"/>
              <w:bottom w:w="70" w:type="dxa"/>
              <w:right w:w="80" w:type="dxa"/>
            </w:tcMar>
          </w:tcPr>
          <w:p w14:paraId="252B32B7" w14:textId="77777777" w:rsidR="001970E5" w:rsidRDefault="005D71A2" w:rsidP="00672EC8">
            <w:pPr>
              <w:shd w:val="clear" w:color="auto" w:fill="FFFFFF" w:themeFill="background1"/>
              <w:jc w:val="both"/>
            </w:pPr>
            <w:r>
              <w:t>- HS đọc yêu cầu và quan sát phiếu đọc sách trong SGK.</w:t>
            </w:r>
          </w:p>
        </w:tc>
      </w:tr>
      <w:tr w:rsidR="001970E5" w14:paraId="0E383D26" w14:textId="77777777" w:rsidTr="00F123DC">
        <w:trPr>
          <w:jc w:val="center"/>
        </w:trPr>
        <w:tc>
          <w:tcPr>
            <w:tcW w:w="5112" w:type="dxa"/>
            <w:tcMar>
              <w:top w:w="70" w:type="dxa"/>
              <w:left w:w="80" w:type="dxa"/>
              <w:bottom w:w="70" w:type="dxa"/>
              <w:right w:w="80" w:type="dxa"/>
            </w:tcMar>
          </w:tcPr>
          <w:p w14:paraId="51498A1C" w14:textId="77777777" w:rsidR="001970E5" w:rsidRDefault="005D71A2" w:rsidP="00672EC8">
            <w:pPr>
              <w:shd w:val="clear" w:color="auto" w:fill="FFFFFF" w:themeFill="background1"/>
              <w:jc w:val="both"/>
            </w:pPr>
            <w:r>
              <w:rPr>
                <w:color w:val="C00000"/>
              </w:rPr>
              <w:t>- GV hỏi dẫn tích hợp NLS: Khi tìm bài đọc về bảo vệ động vật trên mạng, em cần chọn nguồn như thế nào?</w:t>
            </w:r>
          </w:p>
        </w:tc>
        <w:tc>
          <w:tcPr>
            <w:tcW w:w="5112" w:type="dxa"/>
            <w:tcMar>
              <w:top w:w="70" w:type="dxa"/>
              <w:left w:w="80" w:type="dxa"/>
              <w:bottom w:w="70" w:type="dxa"/>
              <w:right w:w="80" w:type="dxa"/>
            </w:tcMar>
          </w:tcPr>
          <w:p w14:paraId="0D443F2C" w14:textId="77777777" w:rsidR="001970E5" w:rsidRDefault="005D71A2" w:rsidP="00672EC8">
            <w:pPr>
              <w:shd w:val="clear" w:color="auto" w:fill="FFFFFF" w:themeFill="background1"/>
              <w:jc w:val="both"/>
            </w:pPr>
            <w:r>
              <w:rPr>
                <w:color w:val="C00000"/>
              </w:rPr>
              <w:t>- HS trả lời: Em chọn nguồn cô giáo, thư viện, bố mẹ gợi ý; không bấm quảng cáo, không xem nội dung lạ, không chia sẻ thông tin cá nhân.</w:t>
            </w:r>
          </w:p>
        </w:tc>
      </w:tr>
      <w:tr w:rsidR="001970E5" w14:paraId="5B41BBA5" w14:textId="77777777" w:rsidTr="00F123DC">
        <w:trPr>
          <w:jc w:val="center"/>
        </w:trPr>
        <w:tc>
          <w:tcPr>
            <w:tcW w:w="5112" w:type="dxa"/>
            <w:tcMar>
              <w:top w:w="70" w:type="dxa"/>
              <w:left w:w="80" w:type="dxa"/>
              <w:bottom w:w="70" w:type="dxa"/>
              <w:right w:w="80" w:type="dxa"/>
            </w:tcMar>
          </w:tcPr>
          <w:p w14:paraId="1E8E9D32" w14:textId="77777777" w:rsidR="001970E5" w:rsidRDefault="005D71A2" w:rsidP="00672EC8">
            <w:pPr>
              <w:shd w:val="clear" w:color="auto" w:fill="FFFFFF" w:themeFill="background1"/>
              <w:jc w:val="both"/>
            </w:pPr>
            <w:r>
              <w:rPr>
                <w:color w:val="C00000"/>
              </w:rPr>
              <w:t>- Tích hợp NLS 1.1.CB1a: GV hướng dẫn HS xác định rõ thông tin cần tìm là “bảo vệ động vật” hoặc “việc làm giúp động vật sống an toàn”. Khi đọc sách, báo hoặc bài viết trên thiết bị số do GV/cha mẹ giới thiệu, HS cần xem tên bài, tên nguồn, nội dung chính; chọn thông tin phù hợp như tên loài vật, nơi sống, nguy cơ đối với loài vật, việc em có thể làm để bảo vệ chúng. GV nhắc HS chỉ đọc nguồn an toàn, không bấm vào quảng cáo/đường liên kết lạ, không tự tìm kiếm khi chưa có người lớn hướng dẫn. Sau khi đọc, HS ghi ngắn gọn vào phiếu: ngày đọc, tên sách/bài báo, thông tin quan trọng và suy nghĩ sau khi đọc.</w:t>
            </w:r>
          </w:p>
        </w:tc>
        <w:tc>
          <w:tcPr>
            <w:tcW w:w="5112" w:type="dxa"/>
            <w:tcMar>
              <w:top w:w="70" w:type="dxa"/>
              <w:left w:w="80" w:type="dxa"/>
              <w:bottom w:w="70" w:type="dxa"/>
              <w:right w:w="80" w:type="dxa"/>
            </w:tcMar>
          </w:tcPr>
          <w:p w14:paraId="60313817" w14:textId="77777777" w:rsidR="001970E5" w:rsidRDefault="005D71A2" w:rsidP="00672EC8">
            <w:pPr>
              <w:shd w:val="clear" w:color="auto" w:fill="FFFFFF" w:themeFill="background1"/>
              <w:jc w:val="both"/>
            </w:pPr>
            <w:r>
              <w:rPr>
                <w:color w:val="C00000"/>
              </w:rPr>
              <w:t>- HS thực hành ghi phiếu đọc sách: ngày đọc, tên sách/bài báo, thông tin quan trọng, suy nghĩ sau khi đọc. HS chia sẻ: “Em đọc bài về bảo vệ rùa biển. Thông tin quan trọng là không xả túi ni-lông ra biển vì rùa có thể nuốt phải.”</w:t>
            </w:r>
          </w:p>
        </w:tc>
      </w:tr>
      <w:tr w:rsidR="001970E5" w14:paraId="1C40900C" w14:textId="77777777" w:rsidTr="00F123DC">
        <w:trPr>
          <w:jc w:val="center"/>
        </w:trPr>
        <w:tc>
          <w:tcPr>
            <w:tcW w:w="5112" w:type="dxa"/>
            <w:tcMar>
              <w:top w:w="70" w:type="dxa"/>
              <w:left w:w="80" w:type="dxa"/>
              <w:bottom w:w="70" w:type="dxa"/>
              <w:right w:w="80" w:type="dxa"/>
            </w:tcMar>
          </w:tcPr>
          <w:p w14:paraId="03C89B5C" w14:textId="77777777" w:rsidR="001970E5" w:rsidRDefault="005D71A2" w:rsidP="00672EC8">
            <w:pPr>
              <w:shd w:val="clear" w:color="auto" w:fill="FFFFFF" w:themeFill="background1"/>
              <w:jc w:val="both"/>
            </w:pPr>
            <w:r>
              <w:t xml:space="preserve">- </w:t>
            </w:r>
            <w:r>
              <w:rPr>
                <w:b/>
              </w:rPr>
              <w:t>Bài tập 2: Viết vào phiếu đọc sách trong vở bài tập.</w:t>
            </w:r>
          </w:p>
        </w:tc>
        <w:tc>
          <w:tcPr>
            <w:tcW w:w="5112" w:type="dxa"/>
            <w:tcMar>
              <w:top w:w="70" w:type="dxa"/>
              <w:left w:w="80" w:type="dxa"/>
              <w:bottom w:w="70" w:type="dxa"/>
              <w:right w:w="80" w:type="dxa"/>
            </w:tcMar>
          </w:tcPr>
          <w:p w14:paraId="41FCD9E9" w14:textId="77777777" w:rsidR="001970E5" w:rsidRDefault="005D71A2" w:rsidP="00672EC8">
            <w:pPr>
              <w:shd w:val="clear" w:color="auto" w:fill="FFFFFF" w:themeFill="background1"/>
              <w:jc w:val="both"/>
            </w:pPr>
            <w:r>
              <w:t>- HS hoàn thành phiếu đọc sách theo mẫu trong SGK.</w:t>
            </w:r>
          </w:p>
        </w:tc>
      </w:tr>
      <w:tr w:rsidR="001970E5" w14:paraId="0CFDA18D" w14:textId="77777777" w:rsidTr="00F123DC">
        <w:trPr>
          <w:jc w:val="center"/>
        </w:trPr>
        <w:tc>
          <w:tcPr>
            <w:tcW w:w="5112" w:type="dxa"/>
            <w:tcBorders>
              <w:bottom w:val="single" w:sz="4" w:space="0" w:color="auto"/>
            </w:tcBorders>
            <w:tcMar>
              <w:top w:w="70" w:type="dxa"/>
              <w:left w:w="80" w:type="dxa"/>
              <w:bottom w:w="70" w:type="dxa"/>
              <w:right w:w="80" w:type="dxa"/>
            </w:tcMar>
          </w:tcPr>
          <w:p w14:paraId="73E2CC03" w14:textId="77777777" w:rsidR="001970E5" w:rsidRDefault="005D71A2" w:rsidP="00672EC8">
            <w:pPr>
              <w:shd w:val="clear" w:color="auto" w:fill="FFFFFF" w:themeFill="background1"/>
              <w:jc w:val="both"/>
            </w:pPr>
            <w:r>
              <w:t>- GV mời HS chia sẻ phiếu đọc sách trước lớp.</w:t>
            </w:r>
          </w:p>
        </w:tc>
        <w:tc>
          <w:tcPr>
            <w:tcW w:w="5112" w:type="dxa"/>
            <w:tcBorders>
              <w:bottom w:val="single" w:sz="4" w:space="0" w:color="auto"/>
            </w:tcBorders>
            <w:tcMar>
              <w:top w:w="70" w:type="dxa"/>
              <w:left w:w="80" w:type="dxa"/>
              <w:bottom w:w="70" w:type="dxa"/>
              <w:right w:w="80" w:type="dxa"/>
            </w:tcMar>
          </w:tcPr>
          <w:p w14:paraId="5EB97D02" w14:textId="77777777" w:rsidR="001970E5" w:rsidRDefault="005D71A2" w:rsidP="00672EC8">
            <w:pPr>
              <w:shd w:val="clear" w:color="auto" w:fill="FFFFFF" w:themeFill="background1"/>
              <w:jc w:val="both"/>
            </w:pPr>
            <w:r>
              <w:t>- HS chia sẻ: Em đọc bài về không săn bắt chim. Em học được phải bảo vệ nơi sống của các loài vật.</w:t>
            </w:r>
          </w:p>
        </w:tc>
      </w:tr>
      <w:tr w:rsidR="001970E5" w14:paraId="101A987C" w14:textId="77777777" w:rsidTr="00F123DC">
        <w:trPr>
          <w:jc w:val="center"/>
        </w:trPr>
        <w:tc>
          <w:tcPr>
            <w:tcW w:w="10324" w:type="dxa"/>
            <w:gridSpan w:val="2"/>
            <w:tcBorders>
              <w:top w:val="single" w:sz="4" w:space="0" w:color="auto"/>
              <w:bottom w:val="single" w:sz="4" w:space="0" w:color="auto"/>
            </w:tcBorders>
            <w:shd w:val="clear" w:color="auto" w:fill="E2F0D9"/>
            <w:tcMar>
              <w:top w:w="70" w:type="dxa"/>
              <w:left w:w="80" w:type="dxa"/>
              <w:bottom w:w="70" w:type="dxa"/>
              <w:right w:w="80" w:type="dxa"/>
            </w:tcMar>
          </w:tcPr>
          <w:p w14:paraId="792B604E" w14:textId="77777777" w:rsidR="001970E5" w:rsidRDefault="005D71A2" w:rsidP="00672EC8">
            <w:pPr>
              <w:shd w:val="clear" w:color="auto" w:fill="FFFFFF" w:themeFill="background1"/>
            </w:pPr>
            <w:r>
              <w:rPr>
                <w:b/>
              </w:rPr>
              <w:t>4. VẬN DỤNG (5 phút)</w:t>
            </w:r>
            <w:r>
              <w:br/>
            </w:r>
            <w:r>
              <w:rPr>
                <w:b/>
              </w:rPr>
              <w:t>Mục tiêu: HS cam kết một việc làm bảo vệ môi trường và động vật.</w:t>
            </w:r>
          </w:p>
        </w:tc>
      </w:tr>
      <w:tr w:rsidR="001970E5" w14:paraId="4D3B7DAE" w14:textId="77777777" w:rsidTr="00F123DC">
        <w:trPr>
          <w:jc w:val="center"/>
        </w:trPr>
        <w:tc>
          <w:tcPr>
            <w:tcW w:w="5112" w:type="dxa"/>
            <w:tcBorders>
              <w:top w:val="single" w:sz="4" w:space="0" w:color="auto"/>
            </w:tcBorders>
            <w:tcMar>
              <w:top w:w="70" w:type="dxa"/>
              <w:left w:w="80" w:type="dxa"/>
              <w:bottom w:w="70" w:type="dxa"/>
              <w:right w:w="80" w:type="dxa"/>
            </w:tcMar>
          </w:tcPr>
          <w:p w14:paraId="6758822B" w14:textId="77777777" w:rsidR="001970E5" w:rsidRDefault="005D71A2" w:rsidP="00672EC8">
            <w:pPr>
              <w:shd w:val="clear" w:color="auto" w:fill="FFFFFF" w:themeFill="background1"/>
              <w:jc w:val="both"/>
            </w:pPr>
            <w:r>
              <w:t>- GV yêu cầu HS nêu một việc em sẽ làm trong tuần để bảo vệ môi trường hoặc động vật.</w:t>
            </w:r>
          </w:p>
        </w:tc>
        <w:tc>
          <w:tcPr>
            <w:tcW w:w="5112" w:type="dxa"/>
            <w:tcBorders>
              <w:top w:val="single" w:sz="4" w:space="0" w:color="auto"/>
            </w:tcBorders>
            <w:tcMar>
              <w:top w:w="70" w:type="dxa"/>
              <w:left w:w="80" w:type="dxa"/>
              <w:bottom w:w="70" w:type="dxa"/>
              <w:right w:w="80" w:type="dxa"/>
            </w:tcMar>
          </w:tcPr>
          <w:p w14:paraId="4986A382" w14:textId="77777777" w:rsidR="001970E5" w:rsidRDefault="005D71A2" w:rsidP="00672EC8">
            <w:pPr>
              <w:shd w:val="clear" w:color="auto" w:fill="FFFFFF" w:themeFill="background1"/>
              <w:jc w:val="both"/>
            </w:pPr>
            <w:r>
              <w:t>- HS nêu: Em sẽ không bắt côn trùng để chơi, không xả rác, chăm sóc cây, nhắc bạn bảo vệ động vật nhỏ.</w:t>
            </w:r>
          </w:p>
        </w:tc>
      </w:tr>
      <w:tr w:rsidR="001970E5" w14:paraId="228B1914" w14:textId="77777777" w:rsidTr="00F123DC">
        <w:trPr>
          <w:jc w:val="center"/>
        </w:trPr>
        <w:tc>
          <w:tcPr>
            <w:tcW w:w="5112" w:type="dxa"/>
            <w:tcMar>
              <w:top w:w="70" w:type="dxa"/>
              <w:left w:w="80" w:type="dxa"/>
              <w:bottom w:w="70" w:type="dxa"/>
              <w:right w:w="80" w:type="dxa"/>
            </w:tcMar>
          </w:tcPr>
          <w:p w14:paraId="7E5152AD" w14:textId="77777777" w:rsidR="001970E5" w:rsidRDefault="005D71A2" w:rsidP="00672EC8">
            <w:pPr>
              <w:shd w:val="clear" w:color="auto" w:fill="FFFFFF" w:themeFill="background1"/>
              <w:jc w:val="both"/>
            </w:pPr>
            <w:r>
              <w:t>- GV nhận xét tiết học và dặn HS chuẩn bị bài Ôn tập giữa học kì 2.</w:t>
            </w:r>
          </w:p>
        </w:tc>
        <w:tc>
          <w:tcPr>
            <w:tcW w:w="5112" w:type="dxa"/>
            <w:tcMar>
              <w:top w:w="70" w:type="dxa"/>
              <w:left w:w="80" w:type="dxa"/>
              <w:bottom w:w="70" w:type="dxa"/>
              <w:right w:w="80" w:type="dxa"/>
            </w:tcMar>
          </w:tcPr>
          <w:p w14:paraId="10DDA838" w14:textId="77777777" w:rsidR="001970E5" w:rsidRDefault="005D71A2" w:rsidP="00672EC8">
            <w:pPr>
              <w:shd w:val="clear" w:color="auto" w:fill="FFFFFF" w:themeFill="background1"/>
              <w:jc w:val="both"/>
            </w:pPr>
            <w:r>
              <w:t>- HS lắng nghe, ghi nhớ nhiệm vụ.</w:t>
            </w:r>
          </w:p>
        </w:tc>
      </w:tr>
    </w:tbl>
    <w:p w14:paraId="4D4DD89A" w14:textId="77777777" w:rsidR="001970E5" w:rsidRDefault="005D71A2" w:rsidP="00672EC8">
      <w:pPr>
        <w:shd w:val="clear" w:color="auto" w:fill="FFFFFF" w:themeFill="background1"/>
        <w:spacing w:after="0" w:line="240" w:lineRule="auto"/>
      </w:pPr>
      <w:r>
        <w:rPr>
          <w:b/>
        </w:rPr>
        <w:t>IV. ĐIỀU CHỈNH SAU TIẾT HỌC (NẾU CÓ)</w:t>
      </w:r>
    </w:p>
    <w:sectPr w:rsidR="001970E5" w:rsidSect="00034616">
      <w:pgSz w:w="11909" w:h="16834"/>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7811222">
    <w:abstractNumId w:val="8"/>
  </w:num>
  <w:num w:numId="2" w16cid:durableId="37710734">
    <w:abstractNumId w:val="6"/>
  </w:num>
  <w:num w:numId="3" w16cid:durableId="409469613">
    <w:abstractNumId w:val="5"/>
  </w:num>
  <w:num w:numId="4" w16cid:durableId="1993679754">
    <w:abstractNumId w:val="4"/>
  </w:num>
  <w:num w:numId="5" w16cid:durableId="1894392332">
    <w:abstractNumId w:val="7"/>
  </w:num>
  <w:num w:numId="6" w16cid:durableId="1134525918">
    <w:abstractNumId w:val="3"/>
  </w:num>
  <w:num w:numId="7" w16cid:durableId="243153047">
    <w:abstractNumId w:val="2"/>
  </w:num>
  <w:num w:numId="8" w16cid:durableId="1930112383">
    <w:abstractNumId w:val="1"/>
  </w:num>
  <w:num w:numId="9" w16cid:durableId="2041784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70E5"/>
    <w:rsid w:val="0029639D"/>
    <w:rsid w:val="00326F90"/>
    <w:rsid w:val="005D71A2"/>
    <w:rsid w:val="00672EC8"/>
    <w:rsid w:val="00AA1D8D"/>
    <w:rsid w:val="00B47730"/>
    <w:rsid w:val="00CB0664"/>
    <w:rsid w:val="00E7047B"/>
    <w:rsid w:val="00F123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20E4D7"/>
  <w14:defaultImageDpi w14:val="300"/>
  <w15:docId w15:val="{B7C8384E-B755-4605-B457-32A79172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0A7B5-3E5E-4213-9967-84BCB9C7E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5319</Words>
  <Characters>30321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2026-06-08T07:39:00Z</dcterms:created>
  <dcterms:modified xsi:type="dcterms:W3CDTF">2026-08-17T14:50:00Z</dcterms:modified>
  <cp:category/>
</cp:coreProperties>
</file>