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7F8" w:rsidRPr="003C0B89" w:rsidRDefault="003C0B89" w:rsidP="003C0B89">
      <w:pPr>
        <w:spacing w:after="0" w:line="240" w:lineRule="auto"/>
        <w:jc w:val="center"/>
        <w:rPr>
          <w:sz w:val="28"/>
          <w:szCs w:val="28"/>
        </w:rPr>
      </w:pPr>
      <w:bookmarkStart w:id="0" w:name="_GoBack"/>
      <w:r w:rsidRPr="003C0B89">
        <w:rPr>
          <w:b/>
          <w:sz w:val="28"/>
          <w:szCs w:val="28"/>
        </w:rPr>
        <w:t>TỰ NHIÊN VÀ XÃ HỘI</w:t>
      </w:r>
    </w:p>
    <w:p w:rsidR="00E157F8" w:rsidRPr="003C0B89" w:rsidRDefault="003C0B89" w:rsidP="003C0B89">
      <w:pPr>
        <w:spacing w:after="0" w:line="240" w:lineRule="auto"/>
        <w:jc w:val="center"/>
        <w:rPr>
          <w:sz w:val="28"/>
          <w:szCs w:val="28"/>
        </w:rPr>
      </w:pPr>
      <w:r w:rsidRPr="003C0B89">
        <w:rPr>
          <w:b/>
          <w:sz w:val="28"/>
          <w:szCs w:val="28"/>
        </w:rPr>
        <w:t>CHỦ ĐỀ 5: CON NGƯỜI VÀ SỨC KHỎE</w:t>
      </w:r>
    </w:p>
    <w:p w:rsidR="00E157F8" w:rsidRPr="003C0B89" w:rsidRDefault="003C0B89" w:rsidP="003C0B89">
      <w:pPr>
        <w:spacing w:after="0" w:line="240" w:lineRule="auto"/>
        <w:jc w:val="center"/>
        <w:rPr>
          <w:sz w:val="28"/>
          <w:szCs w:val="28"/>
          <w:lang w:val="fr-FR"/>
        </w:rPr>
      </w:pPr>
      <w:r w:rsidRPr="003C0B89">
        <w:rPr>
          <w:b/>
          <w:sz w:val="28"/>
          <w:szCs w:val="28"/>
          <w:lang w:val="fr-FR"/>
        </w:rPr>
        <w:t xml:space="preserve">Bài </w:t>
      </w:r>
      <w:proofErr w:type="gramStart"/>
      <w:r w:rsidRPr="003C0B89">
        <w:rPr>
          <w:b/>
          <w:sz w:val="28"/>
          <w:szCs w:val="28"/>
          <w:lang w:val="fr-FR"/>
        </w:rPr>
        <w:t>22:</w:t>
      </w:r>
      <w:proofErr w:type="gramEnd"/>
      <w:r w:rsidRPr="003C0B89">
        <w:rPr>
          <w:b/>
          <w:sz w:val="28"/>
          <w:szCs w:val="28"/>
          <w:lang w:val="fr-FR"/>
        </w:rPr>
        <w:t xml:space="preserve"> CƠ QUAN THẦN KINH (T1)</w:t>
      </w:r>
    </w:p>
    <w:p w:rsidR="00E157F8" w:rsidRPr="003C0B89" w:rsidRDefault="003C0B89" w:rsidP="003C0B89">
      <w:pPr>
        <w:spacing w:after="0" w:line="240" w:lineRule="auto"/>
        <w:jc w:val="center"/>
        <w:rPr>
          <w:sz w:val="28"/>
          <w:szCs w:val="28"/>
          <w:lang w:val="fr-FR"/>
        </w:rPr>
      </w:pPr>
      <w:proofErr w:type="gramStart"/>
      <w:r w:rsidRPr="003C0B89">
        <w:rPr>
          <w:b/>
          <w:sz w:val="28"/>
          <w:szCs w:val="28"/>
          <w:lang w:val="fr-FR"/>
        </w:rPr>
        <w:t>Tuần:</w:t>
      </w:r>
      <w:proofErr w:type="gramEnd"/>
      <w:r w:rsidRPr="003C0B89">
        <w:rPr>
          <w:b/>
          <w:sz w:val="28"/>
          <w:szCs w:val="28"/>
          <w:lang w:val="fr-FR"/>
        </w:rPr>
        <w:t xml:space="preserve"> 26</w:t>
      </w:r>
    </w:p>
    <w:bookmarkEnd w:id="0"/>
    <w:p w:rsidR="00E157F8" w:rsidRPr="003C0B89" w:rsidRDefault="003C0B89">
      <w:pPr>
        <w:spacing w:after="0" w:line="240" w:lineRule="auto"/>
        <w:rPr>
          <w:sz w:val="28"/>
          <w:szCs w:val="28"/>
          <w:lang w:val="fr-FR"/>
        </w:rPr>
      </w:pPr>
      <w:r w:rsidRPr="003C0B89">
        <w:rPr>
          <w:b/>
          <w:sz w:val="28"/>
          <w:szCs w:val="28"/>
          <w:lang w:val="fr-FR"/>
        </w:rPr>
        <w:t xml:space="preserve">I. YÊU CẦU CẦN </w:t>
      </w:r>
      <w:proofErr w:type="gramStart"/>
      <w:r w:rsidRPr="003C0B89">
        <w:rPr>
          <w:b/>
          <w:sz w:val="28"/>
          <w:szCs w:val="28"/>
          <w:lang w:val="fr-FR"/>
        </w:rPr>
        <w:t>ĐẠT:</w:t>
      </w:r>
      <w:proofErr w:type="gramEnd"/>
    </w:p>
    <w:p w:rsidR="00E157F8" w:rsidRPr="003C0B89" w:rsidRDefault="003C0B89">
      <w:pPr>
        <w:spacing w:after="0" w:line="240" w:lineRule="auto"/>
        <w:rPr>
          <w:sz w:val="28"/>
          <w:szCs w:val="28"/>
          <w:lang w:val="fr-FR"/>
        </w:rPr>
      </w:pPr>
      <w:r w:rsidRPr="003C0B89">
        <w:rPr>
          <w:b/>
          <w:sz w:val="28"/>
          <w:szCs w:val="28"/>
          <w:lang w:val="fr-FR"/>
        </w:rPr>
        <w:t xml:space="preserve">1. Năng lực đặc </w:t>
      </w:r>
      <w:proofErr w:type="gramStart"/>
      <w:r w:rsidRPr="003C0B89">
        <w:rPr>
          <w:b/>
          <w:sz w:val="28"/>
          <w:szCs w:val="28"/>
          <w:lang w:val="fr-FR"/>
        </w:rPr>
        <w:t>thù:</w:t>
      </w:r>
      <w:proofErr w:type="gramEnd"/>
      <w:r w:rsidRPr="003C0B89">
        <w:rPr>
          <w:b/>
          <w:sz w:val="28"/>
          <w:szCs w:val="28"/>
          <w:lang w:val="fr-FR"/>
        </w:rPr>
        <w:t xml:space="preserve"> Sau khi học, học sinh sẽ:</w:t>
      </w:r>
    </w:p>
    <w:p w:rsidR="00E157F8" w:rsidRPr="003C0B89" w:rsidRDefault="003C0B89">
      <w:pPr>
        <w:spacing w:after="0" w:line="240" w:lineRule="auto"/>
        <w:rPr>
          <w:sz w:val="28"/>
          <w:szCs w:val="28"/>
          <w:lang w:val="fr-FR"/>
        </w:rPr>
      </w:pPr>
      <w:r w:rsidRPr="003C0B89">
        <w:rPr>
          <w:sz w:val="28"/>
          <w:szCs w:val="28"/>
          <w:lang w:val="fr-FR"/>
        </w:rPr>
        <w:t>- Chỉ và nói được tên các bộ phận chính của các cơ quan thần kinh trên sơ đồ, tranh ảnh.</w:t>
      </w:r>
    </w:p>
    <w:p w:rsidR="00E157F8" w:rsidRPr="003C0B89" w:rsidRDefault="003C0B89">
      <w:pPr>
        <w:spacing w:after="0" w:line="240" w:lineRule="auto"/>
        <w:rPr>
          <w:sz w:val="28"/>
          <w:szCs w:val="28"/>
          <w:lang w:val="fr-FR"/>
        </w:rPr>
      </w:pPr>
      <w:r w:rsidRPr="003C0B89">
        <w:rPr>
          <w:sz w:val="28"/>
          <w:szCs w:val="28"/>
          <w:lang w:val="fr-FR"/>
        </w:rPr>
        <w:t xml:space="preserve">- Nêu </w:t>
      </w:r>
      <w:r w:rsidRPr="003C0B89">
        <w:rPr>
          <w:sz w:val="28"/>
          <w:szCs w:val="28"/>
          <w:lang w:val="fr-FR"/>
        </w:rPr>
        <w:t>được chức năng của não.</w:t>
      </w:r>
    </w:p>
    <w:p w:rsidR="00E157F8" w:rsidRPr="003C0B89" w:rsidRDefault="003C0B89">
      <w:pPr>
        <w:spacing w:after="0" w:line="240" w:lineRule="auto"/>
        <w:rPr>
          <w:sz w:val="28"/>
          <w:szCs w:val="28"/>
          <w:lang w:val="fr-FR"/>
        </w:rPr>
      </w:pPr>
      <w:r w:rsidRPr="003C0B89">
        <w:rPr>
          <w:b/>
          <w:sz w:val="28"/>
          <w:szCs w:val="28"/>
          <w:lang w:val="fr-FR"/>
        </w:rPr>
        <w:t>2. Năng lực chung.</w:t>
      </w:r>
    </w:p>
    <w:p w:rsidR="00E157F8" w:rsidRPr="003C0B89" w:rsidRDefault="003C0B89">
      <w:pPr>
        <w:spacing w:after="0" w:line="240" w:lineRule="auto"/>
        <w:rPr>
          <w:sz w:val="28"/>
          <w:szCs w:val="28"/>
          <w:lang w:val="fr-FR"/>
        </w:rPr>
      </w:pPr>
      <w:r w:rsidRPr="003C0B89">
        <w:rPr>
          <w:sz w:val="28"/>
          <w:szCs w:val="28"/>
          <w:lang w:val="fr-FR"/>
        </w:rPr>
        <w:t xml:space="preserve">- Năng lực tự chủ, tự </w:t>
      </w:r>
      <w:proofErr w:type="gramStart"/>
      <w:r w:rsidRPr="003C0B89">
        <w:rPr>
          <w:sz w:val="28"/>
          <w:szCs w:val="28"/>
          <w:lang w:val="fr-FR"/>
        </w:rPr>
        <w:t>học:</w:t>
      </w:r>
      <w:proofErr w:type="gramEnd"/>
      <w:r w:rsidRPr="003C0B89">
        <w:rPr>
          <w:sz w:val="28"/>
          <w:szCs w:val="28"/>
          <w:lang w:val="fr-FR"/>
        </w:rPr>
        <w:t xml:space="preserve"> Có biểu hiện chú ý học tập, tự giác tìm hiểu bài để hoàn thành tốt nội dung tiết học.</w:t>
      </w:r>
    </w:p>
    <w:p w:rsidR="00E157F8" w:rsidRPr="003C0B89" w:rsidRDefault="003C0B89">
      <w:pPr>
        <w:spacing w:after="0" w:line="240" w:lineRule="auto"/>
        <w:rPr>
          <w:sz w:val="28"/>
          <w:szCs w:val="28"/>
          <w:lang w:val="fr-FR"/>
        </w:rPr>
      </w:pPr>
      <w:r w:rsidRPr="003C0B89">
        <w:rPr>
          <w:sz w:val="28"/>
          <w:szCs w:val="28"/>
          <w:lang w:val="fr-FR"/>
        </w:rPr>
        <w:t xml:space="preserve">- Năng lực giải quyết vấn đề và sáng </w:t>
      </w:r>
      <w:proofErr w:type="gramStart"/>
      <w:r w:rsidRPr="003C0B89">
        <w:rPr>
          <w:sz w:val="28"/>
          <w:szCs w:val="28"/>
          <w:lang w:val="fr-FR"/>
        </w:rPr>
        <w:t>tạo:</w:t>
      </w:r>
      <w:proofErr w:type="gramEnd"/>
      <w:r w:rsidRPr="003C0B89">
        <w:rPr>
          <w:sz w:val="28"/>
          <w:szCs w:val="28"/>
          <w:lang w:val="fr-FR"/>
        </w:rPr>
        <w:t xml:space="preserve"> Có biểu hiện tích cực, sáng tạo trong các hoạt động học tậ</w:t>
      </w:r>
      <w:r w:rsidRPr="003C0B89">
        <w:rPr>
          <w:sz w:val="28"/>
          <w:szCs w:val="28"/>
          <w:lang w:val="fr-FR"/>
        </w:rPr>
        <w:t>p, trò chơi, vận dụng.</w:t>
      </w:r>
    </w:p>
    <w:p w:rsidR="00E157F8" w:rsidRPr="003C0B89" w:rsidRDefault="003C0B89">
      <w:pPr>
        <w:spacing w:after="0" w:line="240" w:lineRule="auto"/>
        <w:rPr>
          <w:sz w:val="28"/>
          <w:szCs w:val="28"/>
          <w:lang w:val="fr-FR"/>
        </w:rPr>
      </w:pPr>
      <w:r w:rsidRPr="003C0B89">
        <w:rPr>
          <w:sz w:val="28"/>
          <w:szCs w:val="28"/>
          <w:lang w:val="fr-FR"/>
        </w:rPr>
        <w:t xml:space="preserve">- Năng lực giao tiếp và hợp </w:t>
      </w:r>
      <w:proofErr w:type="gramStart"/>
      <w:r w:rsidRPr="003C0B89">
        <w:rPr>
          <w:sz w:val="28"/>
          <w:szCs w:val="28"/>
          <w:lang w:val="fr-FR"/>
        </w:rPr>
        <w:t>tác:</w:t>
      </w:r>
      <w:proofErr w:type="gramEnd"/>
      <w:r w:rsidRPr="003C0B89">
        <w:rPr>
          <w:sz w:val="28"/>
          <w:szCs w:val="28"/>
          <w:lang w:val="fr-FR"/>
        </w:rPr>
        <w:t xml:space="preserve"> Có biểu hiện tích cực, sôi nổi và nhiệt tình trong hoạt động nhóm. Có khả năng trình bày, thuyết trình… trong các hoạt động học tập.</w:t>
      </w:r>
    </w:p>
    <w:p w:rsidR="00E157F8" w:rsidRPr="003C0B89" w:rsidRDefault="003C0B89">
      <w:pPr>
        <w:spacing w:after="0" w:line="240" w:lineRule="auto"/>
        <w:rPr>
          <w:sz w:val="28"/>
          <w:szCs w:val="28"/>
          <w:lang w:val="fr-FR"/>
        </w:rPr>
      </w:pPr>
      <w:r w:rsidRPr="003C0B89">
        <w:rPr>
          <w:b/>
          <w:sz w:val="28"/>
          <w:szCs w:val="28"/>
          <w:lang w:val="fr-FR"/>
        </w:rPr>
        <w:t>3. Phẩm chất.</w:t>
      </w:r>
    </w:p>
    <w:p w:rsidR="00E157F8" w:rsidRPr="003C0B89" w:rsidRDefault="003C0B89">
      <w:pPr>
        <w:spacing w:after="0" w:line="240" w:lineRule="auto"/>
        <w:rPr>
          <w:sz w:val="28"/>
          <w:szCs w:val="28"/>
          <w:lang w:val="fr-FR"/>
        </w:rPr>
      </w:pPr>
      <w:r w:rsidRPr="003C0B89">
        <w:rPr>
          <w:sz w:val="28"/>
          <w:szCs w:val="28"/>
          <w:lang w:val="fr-FR"/>
        </w:rPr>
        <w:t xml:space="preserve">- Phẩm chất nhân </w:t>
      </w:r>
      <w:proofErr w:type="gramStart"/>
      <w:r w:rsidRPr="003C0B89">
        <w:rPr>
          <w:sz w:val="28"/>
          <w:szCs w:val="28"/>
          <w:lang w:val="fr-FR"/>
        </w:rPr>
        <w:t>ái:</w:t>
      </w:r>
      <w:proofErr w:type="gramEnd"/>
      <w:r w:rsidRPr="003C0B89">
        <w:rPr>
          <w:sz w:val="28"/>
          <w:szCs w:val="28"/>
          <w:lang w:val="fr-FR"/>
        </w:rPr>
        <w:t xml:space="preserve"> Có biểu hiện yêu quý những người</w:t>
      </w:r>
      <w:r w:rsidRPr="003C0B89">
        <w:rPr>
          <w:sz w:val="28"/>
          <w:szCs w:val="28"/>
          <w:lang w:val="fr-FR"/>
        </w:rPr>
        <w:t xml:space="preserve"> trong gia đình, họ hàng, biết nhớ về những ngày lễ trọng đại của gia đình.</w:t>
      </w:r>
    </w:p>
    <w:p w:rsidR="00E157F8" w:rsidRPr="003C0B89" w:rsidRDefault="003C0B89">
      <w:pPr>
        <w:spacing w:after="0" w:line="240" w:lineRule="auto"/>
        <w:rPr>
          <w:sz w:val="28"/>
          <w:szCs w:val="28"/>
          <w:lang w:val="fr-FR"/>
        </w:rPr>
      </w:pPr>
      <w:r w:rsidRPr="003C0B89">
        <w:rPr>
          <w:sz w:val="28"/>
          <w:szCs w:val="28"/>
          <w:lang w:val="fr-FR"/>
        </w:rPr>
        <w:t xml:space="preserve">- Phẩm chất chăm </w:t>
      </w:r>
      <w:proofErr w:type="gramStart"/>
      <w:r w:rsidRPr="003C0B89">
        <w:rPr>
          <w:sz w:val="28"/>
          <w:szCs w:val="28"/>
          <w:lang w:val="fr-FR"/>
        </w:rPr>
        <w:t>chỉ:</w:t>
      </w:r>
      <w:proofErr w:type="gramEnd"/>
      <w:r w:rsidRPr="003C0B89">
        <w:rPr>
          <w:sz w:val="28"/>
          <w:szCs w:val="28"/>
          <w:lang w:val="fr-FR"/>
        </w:rPr>
        <w:t xml:space="preserve"> Có tinh thần chăm chỉ học tập, luôn tự giác tìm hiểu bài.</w:t>
      </w:r>
    </w:p>
    <w:p w:rsidR="00E157F8" w:rsidRPr="003C0B89" w:rsidRDefault="003C0B89">
      <w:pPr>
        <w:spacing w:after="0" w:line="240" w:lineRule="auto"/>
        <w:rPr>
          <w:sz w:val="28"/>
          <w:szCs w:val="28"/>
          <w:lang w:val="fr-FR"/>
        </w:rPr>
      </w:pPr>
      <w:r w:rsidRPr="003C0B89">
        <w:rPr>
          <w:sz w:val="28"/>
          <w:szCs w:val="28"/>
          <w:lang w:val="fr-FR"/>
        </w:rPr>
        <w:t xml:space="preserve">- Phẩm chất trách </w:t>
      </w:r>
      <w:proofErr w:type="gramStart"/>
      <w:r w:rsidRPr="003C0B89">
        <w:rPr>
          <w:sz w:val="28"/>
          <w:szCs w:val="28"/>
          <w:lang w:val="fr-FR"/>
        </w:rPr>
        <w:t>nhiệm:</w:t>
      </w:r>
      <w:proofErr w:type="gramEnd"/>
      <w:r w:rsidRPr="003C0B89">
        <w:rPr>
          <w:sz w:val="28"/>
          <w:szCs w:val="28"/>
          <w:lang w:val="fr-FR"/>
        </w:rPr>
        <w:t xml:space="preserve"> Giữ trật tự, biết lắng nghe, học tập nghiêm túc. Có trách nhiệm với tập thể</w:t>
      </w:r>
      <w:r w:rsidRPr="003C0B89">
        <w:rPr>
          <w:sz w:val="28"/>
          <w:szCs w:val="28"/>
          <w:lang w:val="fr-FR"/>
        </w:rPr>
        <w:t xml:space="preserve"> khi tham gia hoạt động nhóm.</w:t>
      </w:r>
    </w:p>
    <w:p w:rsidR="00E157F8" w:rsidRPr="003C0B89" w:rsidRDefault="003C0B89">
      <w:pPr>
        <w:spacing w:after="0" w:line="240" w:lineRule="auto"/>
        <w:rPr>
          <w:sz w:val="28"/>
          <w:szCs w:val="28"/>
          <w:lang w:val="fr-FR"/>
        </w:rPr>
      </w:pPr>
      <w:r w:rsidRPr="003C0B89">
        <w:rPr>
          <w:b/>
          <w:color w:val="FF0000"/>
          <w:sz w:val="28"/>
          <w:szCs w:val="28"/>
          <w:lang w:val="fr-FR"/>
        </w:rPr>
        <w:t>4. Tích hợp quyền con người.</w:t>
      </w:r>
    </w:p>
    <w:p w:rsidR="00E157F8" w:rsidRPr="003C0B89" w:rsidRDefault="003C0B89">
      <w:pPr>
        <w:spacing w:after="0" w:line="240" w:lineRule="auto"/>
        <w:rPr>
          <w:sz w:val="28"/>
          <w:szCs w:val="28"/>
          <w:lang w:val="fr-FR"/>
        </w:rPr>
      </w:pPr>
      <w:r w:rsidRPr="003C0B89">
        <w:rPr>
          <w:color w:val="FF0000"/>
          <w:sz w:val="28"/>
          <w:szCs w:val="28"/>
          <w:lang w:val="fr-FR"/>
        </w:rPr>
        <w:t>- Học sinh nhận biết được quyền được chăm sóc, bảo vệ sức khỏe của bản thân, đặc biệt là cơ quan thần kinh.</w:t>
      </w:r>
    </w:p>
    <w:p w:rsidR="00E157F8" w:rsidRPr="003C0B89" w:rsidRDefault="003C0B89">
      <w:pPr>
        <w:spacing w:after="0" w:line="240" w:lineRule="auto"/>
        <w:rPr>
          <w:sz w:val="28"/>
          <w:szCs w:val="28"/>
        </w:rPr>
      </w:pPr>
      <w:r w:rsidRPr="003C0B89">
        <w:rPr>
          <w:color w:val="FF0000"/>
          <w:sz w:val="28"/>
          <w:szCs w:val="28"/>
        </w:rPr>
        <w:t>- Biết tôn trọng cơ thể của mình và của người khác; không có hành vi gây ảnh hưởng đến nã</w:t>
      </w:r>
      <w:r w:rsidRPr="003C0B89">
        <w:rPr>
          <w:color w:val="FF0000"/>
          <w:sz w:val="28"/>
          <w:szCs w:val="28"/>
        </w:rPr>
        <w:t>o, tủy sống và các dây thần kinh.</w:t>
      </w:r>
    </w:p>
    <w:p w:rsidR="00E157F8" w:rsidRPr="003C0B89" w:rsidRDefault="003C0B89">
      <w:pPr>
        <w:spacing w:after="0" w:line="240" w:lineRule="auto"/>
        <w:rPr>
          <w:sz w:val="28"/>
          <w:szCs w:val="28"/>
        </w:rPr>
      </w:pPr>
      <w:r w:rsidRPr="003C0B89">
        <w:rPr>
          <w:color w:val="FF0000"/>
          <w:sz w:val="28"/>
          <w:szCs w:val="28"/>
        </w:rPr>
        <w:t>- Có ý thức thực hiện những việc làm phù hợp để bảo vệ cơ quan thần kinh như tránh tiếng ồn lớn, tránh va đập mạnh, nghỉ ngơi hợp lí.</w:t>
      </w:r>
    </w:p>
    <w:p w:rsidR="00E157F8" w:rsidRPr="003C0B89" w:rsidRDefault="003C0B89">
      <w:pPr>
        <w:spacing w:after="0" w:line="240" w:lineRule="auto"/>
        <w:rPr>
          <w:sz w:val="28"/>
          <w:szCs w:val="28"/>
        </w:rPr>
      </w:pPr>
      <w:r w:rsidRPr="003C0B89">
        <w:rPr>
          <w:b/>
          <w:sz w:val="28"/>
          <w:szCs w:val="28"/>
        </w:rPr>
        <w:t>II. ĐỒ DÙNG DẠY HỌC</w:t>
      </w:r>
    </w:p>
    <w:p w:rsidR="00E157F8" w:rsidRPr="003C0B89" w:rsidRDefault="003C0B89">
      <w:pPr>
        <w:spacing w:after="0" w:line="240" w:lineRule="auto"/>
        <w:rPr>
          <w:sz w:val="28"/>
          <w:szCs w:val="28"/>
        </w:rPr>
      </w:pPr>
      <w:r w:rsidRPr="003C0B89">
        <w:rPr>
          <w:sz w:val="28"/>
          <w:szCs w:val="28"/>
        </w:rPr>
        <w:t>- Kế hoạch bài dạy, bài giảng Power point.</w:t>
      </w:r>
    </w:p>
    <w:p w:rsidR="00E157F8" w:rsidRPr="003C0B89" w:rsidRDefault="003C0B89">
      <w:pPr>
        <w:spacing w:after="0" w:line="240" w:lineRule="auto"/>
        <w:rPr>
          <w:sz w:val="28"/>
          <w:szCs w:val="28"/>
        </w:rPr>
      </w:pPr>
      <w:r w:rsidRPr="003C0B89">
        <w:rPr>
          <w:sz w:val="28"/>
          <w:szCs w:val="28"/>
        </w:rPr>
        <w:t>- SGK và các thiết bị, họ</w:t>
      </w:r>
      <w:r w:rsidRPr="003C0B89">
        <w:rPr>
          <w:sz w:val="28"/>
          <w:szCs w:val="28"/>
        </w:rPr>
        <w:t>c liệu phụ vụ cho tiết dạy.</w:t>
      </w:r>
    </w:p>
    <w:p w:rsidR="00E157F8" w:rsidRPr="003C0B89" w:rsidRDefault="003C0B89">
      <w:pPr>
        <w:spacing w:after="0" w:line="240" w:lineRule="auto"/>
        <w:rPr>
          <w:sz w:val="28"/>
          <w:szCs w:val="28"/>
        </w:rPr>
      </w:pPr>
      <w:r w:rsidRPr="003C0B89">
        <w:rPr>
          <w:b/>
          <w:sz w:val="28"/>
          <w:szCs w:val="28"/>
        </w:rPr>
        <w:t>III. HOẠT ĐỘNG DẠY HỌC</w:t>
      </w:r>
    </w:p>
    <w:tbl>
      <w:tblPr>
        <w:tblStyle w:val="TableGrid"/>
        <w:tblW w:w="0" w:type="auto"/>
        <w:jc w:val="center"/>
        <w:tblLayout w:type="fixed"/>
        <w:tblLook w:val="04A0" w:firstRow="1" w:lastRow="0" w:firstColumn="1" w:lastColumn="0" w:noHBand="0" w:noVBand="1"/>
      </w:tblPr>
      <w:tblGrid>
        <w:gridCol w:w="5613"/>
        <w:gridCol w:w="4933"/>
      </w:tblGrid>
      <w:tr w:rsidR="00E157F8" w:rsidRPr="003C0B89">
        <w:trPr>
          <w:jc w:val="center"/>
        </w:trPr>
        <w:tc>
          <w:tcPr>
            <w:tcW w:w="4933" w:type="dxa"/>
            <w:shd w:val="clear" w:color="auto" w:fill="D9EAF7"/>
            <w:tcMar>
              <w:top w:w="60" w:type="dxa"/>
              <w:left w:w="80" w:type="dxa"/>
              <w:bottom w:w="60" w:type="dxa"/>
              <w:right w:w="80" w:type="dxa"/>
            </w:tcMar>
            <w:vAlign w:val="center"/>
          </w:tcPr>
          <w:p w:rsidR="00E157F8" w:rsidRPr="003C0B89" w:rsidRDefault="003C0B89">
            <w:pPr>
              <w:jc w:val="center"/>
              <w:rPr>
                <w:sz w:val="28"/>
                <w:szCs w:val="28"/>
              </w:rPr>
            </w:pPr>
            <w:r w:rsidRPr="003C0B89">
              <w:rPr>
                <w:b/>
                <w:sz w:val="28"/>
                <w:szCs w:val="28"/>
              </w:rPr>
              <w:t>HOẠT ĐỘNG CỦA GIÁO VIÊN</w:t>
            </w:r>
          </w:p>
        </w:tc>
        <w:tc>
          <w:tcPr>
            <w:tcW w:w="4933" w:type="dxa"/>
            <w:shd w:val="clear" w:color="auto" w:fill="D9EAF7"/>
            <w:tcMar>
              <w:top w:w="60" w:type="dxa"/>
              <w:left w:w="80" w:type="dxa"/>
              <w:bottom w:w="60" w:type="dxa"/>
              <w:right w:w="80" w:type="dxa"/>
            </w:tcMar>
            <w:vAlign w:val="center"/>
          </w:tcPr>
          <w:p w:rsidR="00E157F8" w:rsidRPr="003C0B89" w:rsidRDefault="003C0B89">
            <w:pPr>
              <w:jc w:val="center"/>
              <w:rPr>
                <w:sz w:val="28"/>
                <w:szCs w:val="28"/>
              </w:rPr>
            </w:pPr>
            <w:r w:rsidRPr="003C0B89">
              <w:rPr>
                <w:b/>
                <w:sz w:val="28"/>
                <w:szCs w:val="28"/>
              </w:rPr>
              <w:t>HOẠT ĐỘNG CỦA HỌC SINH</w:t>
            </w:r>
          </w:p>
        </w:tc>
      </w:tr>
      <w:tr w:rsidR="00E157F8" w:rsidRPr="003C0B89">
        <w:trPr>
          <w:jc w:val="center"/>
        </w:trPr>
        <w:tc>
          <w:tcPr>
            <w:tcW w:w="9865" w:type="dxa"/>
            <w:gridSpan w:val="2"/>
            <w:tcMar>
              <w:top w:w="60" w:type="dxa"/>
              <w:left w:w="80" w:type="dxa"/>
              <w:bottom w:w="60" w:type="dxa"/>
              <w:right w:w="80" w:type="dxa"/>
            </w:tcMar>
            <w:vAlign w:val="center"/>
          </w:tcPr>
          <w:p w:rsidR="00E157F8" w:rsidRPr="003C0B89" w:rsidRDefault="003C0B89">
            <w:pPr>
              <w:rPr>
                <w:sz w:val="28"/>
                <w:szCs w:val="28"/>
              </w:rPr>
            </w:pPr>
            <w:r w:rsidRPr="003C0B89">
              <w:rPr>
                <w:b/>
                <w:sz w:val="28"/>
                <w:szCs w:val="28"/>
              </w:rPr>
              <w:t>1. Khởi động:</w:t>
            </w:r>
          </w:p>
          <w:p w:rsidR="00E157F8" w:rsidRPr="003C0B89" w:rsidRDefault="003C0B89">
            <w:pPr>
              <w:rPr>
                <w:sz w:val="28"/>
                <w:szCs w:val="28"/>
              </w:rPr>
            </w:pPr>
            <w:r w:rsidRPr="003C0B89">
              <w:rPr>
                <w:b/>
                <w:sz w:val="28"/>
                <w:szCs w:val="28"/>
              </w:rPr>
              <w:t>- Mục tiêu:</w:t>
            </w:r>
          </w:p>
          <w:p w:rsidR="00E157F8" w:rsidRPr="003C0B89" w:rsidRDefault="003C0B89">
            <w:pPr>
              <w:rPr>
                <w:sz w:val="28"/>
                <w:szCs w:val="28"/>
              </w:rPr>
            </w:pPr>
            <w:r w:rsidRPr="003C0B89">
              <w:rPr>
                <w:b/>
                <w:sz w:val="28"/>
                <w:szCs w:val="28"/>
              </w:rPr>
              <w:t>- Tạo không khí vui vẻ, khấn khởi trước giờ học.</w:t>
            </w:r>
          </w:p>
          <w:p w:rsidR="00E157F8" w:rsidRPr="003C0B89" w:rsidRDefault="003C0B89">
            <w:pPr>
              <w:rPr>
                <w:sz w:val="28"/>
                <w:szCs w:val="28"/>
              </w:rPr>
            </w:pPr>
            <w:r w:rsidRPr="003C0B89">
              <w:rPr>
                <w:b/>
                <w:sz w:val="28"/>
                <w:szCs w:val="28"/>
              </w:rPr>
              <w:t>- Kiểm tra kiến thức đã học của học sinh ở bài trước.</w:t>
            </w:r>
          </w:p>
          <w:p w:rsidR="00E157F8" w:rsidRPr="003C0B89" w:rsidRDefault="003C0B89">
            <w:pPr>
              <w:rPr>
                <w:sz w:val="28"/>
                <w:szCs w:val="28"/>
              </w:rPr>
            </w:pPr>
            <w:r w:rsidRPr="003C0B89">
              <w:rPr>
                <w:b/>
                <w:sz w:val="28"/>
                <w:szCs w:val="28"/>
              </w:rPr>
              <w:t>- Cách tiến hành:</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xml:space="preserve">- GV tổ </w:t>
            </w:r>
            <w:r w:rsidRPr="003C0B89">
              <w:rPr>
                <w:sz w:val="28"/>
                <w:szCs w:val="28"/>
              </w:rPr>
              <w:t>chức trò chơi: “Ai nhanh, ai đúng”</w:t>
            </w:r>
          </w:p>
          <w:p w:rsidR="00E157F8" w:rsidRPr="003C0B89" w:rsidRDefault="003C0B89">
            <w:pPr>
              <w:rPr>
                <w:sz w:val="28"/>
                <w:szCs w:val="28"/>
              </w:rPr>
            </w:pPr>
            <w:r w:rsidRPr="003C0B89">
              <w:rPr>
                <w:sz w:val="28"/>
                <w:szCs w:val="28"/>
              </w:rPr>
              <w:t>- Kể tên các chất có hại cho cơ quan tuần hoàn?</w:t>
            </w:r>
          </w:p>
          <w:p w:rsidR="00E157F8" w:rsidRPr="003C0B89" w:rsidRDefault="003C0B89">
            <w:pPr>
              <w:rPr>
                <w:sz w:val="28"/>
                <w:szCs w:val="28"/>
              </w:rPr>
            </w:pPr>
            <w:r w:rsidRPr="003C0B89">
              <w:rPr>
                <w:sz w:val="28"/>
                <w:szCs w:val="28"/>
              </w:rPr>
              <w:t>- Kể tên các hoạt động có lợi cho cơ quan tuần hoàn?</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HS tham gia trò chơi</w:t>
            </w:r>
          </w:p>
          <w:p w:rsidR="00E157F8" w:rsidRPr="003C0B89" w:rsidRDefault="003C0B89">
            <w:pPr>
              <w:rPr>
                <w:sz w:val="28"/>
                <w:szCs w:val="28"/>
              </w:rPr>
            </w:pPr>
            <w:r w:rsidRPr="003C0B89">
              <w:rPr>
                <w:sz w:val="28"/>
                <w:szCs w:val="28"/>
              </w:rPr>
              <w:t>- HS thi trả lời:</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GV Nhận xét, tuyên dương.</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Lắng nghe.</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lastRenderedPageBreak/>
              <w:t xml:space="preserve">- GV gọi HS đọc yêu cầu của hoạt </w:t>
            </w:r>
            <w:r w:rsidRPr="003C0B89">
              <w:rPr>
                <w:sz w:val="28"/>
                <w:szCs w:val="28"/>
              </w:rPr>
              <w:t>động khởi động.</w:t>
            </w:r>
          </w:p>
        </w:tc>
        <w:tc>
          <w:tcPr>
            <w:tcW w:w="4252" w:type="dxa"/>
            <w:tcMar>
              <w:top w:w="60" w:type="dxa"/>
              <w:left w:w="80" w:type="dxa"/>
              <w:bottom w:w="60" w:type="dxa"/>
              <w:right w:w="80" w:type="dxa"/>
            </w:tcMar>
            <w:vAlign w:val="center"/>
          </w:tcPr>
          <w:p w:rsidR="00E157F8" w:rsidRPr="003C0B89" w:rsidRDefault="003C0B89">
            <w:pPr>
              <w:rPr>
                <w:sz w:val="28"/>
                <w:szCs w:val="28"/>
                <w:lang w:val="fr-FR"/>
              </w:rPr>
            </w:pPr>
            <w:r w:rsidRPr="003C0B89">
              <w:rPr>
                <w:sz w:val="28"/>
                <w:szCs w:val="28"/>
                <w:lang w:val="fr-FR"/>
              </w:rPr>
              <w:t>- Đọc và quan sát tranh.</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lang w:val="fr-FR"/>
              </w:rPr>
            </w:pPr>
            <w:r w:rsidRPr="003C0B89">
              <w:rPr>
                <w:sz w:val="28"/>
                <w:szCs w:val="28"/>
                <w:lang w:val="fr-FR"/>
              </w:rPr>
              <w:t xml:space="preserve">- Khi nghe tiếng nói to hoặc tiếng còi gần tai em có phản ứng </w:t>
            </w:r>
            <w:proofErr w:type="gramStart"/>
            <w:r w:rsidRPr="003C0B89">
              <w:rPr>
                <w:sz w:val="28"/>
                <w:szCs w:val="28"/>
                <w:lang w:val="fr-FR"/>
              </w:rPr>
              <w:t>gì?</w:t>
            </w:r>
            <w:proofErr w:type="gramEnd"/>
          </w:p>
          <w:p w:rsidR="003C0B89" w:rsidRPr="003C0B89" w:rsidRDefault="003C0B89">
            <w:pPr>
              <w:rPr>
                <w:sz w:val="28"/>
                <w:szCs w:val="28"/>
                <w:lang w:val="fr-FR"/>
              </w:rPr>
            </w:pPr>
            <w:r w:rsidRPr="003C0B89">
              <w:rPr>
                <w:noProof/>
                <w:sz w:val="28"/>
                <w:szCs w:val="28"/>
                <w:lang w:val="vi-VN" w:eastAsia="vi-VN"/>
              </w:rPr>
              <w:drawing>
                <wp:inline distT="0" distB="0" distL="0" distR="0" wp14:anchorId="051A4A7D" wp14:editId="5CA84E69">
                  <wp:extent cx="2399664" cy="1103586"/>
                  <wp:effectExtent l="0" t="0" r="127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419350" cy="1112639"/>
                          </a:xfrm>
                          <a:prstGeom prst="rect">
                            <a:avLst/>
                          </a:prstGeom>
                        </pic:spPr>
                      </pic:pic>
                    </a:graphicData>
                  </a:graphic>
                </wp:inline>
              </w:drawing>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Trả lời.</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GV dẫn dắt vào bài mới: Cơ thể giật mình khi nghe tiếng động bất ngờ là do cơ quan thần kinh điều khiển...</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Lắng nghe.</w:t>
            </w:r>
          </w:p>
        </w:tc>
      </w:tr>
      <w:tr w:rsidR="00E157F8" w:rsidRPr="003C0B89">
        <w:trPr>
          <w:jc w:val="center"/>
        </w:trPr>
        <w:tc>
          <w:tcPr>
            <w:tcW w:w="9865" w:type="dxa"/>
            <w:gridSpan w:val="2"/>
            <w:tcMar>
              <w:top w:w="60" w:type="dxa"/>
              <w:left w:w="80" w:type="dxa"/>
              <w:bottom w:w="60" w:type="dxa"/>
              <w:right w:w="80" w:type="dxa"/>
            </w:tcMar>
            <w:vAlign w:val="center"/>
          </w:tcPr>
          <w:p w:rsidR="00E157F8" w:rsidRPr="003C0B89" w:rsidRDefault="003C0B89">
            <w:pPr>
              <w:rPr>
                <w:sz w:val="28"/>
                <w:szCs w:val="28"/>
              </w:rPr>
            </w:pPr>
            <w:r w:rsidRPr="003C0B89">
              <w:rPr>
                <w:b/>
                <w:sz w:val="28"/>
                <w:szCs w:val="28"/>
              </w:rPr>
              <w:t>2. Khám phá:</w:t>
            </w:r>
          </w:p>
          <w:p w:rsidR="00E157F8" w:rsidRPr="003C0B89" w:rsidRDefault="003C0B89">
            <w:pPr>
              <w:rPr>
                <w:sz w:val="28"/>
                <w:szCs w:val="28"/>
              </w:rPr>
            </w:pPr>
            <w:r w:rsidRPr="003C0B89">
              <w:rPr>
                <w:b/>
                <w:sz w:val="28"/>
                <w:szCs w:val="28"/>
              </w:rPr>
              <w:t>- Mục tiêu:</w:t>
            </w:r>
          </w:p>
          <w:p w:rsidR="00E157F8" w:rsidRPr="003C0B89" w:rsidRDefault="003C0B89">
            <w:pPr>
              <w:rPr>
                <w:sz w:val="28"/>
                <w:szCs w:val="28"/>
              </w:rPr>
            </w:pPr>
            <w:r w:rsidRPr="003C0B89">
              <w:rPr>
                <w:b/>
                <w:sz w:val="28"/>
                <w:szCs w:val="28"/>
              </w:rPr>
              <w:t>- Chỉ và nói được tên các bộ phận chính của các cơ quan thần kinh trên sơ đồ, tranh ảnh.</w:t>
            </w:r>
          </w:p>
          <w:p w:rsidR="00E157F8" w:rsidRPr="003C0B89" w:rsidRDefault="003C0B89">
            <w:pPr>
              <w:rPr>
                <w:sz w:val="28"/>
                <w:szCs w:val="28"/>
              </w:rPr>
            </w:pPr>
            <w:r w:rsidRPr="003C0B89">
              <w:rPr>
                <w:b/>
                <w:sz w:val="28"/>
                <w:szCs w:val="28"/>
              </w:rPr>
              <w:t>- Cách tiến hành:</w:t>
            </w:r>
          </w:p>
          <w:p w:rsidR="00E157F8" w:rsidRPr="003C0B89" w:rsidRDefault="003C0B89">
            <w:pPr>
              <w:rPr>
                <w:sz w:val="28"/>
                <w:szCs w:val="28"/>
              </w:rPr>
            </w:pPr>
            <w:r w:rsidRPr="003C0B89">
              <w:rPr>
                <w:b/>
                <w:sz w:val="28"/>
                <w:szCs w:val="28"/>
              </w:rPr>
              <w:t xml:space="preserve">- Hoạt động 1. Chỉ và nói tên các bộ phận của cơ quan thần kinh trên </w:t>
            </w:r>
            <w:proofErr w:type="gramStart"/>
            <w:r w:rsidRPr="003C0B89">
              <w:rPr>
                <w:b/>
                <w:sz w:val="28"/>
                <w:szCs w:val="28"/>
              </w:rPr>
              <w:t>hình .</w:t>
            </w:r>
            <w:proofErr w:type="gramEnd"/>
            <w:r w:rsidRPr="003C0B89">
              <w:rPr>
                <w:b/>
                <w:sz w:val="28"/>
                <w:szCs w:val="28"/>
              </w:rPr>
              <w:t xml:space="preserve"> (Làm việc nhóm 4)</w:t>
            </w:r>
          </w:p>
        </w:tc>
      </w:tr>
      <w:tr w:rsidR="00E157F8" w:rsidRPr="003C0B89">
        <w:trPr>
          <w:jc w:val="center"/>
        </w:trPr>
        <w:tc>
          <w:tcPr>
            <w:tcW w:w="5613" w:type="dxa"/>
            <w:tcMar>
              <w:top w:w="60" w:type="dxa"/>
              <w:left w:w="80" w:type="dxa"/>
              <w:bottom w:w="60" w:type="dxa"/>
              <w:right w:w="80" w:type="dxa"/>
            </w:tcMar>
            <w:vAlign w:val="center"/>
          </w:tcPr>
          <w:p w:rsidR="00E157F8" w:rsidRDefault="003C0B89">
            <w:pPr>
              <w:rPr>
                <w:sz w:val="28"/>
                <w:szCs w:val="28"/>
              </w:rPr>
            </w:pPr>
            <w:r w:rsidRPr="003C0B89">
              <w:rPr>
                <w:sz w:val="28"/>
                <w:szCs w:val="28"/>
              </w:rPr>
              <w:t>- GV yêu cầu HS quan sát hình và thảo luận</w:t>
            </w:r>
            <w:r w:rsidRPr="003C0B89">
              <w:rPr>
                <w:sz w:val="28"/>
                <w:szCs w:val="28"/>
              </w:rPr>
              <w:t xml:space="preserve"> nhóm, trả lời câu hỏi. Sau đó mời học sinh suy nghĩ và trình bày.</w:t>
            </w:r>
          </w:p>
          <w:p w:rsidR="003C0B89" w:rsidRPr="003C0B89" w:rsidRDefault="003C0B89">
            <w:pPr>
              <w:rPr>
                <w:sz w:val="28"/>
                <w:szCs w:val="28"/>
              </w:rPr>
            </w:pPr>
            <w:r>
              <w:rPr>
                <w:noProof/>
                <w:lang w:val="vi-VN" w:eastAsia="vi-VN"/>
              </w:rPr>
              <w:drawing>
                <wp:inline distT="0" distB="0" distL="0" distR="0" wp14:anchorId="796DE9EB" wp14:editId="08B3CB1E">
                  <wp:extent cx="2969777" cy="1610316"/>
                  <wp:effectExtent l="0" t="0" r="254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970801" cy="1610871"/>
                          </a:xfrm>
                          <a:prstGeom prst="rect">
                            <a:avLst/>
                          </a:prstGeom>
                        </pic:spPr>
                      </pic:pic>
                    </a:graphicData>
                  </a:graphic>
                </wp:inline>
              </w:drawing>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Học sinh quan sát tranh, thảo luận nhóm 4 suy nghĩ và trình bày.</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Chỉ và nói tên các bộ phận trên hình vẽ?</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HS chỉ và nói tên.</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Cơ quan thần kinh gồm những bộ phận nào?</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HS nêu.</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xml:space="preserve">- </w:t>
            </w:r>
            <w:r w:rsidRPr="003C0B89">
              <w:rPr>
                <w:sz w:val="28"/>
                <w:szCs w:val="28"/>
              </w:rPr>
              <w:t>Não và tủy sống nằm ở đâu trong cơ thể? Hãy xác định vị trí của chúng trên cơ thể các em hoặc các bạn?</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HS nêu và chỉ.</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GV mời các HS khác nhận xét.</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HS nhận xét ý kiến của bạn.</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GV nhận xét chung, tuyên dương.</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Học sinh lắng nghe.</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xml:space="preserve">- GV chốt nội </w:t>
            </w:r>
            <w:r w:rsidRPr="003C0B89">
              <w:rPr>
                <w:sz w:val="28"/>
                <w:szCs w:val="28"/>
              </w:rPr>
              <w:t xml:space="preserve">dung: Não nằm trong hộp sọ, tủy sống nằm trong cột sống. Não và tủy sống nối liền với nhau. Từ não và tủy sống có các dây thần kinh tỏa đi khắp cơ thể. Từ các cơ quan </w:t>
            </w:r>
            <w:r w:rsidRPr="003C0B89">
              <w:rPr>
                <w:sz w:val="28"/>
                <w:szCs w:val="28"/>
              </w:rPr>
              <w:lastRenderedPageBreak/>
              <w:t>bên trong( tuần hoàn, hô hấp, bài tiết,..) và các cơ quan bên ngoài( mắt, mũi, tai, lưỡi,</w:t>
            </w:r>
            <w:r w:rsidRPr="003C0B89">
              <w:rPr>
                <w:sz w:val="28"/>
                <w:szCs w:val="28"/>
              </w:rPr>
              <w:t xml:space="preserve"> da,..) của cơ thể lại có các dây thần kinh đi về tủy sống và não.</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lastRenderedPageBreak/>
              <w:t>- Học sinh lắng nghe.</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color w:val="FF0000"/>
                <w:sz w:val="28"/>
                <w:szCs w:val="28"/>
              </w:rPr>
              <w:lastRenderedPageBreak/>
              <w:t>- GV tích hợp quyền con người: Giáo viên giúp HS hiểu cơ quan thần kinh rất quan trọng nên mỗi em có quyền được chăm sóc sức khỏe, được bảo vệ cơ thể khỏi các nguy cơ</w:t>
            </w:r>
            <w:r w:rsidRPr="003C0B89">
              <w:rPr>
                <w:color w:val="FF0000"/>
                <w:sz w:val="28"/>
                <w:szCs w:val="28"/>
              </w:rPr>
              <w:t xml:space="preserve"> như đánh vào đầu, xô đẩy, trêu đùa nguy hiểm hoặc tiếp xúc với tiếng ồn quá lớn.</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color w:val="FF0000"/>
                <w:sz w:val="28"/>
                <w:szCs w:val="28"/>
              </w:rPr>
              <w:t>- Học sinh lắng nghe.</w:t>
            </w:r>
          </w:p>
        </w:tc>
      </w:tr>
      <w:tr w:rsidR="00E157F8" w:rsidRPr="003C0B89">
        <w:trPr>
          <w:jc w:val="center"/>
        </w:trPr>
        <w:tc>
          <w:tcPr>
            <w:tcW w:w="9865" w:type="dxa"/>
            <w:gridSpan w:val="2"/>
            <w:tcMar>
              <w:top w:w="60" w:type="dxa"/>
              <w:left w:w="80" w:type="dxa"/>
              <w:bottom w:w="60" w:type="dxa"/>
              <w:right w:w="80" w:type="dxa"/>
            </w:tcMar>
            <w:vAlign w:val="center"/>
          </w:tcPr>
          <w:p w:rsidR="00E157F8" w:rsidRPr="003C0B89" w:rsidRDefault="003C0B89">
            <w:pPr>
              <w:rPr>
                <w:sz w:val="28"/>
                <w:szCs w:val="28"/>
              </w:rPr>
            </w:pPr>
            <w:r w:rsidRPr="003C0B89">
              <w:rPr>
                <w:b/>
                <w:sz w:val="28"/>
                <w:szCs w:val="28"/>
              </w:rPr>
              <w:t>3. Luyện tập:</w:t>
            </w:r>
          </w:p>
          <w:p w:rsidR="00E157F8" w:rsidRPr="003C0B89" w:rsidRDefault="003C0B89">
            <w:pPr>
              <w:rPr>
                <w:sz w:val="28"/>
                <w:szCs w:val="28"/>
              </w:rPr>
            </w:pPr>
            <w:r w:rsidRPr="003C0B89">
              <w:rPr>
                <w:b/>
                <w:sz w:val="28"/>
                <w:szCs w:val="28"/>
              </w:rPr>
              <w:t>- Mục tiêu:</w:t>
            </w:r>
          </w:p>
          <w:p w:rsidR="00E157F8" w:rsidRPr="003C0B89" w:rsidRDefault="003C0B89">
            <w:pPr>
              <w:rPr>
                <w:sz w:val="28"/>
                <w:szCs w:val="28"/>
              </w:rPr>
            </w:pPr>
            <w:r w:rsidRPr="003C0B89">
              <w:rPr>
                <w:b/>
                <w:sz w:val="28"/>
                <w:szCs w:val="28"/>
              </w:rPr>
              <w:t>- Nêu được chức năng của não.</w:t>
            </w:r>
          </w:p>
          <w:p w:rsidR="00E157F8" w:rsidRPr="003C0B89" w:rsidRDefault="003C0B89">
            <w:pPr>
              <w:rPr>
                <w:sz w:val="28"/>
                <w:szCs w:val="28"/>
              </w:rPr>
            </w:pPr>
            <w:r w:rsidRPr="003C0B89">
              <w:rPr>
                <w:b/>
                <w:sz w:val="28"/>
                <w:szCs w:val="28"/>
              </w:rPr>
              <w:t>- Cách tiến hành:</w:t>
            </w:r>
          </w:p>
          <w:p w:rsidR="00E157F8" w:rsidRPr="003C0B89" w:rsidRDefault="003C0B89">
            <w:pPr>
              <w:rPr>
                <w:sz w:val="28"/>
                <w:szCs w:val="28"/>
              </w:rPr>
            </w:pPr>
            <w:r w:rsidRPr="003C0B89">
              <w:rPr>
                <w:b/>
                <w:sz w:val="28"/>
                <w:szCs w:val="28"/>
              </w:rPr>
              <w:t>- Hoạt động 2. Quan sát và nêu chức năng của cơ quan thần kinh. (làm việc nhó</w:t>
            </w:r>
            <w:r w:rsidRPr="003C0B89">
              <w:rPr>
                <w:b/>
                <w:sz w:val="28"/>
                <w:szCs w:val="28"/>
              </w:rPr>
              <w:t>m 2)</w:t>
            </w:r>
          </w:p>
        </w:tc>
      </w:tr>
      <w:tr w:rsidR="00E157F8" w:rsidRPr="003C0B89">
        <w:trPr>
          <w:jc w:val="center"/>
        </w:trPr>
        <w:tc>
          <w:tcPr>
            <w:tcW w:w="5613" w:type="dxa"/>
            <w:tcMar>
              <w:top w:w="60" w:type="dxa"/>
              <w:left w:w="80" w:type="dxa"/>
              <w:bottom w:w="60" w:type="dxa"/>
              <w:right w:w="80" w:type="dxa"/>
            </w:tcMar>
            <w:vAlign w:val="center"/>
          </w:tcPr>
          <w:p w:rsidR="00E157F8" w:rsidRDefault="003C0B89">
            <w:pPr>
              <w:rPr>
                <w:sz w:val="28"/>
                <w:szCs w:val="28"/>
              </w:rPr>
            </w:pPr>
            <w:r w:rsidRPr="003C0B89">
              <w:rPr>
                <w:sz w:val="28"/>
                <w:szCs w:val="28"/>
              </w:rPr>
              <w:t>- GV yêu cầu học sinh quan hình 3 và đọc thông tin.</w:t>
            </w:r>
          </w:p>
          <w:p w:rsidR="003C0B89" w:rsidRPr="003C0B89" w:rsidRDefault="003C0B89">
            <w:pPr>
              <w:rPr>
                <w:sz w:val="28"/>
                <w:szCs w:val="28"/>
              </w:rPr>
            </w:pPr>
            <w:r>
              <w:rPr>
                <w:noProof/>
                <w:lang w:val="vi-VN" w:eastAsia="vi-VN"/>
              </w:rPr>
              <w:drawing>
                <wp:inline distT="0" distB="0" distL="0" distR="0" wp14:anchorId="13443729" wp14:editId="3B04E2E2">
                  <wp:extent cx="2895600" cy="12668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94759" cy="1266457"/>
                          </a:xfrm>
                          <a:prstGeom prst="rect">
                            <a:avLst/>
                          </a:prstGeom>
                        </pic:spPr>
                      </pic:pic>
                    </a:graphicData>
                  </a:graphic>
                </wp:inline>
              </w:drawing>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Học sinh quan sát hình và đọc thông tin.</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Yêu cầu thảo luận cặp đôi.</w:t>
            </w:r>
          </w:p>
          <w:p w:rsidR="00E157F8" w:rsidRPr="003C0B89" w:rsidRDefault="003C0B89">
            <w:pPr>
              <w:rPr>
                <w:sz w:val="28"/>
                <w:szCs w:val="28"/>
              </w:rPr>
            </w:pPr>
            <w:r w:rsidRPr="003C0B89">
              <w:rPr>
                <w:sz w:val="28"/>
                <w:szCs w:val="28"/>
              </w:rPr>
              <w:t>- Não có điều khiển suy nghĩ.</w:t>
            </w:r>
          </w:p>
          <w:p w:rsidR="00E157F8" w:rsidRPr="003C0B89" w:rsidRDefault="003C0B89">
            <w:pPr>
              <w:rPr>
                <w:sz w:val="28"/>
                <w:szCs w:val="28"/>
              </w:rPr>
            </w:pPr>
            <w:r w:rsidRPr="003C0B89">
              <w:rPr>
                <w:sz w:val="28"/>
                <w:szCs w:val="28"/>
              </w:rPr>
              <w:t>- Não điều khiển cách ứng xử.</w:t>
            </w:r>
          </w:p>
          <w:p w:rsidR="00E157F8" w:rsidRPr="003C0B89" w:rsidRDefault="003C0B89">
            <w:pPr>
              <w:rPr>
                <w:sz w:val="28"/>
                <w:szCs w:val="28"/>
              </w:rPr>
            </w:pPr>
            <w:r w:rsidRPr="003C0B89">
              <w:rPr>
                <w:sz w:val="28"/>
                <w:szCs w:val="28"/>
              </w:rPr>
              <w:t>- Não điều khiển cảm xúc.</w:t>
            </w:r>
          </w:p>
          <w:p w:rsidR="00E157F8" w:rsidRPr="003C0B89" w:rsidRDefault="003C0B89">
            <w:pPr>
              <w:rPr>
                <w:sz w:val="28"/>
                <w:szCs w:val="28"/>
              </w:rPr>
            </w:pPr>
            <w:r w:rsidRPr="003C0B89">
              <w:rPr>
                <w:sz w:val="28"/>
                <w:szCs w:val="28"/>
              </w:rPr>
              <w:t>- Não tiếp nhận thông tin và điều khiển</w:t>
            </w:r>
            <w:r w:rsidRPr="003C0B89">
              <w:rPr>
                <w:sz w:val="28"/>
                <w:szCs w:val="28"/>
              </w:rPr>
              <w:t xml:space="preserve"> mọi hoạt động của cơ thể.</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Thảo luận cặp đôi khai thác hình và nói ý nghĩa của các hình, suy ra vai trò của não.</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GV mời đại diện nhóm trình bày.</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Đại diện các nhóm trình bày:</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GV mời các nhóm khác nhận xét.</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Đại diện các nhóm nhận xét.</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xml:space="preserve">- GV nhận </w:t>
            </w:r>
            <w:r w:rsidRPr="003C0B89">
              <w:rPr>
                <w:sz w:val="28"/>
                <w:szCs w:val="28"/>
              </w:rPr>
              <w:t>xét chung, tuyên dương và bổ sung.</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Lắng nghe rút kinh nghiệm.</w:t>
            </w:r>
          </w:p>
        </w:tc>
      </w:tr>
      <w:tr w:rsidR="00E157F8" w:rsidRPr="003C0B89">
        <w:trPr>
          <w:jc w:val="center"/>
        </w:trPr>
        <w:tc>
          <w:tcPr>
            <w:tcW w:w="9865" w:type="dxa"/>
            <w:gridSpan w:val="2"/>
            <w:tcMar>
              <w:top w:w="60" w:type="dxa"/>
              <w:left w:w="80" w:type="dxa"/>
              <w:bottom w:w="60" w:type="dxa"/>
              <w:right w:w="80" w:type="dxa"/>
            </w:tcMar>
            <w:vAlign w:val="center"/>
          </w:tcPr>
          <w:p w:rsidR="00E157F8" w:rsidRPr="003C0B89" w:rsidRDefault="003C0B89">
            <w:pPr>
              <w:rPr>
                <w:sz w:val="28"/>
                <w:szCs w:val="28"/>
              </w:rPr>
            </w:pPr>
            <w:r w:rsidRPr="003C0B89">
              <w:rPr>
                <w:b/>
                <w:sz w:val="28"/>
                <w:szCs w:val="28"/>
              </w:rPr>
              <w:t>4. Vận dụng:</w:t>
            </w:r>
          </w:p>
          <w:p w:rsidR="00E157F8" w:rsidRPr="003C0B89" w:rsidRDefault="003C0B89">
            <w:pPr>
              <w:rPr>
                <w:sz w:val="28"/>
                <w:szCs w:val="28"/>
              </w:rPr>
            </w:pPr>
            <w:r w:rsidRPr="003C0B89">
              <w:rPr>
                <w:b/>
                <w:sz w:val="28"/>
                <w:szCs w:val="28"/>
              </w:rPr>
              <w:t>- Mục tiêu:</w:t>
            </w:r>
          </w:p>
          <w:p w:rsidR="00E157F8" w:rsidRPr="003C0B89" w:rsidRDefault="003C0B89">
            <w:pPr>
              <w:rPr>
                <w:sz w:val="28"/>
                <w:szCs w:val="28"/>
              </w:rPr>
            </w:pPr>
            <w:r w:rsidRPr="003C0B89">
              <w:rPr>
                <w:b/>
                <w:sz w:val="28"/>
                <w:szCs w:val="28"/>
              </w:rPr>
              <w:t>- Củng cố những kiến thức đã học trong tiết học để học sinh khắc sâu nội dung.</w:t>
            </w:r>
          </w:p>
          <w:p w:rsidR="00E157F8" w:rsidRPr="003C0B89" w:rsidRDefault="003C0B89">
            <w:pPr>
              <w:rPr>
                <w:sz w:val="28"/>
                <w:szCs w:val="28"/>
              </w:rPr>
            </w:pPr>
            <w:r w:rsidRPr="003C0B89">
              <w:rPr>
                <w:b/>
                <w:sz w:val="28"/>
                <w:szCs w:val="28"/>
              </w:rPr>
              <w:t>- Vận dụng kiến thức đã học vào thực tiễn.</w:t>
            </w:r>
          </w:p>
          <w:p w:rsidR="00E157F8" w:rsidRPr="003C0B89" w:rsidRDefault="003C0B89">
            <w:pPr>
              <w:rPr>
                <w:sz w:val="28"/>
                <w:szCs w:val="28"/>
              </w:rPr>
            </w:pPr>
            <w:r w:rsidRPr="003C0B89">
              <w:rPr>
                <w:b/>
                <w:sz w:val="28"/>
                <w:szCs w:val="28"/>
              </w:rPr>
              <w:t xml:space="preserve">- Tạo không khí vui vẻ, hào hứng, lưu luyến </w:t>
            </w:r>
            <w:r w:rsidRPr="003C0B89">
              <w:rPr>
                <w:b/>
                <w:sz w:val="28"/>
                <w:szCs w:val="28"/>
              </w:rPr>
              <w:t>sau khi học sinh bài học.</w:t>
            </w:r>
          </w:p>
          <w:p w:rsidR="00E157F8" w:rsidRPr="003C0B89" w:rsidRDefault="003C0B89">
            <w:pPr>
              <w:rPr>
                <w:sz w:val="28"/>
                <w:szCs w:val="28"/>
              </w:rPr>
            </w:pPr>
            <w:r w:rsidRPr="003C0B89">
              <w:rPr>
                <w:b/>
                <w:sz w:val="28"/>
                <w:szCs w:val="28"/>
              </w:rPr>
              <w:t>- Cách tiến hành:</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GV học sinh đọc mục em cần biết</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Học sinh đọc.</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Khi gặp một tác động bất ngờ cơ thể ta có phản ứng hay không?</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Cơ thể ta sẽ phản ứng.</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lastRenderedPageBreak/>
              <w:t>- Phản ứng của cơ thể khi bị tác động bất ngờ gọi là gì?</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xml:space="preserve">- Phản ứng </w:t>
            </w:r>
            <w:r w:rsidRPr="003C0B89">
              <w:rPr>
                <w:sz w:val="28"/>
                <w:szCs w:val="28"/>
              </w:rPr>
              <w:t>của cơ thể gọi là phản xạ.</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Cái gì điều khiển phản xạ của con người</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Tủy sống điều khiển phản xạ của con người.</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GV mời học sinh khác nhận xét.</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Các học sinh khác nhận xét.</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GV nhận xét chung, tuyên dương</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Lắng nghe, rút kinh nghiệm.</w:t>
            </w:r>
          </w:p>
        </w:tc>
      </w:tr>
      <w:tr w:rsidR="00E157F8" w:rsidRPr="003C0B89">
        <w:trPr>
          <w:jc w:val="center"/>
        </w:trPr>
        <w:tc>
          <w:tcPr>
            <w:tcW w:w="5613"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xml:space="preserve">- Nhận xét </w:t>
            </w:r>
            <w:r w:rsidRPr="003C0B89">
              <w:rPr>
                <w:sz w:val="28"/>
                <w:szCs w:val="28"/>
              </w:rPr>
              <w:t>bài học.</w:t>
            </w:r>
          </w:p>
          <w:p w:rsidR="00E157F8" w:rsidRPr="003C0B89" w:rsidRDefault="003C0B89">
            <w:pPr>
              <w:rPr>
                <w:sz w:val="28"/>
                <w:szCs w:val="28"/>
              </w:rPr>
            </w:pPr>
            <w:r w:rsidRPr="003C0B89">
              <w:rPr>
                <w:sz w:val="28"/>
                <w:szCs w:val="28"/>
              </w:rPr>
              <w:t>- Dặn dò về nhà.</w:t>
            </w:r>
          </w:p>
        </w:tc>
        <w:tc>
          <w:tcPr>
            <w:tcW w:w="4252" w:type="dxa"/>
            <w:tcMar>
              <w:top w:w="60" w:type="dxa"/>
              <w:left w:w="80" w:type="dxa"/>
              <w:bottom w:w="60" w:type="dxa"/>
              <w:right w:w="80" w:type="dxa"/>
            </w:tcMar>
            <w:vAlign w:val="center"/>
          </w:tcPr>
          <w:p w:rsidR="00E157F8" w:rsidRPr="003C0B89" w:rsidRDefault="003C0B89">
            <w:pPr>
              <w:rPr>
                <w:sz w:val="28"/>
                <w:szCs w:val="28"/>
              </w:rPr>
            </w:pPr>
            <w:r w:rsidRPr="003C0B89">
              <w:rPr>
                <w:sz w:val="28"/>
                <w:szCs w:val="28"/>
              </w:rPr>
              <w:t>- Học sinh lắng nghe.</w:t>
            </w:r>
          </w:p>
        </w:tc>
      </w:tr>
    </w:tbl>
    <w:p w:rsidR="00E157F8" w:rsidRPr="003C0B89" w:rsidRDefault="003C0B89">
      <w:pPr>
        <w:spacing w:after="0" w:line="240" w:lineRule="auto"/>
        <w:rPr>
          <w:sz w:val="28"/>
          <w:szCs w:val="28"/>
        </w:rPr>
      </w:pPr>
      <w:r w:rsidRPr="003C0B89">
        <w:rPr>
          <w:b/>
          <w:sz w:val="28"/>
          <w:szCs w:val="28"/>
        </w:rPr>
        <w:t>IV. ĐIỀU CHỈNH SAU BÀI DẠY:</w:t>
      </w:r>
    </w:p>
    <w:p w:rsidR="00E157F8" w:rsidRPr="003C0B89" w:rsidRDefault="003C0B89">
      <w:pPr>
        <w:spacing w:after="0" w:line="240" w:lineRule="auto"/>
        <w:rPr>
          <w:sz w:val="28"/>
          <w:szCs w:val="28"/>
        </w:rPr>
      </w:pPr>
      <w:r w:rsidRPr="003C0B89">
        <w:rPr>
          <w:sz w:val="28"/>
          <w:szCs w:val="28"/>
        </w:rPr>
        <w:t>.......................................................................................................................................</w:t>
      </w:r>
    </w:p>
    <w:p w:rsidR="00E157F8" w:rsidRPr="003C0B89" w:rsidRDefault="003C0B89">
      <w:pPr>
        <w:spacing w:after="0" w:line="240" w:lineRule="auto"/>
        <w:rPr>
          <w:sz w:val="28"/>
          <w:szCs w:val="28"/>
        </w:rPr>
      </w:pPr>
      <w:r w:rsidRPr="003C0B89">
        <w:rPr>
          <w:sz w:val="28"/>
          <w:szCs w:val="28"/>
        </w:rPr>
        <w:t>...........................................</w:t>
      </w:r>
      <w:r w:rsidRPr="003C0B89">
        <w:rPr>
          <w:sz w:val="28"/>
          <w:szCs w:val="28"/>
        </w:rPr>
        <w:t>............................................................................................</w:t>
      </w:r>
    </w:p>
    <w:p w:rsidR="00E157F8" w:rsidRDefault="003C0B89">
      <w:pPr>
        <w:spacing w:after="0" w:line="240" w:lineRule="auto"/>
        <w:rPr>
          <w:sz w:val="28"/>
          <w:szCs w:val="28"/>
        </w:rPr>
      </w:pPr>
      <w:r w:rsidRPr="003C0B89">
        <w:rPr>
          <w:sz w:val="28"/>
          <w:szCs w:val="28"/>
        </w:rPr>
        <w:t>.......................................................................................................................................</w:t>
      </w:r>
    </w:p>
    <w:p w:rsidR="003C0B89" w:rsidRPr="00C22E31" w:rsidRDefault="003C0B89" w:rsidP="003C0B89">
      <w:pPr>
        <w:spacing w:line="288" w:lineRule="auto"/>
        <w:ind w:left="720" w:hanging="720"/>
        <w:jc w:val="center"/>
        <w:rPr>
          <w:b/>
          <w:bCs/>
          <w:sz w:val="28"/>
          <w:szCs w:val="28"/>
          <w:u w:val="single"/>
          <w:lang w:val="nl-NL"/>
        </w:rPr>
      </w:pPr>
      <w:r w:rsidRPr="00C22E31">
        <w:rPr>
          <w:b/>
          <w:bCs/>
          <w:sz w:val="28"/>
          <w:szCs w:val="28"/>
          <w:u w:val="single"/>
          <w:lang w:val="nl-NL"/>
        </w:rPr>
        <w:t>TỰ NHIÊN VÀ XÃ HỘI</w:t>
      </w:r>
    </w:p>
    <w:p w:rsidR="003C0B89" w:rsidRPr="00C22E31" w:rsidRDefault="003C0B89" w:rsidP="003C0B89">
      <w:pPr>
        <w:spacing w:line="288" w:lineRule="auto"/>
        <w:ind w:left="720" w:hanging="720"/>
        <w:jc w:val="center"/>
        <w:rPr>
          <w:b/>
          <w:bCs/>
          <w:sz w:val="28"/>
          <w:szCs w:val="28"/>
          <w:u w:val="single"/>
          <w:lang w:val="nl-NL"/>
        </w:rPr>
      </w:pPr>
      <w:r w:rsidRPr="00C22E31">
        <w:rPr>
          <w:b/>
          <w:bCs/>
          <w:sz w:val="28"/>
          <w:szCs w:val="28"/>
          <w:u w:val="single"/>
          <w:lang w:val="nl-NL"/>
        </w:rPr>
        <w:t xml:space="preserve">CHỦ ĐỀ </w:t>
      </w:r>
      <w:r>
        <w:rPr>
          <w:b/>
          <w:bCs/>
          <w:sz w:val="28"/>
          <w:szCs w:val="28"/>
          <w:u w:val="single"/>
          <w:lang w:val="nl-NL"/>
        </w:rPr>
        <w:t>5</w:t>
      </w:r>
      <w:r w:rsidRPr="00C22E31">
        <w:rPr>
          <w:b/>
          <w:bCs/>
          <w:sz w:val="28"/>
          <w:szCs w:val="28"/>
          <w:lang w:val="nl-NL"/>
        </w:rPr>
        <w:t xml:space="preserve">: </w:t>
      </w:r>
      <w:r>
        <w:rPr>
          <w:b/>
          <w:bCs/>
          <w:sz w:val="28"/>
          <w:szCs w:val="28"/>
          <w:lang w:val="nl-NL"/>
        </w:rPr>
        <w:t>CON NGƯỜI VÀ SỨC KHỎE</w:t>
      </w:r>
    </w:p>
    <w:p w:rsidR="003C0B89" w:rsidRPr="00C22E31" w:rsidRDefault="003C0B89" w:rsidP="003C0B89">
      <w:pPr>
        <w:spacing w:line="288" w:lineRule="auto"/>
        <w:ind w:left="720" w:hanging="720"/>
        <w:jc w:val="center"/>
        <w:rPr>
          <w:b/>
          <w:bCs/>
          <w:sz w:val="28"/>
          <w:szCs w:val="28"/>
          <w:lang w:val="nl-NL"/>
        </w:rPr>
      </w:pPr>
      <w:r w:rsidRPr="00C22E31">
        <w:rPr>
          <w:b/>
          <w:bCs/>
          <w:sz w:val="28"/>
          <w:szCs w:val="28"/>
          <w:lang w:val="nl-NL"/>
        </w:rPr>
        <w:t xml:space="preserve">Bài </w:t>
      </w:r>
      <w:r>
        <w:rPr>
          <w:b/>
          <w:bCs/>
          <w:sz w:val="28"/>
          <w:szCs w:val="28"/>
          <w:lang w:val="nl-NL"/>
        </w:rPr>
        <w:t>22</w:t>
      </w:r>
      <w:r w:rsidRPr="00C22E31">
        <w:rPr>
          <w:b/>
          <w:bCs/>
          <w:sz w:val="28"/>
          <w:szCs w:val="28"/>
          <w:lang w:val="nl-NL"/>
        </w:rPr>
        <w:t xml:space="preserve">: </w:t>
      </w:r>
      <w:r>
        <w:rPr>
          <w:b/>
          <w:bCs/>
          <w:sz w:val="28"/>
          <w:szCs w:val="28"/>
          <w:lang w:val="nl-NL"/>
        </w:rPr>
        <w:t>CƠ QUAN THẦN KINH</w:t>
      </w:r>
      <w:r w:rsidRPr="00C22E31">
        <w:rPr>
          <w:b/>
          <w:bCs/>
          <w:sz w:val="28"/>
          <w:szCs w:val="28"/>
          <w:lang w:val="nl-NL"/>
        </w:rPr>
        <w:t>(T</w:t>
      </w:r>
      <w:r>
        <w:rPr>
          <w:b/>
          <w:bCs/>
          <w:sz w:val="28"/>
          <w:szCs w:val="28"/>
          <w:lang w:val="nl-NL"/>
        </w:rPr>
        <w:t>2</w:t>
      </w:r>
      <w:r w:rsidRPr="00C22E31">
        <w:rPr>
          <w:b/>
          <w:bCs/>
          <w:sz w:val="28"/>
          <w:szCs w:val="28"/>
          <w:lang w:val="nl-NL"/>
        </w:rPr>
        <w:t xml:space="preserve">) </w:t>
      </w:r>
    </w:p>
    <w:p w:rsidR="003C0B89" w:rsidRPr="00C22E31" w:rsidRDefault="003C0B89" w:rsidP="003C0B89">
      <w:pPr>
        <w:spacing w:line="288" w:lineRule="auto"/>
        <w:ind w:left="720" w:hanging="720"/>
        <w:jc w:val="center"/>
        <w:rPr>
          <w:b/>
          <w:bCs/>
          <w:sz w:val="28"/>
          <w:szCs w:val="28"/>
          <w:lang w:val="nl-NL"/>
        </w:rPr>
      </w:pPr>
    </w:p>
    <w:p w:rsidR="003C0B89" w:rsidRPr="00C22E31" w:rsidRDefault="003C0B89" w:rsidP="003C0B89">
      <w:pPr>
        <w:spacing w:line="288" w:lineRule="auto"/>
        <w:ind w:firstLine="360"/>
        <w:rPr>
          <w:b/>
          <w:bCs/>
          <w:sz w:val="28"/>
          <w:szCs w:val="28"/>
          <w:u w:val="single"/>
          <w:lang w:val="nl-NL"/>
        </w:rPr>
      </w:pPr>
      <w:r w:rsidRPr="00C22E31">
        <w:rPr>
          <w:b/>
          <w:bCs/>
          <w:sz w:val="28"/>
          <w:szCs w:val="28"/>
          <w:u w:val="single"/>
          <w:lang w:val="nl-NL"/>
        </w:rPr>
        <w:t>I. YÊU CẦU CẦN ĐẠT:</w:t>
      </w:r>
    </w:p>
    <w:p w:rsidR="003C0B89" w:rsidRPr="00C22E31" w:rsidRDefault="003C0B89" w:rsidP="003C0B89">
      <w:pPr>
        <w:spacing w:line="288" w:lineRule="auto"/>
        <w:ind w:firstLine="360"/>
        <w:jc w:val="both"/>
        <w:rPr>
          <w:b/>
          <w:sz w:val="28"/>
          <w:szCs w:val="28"/>
          <w:lang w:val="nl-NL"/>
        </w:rPr>
      </w:pPr>
      <w:r w:rsidRPr="00C22E31">
        <w:rPr>
          <w:b/>
          <w:sz w:val="28"/>
          <w:szCs w:val="28"/>
          <w:lang w:val="nl-NL"/>
        </w:rPr>
        <w:t>1. Năng lực đặc thù: Sau khi học, học sinh sẽ:</w:t>
      </w:r>
    </w:p>
    <w:p w:rsidR="003C0B89" w:rsidRDefault="003C0B89" w:rsidP="003C0B89">
      <w:pPr>
        <w:spacing w:line="288" w:lineRule="auto"/>
        <w:ind w:firstLine="360"/>
        <w:jc w:val="both"/>
        <w:rPr>
          <w:sz w:val="28"/>
          <w:szCs w:val="28"/>
          <w:lang w:val="nl-NL"/>
        </w:rPr>
      </w:pPr>
      <w:r w:rsidRPr="00C22E31">
        <w:rPr>
          <w:sz w:val="28"/>
          <w:szCs w:val="28"/>
          <w:lang w:val="nl-NL"/>
        </w:rPr>
        <w:t xml:space="preserve">- </w:t>
      </w:r>
      <w:r>
        <w:rPr>
          <w:sz w:val="28"/>
          <w:szCs w:val="28"/>
          <w:lang w:val="nl-NL"/>
        </w:rPr>
        <w:t>Nhận biết và trình bày được chức năng các bộ phận của các cơ quan thần kinh ở mức độ đơn giản qua hoạt động sống hàng ngày của bản thân (phát hiện phản ứng của cơ thể khi rụt tay lại khi sờ tay vào vật nóng, thya đổi cảm xúc, ...)</w:t>
      </w:r>
    </w:p>
    <w:p w:rsidR="003C0B89" w:rsidRDefault="003C0B89" w:rsidP="003C0B89">
      <w:pPr>
        <w:spacing w:line="288" w:lineRule="auto"/>
        <w:ind w:firstLine="360"/>
        <w:jc w:val="both"/>
        <w:rPr>
          <w:sz w:val="28"/>
          <w:szCs w:val="28"/>
          <w:lang w:val="nl-NL"/>
        </w:rPr>
      </w:pPr>
      <w:r>
        <w:rPr>
          <w:sz w:val="28"/>
          <w:szCs w:val="28"/>
          <w:lang w:val="nl-NL"/>
        </w:rPr>
        <w:t>-</w:t>
      </w:r>
      <w:r w:rsidRPr="003D2DF4">
        <w:rPr>
          <w:sz w:val="28"/>
          <w:szCs w:val="28"/>
          <w:lang w:val="nl-NL"/>
        </w:rPr>
        <w:t xml:space="preserve"> </w:t>
      </w:r>
      <w:r>
        <w:rPr>
          <w:sz w:val="28"/>
          <w:szCs w:val="28"/>
          <w:lang w:val="nl-NL"/>
        </w:rPr>
        <w:t>Nêu được chức năng của não.</w:t>
      </w:r>
    </w:p>
    <w:p w:rsidR="003C0B89" w:rsidRPr="00C22E31" w:rsidRDefault="003C0B89" w:rsidP="003C0B89">
      <w:pPr>
        <w:spacing w:line="288" w:lineRule="auto"/>
        <w:ind w:firstLine="360"/>
        <w:jc w:val="both"/>
        <w:rPr>
          <w:sz w:val="28"/>
          <w:szCs w:val="28"/>
          <w:lang w:val="nl-NL"/>
        </w:rPr>
      </w:pPr>
      <w:r>
        <w:rPr>
          <w:sz w:val="28"/>
          <w:szCs w:val="28"/>
          <w:lang w:val="nl-NL"/>
        </w:rPr>
        <w:t>-Biết trao đổi chia sẻ kiến thức với bạn.</w:t>
      </w:r>
    </w:p>
    <w:p w:rsidR="003C0B89" w:rsidRPr="00EB3FA3" w:rsidRDefault="003C0B89" w:rsidP="003C0B89">
      <w:pPr>
        <w:spacing w:before="120" w:line="288" w:lineRule="auto"/>
        <w:ind w:firstLine="360"/>
        <w:jc w:val="both"/>
        <w:rPr>
          <w:b/>
          <w:sz w:val="28"/>
          <w:szCs w:val="28"/>
          <w:lang w:val="nl-NL"/>
        </w:rPr>
      </w:pPr>
      <w:r w:rsidRPr="00EB3FA3">
        <w:rPr>
          <w:b/>
          <w:sz w:val="28"/>
          <w:szCs w:val="28"/>
          <w:lang w:val="nl-NL"/>
        </w:rPr>
        <w:t>2. Năng lực chung.</w:t>
      </w:r>
    </w:p>
    <w:p w:rsidR="003C0B89" w:rsidRPr="00EB3FA3" w:rsidRDefault="003C0B89" w:rsidP="003C0B89">
      <w:pPr>
        <w:spacing w:line="288" w:lineRule="auto"/>
        <w:ind w:firstLine="360"/>
        <w:jc w:val="both"/>
        <w:rPr>
          <w:sz w:val="28"/>
          <w:szCs w:val="28"/>
          <w:lang w:val="nl-NL"/>
        </w:rPr>
      </w:pPr>
      <w:r w:rsidRPr="00EB3FA3">
        <w:rPr>
          <w:sz w:val="28"/>
          <w:szCs w:val="28"/>
          <w:lang w:val="nl-NL"/>
        </w:rPr>
        <w:t>- Năng lực tự chủ, tự học: Có biểu hiện chú ý học tập, tự giác tìm hiểu bài để hoàn thành tốt nội dung tiết học.</w:t>
      </w:r>
    </w:p>
    <w:p w:rsidR="003C0B89" w:rsidRPr="00EB3FA3" w:rsidRDefault="003C0B89" w:rsidP="003C0B89">
      <w:pPr>
        <w:spacing w:line="288" w:lineRule="auto"/>
        <w:ind w:firstLine="360"/>
        <w:jc w:val="both"/>
        <w:rPr>
          <w:sz w:val="28"/>
          <w:szCs w:val="28"/>
          <w:lang w:val="nl-NL"/>
        </w:rPr>
      </w:pPr>
      <w:r w:rsidRPr="00EB3FA3">
        <w:rPr>
          <w:sz w:val="28"/>
          <w:szCs w:val="28"/>
          <w:lang w:val="nl-NL"/>
        </w:rPr>
        <w:t>- Năng lực giải quyết vấn đề và sáng tạo: Có biểu hiện tích cực, sáng tạo trong các hoạt động học tập, trò chơi, vận dụng.</w:t>
      </w:r>
    </w:p>
    <w:p w:rsidR="003C0B89" w:rsidRPr="00EB3FA3" w:rsidRDefault="003C0B89" w:rsidP="003C0B89">
      <w:pPr>
        <w:spacing w:line="288" w:lineRule="auto"/>
        <w:ind w:firstLine="360"/>
        <w:jc w:val="both"/>
        <w:rPr>
          <w:sz w:val="28"/>
          <w:szCs w:val="28"/>
          <w:lang w:val="nl-NL"/>
        </w:rPr>
      </w:pPr>
      <w:r w:rsidRPr="00EB3FA3">
        <w:rPr>
          <w:sz w:val="28"/>
          <w:szCs w:val="28"/>
          <w:lang w:val="nl-NL"/>
        </w:rPr>
        <w:t>- Năng lực giao tiếp và hợp tác: Có biểu hiện tích cực, sôi nổi và nhiệt tình trong hoạt động nhóm. Có khả năng trình bày, thuyết trình… trong các hoạt động học tập.</w:t>
      </w:r>
    </w:p>
    <w:p w:rsidR="003C0B89" w:rsidRPr="00EB3FA3" w:rsidRDefault="003C0B89" w:rsidP="003C0B89">
      <w:pPr>
        <w:spacing w:before="120" w:line="288" w:lineRule="auto"/>
        <w:ind w:firstLine="360"/>
        <w:jc w:val="both"/>
        <w:rPr>
          <w:b/>
          <w:sz w:val="28"/>
          <w:szCs w:val="28"/>
          <w:lang w:val="nl-NL"/>
        </w:rPr>
      </w:pPr>
      <w:r w:rsidRPr="00EB3FA3">
        <w:rPr>
          <w:b/>
          <w:sz w:val="28"/>
          <w:szCs w:val="28"/>
          <w:lang w:val="nl-NL"/>
        </w:rPr>
        <w:t>3. Phẩm chất.</w:t>
      </w:r>
    </w:p>
    <w:p w:rsidR="003C0B89" w:rsidRPr="00EB3FA3" w:rsidRDefault="003C0B89" w:rsidP="003C0B89">
      <w:pPr>
        <w:spacing w:line="288" w:lineRule="auto"/>
        <w:ind w:firstLine="360"/>
        <w:jc w:val="both"/>
        <w:rPr>
          <w:sz w:val="28"/>
          <w:szCs w:val="28"/>
          <w:lang w:val="nl-NL"/>
        </w:rPr>
      </w:pPr>
      <w:r w:rsidRPr="00EB3FA3">
        <w:rPr>
          <w:sz w:val="28"/>
          <w:szCs w:val="28"/>
          <w:lang w:val="nl-NL"/>
        </w:rPr>
        <w:lastRenderedPageBreak/>
        <w:t>- Phẩm chất nhân ái: Có biểu hiện yêu quý những người trong gia đình, họ hàng, biết nhớ về những ngày lễ trọng đại của gia đình.</w:t>
      </w:r>
    </w:p>
    <w:p w:rsidR="003C0B89" w:rsidRPr="00EB3FA3" w:rsidRDefault="003C0B89" w:rsidP="003C0B89">
      <w:pPr>
        <w:spacing w:line="288" w:lineRule="auto"/>
        <w:ind w:firstLine="360"/>
        <w:jc w:val="both"/>
        <w:rPr>
          <w:sz w:val="28"/>
          <w:szCs w:val="28"/>
          <w:lang w:val="nl-NL"/>
        </w:rPr>
      </w:pPr>
      <w:r w:rsidRPr="00EB3FA3">
        <w:rPr>
          <w:sz w:val="28"/>
          <w:szCs w:val="28"/>
          <w:lang w:val="nl-NL"/>
        </w:rPr>
        <w:t>- Phẩm chất chăm chỉ: Có tinh thần chăm chỉ học tập, luôn tự giác tìm hiểu bài.</w:t>
      </w:r>
    </w:p>
    <w:p w:rsidR="003C0B89" w:rsidRPr="00EB3FA3" w:rsidRDefault="003C0B89" w:rsidP="003C0B89">
      <w:pPr>
        <w:spacing w:line="288" w:lineRule="auto"/>
        <w:ind w:firstLine="360"/>
        <w:jc w:val="both"/>
        <w:rPr>
          <w:sz w:val="28"/>
          <w:szCs w:val="28"/>
          <w:lang w:val="nl-NL"/>
        </w:rPr>
      </w:pPr>
      <w:r w:rsidRPr="00EB3FA3">
        <w:rPr>
          <w:sz w:val="28"/>
          <w:szCs w:val="28"/>
          <w:lang w:val="nl-NL"/>
        </w:rPr>
        <w:t>- Phẩm chất trách nhiệm: Giữ trật tự, biết lắng nghe, học tập nghiêm túc. Có trách nhiệm với tập thể khi tham gia hoạt động nhóm.</w:t>
      </w:r>
    </w:p>
    <w:p w:rsidR="003C0B89" w:rsidRPr="00EB3FA3" w:rsidRDefault="003C0B89" w:rsidP="003C0B89">
      <w:pPr>
        <w:spacing w:before="120" w:line="288" w:lineRule="auto"/>
        <w:ind w:firstLine="360"/>
        <w:jc w:val="both"/>
        <w:rPr>
          <w:b/>
          <w:sz w:val="28"/>
          <w:szCs w:val="28"/>
          <w:lang w:val="nl-NL"/>
        </w:rPr>
      </w:pPr>
      <w:r w:rsidRPr="00EB3FA3">
        <w:rPr>
          <w:b/>
          <w:sz w:val="28"/>
          <w:szCs w:val="28"/>
          <w:lang w:val="nl-NL"/>
        </w:rPr>
        <w:t xml:space="preserve">II. ĐỒ DÙNG DẠY HỌC </w:t>
      </w:r>
    </w:p>
    <w:p w:rsidR="003C0B89" w:rsidRPr="00EB3FA3" w:rsidRDefault="003C0B89" w:rsidP="003C0B89">
      <w:pPr>
        <w:spacing w:line="288" w:lineRule="auto"/>
        <w:ind w:firstLine="360"/>
        <w:jc w:val="both"/>
        <w:rPr>
          <w:sz w:val="28"/>
          <w:szCs w:val="28"/>
          <w:lang w:val="nl-NL"/>
        </w:rPr>
      </w:pPr>
      <w:r w:rsidRPr="00EB3FA3">
        <w:rPr>
          <w:sz w:val="28"/>
          <w:szCs w:val="28"/>
          <w:lang w:val="nl-NL"/>
        </w:rPr>
        <w:t>- Kế hoạch bài dạy, bài giảng Power point.</w:t>
      </w:r>
    </w:p>
    <w:p w:rsidR="003C0B89" w:rsidRPr="00EB3FA3" w:rsidRDefault="003C0B89" w:rsidP="003C0B89">
      <w:pPr>
        <w:spacing w:line="288" w:lineRule="auto"/>
        <w:ind w:firstLine="360"/>
        <w:jc w:val="both"/>
        <w:rPr>
          <w:sz w:val="28"/>
          <w:szCs w:val="28"/>
          <w:lang w:val="nl-NL"/>
        </w:rPr>
      </w:pPr>
      <w:r w:rsidRPr="00EB3FA3">
        <w:rPr>
          <w:sz w:val="28"/>
          <w:szCs w:val="28"/>
          <w:lang w:val="nl-NL"/>
        </w:rPr>
        <w:t>- SGK và các thiết bị, học liệu phụ vụ cho tiết dạy.</w:t>
      </w:r>
    </w:p>
    <w:p w:rsidR="003C0B89" w:rsidRPr="00C22E31" w:rsidRDefault="003C0B89" w:rsidP="003C0B89">
      <w:pPr>
        <w:spacing w:line="288" w:lineRule="auto"/>
        <w:ind w:firstLine="360"/>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C0B89" w:rsidRPr="00EB3FA3" w:rsidTr="0077618C">
        <w:tc>
          <w:tcPr>
            <w:tcW w:w="5862" w:type="dxa"/>
            <w:tcBorders>
              <w:bottom w:val="dashed" w:sz="4" w:space="0" w:color="auto"/>
            </w:tcBorders>
          </w:tcPr>
          <w:p w:rsidR="003C0B89" w:rsidRPr="00C22E31" w:rsidRDefault="003C0B89" w:rsidP="0077618C">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3C0B89" w:rsidRPr="00C22E31" w:rsidRDefault="003C0B89" w:rsidP="0077618C">
            <w:pPr>
              <w:spacing w:line="288" w:lineRule="auto"/>
              <w:jc w:val="center"/>
              <w:rPr>
                <w:b/>
                <w:sz w:val="28"/>
                <w:szCs w:val="28"/>
                <w:lang w:val="nl-NL"/>
              </w:rPr>
            </w:pPr>
            <w:r w:rsidRPr="00C22E31">
              <w:rPr>
                <w:b/>
                <w:sz w:val="28"/>
                <w:szCs w:val="28"/>
                <w:lang w:val="nl-NL"/>
              </w:rPr>
              <w:t>Hoạt động của học sinh</w:t>
            </w:r>
          </w:p>
        </w:tc>
      </w:tr>
      <w:tr w:rsidR="003C0B89" w:rsidRPr="00C22E31" w:rsidTr="0077618C">
        <w:tc>
          <w:tcPr>
            <w:tcW w:w="9738" w:type="dxa"/>
            <w:gridSpan w:val="2"/>
            <w:tcBorders>
              <w:bottom w:val="dashed" w:sz="4" w:space="0" w:color="auto"/>
            </w:tcBorders>
          </w:tcPr>
          <w:p w:rsidR="003C0B89" w:rsidRPr="00C22E31" w:rsidRDefault="003C0B89" w:rsidP="0077618C">
            <w:pPr>
              <w:spacing w:line="288" w:lineRule="auto"/>
              <w:jc w:val="both"/>
              <w:rPr>
                <w:bCs/>
                <w:i/>
                <w:sz w:val="28"/>
                <w:szCs w:val="28"/>
                <w:lang w:val="nl-NL"/>
              </w:rPr>
            </w:pPr>
            <w:r w:rsidRPr="00C22E31">
              <w:rPr>
                <w:b/>
                <w:bCs/>
                <w:sz w:val="28"/>
                <w:szCs w:val="28"/>
                <w:lang w:val="nl-NL"/>
              </w:rPr>
              <w:t>1. Khởi động:</w:t>
            </w:r>
          </w:p>
          <w:p w:rsidR="003C0B89" w:rsidRDefault="003C0B89" w:rsidP="0077618C">
            <w:pPr>
              <w:spacing w:line="288" w:lineRule="auto"/>
              <w:jc w:val="both"/>
              <w:rPr>
                <w:sz w:val="28"/>
                <w:szCs w:val="28"/>
                <w:lang w:val="nl-NL"/>
              </w:rPr>
            </w:pPr>
            <w:r w:rsidRPr="00C22E31">
              <w:rPr>
                <w:sz w:val="28"/>
                <w:szCs w:val="28"/>
                <w:lang w:val="nl-NL"/>
              </w:rPr>
              <w:t xml:space="preserve">- Mục tiêu: </w:t>
            </w:r>
          </w:p>
          <w:p w:rsidR="003C0B89" w:rsidRPr="00C22E31" w:rsidRDefault="003C0B89" w:rsidP="0077618C">
            <w:pPr>
              <w:spacing w:line="288" w:lineRule="auto"/>
              <w:jc w:val="both"/>
              <w:rPr>
                <w:sz w:val="28"/>
                <w:szCs w:val="28"/>
                <w:lang w:val="nl-NL"/>
              </w:rPr>
            </w:pPr>
            <w:r w:rsidRPr="00C22E31">
              <w:rPr>
                <w:sz w:val="28"/>
                <w:szCs w:val="28"/>
                <w:lang w:val="nl-NL"/>
              </w:rPr>
              <w:t>+ Tạo không khí vui vẻ, khấn khởi trước giờ học.</w:t>
            </w:r>
          </w:p>
          <w:p w:rsidR="003C0B89" w:rsidRPr="00C22E31" w:rsidRDefault="003C0B89" w:rsidP="0077618C">
            <w:pPr>
              <w:spacing w:line="288" w:lineRule="auto"/>
              <w:jc w:val="both"/>
              <w:rPr>
                <w:sz w:val="28"/>
                <w:szCs w:val="28"/>
                <w:lang w:val="nl-NL"/>
              </w:rPr>
            </w:pPr>
            <w:r w:rsidRPr="00C22E31">
              <w:rPr>
                <w:sz w:val="28"/>
                <w:szCs w:val="28"/>
                <w:lang w:val="nl-NL"/>
              </w:rPr>
              <w:t>+ Kiểm tra kiến thức đã học của học sinh ở bài trước.</w:t>
            </w:r>
          </w:p>
          <w:p w:rsidR="003C0B89" w:rsidRPr="00C22E31" w:rsidRDefault="003C0B89" w:rsidP="0077618C">
            <w:pPr>
              <w:spacing w:line="288" w:lineRule="auto"/>
              <w:jc w:val="both"/>
              <w:rPr>
                <w:sz w:val="28"/>
                <w:szCs w:val="28"/>
                <w:lang w:val="nl-NL"/>
              </w:rPr>
            </w:pPr>
            <w:r w:rsidRPr="00C22E31">
              <w:rPr>
                <w:sz w:val="28"/>
                <w:szCs w:val="28"/>
                <w:lang w:val="nl-NL"/>
              </w:rPr>
              <w:t>- Cách tiến hành:</w:t>
            </w:r>
          </w:p>
        </w:tc>
      </w:tr>
      <w:tr w:rsidR="003C0B89" w:rsidRPr="00C22E31" w:rsidTr="0077618C">
        <w:tc>
          <w:tcPr>
            <w:tcW w:w="5862" w:type="dxa"/>
            <w:tcBorders>
              <w:bottom w:val="dashed" w:sz="4" w:space="0" w:color="auto"/>
            </w:tcBorders>
          </w:tcPr>
          <w:p w:rsidR="003C0B89" w:rsidRDefault="003C0B89" w:rsidP="0077618C">
            <w:pPr>
              <w:spacing w:line="288" w:lineRule="auto"/>
              <w:jc w:val="both"/>
              <w:outlineLvl w:val="0"/>
              <w:rPr>
                <w:bCs/>
                <w:sz w:val="28"/>
                <w:szCs w:val="28"/>
                <w:lang w:val="nl-NL"/>
              </w:rPr>
            </w:pPr>
            <w:r w:rsidRPr="00C22E31">
              <w:rPr>
                <w:bCs/>
                <w:sz w:val="28"/>
                <w:szCs w:val="28"/>
                <w:lang w:val="nl-NL"/>
              </w:rPr>
              <w:t xml:space="preserve">- GV </w:t>
            </w:r>
            <w:r>
              <w:rPr>
                <w:bCs/>
                <w:sz w:val="28"/>
                <w:szCs w:val="28"/>
                <w:lang w:val="nl-NL"/>
              </w:rPr>
              <w:t>tổ chức trò chơi: “Ai nhanh, ai đúng”</w:t>
            </w:r>
            <w:r w:rsidRPr="00C22E31">
              <w:rPr>
                <w:bCs/>
                <w:sz w:val="28"/>
                <w:szCs w:val="28"/>
                <w:lang w:val="nl-NL"/>
              </w:rPr>
              <w:t xml:space="preserve"> </w:t>
            </w:r>
          </w:p>
          <w:p w:rsidR="003C0B89" w:rsidRPr="00C22E31" w:rsidRDefault="003C0B89" w:rsidP="0077618C">
            <w:pPr>
              <w:spacing w:line="288" w:lineRule="auto"/>
              <w:jc w:val="both"/>
              <w:outlineLvl w:val="0"/>
              <w:rPr>
                <w:bCs/>
                <w:sz w:val="28"/>
                <w:szCs w:val="28"/>
                <w:lang w:val="nl-NL"/>
              </w:rPr>
            </w:pPr>
            <w:r w:rsidRPr="00C22E31">
              <w:rPr>
                <w:bCs/>
                <w:sz w:val="28"/>
                <w:szCs w:val="28"/>
                <w:lang w:val="nl-NL"/>
              </w:rPr>
              <w:t xml:space="preserve">+ </w:t>
            </w:r>
            <w:r>
              <w:rPr>
                <w:bCs/>
                <w:sz w:val="28"/>
                <w:szCs w:val="28"/>
                <w:lang w:val="nl-NL"/>
              </w:rPr>
              <w:t>Kể tên các bộ phận của cơ quan thần kinh</w:t>
            </w:r>
            <w:r w:rsidRPr="00C22E31">
              <w:rPr>
                <w:bCs/>
                <w:sz w:val="28"/>
                <w:szCs w:val="28"/>
                <w:lang w:val="nl-NL"/>
              </w:rPr>
              <w:t>?</w:t>
            </w:r>
          </w:p>
          <w:p w:rsidR="003C0B89" w:rsidRPr="00C22E31" w:rsidRDefault="003C0B89" w:rsidP="0077618C">
            <w:pPr>
              <w:spacing w:line="288" w:lineRule="auto"/>
              <w:jc w:val="both"/>
              <w:outlineLvl w:val="0"/>
              <w:rPr>
                <w:bCs/>
                <w:sz w:val="28"/>
                <w:szCs w:val="28"/>
                <w:lang w:val="nl-NL"/>
              </w:rPr>
            </w:pPr>
            <w:r w:rsidRPr="00C22E31">
              <w:rPr>
                <w:bCs/>
                <w:sz w:val="28"/>
                <w:szCs w:val="28"/>
                <w:lang w:val="nl-NL"/>
              </w:rPr>
              <w:t xml:space="preserve">+ </w:t>
            </w:r>
            <w:r>
              <w:rPr>
                <w:bCs/>
                <w:sz w:val="28"/>
                <w:szCs w:val="28"/>
                <w:lang w:val="nl-NL"/>
              </w:rPr>
              <w:t>Não và tủy sống nằm ở đâu trong cơ thể</w:t>
            </w:r>
            <w:r w:rsidRPr="00C22E31">
              <w:rPr>
                <w:bCs/>
                <w:sz w:val="28"/>
                <w:szCs w:val="28"/>
                <w:lang w:val="nl-NL"/>
              </w:rPr>
              <w:t>?</w:t>
            </w:r>
          </w:p>
          <w:p w:rsidR="003C0B89" w:rsidRPr="00C22E31" w:rsidRDefault="003C0B89" w:rsidP="0077618C">
            <w:pPr>
              <w:spacing w:line="288" w:lineRule="auto"/>
              <w:jc w:val="both"/>
              <w:outlineLvl w:val="0"/>
              <w:rPr>
                <w:bCs/>
                <w:sz w:val="28"/>
                <w:szCs w:val="28"/>
                <w:lang w:val="nl-NL"/>
              </w:rPr>
            </w:pPr>
            <w:r w:rsidRPr="00C22E31">
              <w:rPr>
                <w:bCs/>
                <w:sz w:val="28"/>
                <w:szCs w:val="28"/>
                <w:lang w:val="nl-NL"/>
              </w:rPr>
              <w:t>- GV Nhận xét, tuyên dương.</w:t>
            </w:r>
          </w:p>
          <w:p w:rsidR="003C0B89" w:rsidRPr="00C22E31" w:rsidRDefault="003C0B89" w:rsidP="0077618C">
            <w:pPr>
              <w:spacing w:line="288" w:lineRule="auto"/>
              <w:jc w:val="both"/>
              <w:outlineLvl w:val="0"/>
              <w:rPr>
                <w:bCs/>
                <w:sz w:val="28"/>
                <w:szCs w:val="28"/>
                <w:lang w:val="nl-NL"/>
              </w:rPr>
            </w:pPr>
            <w:r w:rsidRPr="00C22E31">
              <w:rPr>
                <w:bCs/>
                <w:sz w:val="28"/>
                <w:szCs w:val="28"/>
                <w:lang w:val="nl-NL"/>
              </w:rPr>
              <w:t>- GV dẫn dắt vào bài mới</w:t>
            </w:r>
            <w:r>
              <w:rPr>
                <w:bCs/>
                <w:sz w:val="28"/>
                <w:szCs w:val="28"/>
                <w:lang w:val="nl-NL"/>
              </w:rPr>
              <w:t>.</w:t>
            </w:r>
          </w:p>
        </w:tc>
        <w:tc>
          <w:tcPr>
            <w:tcW w:w="3876" w:type="dxa"/>
            <w:tcBorders>
              <w:bottom w:val="dashed" w:sz="4" w:space="0" w:color="auto"/>
            </w:tcBorders>
          </w:tcPr>
          <w:p w:rsidR="003C0B89" w:rsidRPr="00C22E31" w:rsidRDefault="003C0B89" w:rsidP="0077618C">
            <w:pPr>
              <w:spacing w:line="288" w:lineRule="auto"/>
              <w:jc w:val="both"/>
              <w:rPr>
                <w:sz w:val="28"/>
                <w:szCs w:val="28"/>
                <w:lang w:val="nl-NL"/>
              </w:rPr>
            </w:pPr>
            <w:r w:rsidRPr="00C22E31">
              <w:rPr>
                <w:sz w:val="28"/>
                <w:szCs w:val="28"/>
                <w:lang w:val="nl-NL"/>
              </w:rPr>
              <w:t xml:space="preserve">- HS </w:t>
            </w:r>
            <w:r>
              <w:rPr>
                <w:sz w:val="28"/>
                <w:szCs w:val="28"/>
                <w:lang w:val="nl-NL"/>
              </w:rPr>
              <w:t>tham gia trò chơi</w:t>
            </w:r>
          </w:p>
          <w:p w:rsidR="003C0B89" w:rsidRDefault="003C0B89" w:rsidP="0077618C">
            <w:pPr>
              <w:spacing w:line="288" w:lineRule="auto"/>
              <w:jc w:val="both"/>
              <w:outlineLvl w:val="0"/>
              <w:rPr>
                <w:sz w:val="28"/>
                <w:szCs w:val="28"/>
                <w:lang w:val="nl-NL"/>
              </w:rPr>
            </w:pPr>
            <w:r>
              <w:rPr>
                <w:sz w:val="28"/>
                <w:szCs w:val="28"/>
                <w:lang w:val="nl-NL"/>
              </w:rPr>
              <w:t>- HS thi t</w:t>
            </w:r>
            <w:r w:rsidRPr="00C22E31">
              <w:rPr>
                <w:sz w:val="28"/>
                <w:szCs w:val="28"/>
                <w:lang w:val="nl-NL"/>
              </w:rPr>
              <w:t xml:space="preserve">rả lời: </w:t>
            </w: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r>
              <w:rPr>
                <w:sz w:val="28"/>
                <w:szCs w:val="28"/>
                <w:lang w:val="nl-NL"/>
              </w:rPr>
              <w:t>-Lắng nghe.</w:t>
            </w:r>
          </w:p>
          <w:p w:rsidR="003C0B89" w:rsidRPr="00EB0420" w:rsidRDefault="003C0B89" w:rsidP="0077618C">
            <w:pPr>
              <w:spacing w:line="288" w:lineRule="auto"/>
              <w:jc w:val="both"/>
              <w:rPr>
                <w:sz w:val="28"/>
                <w:szCs w:val="28"/>
                <w:lang w:val="nl-NL"/>
              </w:rPr>
            </w:pPr>
            <w:r>
              <w:rPr>
                <w:sz w:val="28"/>
                <w:szCs w:val="28"/>
                <w:lang w:val="nl-NL"/>
              </w:rPr>
              <w:t>-Lắng nghe.</w:t>
            </w:r>
          </w:p>
        </w:tc>
      </w:tr>
      <w:tr w:rsidR="003C0B89" w:rsidRPr="00C22E31" w:rsidTr="0077618C">
        <w:tc>
          <w:tcPr>
            <w:tcW w:w="9738" w:type="dxa"/>
            <w:gridSpan w:val="2"/>
            <w:tcBorders>
              <w:top w:val="dashed" w:sz="4" w:space="0" w:color="auto"/>
              <w:bottom w:val="dashed" w:sz="4" w:space="0" w:color="auto"/>
            </w:tcBorders>
          </w:tcPr>
          <w:p w:rsidR="003C0B89" w:rsidRPr="00C22E31" w:rsidRDefault="003C0B89" w:rsidP="0077618C">
            <w:pPr>
              <w:spacing w:line="288" w:lineRule="auto"/>
              <w:jc w:val="both"/>
              <w:rPr>
                <w:b/>
                <w:bCs/>
                <w:iCs/>
                <w:sz w:val="28"/>
                <w:szCs w:val="28"/>
                <w:lang w:val="nl-NL"/>
              </w:rPr>
            </w:pPr>
            <w:r w:rsidRPr="00C22E31">
              <w:rPr>
                <w:b/>
                <w:bCs/>
                <w:iCs/>
                <w:sz w:val="28"/>
                <w:szCs w:val="28"/>
                <w:lang w:val="nl-NL"/>
              </w:rPr>
              <w:t xml:space="preserve">2. </w:t>
            </w:r>
            <w:r>
              <w:rPr>
                <w:b/>
                <w:bCs/>
                <w:iCs/>
                <w:sz w:val="28"/>
                <w:szCs w:val="28"/>
                <w:lang w:val="nl-NL"/>
              </w:rPr>
              <w:t>Khám phá</w:t>
            </w:r>
            <w:r w:rsidRPr="00C22E31">
              <w:rPr>
                <w:bCs/>
                <w:i/>
                <w:iCs/>
                <w:sz w:val="28"/>
                <w:szCs w:val="28"/>
                <w:lang w:val="nl-NL"/>
              </w:rPr>
              <w:t>:</w:t>
            </w:r>
          </w:p>
          <w:p w:rsidR="003C0B89" w:rsidRPr="00C22E31" w:rsidRDefault="003C0B89" w:rsidP="0077618C">
            <w:pPr>
              <w:spacing w:line="288"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3C0B89" w:rsidRDefault="003C0B89" w:rsidP="0077618C">
            <w:pPr>
              <w:spacing w:line="288" w:lineRule="auto"/>
              <w:ind w:firstLine="360"/>
              <w:jc w:val="both"/>
              <w:rPr>
                <w:sz w:val="28"/>
                <w:szCs w:val="28"/>
                <w:lang w:val="nl-NL"/>
              </w:rPr>
            </w:pPr>
            <w:r>
              <w:rPr>
                <w:sz w:val="28"/>
                <w:szCs w:val="28"/>
                <w:lang w:val="nl-NL"/>
              </w:rPr>
              <w:t>+</w:t>
            </w:r>
            <w:r w:rsidRPr="00C22E31">
              <w:rPr>
                <w:sz w:val="28"/>
                <w:szCs w:val="28"/>
                <w:lang w:val="nl-NL"/>
              </w:rPr>
              <w:t xml:space="preserve"> </w:t>
            </w:r>
            <w:r>
              <w:rPr>
                <w:sz w:val="28"/>
                <w:szCs w:val="28"/>
                <w:lang w:val="nl-NL"/>
              </w:rPr>
              <w:t>Nhận biết và trình bày được chức năng các bộ phận của các cơ quan thần kinh ở mức độ đơn giản qua hoạt động sống hàng ngày của bản thân (phát hiện phản ứng của cơ thể khi rụt tay lại khi sờ tay vào vật nóng, thay đổi cảm xúc, ...)</w:t>
            </w:r>
          </w:p>
          <w:p w:rsidR="003C0B89" w:rsidRPr="00C22E31" w:rsidRDefault="003C0B89" w:rsidP="0077618C">
            <w:pPr>
              <w:spacing w:line="288" w:lineRule="auto"/>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3C0B89" w:rsidRPr="00EB3FA3" w:rsidTr="0077618C">
        <w:tc>
          <w:tcPr>
            <w:tcW w:w="5862" w:type="dxa"/>
            <w:tcBorders>
              <w:top w:val="dashed" w:sz="4" w:space="0" w:color="auto"/>
              <w:bottom w:val="dashed" w:sz="4" w:space="0" w:color="auto"/>
            </w:tcBorders>
          </w:tcPr>
          <w:p w:rsidR="003C0B89" w:rsidRPr="00C22E31" w:rsidRDefault="003C0B89" w:rsidP="0077618C">
            <w:pPr>
              <w:spacing w:line="288" w:lineRule="auto"/>
              <w:jc w:val="both"/>
              <w:rPr>
                <w:b/>
                <w:sz w:val="28"/>
                <w:szCs w:val="28"/>
                <w:lang w:val="nl-NL"/>
              </w:rPr>
            </w:pPr>
            <w:r w:rsidRPr="00C22E31">
              <w:rPr>
                <w:b/>
                <w:sz w:val="28"/>
                <w:szCs w:val="28"/>
                <w:lang w:val="nl-NL"/>
              </w:rPr>
              <w:lastRenderedPageBreak/>
              <w:t xml:space="preserve">Hoạt động 1. </w:t>
            </w:r>
            <w:r>
              <w:rPr>
                <w:b/>
                <w:sz w:val="28"/>
                <w:szCs w:val="28"/>
                <w:lang w:val="nl-NL"/>
              </w:rPr>
              <w:t xml:space="preserve">Chỉ và nói tên các bộ phận của cơ quan thần kinh trên hình </w:t>
            </w:r>
            <w:r w:rsidRPr="00C22E31">
              <w:rPr>
                <w:b/>
                <w:sz w:val="28"/>
                <w:szCs w:val="28"/>
                <w:lang w:val="nl-NL"/>
              </w:rPr>
              <w:t>. (</w:t>
            </w:r>
            <w:r>
              <w:rPr>
                <w:b/>
                <w:sz w:val="28"/>
                <w:szCs w:val="28"/>
                <w:lang w:val="nl-NL"/>
              </w:rPr>
              <w:t>L</w:t>
            </w:r>
            <w:r w:rsidRPr="00C22E31">
              <w:rPr>
                <w:b/>
                <w:sz w:val="28"/>
                <w:szCs w:val="28"/>
                <w:lang w:val="nl-NL"/>
              </w:rPr>
              <w:t xml:space="preserve">àm việc </w:t>
            </w:r>
            <w:r>
              <w:rPr>
                <w:b/>
                <w:sz w:val="28"/>
                <w:szCs w:val="28"/>
                <w:lang w:val="nl-NL"/>
              </w:rPr>
              <w:t>cá nhân</w:t>
            </w:r>
            <w:r w:rsidRPr="00C22E31">
              <w:rPr>
                <w:b/>
                <w:sz w:val="28"/>
                <w:szCs w:val="28"/>
                <w:lang w:val="nl-NL"/>
              </w:rPr>
              <w:t>)</w:t>
            </w:r>
          </w:p>
          <w:p w:rsidR="003C0B89" w:rsidRDefault="003C0B89" w:rsidP="0077618C">
            <w:pPr>
              <w:spacing w:line="288" w:lineRule="auto"/>
              <w:jc w:val="both"/>
              <w:rPr>
                <w:sz w:val="28"/>
                <w:szCs w:val="28"/>
                <w:lang w:val="nl-NL"/>
              </w:rPr>
            </w:pPr>
            <w:r w:rsidRPr="00C22E31">
              <w:rPr>
                <w:b/>
                <w:sz w:val="28"/>
                <w:szCs w:val="28"/>
                <w:lang w:val="nl-NL"/>
              </w:rPr>
              <w:t xml:space="preserve">- </w:t>
            </w:r>
            <w:r>
              <w:rPr>
                <w:sz w:val="28"/>
                <w:szCs w:val="28"/>
                <w:lang w:val="nl-NL"/>
              </w:rPr>
              <w:t>GV HD HS</w:t>
            </w:r>
            <w:r w:rsidRPr="00C22E31">
              <w:rPr>
                <w:sz w:val="28"/>
                <w:szCs w:val="28"/>
                <w:lang w:val="nl-NL"/>
              </w:rPr>
              <w:t xml:space="preserve"> </w:t>
            </w:r>
            <w:r>
              <w:rPr>
                <w:sz w:val="28"/>
                <w:szCs w:val="28"/>
                <w:lang w:val="nl-NL"/>
              </w:rPr>
              <w:t>quan sát hình 4,5 và trả lời câu hỏi.</w:t>
            </w:r>
          </w:p>
          <w:p w:rsidR="003C0B89" w:rsidRDefault="003C0B89" w:rsidP="0077618C">
            <w:pPr>
              <w:spacing w:line="288" w:lineRule="auto"/>
              <w:jc w:val="center"/>
              <w:rPr>
                <w:sz w:val="28"/>
                <w:szCs w:val="28"/>
                <w:lang w:val="nl-NL"/>
              </w:rPr>
            </w:pPr>
            <w:r>
              <w:rPr>
                <w:noProof/>
                <w:lang w:val="vi-VN" w:eastAsia="vi-VN"/>
              </w:rPr>
              <w:drawing>
                <wp:inline distT="0" distB="0" distL="0" distR="0" wp14:anchorId="0D6145D4" wp14:editId="67C0910F">
                  <wp:extent cx="2543175" cy="12573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543175" cy="1257300"/>
                          </a:xfrm>
                          <a:prstGeom prst="rect">
                            <a:avLst/>
                          </a:prstGeom>
                        </pic:spPr>
                      </pic:pic>
                    </a:graphicData>
                  </a:graphic>
                </wp:inline>
              </w:drawing>
            </w:r>
          </w:p>
          <w:p w:rsidR="003C0B89" w:rsidRDefault="003C0B89" w:rsidP="0077618C">
            <w:pPr>
              <w:spacing w:line="288" w:lineRule="auto"/>
              <w:jc w:val="both"/>
              <w:rPr>
                <w:sz w:val="28"/>
                <w:szCs w:val="28"/>
                <w:lang w:val="nl-NL"/>
              </w:rPr>
            </w:pPr>
            <w:r>
              <w:rPr>
                <w:sz w:val="28"/>
                <w:szCs w:val="28"/>
                <w:lang w:val="nl-NL"/>
              </w:rPr>
              <w:t>+ Hình 4 vẽ gì? Khi chạm tay vào cốc nước nóng, bạn gái phản ứng như nào? Cơ quan nào giúp bạn ấy phản ứng như vậy?</w:t>
            </w: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r>
              <w:rPr>
                <w:sz w:val="28"/>
                <w:szCs w:val="28"/>
                <w:lang w:val="nl-NL"/>
              </w:rPr>
              <w:t>+ Hình 5 vẽ gì? Khi bị ngã bạn nam phản ứng như nào? Cơ quan nào giúp bạn ấy phản ứng?</w:t>
            </w: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p>
          <w:p w:rsidR="003C0B89" w:rsidRPr="00C22E31" w:rsidRDefault="003C0B89" w:rsidP="0077618C">
            <w:pPr>
              <w:spacing w:line="288" w:lineRule="auto"/>
              <w:jc w:val="both"/>
              <w:rPr>
                <w:sz w:val="28"/>
                <w:szCs w:val="28"/>
                <w:lang w:val="nl-NL"/>
              </w:rPr>
            </w:pPr>
            <w:r w:rsidRPr="00C22E31">
              <w:rPr>
                <w:sz w:val="28"/>
                <w:szCs w:val="28"/>
                <w:lang w:val="nl-NL"/>
              </w:rPr>
              <w:t>- GV mời các HS khác nhận xét.</w:t>
            </w:r>
          </w:p>
          <w:p w:rsidR="003C0B89" w:rsidRDefault="003C0B89" w:rsidP="0077618C">
            <w:pPr>
              <w:spacing w:line="288" w:lineRule="auto"/>
              <w:jc w:val="both"/>
              <w:rPr>
                <w:sz w:val="28"/>
                <w:szCs w:val="28"/>
                <w:lang w:val="nl-NL"/>
              </w:rPr>
            </w:pPr>
            <w:r w:rsidRPr="00C22E31">
              <w:rPr>
                <w:sz w:val="28"/>
                <w:szCs w:val="28"/>
                <w:lang w:val="nl-NL"/>
              </w:rPr>
              <w:t xml:space="preserve">- </w:t>
            </w:r>
            <w:r>
              <w:rPr>
                <w:sz w:val="28"/>
                <w:szCs w:val="28"/>
                <w:lang w:val="nl-NL"/>
              </w:rPr>
              <w:t>GV nhận xét chung, tuyên dương.</w:t>
            </w:r>
          </w:p>
          <w:p w:rsidR="003C0B89" w:rsidRPr="00F3442E" w:rsidRDefault="003C0B89" w:rsidP="0077618C">
            <w:pPr>
              <w:spacing w:line="288" w:lineRule="auto"/>
              <w:jc w:val="both"/>
              <w:rPr>
                <w:sz w:val="28"/>
                <w:szCs w:val="28"/>
                <w:lang w:val="nl-NL"/>
              </w:rPr>
            </w:pPr>
            <w:r>
              <w:rPr>
                <w:sz w:val="28"/>
                <w:szCs w:val="28"/>
                <w:lang w:val="nl-NL"/>
              </w:rPr>
              <w:t>-GV chốt nội dung, giáo dục học sinh cần có ý thức: không vứt đồ ăn, làm đổ nước ra sàn, để các vật nhọn, nguy hiểm vào đúng nơi quy định ...</w:t>
            </w:r>
          </w:p>
        </w:tc>
        <w:tc>
          <w:tcPr>
            <w:tcW w:w="3876" w:type="dxa"/>
            <w:tcBorders>
              <w:top w:val="dashed" w:sz="4" w:space="0" w:color="auto"/>
              <w:bottom w:val="dashed" w:sz="4" w:space="0" w:color="auto"/>
            </w:tcBorders>
          </w:tcPr>
          <w:p w:rsidR="003C0B89" w:rsidRPr="00C22E31" w:rsidRDefault="003C0B89" w:rsidP="0077618C">
            <w:pPr>
              <w:spacing w:line="288" w:lineRule="auto"/>
              <w:rPr>
                <w:sz w:val="28"/>
                <w:szCs w:val="28"/>
                <w:lang w:val="nl-NL"/>
              </w:rPr>
            </w:pPr>
          </w:p>
          <w:p w:rsidR="003C0B89" w:rsidRPr="00C22E31" w:rsidRDefault="003C0B89" w:rsidP="0077618C">
            <w:pPr>
              <w:spacing w:line="288" w:lineRule="auto"/>
              <w:rPr>
                <w:sz w:val="28"/>
                <w:szCs w:val="28"/>
                <w:lang w:val="nl-NL"/>
              </w:rPr>
            </w:pPr>
          </w:p>
          <w:p w:rsidR="003C0B89" w:rsidRDefault="003C0B89" w:rsidP="0077618C">
            <w:pPr>
              <w:spacing w:line="288" w:lineRule="auto"/>
              <w:jc w:val="both"/>
              <w:rPr>
                <w:sz w:val="28"/>
                <w:szCs w:val="28"/>
                <w:lang w:val="nl-NL"/>
              </w:rPr>
            </w:pPr>
            <w:r w:rsidRPr="00C22E31">
              <w:rPr>
                <w:sz w:val="28"/>
                <w:szCs w:val="28"/>
                <w:lang w:val="nl-NL"/>
              </w:rPr>
              <w:t xml:space="preserve">- </w:t>
            </w:r>
            <w:r>
              <w:rPr>
                <w:sz w:val="28"/>
                <w:szCs w:val="28"/>
                <w:lang w:val="nl-NL"/>
              </w:rPr>
              <w:t>Học sinh quan sát hình, lắng nghe suy nghĩ và trả lời miệng.</w:t>
            </w: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r>
              <w:rPr>
                <w:sz w:val="28"/>
                <w:szCs w:val="28"/>
                <w:lang w:val="nl-NL"/>
              </w:rPr>
              <w:t>-Bạn gái chạm tay vào cốc nước nóng, bạn ấy sẽ rụt tay lại. Do tủy sống điều khiển rụt tay lại.</w:t>
            </w:r>
          </w:p>
          <w:p w:rsidR="003C0B89" w:rsidRDefault="003C0B89" w:rsidP="0077618C">
            <w:pPr>
              <w:spacing w:line="288" w:lineRule="auto"/>
              <w:jc w:val="both"/>
              <w:rPr>
                <w:sz w:val="28"/>
                <w:szCs w:val="28"/>
                <w:lang w:val="nl-NL"/>
              </w:rPr>
            </w:pPr>
            <w:r>
              <w:rPr>
                <w:sz w:val="28"/>
                <w:szCs w:val="28"/>
                <w:lang w:val="nl-NL"/>
              </w:rPr>
              <w:t>-Bạn nam ngã, bạn cạm thấy bị đau. Do tủy sống điều khiển. Bạn sẽ khóc nếu đau, là do não điều khiển.</w:t>
            </w:r>
          </w:p>
          <w:p w:rsidR="003C0B89" w:rsidRPr="00C22E31" w:rsidRDefault="003C0B89" w:rsidP="0077618C">
            <w:pPr>
              <w:spacing w:line="288" w:lineRule="auto"/>
              <w:jc w:val="both"/>
              <w:rPr>
                <w:sz w:val="28"/>
                <w:szCs w:val="28"/>
                <w:lang w:val="nl-NL"/>
              </w:rPr>
            </w:pPr>
            <w:r w:rsidRPr="00C22E31">
              <w:rPr>
                <w:sz w:val="28"/>
                <w:szCs w:val="28"/>
                <w:lang w:val="nl-NL"/>
              </w:rPr>
              <w:t>- HS nhận xét ý kiến của bạn.</w:t>
            </w:r>
          </w:p>
          <w:p w:rsidR="003C0B89" w:rsidRDefault="003C0B89" w:rsidP="0077618C">
            <w:pPr>
              <w:spacing w:line="288" w:lineRule="auto"/>
              <w:jc w:val="both"/>
              <w:rPr>
                <w:sz w:val="28"/>
                <w:szCs w:val="28"/>
                <w:lang w:val="nl-NL"/>
              </w:rPr>
            </w:pPr>
            <w:r w:rsidRPr="00C22E31">
              <w:rPr>
                <w:sz w:val="28"/>
                <w:szCs w:val="28"/>
                <w:lang w:val="nl-NL"/>
              </w:rPr>
              <w:t>- Học sinh</w:t>
            </w:r>
            <w:r>
              <w:rPr>
                <w:sz w:val="28"/>
                <w:szCs w:val="28"/>
                <w:lang w:val="nl-NL"/>
              </w:rPr>
              <w:t xml:space="preserve"> lắng nghe.</w:t>
            </w:r>
          </w:p>
          <w:p w:rsidR="003C0B89" w:rsidRPr="00C22E31" w:rsidRDefault="003C0B89" w:rsidP="0077618C">
            <w:pPr>
              <w:spacing w:line="288" w:lineRule="auto"/>
              <w:jc w:val="both"/>
              <w:rPr>
                <w:sz w:val="28"/>
                <w:szCs w:val="28"/>
                <w:lang w:val="nl-NL"/>
              </w:rPr>
            </w:pPr>
            <w:r w:rsidRPr="00C22E31">
              <w:rPr>
                <w:sz w:val="28"/>
                <w:szCs w:val="28"/>
                <w:lang w:val="nl-NL"/>
              </w:rPr>
              <w:t>- Học sinh</w:t>
            </w:r>
            <w:r>
              <w:rPr>
                <w:sz w:val="28"/>
                <w:szCs w:val="28"/>
                <w:lang w:val="nl-NL"/>
              </w:rPr>
              <w:t xml:space="preserve"> lắng nghe.</w:t>
            </w:r>
          </w:p>
        </w:tc>
      </w:tr>
      <w:tr w:rsidR="003C0B89" w:rsidRPr="00C22E31" w:rsidTr="0077618C">
        <w:tc>
          <w:tcPr>
            <w:tcW w:w="9738" w:type="dxa"/>
            <w:gridSpan w:val="2"/>
            <w:tcBorders>
              <w:top w:val="dashed" w:sz="4" w:space="0" w:color="auto"/>
              <w:bottom w:val="dashed" w:sz="4" w:space="0" w:color="auto"/>
            </w:tcBorders>
          </w:tcPr>
          <w:p w:rsidR="003C0B89" w:rsidRPr="00C22E31" w:rsidRDefault="003C0B89" w:rsidP="0077618C">
            <w:pPr>
              <w:spacing w:line="288" w:lineRule="auto"/>
              <w:jc w:val="both"/>
              <w:rPr>
                <w:b/>
                <w:bCs/>
                <w:iCs/>
                <w:sz w:val="28"/>
                <w:szCs w:val="28"/>
                <w:lang w:val="nl-NL"/>
              </w:rPr>
            </w:pPr>
            <w:r>
              <w:rPr>
                <w:b/>
                <w:bCs/>
                <w:iCs/>
                <w:sz w:val="28"/>
                <w:szCs w:val="28"/>
                <w:lang w:val="nl-NL"/>
              </w:rPr>
              <w:t>3</w:t>
            </w:r>
            <w:r w:rsidRPr="00C22E31">
              <w:rPr>
                <w:b/>
                <w:bCs/>
                <w:iCs/>
                <w:sz w:val="28"/>
                <w:szCs w:val="28"/>
                <w:lang w:val="nl-NL"/>
              </w:rPr>
              <w:t xml:space="preserve">. </w:t>
            </w:r>
            <w:r>
              <w:rPr>
                <w:b/>
                <w:bCs/>
                <w:iCs/>
                <w:sz w:val="28"/>
                <w:szCs w:val="28"/>
                <w:lang w:val="nl-NL"/>
              </w:rPr>
              <w:t>Luyện tập</w:t>
            </w:r>
            <w:r w:rsidRPr="00C22E31">
              <w:rPr>
                <w:bCs/>
                <w:i/>
                <w:iCs/>
                <w:sz w:val="28"/>
                <w:szCs w:val="28"/>
                <w:lang w:val="nl-NL"/>
              </w:rPr>
              <w:t>:</w:t>
            </w:r>
          </w:p>
          <w:p w:rsidR="003C0B89" w:rsidRPr="00C22E31" w:rsidRDefault="003C0B89" w:rsidP="0077618C">
            <w:pPr>
              <w:spacing w:line="288"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3C0B89" w:rsidRDefault="003C0B89" w:rsidP="0077618C">
            <w:pPr>
              <w:spacing w:line="288" w:lineRule="auto"/>
              <w:jc w:val="both"/>
              <w:rPr>
                <w:sz w:val="28"/>
                <w:szCs w:val="28"/>
                <w:lang w:val="nl-NL"/>
              </w:rPr>
            </w:pPr>
            <w:r>
              <w:rPr>
                <w:sz w:val="28"/>
                <w:szCs w:val="28"/>
                <w:lang w:val="nl-NL"/>
              </w:rPr>
              <w:t>+</w:t>
            </w:r>
            <w:r w:rsidRPr="00C22E31">
              <w:rPr>
                <w:sz w:val="28"/>
                <w:szCs w:val="28"/>
                <w:lang w:val="nl-NL"/>
              </w:rPr>
              <w:t xml:space="preserve"> </w:t>
            </w:r>
            <w:r>
              <w:rPr>
                <w:sz w:val="28"/>
                <w:szCs w:val="28"/>
                <w:lang w:val="nl-NL"/>
              </w:rPr>
              <w:t>Nhận biết và trình bày được chức năng các bộ phận của các cơ quan thần kinh.</w:t>
            </w:r>
          </w:p>
          <w:p w:rsidR="003C0B89" w:rsidRDefault="003C0B89" w:rsidP="0077618C">
            <w:pPr>
              <w:spacing w:line="288" w:lineRule="auto"/>
              <w:jc w:val="both"/>
              <w:rPr>
                <w:b/>
                <w:bCs/>
                <w:iCs/>
                <w:sz w:val="28"/>
                <w:szCs w:val="28"/>
                <w:lang w:val="nl-NL"/>
              </w:rPr>
            </w:pPr>
            <w:r>
              <w:rPr>
                <w:sz w:val="28"/>
                <w:szCs w:val="28"/>
                <w:lang w:val="nl-NL"/>
              </w:rPr>
              <w:t>+ Biết trao đổi chia sẻ kiến thức với bạn.</w:t>
            </w:r>
            <w:r w:rsidRPr="00C22E31">
              <w:rPr>
                <w:b/>
                <w:bCs/>
                <w:iCs/>
                <w:sz w:val="28"/>
                <w:szCs w:val="28"/>
                <w:lang w:val="nl-NL"/>
              </w:rPr>
              <w:t xml:space="preserve"> </w:t>
            </w:r>
          </w:p>
          <w:p w:rsidR="003C0B89" w:rsidRPr="00C22E31" w:rsidRDefault="003C0B89" w:rsidP="0077618C">
            <w:pPr>
              <w:spacing w:line="288" w:lineRule="auto"/>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3C0B89" w:rsidRPr="00C22E31" w:rsidTr="0077618C">
        <w:tc>
          <w:tcPr>
            <w:tcW w:w="5862" w:type="dxa"/>
            <w:tcBorders>
              <w:top w:val="dashed" w:sz="4" w:space="0" w:color="auto"/>
              <w:bottom w:val="dashed" w:sz="4" w:space="0" w:color="auto"/>
            </w:tcBorders>
          </w:tcPr>
          <w:p w:rsidR="003C0B89" w:rsidRDefault="003C0B89" w:rsidP="0077618C">
            <w:pPr>
              <w:spacing w:line="288" w:lineRule="auto"/>
              <w:jc w:val="both"/>
              <w:rPr>
                <w:b/>
                <w:sz w:val="28"/>
                <w:szCs w:val="28"/>
                <w:lang w:val="nl-NL"/>
              </w:rPr>
            </w:pPr>
            <w:r w:rsidRPr="00C22E31">
              <w:rPr>
                <w:b/>
                <w:sz w:val="28"/>
                <w:szCs w:val="28"/>
                <w:lang w:val="nl-NL"/>
              </w:rPr>
              <w:t xml:space="preserve">Hoạt động 2. </w:t>
            </w:r>
            <w:r>
              <w:rPr>
                <w:b/>
                <w:sz w:val="28"/>
                <w:szCs w:val="28"/>
                <w:lang w:val="nl-NL"/>
              </w:rPr>
              <w:t>Sắp xếp các thẻ chữ thích hợp vào sơ đồ cơ quan thần kinh và nêu chức năng của chúng</w:t>
            </w:r>
            <w:r w:rsidRPr="00C22E31">
              <w:rPr>
                <w:b/>
                <w:sz w:val="28"/>
                <w:szCs w:val="28"/>
                <w:lang w:val="nl-NL"/>
              </w:rPr>
              <w:t xml:space="preserve"> (làm việc nhóm </w:t>
            </w:r>
            <w:r>
              <w:rPr>
                <w:b/>
                <w:sz w:val="28"/>
                <w:szCs w:val="28"/>
                <w:lang w:val="nl-NL"/>
              </w:rPr>
              <w:t>2</w:t>
            </w:r>
            <w:r w:rsidRPr="00C22E31">
              <w:rPr>
                <w:b/>
                <w:sz w:val="28"/>
                <w:szCs w:val="28"/>
                <w:lang w:val="nl-NL"/>
              </w:rPr>
              <w:t>)</w:t>
            </w:r>
          </w:p>
          <w:p w:rsidR="003C0B89" w:rsidRDefault="003C0B89" w:rsidP="0077618C">
            <w:pPr>
              <w:spacing w:line="288" w:lineRule="auto"/>
              <w:jc w:val="both"/>
              <w:rPr>
                <w:sz w:val="28"/>
                <w:szCs w:val="28"/>
                <w:lang w:val="nl-NL"/>
              </w:rPr>
            </w:pPr>
            <w:r>
              <w:rPr>
                <w:sz w:val="28"/>
                <w:szCs w:val="28"/>
                <w:lang w:val="nl-NL"/>
              </w:rPr>
              <w:lastRenderedPageBreak/>
              <w:t>-</w:t>
            </w:r>
            <w:r w:rsidRPr="00C22E31">
              <w:rPr>
                <w:sz w:val="28"/>
                <w:szCs w:val="28"/>
                <w:lang w:val="nl-NL"/>
              </w:rPr>
              <w:t xml:space="preserve"> </w:t>
            </w:r>
            <w:r>
              <w:rPr>
                <w:sz w:val="28"/>
                <w:szCs w:val="28"/>
                <w:lang w:val="nl-NL"/>
              </w:rPr>
              <w:t>Yêu cầu thảo luận cặp đôi.</w:t>
            </w:r>
          </w:p>
          <w:p w:rsidR="003C0B89" w:rsidRDefault="003C0B89" w:rsidP="0077618C">
            <w:pPr>
              <w:spacing w:line="288" w:lineRule="auto"/>
              <w:jc w:val="both"/>
              <w:rPr>
                <w:sz w:val="28"/>
                <w:szCs w:val="28"/>
                <w:lang w:val="nl-NL"/>
              </w:rPr>
            </w:pPr>
            <w:r>
              <w:rPr>
                <w:sz w:val="28"/>
                <w:szCs w:val="28"/>
                <w:lang w:val="nl-NL"/>
              </w:rPr>
              <w:t>+ Cơ quan nào đã điều khiển khi em viết bài, em thường phối hợp các hoạt động nghe, nhìn, viết cùng một lúc?</w:t>
            </w:r>
          </w:p>
          <w:p w:rsidR="003C0B89" w:rsidRPr="00C22E31" w:rsidRDefault="003C0B89" w:rsidP="0077618C">
            <w:pPr>
              <w:spacing w:line="288" w:lineRule="auto"/>
              <w:jc w:val="both"/>
              <w:rPr>
                <w:sz w:val="28"/>
                <w:szCs w:val="28"/>
                <w:lang w:val="nl-NL"/>
              </w:rPr>
            </w:pPr>
            <w:r>
              <w:rPr>
                <w:sz w:val="28"/>
                <w:szCs w:val="28"/>
                <w:lang w:val="nl-NL"/>
              </w:rPr>
              <w:t>+ Cơ quan thần kinh có chức năng như thế nào đối với phản ứng của cơ thể.</w:t>
            </w:r>
          </w:p>
          <w:p w:rsidR="003C0B89" w:rsidRDefault="003C0B89" w:rsidP="0077618C">
            <w:pPr>
              <w:jc w:val="both"/>
              <w:rPr>
                <w:sz w:val="28"/>
                <w:szCs w:val="28"/>
                <w:lang w:val="nl-NL"/>
              </w:rPr>
            </w:pPr>
            <w:r>
              <w:rPr>
                <w:sz w:val="28"/>
                <w:szCs w:val="28"/>
                <w:lang w:val="nl-NL"/>
              </w:rPr>
              <w:t>-GV mời đại diện nhóm trình bày.</w:t>
            </w:r>
          </w:p>
          <w:p w:rsidR="003C0B89" w:rsidRPr="00C22E31" w:rsidRDefault="003C0B89" w:rsidP="0077618C">
            <w:pPr>
              <w:jc w:val="both"/>
              <w:rPr>
                <w:sz w:val="28"/>
                <w:szCs w:val="28"/>
                <w:lang w:val="nl-NL"/>
              </w:rPr>
            </w:pPr>
            <w:r w:rsidRPr="00C22E31">
              <w:rPr>
                <w:sz w:val="28"/>
                <w:szCs w:val="28"/>
                <w:lang w:val="nl-NL"/>
              </w:rPr>
              <w:t>- GV mời các nhóm khác nhận xét.</w:t>
            </w:r>
          </w:p>
          <w:p w:rsidR="003C0B89" w:rsidRDefault="003C0B89" w:rsidP="0077618C">
            <w:pPr>
              <w:jc w:val="both"/>
              <w:rPr>
                <w:sz w:val="28"/>
                <w:szCs w:val="28"/>
                <w:lang w:val="nl-NL"/>
              </w:rPr>
            </w:pPr>
            <w:r w:rsidRPr="00C22E31">
              <w:rPr>
                <w:sz w:val="28"/>
                <w:szCs w:val="28"/>
                <w:lang w:val="nl-NL"/>
              </w:rPr>
              <w:t>- GV nhận xét chung, tuyên dương và bổ sung.</w:t>
            </w:r>
          </w:p>
          <w:p w:rsidR="003C0B89" w:rsidRPr="00F71301" w:rsidRDefault="003C0B89" w:rsidP="0077618C">
            <w:pPr>
              <w:jc w:val="both"/>
              <w:rPr>
                <w:sz w:val="28"/>
                <w:szCs w:val="28"/>
                <w:lang w:val="nl-NL"/>
              </w:rPr>
            </w:pPr>
            <w:r>
              <w:rPr>
                <w:sz w:val="28"/>
                <w:szCs w:val="28"/>
                <w:lang w:val="nl-NL"/>
              </w:rPr>
              <w:t>-GV gải thích: Khi ta học bài và làm bài thì tai phải nghe, mắt phải nhìn, tay phải viết, ... Não tiếp nhận các thông tin từ mắt, tai, tay... và chỉ dẫn cho mắt nhìn, tai nghe, tay viết,... Như vậy cơ quan thần kinh không chỉ điều khiển mà còn phối hợp mọi hoạt động của cơ thể, giúp chúng ta học và ghi nhớ.</w:t>
            </w:r>
          </w:p>
        </w:tc>
        <w:tc>
          <w:tcPr>
            <w:tcW w:w="3876" w:type="dxa"/>
            <w:tcBorders>
              <w:top w:val="dashed" w:sz="4" w:space="0" w:color="auto"/>
              <w:bottom w:val="dashed" w:sz="4" w:space="0" w:color="auto"/>
            </w:tcBorders>
          </w:tcPr>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r>
              <w:rPr>
                <w:sz w:val="28"/>
                <w:szCs w:val="28"/>
                <w:lang w:val="nl-NL"/>
              </w:rPr>
              <w:t>-Thảo luận cặp đôi.</w:t>
            </w: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r>
              <w:rPr>
                <w:sz w:val="28"/>
                <w:szCs w:val="28"/>
                <w:lang w:val="nl-NL"/>
              </w:rPr>
              <w:t>- Đại diện các nhóm trình bày:</w:t>
            </w:r>
          </w:p>
          <w:p w:rsidR="003C0B89" w:rsidRPr="00C22E31" w:rsidRDefault="003C0B89" w:rsidP="0077618C">
            <w:pPr>
              <w:spacing w:line="288" w:lineRule="auto"/>
              <w:jc w:val="both"/>
              <w:rPr>
                <w:sz w:val="28"/>
                <w:szCs w:val="28"/>
                <w:lang w:val="nl-NL"/>
              </w:rPr>
            </w:pPr>
            <w:r w:rsidRPr="00C22E31">
              <w:rPr>
                <w:sz w:val="28"/>
                <w:szCs w:val="28"/>
                <w:lang w:val="nl-NL"/>
              </w:rPr>
              <w:t>- Đại diện các nhóm nhận xét.</w:t>
            </w:r>
          </w:p>
          <w:p w:rsidR="003C0B89" w:rsidRDefault="003C0B89" w:rsidP="0077618C">
            <w:pPr>
              <w:spacing w:line="288" w:lineRule="auto"/>
              <w:jc w:val="both"/>
              <w:rPr>
                <w:sz w:val="28"/>
                <w:szCs w:val="28"/>
                <w:lang w:val="nl-NL"/>
              </w:rPr>
            </w:pPr>
            <w:r w:rsidRPr="00C22E31">
              <w:rPr>
                <w:sz w:val="28"/>
                <w:szCs w:val="28"/>
                <w:lang w:val="nl-NL"/>
              </w:rPr>
              <w:t>- Lắng nghe rút kinh nghiệm.</w:t>
            </w:r>
          </w:p>
          <w:p w:rsidR="003C0B89" w:rsidRDefault="003C0B89" w:rsidP="0077618C">
            <w:pPr>
              <w:spacing w:line="288" w:lineRule="auto"/>
              <w:jc w:val="both"/>
              <w:rPr>
                <w:sz w:val="28"/>
                <w:szCs w:val="28"/>
                <w:lang w:val="nl-NL"/>
              </w:rPr>
            </w:pPr>
          </w:p>
          <w:p w:rsidR="003C0B89" w:rsidRPr="00F8034F" w:rsidRDefault="003C0B89" w:rsidP="003C0B89">
            <w:pPr>
              <w:pStyle w:val="ListParagraph"/>
              <w:numPr>
                <w:ilvl w:val="0"/>
                <w:numId w:val="10"/>
              </w:numPr>
              <w:spacing w:after="0" w:line="288" w:lineRule="auto"/>
              <w:jc w:val="both"/>
              <w:rPr>
                <w:sz w:val="28"/>
                <w:szCs w:val="28"/>
                <w:lang w:val="nl-NL"/>
              </w:rPr>
            </w:pPr>
            <w:r w:rsidRPr="00F8034F">
              <w:rPr>
                <w:sz w:val="28"/>
                <w:szCs w:val="28"/>
                <w:lang w:val="nl-NL"/>
              </w:rPr>
              <w:t>Lắng nghe</w:t>
            </w:r>
          </w:p>
        </w:tc>
      </w:tr>
      <w:tr w:rsidR="003C0B89" w:rsidRPr="00C22E31" w:rsidTr="0077618C">
        <w:tc>
          <w:tcPr>
            <w:tcW w:w="9738" w:type="dxa"/>
            <w:gridSpan w:val="2"/>
            <w:tcBorders>
              <w:top w:val="dashed" w:sz="4" w:space="0" w:color="auto"/>
              <w:bottom w:val="dashed" w:sz="4" w:space="0" w:color="auto"/>
            </w:tcBorders>
          </w:tcPr>
          <w:p w:rsidR="003C0B89" w:rsidRPr="00C22E31" w:rsidRDefault="003C0B89" w:rsidP="0077618C">
            <w:pPr>
              <w:spacing w:line="288" w:lineRule="auto"/>
              <w:jc w:val="both"/>
              <w:rPr>
                <w:b/>
                <w:bCs/>
                <w:iCs/>
                <w:sz w:val="28"/>
                <w:szCs w:val="28"/>
                <w:lang w:val="nl-NL"/>
              </w:rPr>
            </w:pPr>
            <w:r>
              <w:rPr>
                <w:b/>
                <w:bCs/>
                <w:iCs/>
                <w:sz w:val="28"/>
                <w:szCs w:val="28"/>
                <w:lang w:val="nl-NL"/>
              </w:rPr>
              <w:lastRenderedPageBreak/>
              <w:t>4</w:t>
            </w:r>
            <w:r w:rsidRPr="00C22E31">
              <w:rPr>
                <w:b/>
                <w:bCs/>
                <w:iCs/>
                <w:sz w:val="28"/>
                <w:szCs w:val="28"/>
                <w:lang w:val="nl-NL"/>
              </w:rPr>
              <w:t xml:space="preserve">. </w:t>
            </w:r>
            <w:r>
              <w:rPr>
                <w:b/>
                <w:bCs/>
                <w:iCs/>
                <w:sz w:val="28"/>
                <w:szCs w:val="28"/>
                <w:lang w:val="nl-NL"/>
              </w:rPr>
              <w:t>Vận dụng</w:t>
            </w:r>
            <w:r w:rsidRPr="00C22E31">
              <w:rPr>
                <w:bCs/>
                <w:i/>
                <w:iCs/>
                <w:sz w:val="28"/>
                <w:szCs w:val="28"/>
                <w:lang w:val="nl-NL"/>
              </w:rPr>
              <w:t>:</w:t>
            </w:r>
          </w:p>
          <w:p w:rsidR="003C0B89" w:rsidRDefault="003C0B89" w:rsidP="0077618C">
            <w:pPr>
              <w:spacing w:line="288" w:lineRule="auto"/>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3C0B89" w:rsidRPr="00EB3FA3" w:rsidRDefault="003C0B89" w:rsidP="0077618C">
            <w:pPr>
              <w:spacing w:line="264" w:lineRule="auto"/>
              <w:jc w:val="both"/>
              <w:rPr>
                <w:sz w:val="28"/>
                <w:szCs w:val="28"/>
                <w:lang w:val="nl-NL"/>
              </w:rPr>
            </w:pPr>
            <w:r w:rsidRPr="00EB3FA3">
              <w:rPr>
                <w:sz w:val="28"/>
                <w:szCs w:val="28"/>
                <w:lang w:val="nl-NL"/>
              </w:rPr>
              <w:t>+ Củng cố những kiến thức đã học trong tiết học để học sinh khắc sâu nội dung.</w:t>
            </w:r>
          </w:p>
          <w:p w:rsidR="003C0B89" w:rsidRPr="00EB3FA3" w:rsidRDefault="003C0B89" w:rsidP="0077618C">
            <w:pPr>
              <w:spacing w:line="264" w:lineRule="auto"/>
              <w:jc w:val="both"/>
              <w:rPr>
                <w:sz w:val="28"/>
                <w:szCs w:val="28"/>
                <w:lang w:val="nl-NL"/>
              </w:rPr>
            </w:pPr>
            <w:r w:rsidRPr="00EB3FA3">
              <w:rPr>
                <w:sz w:val="28"/>
                <w:szCs w:val="28"/>
                <w:lang w:val="nl-NL"/>
              </w:rPr>
              <w:t>+ Vận dụng kiến thức đã học vào thực tiễn.</w:t>
            </w:r>
          </w:p>
          <w:p w:rsidR="003C0B89" w:rsidRPr="00EB3FA3" w:rsidRDefault="003C0B89" w:rsidP="0077618C">
            <w:pPr>
              <w:spacing w:line="264" w:lineRule="auto"/>
              <w:jc w:val="both"/>
              <w:rPr>
                <w:sz w:val="28"/>
                <w:szCs w:val="28"/>
                <w:lang w:val="nl-NL"/>
              </w:rPr>
            </w:pPr>
            <w:r w:rsidRPr="00EB3FA3">
              <w:rPr>
                <w:sz w:val="28"/>
                <w:szCs w:val="28"/>
                <w:lang w:val="nl-NL"/>
              </w:rPr>
              <w:t>+ Tạo không khí vui vẻ, hào hứng, lưu luyến sau khi học sinh bài học.</w:t>
            </w:r>
          </w:p>
          <w:p w:rsidR="003C0B89" w:rsidRPr="00C22E31" w:rsidRDefault="003C0B89" w:rsidP="0077618C">
            <w:pPr>
              <w:spacing w:line="288" w:lineRule="auto"/>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3C0B89" w:rsidRPr="00EB3FA3" w:rsidTr="0077618C">
        <w:tc>
          <w:tcPr>
            <w:tcW w:w="5862" w:type="dxa"/>
            <w:tcBorders>
              <w:top w:val="dashed" w:sz="4" w:space="0" w:color="auto"/>
              <w:bottom w:val="dashed" w:sz="4" w:space="0" w:color="auto"/>
            </w:tcBorders>
          </w:tcPr>
          <w:p w:rsidR="003C0B89" w:rsidRDefault="003C0B89" w:rsidP="0077618C">
            <w:pPr>
              <w:spacing w:line="288" w:lineRule="auto"/>
              <w:jc w:val="both"/>
              <w:rPr>
                <w:sz w:val="28"/>
                <w:szCs w:val="28"/>
                <w:lang w:val="nl-NL"/>
              </w:rPr>
            </w:pPr>
            <w:r w:rsidRPr="004B55B5">
              <w:rPr>
                <w:sz w:val="28"/>
                <w:szCs w:val="28"/>
                <w:lang w:val="nl-NL"/>
              </w:rPr>
              <w:t xml:space="preserve">- GV </w:t>
            </w:r>
            <w:r>
              <w:rPr>
                <w:sz w:val="28"/>
                <w:szCs w:val="28"/>
                <w:lang w:val="nl-NL"/>
              </w:rPr>
              <w:t>chia nhóm và tổ chức trò chơi:</w:t>
            </w:r>
            <w:r>
              <w:rPr>
                <w:bCs/>
                <w:sz w:val="28"/>
                <w:szCs w:val="28"/>
                <w:lang w:val="nl-NL"/>
              </w:rPr>
              <w:t xml:space="preserve"> “Tôi là bộ phận nào”</w:t>
            </w:r>
          </w:p>
          <w:p w:rsidR="003C0B89" w:rsidRPr="004B55B5" w:rsidRDefault="003C0B89" w:rsidP="0077618C">
            <w:pPr>
              <w:spacing w:line="288" w:lineRule="auto"/>
              <w:jc w:val="both"/>
              <w:rPr>
                <w:sz w:val="28"/>
                <w:szCs w:val="28"/>
                <w:lang w:val="nl-NL"/>
              </w:rPr>
            </w:pPr>
            <w:r>
              <w:rPr>
                <w:sz w:val="28"/>
                <w:szCs w:val="28"/>
                <w:lang w:val="nl-NL"/>
              </w:rPr>
              <w:t>-Hướng dẫn HS chơi trong nhóm.</w:t>
            </w:r>
          </w:p>
          <w:p w:rsidR="003C0B89" w:rsidRPr="004B55B5" w:rsidRDefault="003C0B89" w:rsidP="0077618C">
            <w:pPr>
              <w:spacing w:line="288" w:lineRule="auto"/>
              <w:jc w:val="center"/>
              <w:rPr>
                <w:b/>
                <w:sz w:val="28"/>
                <w:szCs w:val="28"/>
                <w:lang w:val="nl-NL"/>
              </w:rPr>
            </w:pPr>
            <w:r>
              <w:rPr>
                <w:noProof/>
                <w:lang w:val="vi-VN" w:eastAsia="vi-VN"/>
              </w:rPr>
              <w:lastRenderedPageBreak/>
              <w:drawing>
                <wp:inline distT="0" distB="0" distL="0" distR="0" wp14:anchorId="6189CB62" wp14:editId="7E4C4DC2">
                  <wp:extent cx="2455399" cy="1408014"/>
                  <wp:effectExtent l="0" t="0" r="254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457450" cy="1409190"/>
                          </a:xfrm>
                          <a:prstGeom prst="rect">
                            <a:avLst/>
                          </a:prstGeom>
                        </pic:spPr>
                      </pic:pic>
                    </a:graphicData>
                  </a:graphic>
                </wp:inline>
              </w:drawing>
            </w:r>
          </w:p>
          <w:p w:rsidR="003C0B89" w:rsidRPr="00C22E31" w:rsidRDefault="003C0B89" w:rsidP="0077618C">
            <w:pPr>
              <w:jc w:val="both"/>
              <w:rPr>
                <w:sz w:val="28"/>
                <w:szCs w:val="28"/>
                <w:lang w:val="nl-NL"/>
              </w:rPr>
            </w:pPr>
            <w:r w:rsidRPr="00C22E31">
              <w:rPr>
                <w:sz w:val="28"/>
                <w:szCs w:val="28"/>
                <w:lang w:val="nl-NL"/>
              </w:rPr>
              <w:t xml:space="preserve">- GV mời </w:t>
            </w:r>
            <w:r>
              <w:rPr>
                <w:sz w:val="28"/>
                <w:szCs w:val="28"/>
                <w:lang w:val="nl-NL"/>
              </w:rPr>
              <w:t>một số nhóm lên thể hiện trước lớp</w:t>
            </w:r>
            <w:r w:rsidRPr="00C22E31">
              <w:rPr>
                <w:sz w:val="28"/>
                <w:szCs w:val="28"/>
                <w:lang w:val="nl-NL"/>
              </w:rPr>
              <w:t>.</w:t>
            </w:r>
          </w:p>
          <w:p w:rsidR="003C0B89" w:rsidRPr="00C22E31" w:rsidRDefault="003C0B89" w:rsidP="0077618C">
            <w:pPr>
              <w:jc w:val="both"/>
              <w:rPr>
                <w:sz w:val="28"/>
                <w:szCs w:val="28"/>
                <w:lang w:val="nl-NL"/>
              </w:rPr>
            </w:pPr>
            <w:r w:rsidRPr="00C22E31">
              <w:rPr>
                <w:sz w:val="28"/>
                <w:szCs w:val="28"/>
                <w:lang w:val="nl-NL"/>
              </w:rPr>
              <w:t xml:space="preserve">- GV mời </w:t>
            </w:r>
            <w:r>
              <w:rPr>
                <w:sz w:val="28"/>
                <w:szCs w:val="28"/>
                <w:lang w:val="nl-NL"/>
              </w:rPr>
              <w:t>học sinh</w:t>
            </w:r>
            <w:r w:rsidRPr="00C22E31">
              <w:rPr>
                <w:sz w:val="28"/>
                <w:szCs w:val="28"/>
                <w:lang w:val="nl-NL"/>
              </w:rPr>
              <w:t xml:space="preserve"> khác nhận xét.</w:t>
            </w:r>
          </w:p>
          <w:p w:rsidR="003C0B89" w:rsidRDefault="003C0B89" w:rsidP="0077618C">
            <w:pPr>
              <w:jc w:val="both"/>
              <w:rPr>
                <w:sz w:val="28"/>
                <w:szCs w:val="28"/>
                <w:lang w:val="nl-NL"/>
              </w:rPr>
            </w:pPr>
            <w:r w:rsidRPr="00C22E31">
              <w:rPr>
                <w:sz w:val="28"/>
                <w:szCs w:val="28"/>
                <w:lang w:val="nl-NL"/>
              </w:rPr>
              <w:t>- GV nhận xét chung, tuyên dương</w:t>
            </w:r>
          </w:p>
          <w:p w:rsidR="003C0B89" w:rsidRDefault="003C0B89" w:rsidP="0077618C">
            <w:pPr>
              <w:jc w:val="both"/>
              <w:rPr>
                <w:sz w:val="28"/>
                <w:szCs w:val="28"/>
                <w:lang w:val="nl-NL"/>
              </w:rPr>
            </w:pPr>
            <w:r>
              <w:rPr>
                <w:sz w:val="28"/>
                <w:szCs w:val="28"/>
                <w:lang w:val="nl-NL"/>
              </w:rPr>
              <w:t>* Tổng kết</w:t>
            </w:r>
          </w:p>
          <w:p w:rsidR="003C0B89" w:rsidRDefault="003C0B89" w:rsidP="0077618C">
            <w:pPr>
              <w:jc w:val="both"/>
              <w:rPr>
                <w:sz w:val="28"/>
                <w:szCs w:val="28"/>
                <w:lang w:val="nl-NL"/>
              </w:rPr>
            </w:pPr>
            <w:r>
              <w:rPr>
                <w:sz w:val="28"/>
                <w:szCs w:val="28"/>
                <w:lang w:val="nl-NL"/>
              </w:rPr>
              <w:t>- GV mời HS đọc thầm lời chốt ông mặt trời.</w:t>
            </w:r>
          </w:p>
          <w:p w:rsidR="003C0B89" w:rsidRDefault="003C0B89" w:rsidP="0077618C">
            <w:pPr>
              <w:jc w:val="both"/>
              <w:rPr>
                <w:sz w:val="28"/>
                <w:szCs w:val="28"/>
                <w:lang w:val="nl-NL"/>
              </w:rPr>
            </w:pPr>
            <w:r>
              <w:rPr>
                <w:sz w:val="28"/>
                <w:szCs w:val="28"/>
                <w:lang w:val="nl-NL"/>
              </w:rPr>
              <w:t>-GV chốt lại kiến thức trọng tâm của bài.</w:t>
            </w:r>
          </w:p>
          <w:p w:rsidR="003C0B89" w:rsidRDefault="003C0B89" w:rsidP="0077618C">
            <w:pPr>
              <w:jc w:val="center"/>
              <w:rPr>
                <w:sz w:val="28"/>
                <w:szCs w:val="28"/>
                <w:lang w:val="nl-NL"/>
              </w:rPr>
            </w:pPr>
            <w:r>
              <w:rPr>
                <w:noProof/>
                <w:lang w:val="vi-VN" w:eastAsia="vi-VN"/>
              </w:rPr>
              <w:drawing>
                <wp:inline distT="0" distB="0" distL="0" distR="0" wp14:anchorId="504FFF8A" wp14:editId="280B38E9">
                  <wp:extent cx="2257425" cy="18002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257425" cy="1800225"/>
                          </a:xfrm>
                          <a:prstGeom prst="rect">
                            <a:avLst/>
                          </a:prstGeom>
                        </pic:spPr>
                      </pic:pic>
                    </a:graphicData>
                  </a:graphic>
                </wp:inline>
              </w:drawing>
            </w:r>
          </w:p>
          <w:p w:rsidR="003C0B89" w:rsidRDefault="003C0B89" w:rsidP="0077618C">
            <w:pPr>
              <w:jc w:val="both"/>
              <w:rPr>
                <w:sz w:val="28"/>
                <w:szCs w:val="28"/>
                <w:lang w:val="nl-NL"/>
              </w:rPr>
            </w:pPr>
            <w:r>
              <w:rPr>
                <w:sz w:val="28"/>
                <w:szCs w:val="28"/>
                <w:lang w:val="nl-NL"/>
              </w:rPr>
              <w:t>- Yêu cầu Hs quan sát tranh, trả lời câu hỏi:</w:t>
            </w:r>
          </w:p>
          <w:p w:rsidR="003C0B89" w:rsidRDefault="003C0B89" w:rsidP="0077618C">
            <w:pPr>
              <w:jc w:val="both"/>
              <w:rPr>
                <w:sz w:val="28"/>
                <w:szCs w:val="28"/>
                <w:lang w:val="nl-NL"/>
              </w:rPr>
            </w:pPr>
            <w:r>
              <w:rPr>
                <w:sz w:val="28"/>
                <w:szCs w:val="28"/>
                <w:lang w:val="nl-NL"/>
              </w:rPr>
              <w:t>Lời thoại trong tranh nhắc nhở em điều gì?</w:t>
            </w:r>
          </w:p>
          <w:p w:rsidR="003C0B89" w:rsidRDefault="003C0B89" w:rsidP="0077618C">
            <w:pPr>
              <w:jc w:val="both"/>
              <w:rPr>
                <w:sz w:val="28"/>
                <w:szCs w:val="28"/>
                <w:lang w:val="nl-NL"/>
              </w:rPr>
            </w:pPr>
            <w:r>
              <w:rPr>
                <w:sz w:val="28"/>
                <w:szCs w:val="28"/>
                <w:lang w:val="nl-NL"/>
              </w:rPr>
              <w:t>-GDHS cần phải bảo vệ và giữ an toàn cho  cơ quan thần kinh.</w:t>
            </w:r>
          </w:p>
          <w:p w:rsidR="003C0B89" w:rsidRPr="00C22E31" w:rsidRDefault="003C0B89" w:rsidP="0077618C">
            <w:pPr>
              <w:jc w:val="both"/>
              <w:rPr>
                <w:sz w:val="28"/>
                <w:szCs w:val="28"/>
                <w:lang w:val="nl-NL"/>
              </w:rPr>
            </w:pPr>
            <w:r>
              <w:rPr>
                <w:sz w:val="28"/>
                <w:szCs w:val="28"/>
                <w:lang w:val="nl-NL"/>
              </w:rPr>
              <w:t>-Yêu cầu HS về nhà chỉ và nói tên các bộ phận cơ quan thần kinh trên hình 3 trang 91 cho nhớ.</w:t>
            </w:r>
          </w:p>
        </w:tc>
        <w:tc>
          <w:tcPr>
            <w:tcW w:w="3876" w:type="dxa"/>
            <w:tcBorders>
              <w:top w:val="dashed" w:sz="4" w:space="0" w:color="auto"/>
              <w:bottom w:val="dashed" w:sz="4" w:space="0" w:color="auto"/>
            </w:tcBorders>
          </w:tcPr>
          <w:p w:rsidR="003C0B89" w:rsidRDefault="003C0B89" w:rsidP="0077618C">
            <w:pPr>
              <w:spacing w:line="288" w:lineRule="auto"/>
              <w:jc w:val="both"/>
              <w:rPr>
                <w:sz w:val="28"/>
                <w:szCs w:val="28"/>
                <w:lang w:val="nl-NL"/>
              </w:rPr>
            </w:pPr>
            <w:r w:rsidRPr="00C22E31">
              <w:rPr>
                <w:sz w:val="28"/>
                <w:szCs w:val="28"/>
                <w:lang w:val="nl-NL"/>
              </w:rPr>
              <w:lastRenderedPageBreak/>
              <w:t xml:space="preserve">- Học sinh </w:t>
            </w:r>
            <w:r>
              <w:rPr>
                <w:sz w:val="28"/>
                <w:szCs w:val="28"/>
                <w:lang w:val="nl-NL"/>
              </w:rPr>
              <w:t>chia nhóm.</w:t>
            </w: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r>
              <w:rPr>
                <w:sz w:val="28"/>
                <w:szCs w:val="28"/>
                <w:lang w:val="nl-NL"/>
              </w:rPr>
              <w:t>- Mỗi bạn đóng 1 vai nói về chức năng của từng bộ phận của cơ quan thần kinh, bạn khác trả lời bộ phận đó là gì ở trong nhóm.</w:t>
            </w:r>
          </w:p>
          <w:p w:rsidR="003C0B89" w:rsidRDefault="003C0B89" w:rsidP="0077618C">
            <w:pPr>
              <w:spacing w:line="288" w:lineRule="auto"/>
              <w:jc w:val="both"/>
              <w:rPr>
                <w:sz w:val="28"/>
                <w:szCs w:val="28"/>
                <w:lang w:val="nl-NL"/>
              </w:rPr>
            </w:pPr>
          </w:p>
          <w:p w:rsidR="003C0B89" w:rsidRDefault="003C0B89" w:rsidP="0077618C">
            <w:pPr>
              <w:spacing w:line="288" w:lineRule="auto"/>
              <w:jc w:val="both"/>
              <w:rPr>
                <w:sz w:val="28"/>
                <w:szCs w:val="28"/>
                <w:lang w:val="nl-NL"/>
              </w:rPr>
            </w:pPr>
          </w:p>
          <w:p w:rsidR="003C0B89" w:rsidRDefault="003C0B89" w:rsidP="0077618C">
            <w:pPr>
              <w:jc w:val="both"/>
              <w:rPr>
                <w:sz w:val="28"/>
                <w:szCs w:val="28"/>
                <w:lang w:val="nl-NL"/>
              </w:rPr>
            </w:pPr>
            <w:r>
              <w:rPr>
                <w:sz w:val="28"/>
                <w:szCs w:val="28"/>
                <w:lang w:val="nl-NL"/>
              </w:rPr>
              <w:t>- 1 -2 nhóm lên đóng vai.</w:t>
            </w:r>
          </w:p>
          <w:p w:rsidR="003C0B89" w:rsidRPr="00C22E31" w:rsidRDefault="003C0B89" w:rsidP="0077618C">
            <w:pPr>
              <w:jc w:val="both"/>
              <w:rPr>
                <w:sz w:val="28"/>
                <w:szCs w:val="28"/>
                <w:lang w:val="nl-NL"/>
              </w:rPr>
            </w:pPr>
            <w:r w:rsidRPr="00C22E31">
              <w:rPr>
                <w:sz w:val="28"/>
                <w:szCs w:val="28"/>
                <w:lang w:val="nl-NL"/>
              </w:rPr>
              <w:t xml:space="preserve">- Các </w:t>
            </w:r>
            <w:r>
              <w:rPr>
                <w:sz w:val="28"/>
                <w:szCs w:val="28"/>
                <w:lang w:val="nl-NL"/>
              </w:rPr>
              <w:t>học sinh khác</w:t>
            </w:r>
            <w:r w:rsidRPr="00C22E31">
              <w:rPr>
                <w:sz w:val="28"/>
                <w:szCs w:val="28"/>
                <w:lang w:val="nl-NL"/>
              </w:rPr>
              <w:t xml:space="preserve"> nhận xét.</w:t>
            </w:r>
          </w:p>
          <w:p w:rsidR="003C0B89" w:rsidRDefault="003C0B89" w:rsidP="0077618C">
            <w:pPr>
              <w:jc w:val="both"/>
              <w:rPr>
                <w:sz w:val="28"/>
                <w:szCs w:val="28"/>
                <w:lang w:val="nl-NL"/>
              </w:rPr>
            </w:pPr>
            <w:r w:rsidRPr="00C22E31">
              <w:rPr>
                <w:sz w:val="28"/>
                <w:szCs w:val="28"/>
                <w:lang w:val="nl-NL"/>
              </w:rPr>
              <w:t>- Lắng nghe, rút kinh nghiệm.</w:t>
            </w:r>
          </w:p>
          <w:p w:rsidR="003C0B89" w:rsidRDefault="003C0B89" w:rsidP="0077618C">
            <w:pPr>
              <w:jc w:val="both"/>
              <w:rPr>
                <w:sz w:val="28"/>
                <w:szCs w:val="28"/>
                <w:lang w:val="nl-NL"/>
              </w:rPr>
            </w:pPr>
            <w:r>
              <w:rPr>
                <w:sz w:val="28"/>
                <w:szCs w:val="28"/>
                <w:lang w:val="nl-NL"/>
              </w:rPr>
              <w:t>- Học sinh lắng nghe.</w:t>
            </w:r>
          </w:p>
          <w:p w:rsidR="003C0B89" w:rsidRDefault="003C0B89" w:rsidP="0077618C">
            <w:pPr>
              <w:jc w:val="both"/>
              <w:rPr>
                <w:sz w:val="28"/>
                <w:szCs w:val="28"/>
                <w:lang w:val="nl-NL"/>
              </w:rPr>
            </w:pPr>
            <w:r>
              <w:rPr>
                <w:sz w:val="28"/>
                <w:szCs w:val="28"/>
                <w:lang w:val="nl-NL"/>
              </w:rPr>
              <w:t>- HS đọc.</w:t>
            </w:r>
          </w:p>
          <w:p w:rsidR="003C0B89" w:rsidRDefault="003C0B89" w:rsidP="0077618C">
            <w:pPr>
              <w:jc w:val="both"/>
              <w:rPr>
                <w:sz w:val="28"/>
                <w:szCs w:val="28"/>
                <w:lang w:val="nl-NL"/>
              </w:rPr>
            </w:pPr>
            <w:r>
              <w:rPr>
                <w:sz w:val="28"/>
                <w:szCs w:val="28"/>
                <w:lang w:val="nl-NL"/>
              </w:rPr>
              <w:t>- Lắng nghe.</w:t>
            </w:r>
          </w:p>
          <w:p w:rsidR="003C0B89" w:rsidRDefault="003C0B89" w:rsidP="0077618C">
            <w:pPr>
              <w:jc w:val="both"/>
              <w:rPr>
                <w:sz w:val="28"/>
                <w:szCs w:val="28"/>
                <w:lang w:val="nl-NL"/>
              </w:rPr>
            </w:pPr>
          </w:p>
          <w:p w:rsidR="003C0B89" w:rsidRDefault="003C0B89" w:rsidP="0077618C">
            <w:pPr>
              <w:jc w:val="both"/>
              <w:rPr>
                <w:sz w:val="28"/>
                <w:szCs w:val="28"/>
                <w:lang w:val="nl-NL"/>
              </w:rPr>
            </w:pPr>
          </w:p>
          <w:p w:rsidR="003C0B89" w:rsidRDefault="003C0B89" w:rsidP="0077618C">
            <w:pPr>
              <w:jc w:val="both"/>
              <w:rPr>
                <w:sz w:val="28"/>
                <w:szCs w:val="28"/>
                <w:lang w:val="nl-NL"/>
              </w:rPr>
            </w:pPr>
          </w:p>
          <w:p w:rsidR="003C0B89" w:rsidRDefault="003C0B89" w:rsidP="0077618C">
            <w:pPr>
              <w:jc w:val="both"/>
              <w:rPr>
                <w:sz w:val="28"/>
                <w:szCs w:val="28"/>
                <w:lang w:val="nl-NL"/>
              </w:rPr>
            </w:pPr>
          </w:p>
          <w:p w:rsidR="003C0B89" w:rsidRDefault="003C0B89" w:rsidP="0077618C">
            <w:pPr>
              <w:jc w:val="both"/>
              <w:rPr>
                <w:sz w:val="28"/>
                <w:szCs w:val="28"/>
                <w:lang w:val="nl-NL"/>
              </w:rPr>
            </w:pPr>
          </w:p>
          <w:p w:rsidR="003C0B89" w:rsidRDefault="003C0B89" w:rsidP="0077618C">
            <w:pPr>
              <w:jc w:val="both"/>
              <w:rPr>
                <w:sz w:val="28"/>
                <w:szCs w:val="28"/>
                <w:lang w:val="nl-NL"/>
              </w:rPr>
            </w:pPr>
          </w:p>
          <w:p w:rsidR="003C0B89" w:rsidRDefault="003C0B89" w:rsidP="0077618C">
            <w:pPr>
              <w:jc w:val="both"/>
              <w:rPr>
                <w:sz w:val="28"/>
                <w:szCs w:val="28"/>
                <w:lang w:val="nl-NL"/>
              </w:rPr>
            </w:pPr>
          </w:p>
          <w:p w:rsidR="003C0B89" w:rsidRDefault="003C0B89" w:rsidP="0077618C">
            <w:pPr>
              <w:jc w:val="both"/>
              <w:rPr>
                <w:sz w:val="28"/>
                <w:szCs w:val="28"/>
                <w:lang w:val="nl-NL"/>
              </w:rPr>
            </w:pPr>
          </w:p>
          <w:p w:rsidR="003C0B89" w:rsidRDefault="003C0B89" w:rsidP="0077618C">
            <w:pPr>
              <w:jc w:val="both"/>
              <w:rPr>
                <w:sz w:val="28"/>
                <w:szCs w:val="28"/>
                <w:lang w:val="nl-NL"/>
              </w:rPr>
            </w:pPr>
          </w:p>
          <w:p w:rsidR="003C0B89" w:rsidRDefault="003C0B89" w:rsidP="0077618C">
            <w:pPr>
              <w:jc w:val="both"/>
              <w:rPr>
                <w:sz w:val="28"/>
                <w:szCs w:val="28"/>
                <w:lang w:val="nl-NL"/>
              </w:rPr>
            </w:pPr>
            <w:r>
              <w:rPr>
                <w:sz w:val="28"/>
                <w:szCs w:val="28"/>
                <w:lang w:val="nl-NL"/>
              </w:rPr>
              <w:t>-Quan sát, nêu nội dung tranh.</w:t>
            </w:r>
          </w:p>
          <w:p w:rsidR="003C0B89" w:rsidRDefault="003C0B89" w:rsidP="0077618C">
            <w:pPr>
              <w:jc w:val="both"/>
              <w:rPr>
                <w:sz w:val="28"/>
                <w:szCs w:val="28"/>
                <w:lang w:val="nl-NL"/>
              </w:rPr>
            </w:pPr>
            <w:r>
              <w:rPr>
                <w:sz w:val="28"/>
                <w:szCs w:val="28"/>
                <w:lang w:val="nl-NL"/>
              </w:rPr>
              <w:t>- Trả lời câu hỏi.</w:t>
            </w:r>
          </w:p>
          <w:p w:rsidR="003C0B89" w:rsidRDefault="003C0B89" w:rsidP="0077618C">
            <w:pPr>
              <w:jc w:val="both"/>
              <w:rPr>
                <w:sz w:val="28"/>
                <w:szCs w:val="28"/>
                <w:lang w:val="nl-NL"/>
              </w:rPr>
            </w:pPr>
            <w:r>
              <w:rPr>
                <w:sz w:val="28"/>
                <w:szCs w:val="28"/>
                <w:lang w:val="nl-NL"/>
              </w:rPr>
              <w:t>- Lắng nghe.</w:t>
            </w:r>
          </w:p>
          <w:p w:rsidR="003C0B89" w:rsidRDefault="003C0B89" w:rsidP="0077618C">
            <w:pPr>
              <w:jc w:val="both"/>
              <w:rPr>
                <w:sz w:val="28"/>
                <w:szCs w:val="28"/>
                <w:lang w:val="nl-NL"/>
              </w:rPr>
            </w:pPr>
          </w:p>
          <w:p w:rsidR="003C0B89" w:rsidRPr="0053205E" w:rsidRDefault="003C0B89" w:rsidP="0077618C">
            <w:pPr>
              <w:jc w:val="both"/>
              <w:rPr>
                <w:sz w:val="28"/>
                <w:szCs w:val="28"/>
                <w:lang w:val="nl-NL"/>
              </w:rPr>
            </w:pPr>
            <w:r>
              <w:rPr>
                <w:sz w:val="28"/>
                <w:szCs w:val="28"/>
                <w:lang w:val="nl-NL"/>
              </w:rPr>
              <w:t>-Lắng nghe và thực hiện</w:t>
            </w:r>
          </w:p>
        </w:tc>
      </w:tr>
      <w:tr w:rsidR="003C0B89" w:rsidRPr="00C22E31" w:rsidTr="0077618C">
        <w:tc>
          <w:tcPr>
            <w:tcW w:w="9738" w:type="dxa"/>
            <w:gridSpan w:val="2"/>
            <w:tcBorders>
              <w:top w:val="dashed" w:sz="4" w:space="0" w:color="auto"/>
            </w:tcBorders>
          </w:tcPr>
          <w:p w:rsidR="003C0B89" w:rsidRPr="00C22E31" w:rsidRDefault="003C0B89" w:rsidP="0077618C">
            <w:pPr>
              <w:spacing w:line="288" w:lineRule="auto"/>
              <w:rPr>
                <w:b/>
                <w:sz w:val="28"/>
                <w:szCs w:val="28"/>
                <w:lang w:val="nl-NL"/>
              </w:rPr>
            </w:pPr>
            <w:r w:rsidRPr="00C22E31">
              <w:rPr>
                <w:b/>
                <w:sz w:val="28"/>
                <w:szCs w:val="28"/>
                <w:lang w:val="nl-NL"/>
              </w:rPr>
              <w:lastRenderedPageBreak/>
              <w:t>IV. ĐIỀU CHỈNH SAU BÀI DẠY:</w:t>
            </w:r>
          </w:p>
          <w:p w:rsidR="003C0B89" w:rsidRPr="00C22E31" w:rsidRDefault="003C0B89" w:rsidP="0077618C">
            <w:pPr>
              <w:spacing w:line="288" w:lineRule="auto"/>
              <w:rPr>
                <w:sz w:val="28"/>
                <w:szCs w:val="28"/>
                <w:lang w:val="nl-NL"/>
              </w:rPr>
            </w:pPr>
            <w:r w:rsidRPr="00C22E31">
              <w:rPr>
                <w:sz w:val="28"/>
                <w:szCs w:val="28"/>
                <w:lang w:val="nl-NL"/>
              </w:rPr>
              <w:t>.......................................................................................................................................</w:t>
            </w:r>
          </w:p>
          <w:p w:rsidR="003C0B89" w:rsidRPr="00C22E31" w:rsidRDefault="003C0B89" w:rsidP="0077618C">
            <w:pPr>
              <w:spacing w:line="288" w:lineRule="auto"/>
              <w:rPr>
                <w:sz w:val="28"/>
                <w:szCs w:val="28"/>
                <w:lang w:val="nl-NL"/>
              </w:rPr>
            </w:pPr>
            <w:r w:rsidRPr="00C22E31">
              <w:rPr>
                <w:sz w:val="28"/>
                <w:szCs w:val="28"/>
                <w:lang w:val="nl-NL"/>
              </w:rPr>
              <w:t>.......................................................................................................................................</w:t>
            </w:r>
          </w:p>
          <w:p w:rsidR="003C0B89" w:rsidRPr="00C22E31" w:rsidRDefault="003C0B89" w:rsidP="0077618C">
            <w:pPr>
              <w:spacing w:line="288" w:lineRule="auto"/>
              <w:rPr>
                <w:sz w:val="28"/>
                <w:szCs w:val="28"/>
                <w:lang w:val="nl-NL"/>
              </w:rPr>
            </w:pPr>
            <w:r w:rsidRPr="00C22E31">
              <w:rPr>
                <w:sz w:val="28"/>
                <w:szCs w:val="28"/>
                <w:lang w:val="nl-NL"/>
              </w:rPr>
              <w:t>.......................................................................................................................................</w:t>
            </w:r>
          </w:p>
        </w:tc>
      </w:tr>
    </w:tbl>
    <w:p w:rsidR="003C0B89" w:rsidRPr="003C0B89" w:rsidRDefault="003C0B89">
      <w:pPr>
        <w:spacing w:after="0" w:line="240" w:lineRule="auto"/>
        <w:rPr>
          <w:sz w:val="28"/>
          <w:szCs w:val="28"/>
        </w:rPr>
      </w:pPr>
    </w:p>
    <w:sectPr w:rsidR="003C0B89" w:rsidRPr="003C0B89" w:rsidSect="00034616">
      <w:pgSz w:w="11906" w:h="16838"/>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3"/>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AE533C2"/>
    <w:multiLevelType w:val="hybridMultilevel"/>
    <w:tmpl w:val="D4927D5C"/>
    <w:lvl w:ilvl="0" w:tplc="04BCFF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3C0B89"/>
    <w:rsid w:val="00AA1D8D"/>
    <w:rsid w:val="00B47730"/>
    <w:rsid w:val="00CB0664"/>
    <w:rsid w:val="00E157F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D50A68"/>
  <w14:defaultImageDpi w14:val="300"/>
  <w15:docId w15:val="{E4F14DC6-771B-4BD7-9496-A8B5549E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92A3D-C614-4B26-9F05-3661A3721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1677</Words>
  <Characters>9564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Tran</cp:lastModifiedBy>
  <cp:revision>2</cp:revision>
  <dcterms:created xsi:type="dcterms:W3CDTF">2026-03-09T07:31:00Z</dcterms:created>
  <dcterms:modified xsi:type="dcterms:W3CDTF">2026-03-09T07:31:00Z</dcterms:modified>
  <cp:category/>
</cp:coreProperties>
</file>