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8F401" w14:textId="77777777" w:rsidR="0003755E" w:rsidRPr="007D6409" w:rsidRDefault="00000000">
      <w:pPr>
        <w:pStyle w:val="Title"/>
        <w:jc w:val="center"/>
        <w:rPr>
          <w:rFonts w:ascii="Arial" w:hAnsi="Arial" w:cs="Arial"/>
          <w:sz w:val="24"/>
          <w:szCs w:val="24"/>
        </w:rPr>
      </w:pPr>
      <w:r w:rsidRPr="007D6409">
        <w:rPr>
          <w:rFonts w:ascii="Arial" w:hAnsi="Arial" w:cs="Arial"/>
          <w:sz w:val="24"/>
          <w:szCs w:val="24"/>
        </w:rPr>
        <w:t>Paket Dokumen Administrasi Uang Muka PBJ</w:t>
      </w:r>
    </w:p>
    <w:p w14:paraId="5CA595D1" w14:textId="77777777" w:rsidR="0003755E" w:rsidRPr="007D6409" w:rsidRDefault="00000000">
      <w:pPr>
        <w:jc w:val="center"/>
        <w:rPr>
          <w:rFonts w:cs="Arial"/>
          <w:sz w:val="24"/>
          <w:szCs w:val="24"/>
        </w:rPr>
      </w:pPr>
      <w:r w:rsidRPr="007D6409">
        <w:rPr>
          <w:rFonts w:cs="Arial"/>
          <w:b/>
          <w:sz w:val="24"/>
          <w:szCs w:val="24"/>
        </w:rPr>
        <w:t>Sembilan Model Dokumen Editable untuk PPK dan Pengelola Kontrak</w:t>
      </w:r>
    </w:p>
    <w:p w14:paraId="57714964" w14:textId="77777777" w:rsidR="0003755E" w:rsidRPr="007D6409" w:rsidRDefault="00000000">
      <w:pPr>
        <w:rPr>
          <w:rFonts w:cs="Arial"/>
          <w:sz w:val="24"/>
          <w:szCs w:val="24"/>
        </w:rPr>
      </w:pPr>
      <w:r w:rsidRPr="007D6409">
        <w:rPr>
          <w:rFonts w:cs="Arial"/>
          <w:sz w:val="24"/>
          <w:szCs w:val="24"/>
        </w:rPr>
        <w:br/>
      </w:r>
    </w:p>
    <w:p w14:paraId="301972B2" w14:textId="77777777" w:rsidR="0003755E" w:rsidRPr="007D6409" w:rsidRDefault="00000000">
      <w:pPr>
        <w:jc w:val="both"/>
        <w:rPr>
          <w:rFonts w:cs="Arial"/>
          <w:sz w:val="24"/>
          <w:szCs w:val="24"/>
        </w:rPr>
      </w:pPr>
      <w:r w:rsidRPr="007D6409">
        <w:rPr>
          <w:rFonts w:cs="Arial"/>
          <w:sz w:val="24"/>
          <w:szCs w:val="24"/>
        </w:rPr>
        <w:t>Dokumen ini memuat contoh tata naskah untuk permohonan, persetujuan, pemeriksaan jaminan, pembayaran, pengendalian, perpanjangan, dan pelunasan uang muka. Seluruh identitas di dalam tanda kurung siku harus disesuaikan dengan kontrak dan pedoman tata naskah dinas instansi.</w:t>
      </w:r>
    </w:p>
    <w:tbl>
      <w:tblPr>
        <w:tblStyle w:val="TableGrid"/>
        <w:tblW w:w="0" w:type="auto"/>
        <w:jc w:val="center"/>
        <w:tblLook w:val="04A0" w:firstRow="1" w:lastRow="0" w:firstColumn="1" w:lastColumn="0" w:noHBand="0" w:noVBand="1"/>
      </w:tblPr>
      <w:tblGrid>
        <w:gridCol w:w="720"/>
        <w:gridCol w:w="6912"/>
        <w:gridCol w:w="2016"/>
      </w:tblGrid>
      <w:tr w:rsidR="0003755E" w:rsidRPr="007D6409" w14:paraId="3CDE33D1" w14:textId="77777777">
        <w:trPr>
          <w:tblHeader/>
          <w:jc w:val="center"/>
        </w:trPr>
        <w:tc>
          <w:tcPr>
            <w:tcW w:w="720" w:type="dxa"/>
            <w:shd w:val="clear" w:color="auto" w:fill="9A4D00"/>
            <w:tcMar>
              <w:top w:w="80" w:type="dxa"/>
              <w:left w:w="90" w:type="dxa"/>
              <w:bottom w:w="80" w:type="dxa"/>
              <w:right w:w="90" w:type="dxa"/>
            </w:tcMar>
            <w:vAlign w:val="center"/>
          </w:tcPr>
          <w:p w14:paraId="5B51E9AF" w14:textId="77777777" w:rsidR="0003755E" w:rsidRPr="007D6409" w:rsidRDefault="00000000">
            <w:pPr>
              <w:jc w:val="center"/>
              <w:rPr>
                <w:rFonts w:cs="Arial"/>
                <w:sz w:val="24"/>
                <w:szCs w:val="24"/>
              </w:rPr>
            </w:pPr>
            <w:r w:rsidRPr="007D6409">
              <w:rPr>
                <w:rFonts w:cs="Arial"/>
                <w:b/>
                <w:color w:val="FFFFFF"/>
                <w:sz w:val="24"/>
                <w:szCs w:val="24"/>
              </w:rPr>
              <w:t>No.</w:t>
            </w:r>
          </w:p>
        </w:tc>
        <w:tc>
          <w:tcPr>
            <w:tcW w:w="6912" w:type="dxa"/>
            <w:shd w:val="clear" w:color="auto" w:fill="9A4D00"/>
            <w:tcMar>
              <w:top w:w="80" w:type="dxa"/>
              <w:left w:w="90" w:type="dxa"/>
              <w:bottom w:w="80" w:type="dxa"/>
              <w:right w:w="90" w:type="dxa"/>
            </w:tcMar>
            <w:vAlign w:val="center"/>
          </w:tcPr>
          <w:p w14:paraId="707EC24D" w14:textId="77777777" w:rsidR="0003755E" w:rsidRPr="007D6409" w:rsidRDefault="00000000">
            <w:pPr>
              <w:jc w:val="center"/>
              <w:rPr>
                <w:rFonts w:cs="Arial"/>
                <w:sz w:val="24"/>
                <w:szCs w:val="24"/>
              </w:rPr>
            </w:pPr>
            <w:r w:rsidRPr="007D6409">
              <w:rPr>
                <w:rFonts w:cs="Arial"/>
                <w:b/>
                <w:color w:val="FFFFFF"/>
                <w:sz w:val="24"/>
                <w:szCs w:val="24"/>
              </w:rPr>
              <w:t>Dokumen</w:t>
            </w:r>
          </w:p>
        </w:tc>
        <w:tc>
          <w:tcPr>
            <w:tcW w:w="2016" w:type="dxa"/>
            <w:shd w:val="clear" w:color="auto" w:fill="9A4D00"/>
            <w:tcMar>
              <w:top w:w="80" w:type="dxa"/>
              <w:left w:w="90" w:type="dxa"/>
              <w:bottom w:w="80" w:type="dxa"/>
              <w:right w:w="90" w:type="dxa"/>
            </w:tcMar>
            <w:vAlign w:val="center"/>
          </w:tcPr>
          <w:p w14:paraId="49F0FB1C" w14:textId="77777777" w:rsidR="0003755E" w:rsidRPr="007D6409" w:rsidRDefault="00000000">
            <w:pPr>
              <w:jc w:val="center"/>
              <w:rPr>
                <w:rFonts w:cs="Arial"/>
                <w:sz w:val="24"/>
                <w:szCs w:val="24"/>
              </w:rPr>
            </w:pPr>
            <w:r w:rsidRPr="007D6409">
              <w:rPr>
                <w:rFonts w:cs="Arial"/>
                <w:b/>
                <w:color w:val="FFFFFF"/>
                <w:sz w:val="24"/>
                <w:szCs w:val="24"/>
              </w:rPr>
              <w:t>Pembuat</w:t>
            </w:r>
          </w:p>
        </w:tc>
      </w:tr>
      <w:tr w:rsidR="0003755E" w:rsidRPr="007D6409" w14:paraId="690FEDB9" w14:textId="77777777">
        <w:trPr>
          <w:jc w:val="center"/>
        </w:trPr>
        <w:tc>
          <w:tcPr>
            <w:tcW w:w="720" w:type="dxa"/>
            <w:tcMar>
              <w:top w:w="80" w:type="dxa"/>
              <w:left w:w="90" w:type="dxa"/>
              <w:bottom w:w="80" w:type="dxa"/>
              <w:right w:w="90" w:type="dxa"/>
            </w:tcMar>
            <w:vAlign w:val="center"/>
          </w:tcPr>
          <w:p w14:paraId="3376C02E" w14:textId="77777777" w:rsidR="0003755E" w:rsidRPr="007D6409" w:rsidRDefault="00000000">
            <w:pPr>
              <w:jc w:val="center"/>
              <w:rPr>
                <w:rFonts w:cs="Arial"/>
                <w:sz w:val="24"/>
                <w:szCs w:val="24"/>
              </w:rPr>
            </w:pPr>
            <w:r w:rsidRPr="007D6409">
              <w:rPr>
                <w:rFonts w:cs="Arial"/>
                <w:sz w:val="24"/>
                <w:szCs w:val="24"/>
              </w:rPr>
              <w:t>1</w:t>
            </w:r>
          </w:p>
        </w:tc>
        <w:tc>
          <w:tcPr>
            <w:tcW w:w="6912" w:type="dxa"/>
            <w:tcMar>
              <w:top w:w="80" w:type="dxa"/>
              <w:left w:w="90" w:type="dxa"/>
              <w:bottom w:w="80" w:type="dxa"/>
              <w:right w:w="90" w:type="dxa"/>
            </w:tcMar>
            <w:vAlign w:val="center"/>
          </w:tcPr>
          <w:p w14:paraId="6DB763B9" w14:textId="77777777" w:rsidR="0003755E" w:rsidRPr="007D6409" w:rsidRDefault="00000000">
            <w:pPr>
              <w:rPr>
                <w:rFonts w:cs="Arial"/>
                <w:sz w:val="24"/>
                <w:szCs w:val="24"/>
              </w:rPr>
            </w:pPr>
            <w:r w:rsidRPr="007D6409">
              <w:rPr>
                <w:rFonts w:cs="Arial"/>
                <w:sz w:val="24"/>
                <w:szCs w:val="24"/>
              </w:rPr>
              <w:t>Surat Permohonan Uang Muka</w:t>
            </w:r>
          </w:p>
        </w:tc>
        <w:tc>
          <w:tcPr>
            <w:tcW w:w="2016" w:type="dxa"/>
            <w:tcMar>
              <w:top w:w="80" w:type="dxa"/>
              <w:left w:w="90" w:type="dxa"/>
              <w:bottom w:w="80" w:type="dxa"/>
              <w:right w:w="90" w:type="dxa"/>
            </w:tcMar>
            <w:vAlign w:val="center"/>
          </w:tcPr>
          <w:p w14:paraId="2F79A732" w14:textId="77777777" w:rsidR="0003755E" w:rsidRPr="007D6409" w:rsidRDefault="00000000">
            <w:pPr>
              <w:rPr>
                <w:rFonts w:cs="Arial"/>
                <w:sz w:val="24"/>
                <w:szCs w:val="24"/>
              </w:rPr>
            </w:pPr>
            <w:r w:rsidRPr="007D6409">
              <w:rPr>
                <w:rFonts w:cs="Arial"/>
                <w:sz w:val="24"/>
                <w:szCs w:val="24"/>
              </w:rPr>
              <w:t>Penyedia</w:t>
            </w:r>
          </w:p>
        </w:tc>
      </w:tr>
      <w:tr w:rsidR="0003755E" w:rsidRPr="007D6409" w14:paraId="75CD3CB7" w14:textId="77777777">
        <w:trPr>
          <w:jc w:val="center"/>
        </w:trPr>
        <w:tc>
          <w:tcPr>
            <w:tcW w:w="720" w:type="dxa"/>
            <w:shd w:val="clear" w:color="auto" w:fill="FFF7EF"/>
            <w:tcMar>
              <w:top w:w="80" w:type="dxa"/>
              <w:left w:w="90" w:type="dxa"/>
              <w:bottom w:w="80" w:type="dxa"/>
              <w:right w:w="90" w:type="dxa"/>
            </w:tcMar>
            <w:vAlign w:val="center"/>
          </w:tcPr>
          <w:p w14:paraId="231FB3C4" w14:textId="77777777" w:rsidR="0003755E" w:rsidRPr="007D6409" w:rsidRDefault="00000000">
            <w:pPr>
              <w:jc w:val="center"/>
              <w:rPr>
                <w:rFonts w:cs="Arial"/>
                <w:sz w:val="24"/>
                <w:szCs w:val="24"/>
              </w:rPr>
            </w:pPr>
            <w:r w:rsidRPr="007D6409">
              <w:rPr>
                <w:rFonts w:cs="Arial"/>
                <w:sz w:val="24"/>
                <w:szCs w:val="24"/>
              </w:rPr>
              <w:t>2</w:t>
            </w:r>
          </w:p>
        </w:tc>
        <w:tc>
          <w:tcPr>
            <w:tcW w:w="6912" w:type="dxa"/>
            <w:shd w:val="clear" w:color="auto" w:fill="FFF7EF"/>
            <w:tcMar>
              <w:top w:w="80" w:type="dxa"/>
              <w:left w:w="90" w:type="dxa"/>
              <w:bottom w:w="80" w:type="dxa"/>
              <w:right w:w="90" w:type="dxa"/>
            </w:tcMar>
            <w:vAlign w:val="center"/>
          </w:tcPr>
          <w:p w14:paraId="12402CB7" w14:textId="77777777" w:rsidR="0003755E" w:rsidRPr="007D6409" w:rsidRDefault="00000000">
            <w:pPr>
              <w:rPr>
                <w:rFonts w:cs="Arial"/>
                <w:sz w:val="24"/>
                <w:szCs w:val="24"/>
              </w:rPr>
            </w:pPr>
            <w:r w:rsidRPr="007D6409">
              <w:rPr>
                <w:rFonts w:cs="Arial"/>
                <w:sz w:val="24"/>
                <w:szCs w:val="24"/>
              </w:rPr>
              <w:t>Lembar Penelitian Permohonan</w:t>
            </w:r>
          </w:p>
        </w:tc>
        <w:tc>
          <w:tcPr>
            <w:tcW w:w="2016" w:type="dxa"/>
            <w:shd w:val="clear" w:color="auto" w:fill="FFF7EF"/>
            <w:tcMar>
              <w:top w:w="80" w:type="dxa"/>
              <w:left w:w="90" w:type="dxa"/>
              <w:bottom w:w="80" w:type="dxa"/>
              <w:right w:w="90" w:type="dxa"/>
            </w:tcMar>
            <w:vAlign w:val="center"/>
          </w:tcPr>
          <w:p w14:paraId="43001909" w14:textId="77777777" w:rsidR="0003755E" w:rsidRPr="007D6409" w:rsidRDefault="00000000">
            <w:pPr>
              <w:rPr>
                <w:rFonts w:cs="Arial"/>
                <w:sz w:val="24"/>
                <w:szCs w:val="24"/>
              </w:rPr>
            </w:pPr>
            <w:r w:rsidRPr="007D6409">
              <w:rPr>
                <w:rFonts w:cs="Arial"/>
                <w:sz w:val="24"/>
                <w:szCs w:val="24"/>
              </w:rPr>
              <w:t>PPK</w:t>
            </w:r>
          </w:p>
        </w:tc>
      </w:tr>
      <w:tr w:rsidR="0003755E" w:rsidRPr="007D6409" w14:paraId="037C6541" w14:textId="77777777">
        <w:trPr>
          <w:jc w:val="center"/>
        </w:trPr>
        <w:tc>
          <w:tcPr>
            <w:tcW w:w="720" w:type="dxa"/>
            <w:tcMar>
              <w:top w:w="80" w:type="dxa"/>
              <w:left w:w="90" w:type="dxa"/>
              <w:bottom w:w="80" w:type="dxa"/>
              <w:right w:w="90" w:type="dxa"/>
            </w:tcMar>
            <w:vAlign w:val="center"/>
          </w:tcPr>
          <w:p w14:paraId="5D9F3F80" w14:textId="77777777" w:rsidR="0003755E" w:rsidRPr="007D6409" w:rsidRDefault="00000000">
            <w:pPr>
              <w:jc w:val="center"/>
              <w:rPr>
                <w:rFonts w:cs="Arial"/>
                <w:sz w:val="24"/>
                <w:szCs w:val="24"/>
              </w:rPr>
            </w:pPr>
            <w:r w:rsidRPr="007D6409">
              <w:rPr>
                <w:rFonts w:cs="Arial"/>
                <w:sz w:val="24"/>
                <w:szCs w:val="24"/>
              </w:rPr>
              <w:t>3</w:t>
            </w:r>
          </w:p>
        </w:tc>
        <w:tc>
          <w:tcPr>
            <w:tcW w:w="6912" w:type="dxa"/>
            <w:tcMar>
              <w:top w:w="80" w:type="dxa"/>
              <w:left w:w="90" w:type="dxa"/>
              <w:bottom w:w="80" w:type="dxa"/>
              <w:right w:w="90" w:type="dxa"/>
            </w:tcMar>
            <w:vAlign w:val="center"/>
          </w:tcPr>
          <w:p w14:paraId="4153F7A1" w14:textId="77777777" w:rsidR="0003755E" w:rsidRPr="007D6409" w:rsidRDefault="00000000">
            <w:pPr>
              <w:rPr>
                <w:rFonts w:cs="Arial"/>
                <w:sz w:val="24"/>
                <w:szCs w:val="24"/>
              </w:rPr>
            </w:pPr>
            <w:r w:rsidRPr="007D6409">
              <w:rPr>
                <w:rFonts w:cs="Arial"/>
                <w:sz w:val="24"/>
                <w:szCs w:val="24"/>
              </w:rPr>
              <w:t>Surat Persetujuan Pemberian Uang Muka</w:t>
            </w:r>
          </w:p>
        </w:tc>
        <w:tc>
          <w:tcPr>
            <w:tcW w:w="2016" w:type="dxa"/>
            <w:tcMar>
              <w:top w:w="80" w:type="dxa"/>
              <w:left w:w="90" w:type="dxa"/>
              <w:bottom w:w="80" w:type="dxa"/>
              <w:right w:w="90" w:type="dxa"/>
            </w:tcMar>
            <w:vAlign w:val="center"/>
          </w:tcPr>
          <w:p w14:paraId="4D4FA511" w14:textId="77777777" w:rsidR="0003755E" w:rsidRPr="007D6409" w:rsidRDefault="00000000">
            <w:pPr>
              <w:rPr>
                <w:rFonts w:cs="Arial"/>
                <w:sz w:val="24"/>
                <w:szCs w:val="24"/>
              </w:rPr>
            </w:pPr>
            <w:r w:rsidRPr="007D6409">
              <w:rPr>
                <w:rFonts w:cs="Arial"/>
                <w:sz w:val="24"/>
                <w:szCs w:val="24"/>
              </w:rPr>
              <w:t>PPK</w:t>
            </w:r>
          </w:p>
        </w:tc>
      </w:tr>
      <w:tr w:rsidR="0003755E" w:rsidRPr="007D6409" w14:paraId="2DB9CD13" w14:textId="77777777">
        <w:trPr>
          <w:jc w:val="center"/>
        </w:trPr>
        <w:tc>
          <w:tcPr>
            <w:tcW w:w="720" w:type="dxa"/>
            <w:shd w:val="clear" w:color="auto" w:fill="FFF7EF"/>
            <w:tcMar>
              <w:top w:w="80" w:type="dxa"/>
              <w:left w:w="90" w:type="dxa"/>
              <w:bottom w:w="80" w:type="dxa"/>
              <w:right w:w="90" w:type="dxa"/>
            </w:tcMar>
            <w:vAlign w:val="center"/>
          </w:tcPr>
          <w:p w14:paraId="56452D8D" w14:textId="77777777" w:rsidR="0003755E" w:rsidRPr="007D6409" w:rsidRDefault="00000000">
            <w:pPr>
              <w:jc w:val="center"/>
              <w:rPr>
                <w:rFonts w:cs="Arial"/>
                <w:sz w:val="24"/>
                <w:szCs w:val="24"/>
              </w:rPr>
            </w:pPr>
            <w:r w:rsidRPr="007D6409">
              <w:rPr>
                <w:rFonts w:cs="Arial"/>
                <w:sz w:val="24"/>
                <w:szCs w:val="24"/>
              </w:rPr>
              <w:t>4</w:t>
            </w:r>
          </w:p>
        </w:tc>
        <w:tc>
          <w:tcPr>
            <w:tcW w:w="6912" w:type="dxa"/>
            <w:shd w:val="clear" w:color="auto" w:fill="FFF7EF"/>
            <w:tcMar>
              <w:top w:w="80" w:type="dxa"/>
              <w:left w:w="90" w:type="dxa"/>
              <w:bottom w:w="80" w:type="dxa"/>
              <w:right w:w="90" w:type="dxa"/>
            </w:tcMar>
            <w:vAlign w:val="center"/>
          </w:tcPr>
          <w:p w14:paraId="36F16A3E" w14:textId="77777777" w:rsidR="0003755E" w:rsidRPr="007D6409" w:rsidRDefault="00000000">
            <w:pPr>
              <w:rPr>
                <w:rFonts w:cs="Arial"/>
                <w:sz w:val="24"/>
                <w:szCs w:val="24"/>
              </w:rPr>
            </w:pPr>
            <w:r w:rsidRPr="007D6409">
              <w:rPr>
                <w:rFonts w:cs="Arial"/>
                <w:sz w:val="24"/>
                <w:szCs w:val="24"/>
              </w:rPr>
              <w:t>Surat Penyerahan Jaminan Uang Muka</w:t>
            </w:r>
          </w:p>
        </w:tc>
        <w:tc>
          <w:tcPr>
            <w:tcW w:w="2016" w:type="dxa"/>
            <w:shd w:val="clear" w:color="auto" w:fill="FFF7EF"/>
            <w:tcMar>
              <w:top w:w="80" w:type="dxa"/>
              <w:left w:w="90" w:type="dxa"/>
              <w:bottom w:w="80" w:type="dxa"/>
              <w:right w:w="90" w:type="dxa"/>
            </w:tcMar>
            <w:vAlign w:val="center"/>
          </w:tcPr>
          <w:p w14:paraId="66859534" w14:textId="77777777" w:rsidR="0003755E" w:rsidRPr="007D6409" w:rsidRDefault="00000000">
            <w:pPr>
              <w:rPr>
                <w:rFonts w:cs="Arial"/>
                <w:sz w:val="24"/>
                <w:szCs w:val="24"/>
              </w:rPr>
            </w:pPr>
            <w:r w:rsidRPr="007D6409">
              <w:rPr>
                <w:rFonts w:cs="Arial"/>
                <w:sz w:val="24"/>
                <w:szCs w:val="24"/>
              </w:rPr>
              <w:t>Penyedia</w:t>
            </w:r>
          </w:p>
        </w:tc>
      </w:tr>
      <w:tr w:rsidR="0003755E" w:rsidRPr="007D6409" w14:paraId="59FF6B87" w14:textId="77777777">
        <w:trPr>
          <w:jc w:val="center"/>
        </w:trPr>
        <w:tc>
          <w:tcPr>
            <w:tcW w:w="720" w:type="dxa"/>
            <w:tcMar>
              <w:top w:w="80" w:type="dxa"/>
              <w:left w:w="90" w:type="dxa"/>
              <w:bottom w:w="80" w:type="dxa"/>
              <w:right w:w="90" w:type="dxa"/>
            </w:tcMar>
            <w:vAlign w:val="center"/>
          </w:tcPr>
          <w:p w14:paraId="4BFD1BEE" w14:textId="77777777" w:rsidR="0003755E" w:rsidRPr="007D6409" w:rsidRDefault="00000000">
            <w:pPr>
              <w:jc w:val="center"/>
              <w:rPr>
                <w:rFonts w:cs="Arial"/>
                <w:sz w:val="24"/>
                <w:szCs w:val="24"/>
              </w:rPr>
            </w:pPr>
            <w:r w:rsidRPr="007D6409">
              <w:rPr>
                <w:rFonts w:cs="Arial"/>
                <w:sz w:val="24"/>
                <w:szCs w:val="24"/>
              </w:rPr>
              <w:t>5</w:t>
            </w:r>
          </w:p>
        </w:tc>
        <w:tc>
          <w:tcPr>
            <w:tcW w:w="6912" w:type="dxa"/>
            <w:tcMar>
              <w:top w:w="80" w:type="dxa"/>
              <w:left w:w="90" w:type="dxa"/>
              <w:bottom w:w="80" w:type="dxa"/>
              <w:right w:w="90" w:type="dxa"/>
            </w:tcMar>
            <w:vAlign w:val="center"/>
          </w:tcPr>
          <w:p w14:paraId="482564FC" w14:textId="77777777" w:rsidR="0003755E" w:rsidRPr="007D6409" w:rsidRDefault="00000000">
            <w:pPr>
              <w:rPr>
                <w:rFonts w:cs="Arial"/>
                <w:sz w:val="24"/>
                <w:szCs w:val="24"/>
              </w:rPr>
            </w:pPr>
            <w:r w:rsidRPr="007D6409">
              <w:rPr>
                <w:rFonts w:cs="Arial"/>
                <w:sz w:val="24"/>
                <w:szCs w:val="24"/>
              </w:rPr>
              <w:t>Berita Acara Pemeriksaan dan Konfirmasi Jaminan</w:t>
            </w:r>
          </w:p>
        </w:tc>
        <w:tc>
          <w:tcPr>
            <w:tcW w:w="2016" w:type="dxa"/>
            <w:tcMar>
              <w:top w:w="80" w:type="dxa"/>
              <w:left w:w="90" w:type="dxa"/>
              <w:bottom w:w="80" w:type="dxa"/>
              <w:right w:w="90" w:type="dxa"/>
            </w:tcMar>
            <w:vAlign w:val="center"/>
          </w:tcPr>
          <w:p w14:paraId="5D9FE41F" w14:textId="77777777" w:rsidR="0003755E" w:rsidRPr="007D6409" w:rsidRDefault="00000000">
            <w:pPr>
              <w:rPr>
                <w:rFonts w:cs="Arial"/>
                <w:sz w:val="24"/>
                <w:szCs w:val="24"/>
              </w:rPr>
            </w:pPr>
            <w:r w:rsidRPr="007D6409">
              <w:rPr>
                <w:rFonts w:cs="Arial"/>
                <w:sz w:val="24"/>
                <w:szCs w:val="24"/>
              </w:rPr>
              <w:t>PPK</w:t>
            </w:r>
          </w:p>
        </w:tc>
      </w:tr>
      <w:tr w:rsidR="0003755E" w:rsidRPr="007D6409" w14:paraId="2548DF5E" w14:textId="77777777">
        <w:trPr>
          <w:jc w:val="center"/>
        </w:trPr>
        <w:tc>
          <w:tcPr>
            <w:tcW w:w="720" w:type="dxa"/>
            <w:shd w:val="clear" w:color="auto" w:fill="FFF7EF"/>
            <w:tcMar>
              <w:top w:w="80" w:type="dxa"/>
              <w:left w:w="90" w:type="dxa"/>
              <w:bottom w:w="80" w:type="dxa"/>
              <w:right w:w="90" w:type="dxa"/>
            </w:tcMar>
            <w:vAlign w:val="center"/>
          </w:tcPr>
          <w:p w14:paraId="36CCF3F5" w14:textId="77777777" w:rsidR="0003755E" w:rsidRPr="007D6409" w:rsidRDefault="00000000">
            <w:pPr>
              <w:jc w:val="center"/>
              <w:rPr>
                <w:rFonts w:cs="Arial"/>
                <w:sz w:val="24"/>
                <w:szCs w:val="24"/>
              </w:rPr>
            </w:pPr>
            <w:r w:rsidRPr="007D6409">
              <w:rPr>
                <w:rFonts w:cs="Arial"/>
                <w:sz w:val="24"/>
                <w:szCs w:val="24"/>
              </w:rPr>
              <w:t>6</w:t>
            </w:r>
          </w:p>
        </w:tc>
        <w:tc>
          <w:tcPr>
            <w:tcW w:w="6912" w:type="dxa"/>
            <w:shd w:val="clear" w:color="auto" w:fill="FFF7EF"/>
            <w:tcMar>
              <w:top w:w="80" w:type="dxa"/>
              <w:left w:w="90" w:type="dxa"/>
              <w:bottom w:w="80" w:type="dxa"/>
              <w:right w:w="90" w:type="dxa"/>
            </w:tcMar>
            <w:vAlign w:val="center"/>
          </w:tcPr>
          <w:p w14:paraId="6FB7D6A4" w14:textId="77777777" w:rsidR="0003755E" w:rsidRPr="007D6409" w:rsidRDefault="00000000">
            <w:pPr>
              <w:rPr>
                <w:rFonts w:cs="Arial"/>
                <w:sz w:val="24"/>
                <w:szCs w:val="24"/>
              </w:rPr>
            </w:pPr>
            <w:r w:rsidRPr="007D6409">
              <w:rPr>
                <w:rFonts w:cs="Arial"/>
                <w:sz w:val="24"/>
                <w:szCs w:val="24"/>
              </w:rPr>
              <w:t>Berita Acara Pembayaran Uang Muka</w:t>
            </w:r>
          </w:p>
        </w:tc>
        <w:tc>
          <w:tcPr>
            <w:tcW w:w="2016" w:type="dxa"/>
            <w:shd w:val="clear" w:color="auto" w:fill="FFF7EF"/>
            <w:tcMar>
              <w:top w:w="80" w:type="dxa"/>
              <w:left w:w="90" w:type="dxa"/>
              <w:bottom w:w="80" w:type="dxa"/>
              <w:right w:w="90" w:type="dxa"/>
            </w:tcMar>
            <w:vAlign w:val="center"/>
          </w:tcPr>
          <w:p w14:paraId="7AB24D35" w14:textId="77777777" w:rsidR="0003755E" w:rsidRPr="007D6409" w:rsidRDefault="00000000">
            <w:pPr>
              <w:rPr>
                <w:rFonts w:cs="Arial"/>
                <w:sz w:val="24"/>
                <w:szCs w:val="24"/>
              </w:rPr>
            </w:pPr>
            <w:r w:rsidRPr="007D6409">
              <w:rPr>
                <w:rFonts w:cs="Arial"/>
                <w:sz w:val="24"/>
                <w:szCs w:val="24"/>
              </w:rPr>
              <w:t>Para pihak</w:t>
            </w:r>
          </w:p>
        </w:tc>
      </w:tr>
      <w:tr w:rsidR="0003755E" w:rsidRPr="007D6409" w14:paraId="16A6588E" w14:textId="77777777">
        <w:trPr>
          <w:jc w:val="center"/>
        </w:trPr>
        <w:tc>
          <w:tcPr>
            <w:tcW w:w="720" w:type="dxa"/>
            <w:tcMar>
              <w:top w:w="80" w:type="dxa"/>
              <w:left w:w="90" w:type="dxa"/>
              <w:bottom w:w="80" w:type="dxa"/>
              <w:right w:w="90" w:type="dxa"/>
            </w:tcMar>
            <w:vAlign w:val="center"/>
          </w:tcPr>
          <w:p w14:paraId="77ADEF63" w14:textId="77777777" w:rsidR="0003755E" w:rsidRPr="007D6409" w:rsidRDefault="00000000">
            <w:pPr>
              <w:jc w:val="center"/>
              <w:rPr>
                <w:rFonts w:cs="Arial"/>
                <w:sz w:val="24"/>
                <w:szCs w:val="24"/>
              </w:rPr>
            </w:pPr>
            <w:r w:rsidRPr="007D6409">
              <w:rPr>
                <w:rFonts w:cs="Arial"/>
                <w:sz w:val="24"/>
                <w:szCs w:val="24"/>
              </w:rPr>
              <w:t>7</w:t>
            </w:r>
          </w:p>
        </w:tc>
        <w:tc>
          <w:tcPr>
            <w:tcW w:w="6912" w:type="dxa"/>
            <w:tcMar>
              <w:top w:w="80" w:type="dxa"/>
              <w:left w:w="90" w:type="dxa"/>
              <w:bottom w:w="80" w:type="dxa"/>
              <w:right w:w="90" w:type="dxa"/>
            </w:tcMar>
            <w:vAlign w:val="center"/>
          </w:tcPr>
          <w:p w14:paraId="66C5ABCA" w14:textId="77777777" w:rsidR="0003755E" w:rsidRPr="007D6409" w:rsidRDefault="00000000">
            <w:pPr>
              <w:rPr>
                <w:rFonts w:cs="Arial"/>
                <w:sz w:val="24"/>
                <w:szCs w:val="24"/>
              </w:rPr>
            </w:pPr>
            <w:r w:rsidRPr="007D6409">
              <w:rPr>
                <w:rFonts w:cs="Arial"/>
                <w:sz w:val="24"/>
                <w:szCs w:val="24"/>
              </w:rPr>
              <w:t>Kartu Kendali Pengembalian Uang Muka</w:t>
            </w:r>
          </w:p>
        </w:tc>
        <w:tc>
          <w:tcPr>
            <w:tcW w:w="2016" w:type="dxa"/>
            <w:tcMar>
              <w:top w:w="80" w:type="dxa"/>
              <w:left w:w="90" w:type="dxa"/>
              <w:bottom w:w="80" w:type="dxa"/>
              <w:right w:w="90" w:type="dxa"/>
            </w:tcMar>
            <w:vAlign w:val="center"/>
          </w:tcPr>
          <w:p w14:paraId="485C43EB" w14:textId="77777777" w:rsidR="0003755E" w:rsidRPr="007D6409" w:rsidRDefault="00000000">
            <w:pPr>
              <w:rPr>
                <w:rFonts w:cs="Arial"/>
                <w:sz w:val="24"/>
                <w:szCs w:val="24"/>
              </w:rPr>
            </w:pPr>
            <w:r w:rsidRPr="007D6409">
              <w:rPr>
                <w:rFonts w:cs="Arial"/>
                <w:sz w:val="24"/>
                <w:szCs w:val="24"/>
              </w:rPr>
              <w:t>PPK</w:t>
            </w:r>
          </w:p>
        </w:tc>
      </w:tr>
      <w:tr w:rsidR="0003755E" w:rsidRPr="007D6409" w14:paraId="5A8D48AA" w14:textId="77777777">
        <w:trPr>
          <w:jc w:val="center"/>
        </w:trPr>
        <w:tc>
          <w:tcPr>
            <w:tcW w:w="720" w:type="dxa"/>
            <w:shd w:val="clear" w:color="auto" w:fill="FFF7EF"/>
            <w:tcMar>
              <w:top w:w="80" w:type="dxa"/>
              <w:left w:w="90" w:type="dxa"/>
              <w:bottom w:w="80" w:type="dxa"/>
              <w:right w:w="90" w:type="dxa"/>
            </w:tcMar>
            <w:vAlign w:val="center"/>
          </w:tcPr>
          <w:p w14:paraId="069FEC52" w14:textId="77777777" w:rsidR="0003755E" w:rsidRPr="007D6409" w:rsidRDefault="00000000">
            <w:pPr>
              <w:jc w:val="center"/>
              <w:rPr>
                <w:rFonts w:cs="Arial"/>
                <w:sz w:val="24"/>
                <w:szCs w:val="24"/>
              </w:rPr>
            </w:pPr>
            <w:r w:rsidRPr="007D6409">
              <w:rPr>
                <w:rFonts w:cs="Arial"/>
                <w:sz w:val="24"/>
                <w:szCs w:val="24"/>
              </w:rPr>
              <w:t>8</w:t>
            </w:r>
          </w:p>
        </w:tc>
        <w:tc>
          <w:tcPr>
            <w:tcW w:w="6912" w:type="dxa"/>
            <w:shd w:val="clear" w:color="auto" w:fill="FFF7EF"/>
            <w:tcMar>
              <w:top w:w="80" w:type="dxa"/>
              <w:left w:w="90" w:type="dxa"/>
              <w:bottom w:w="80" w:type="dxa"/>
              <w:right w:w="90" w:type="dxa"/>
            </w:tcMar>
            <w:vAlign w:val="center"/>
          </w:tcPr>
          <w:p w14:paraId="4039CA20" w14:textId="77777777" w:rsidR="0003755E" w:rsidRPr="007D6409" w:rsidRDefault="00000000">
            <w:pPr>
              <w:rPr>
                <w:rFonts w:cs="Arial"/>
                <w:sz w:val="24"/>
                <w:szCs w:val="24"/>
              </w:rPr>
            </w:pPr>
            <w:r w:rsidRPr="007D6409">
              <w:rPr>
                <w:rFonts w:cs="Arial"/>
                <w:sz w:val="24"/>
                <w:szCs w:val="24"/>
              </w:rPr>
              <w:t>Surat Permintaan Perpanjangan Jaminan</w:t>
            </w:r>
          </w:p>
        </w:tc>
        <w:tc>
          <w:tcPr>
            <w:tcW w:w="2016" w:type="dxa"/>
            <w:shd w:val="clear" w:color="auto" w:fill="FFF7EF"/>
            <w:tcMar>
              <w:top w:w="80" w:type="dxa"/>
              <w:left w:w="90" w:type="dxa"/>
              <w:bottom w:w="80" w:type="dxa"/>
              <w:right w:w="90" w:type="dxa"/>
            </w:tcMar>
            <w:vAlign w:val="center"/>
          </w:tcPr>
          <w:p w14:paraId="040BFA48" w14:textId="77777777" w:rsidR="0003755E" w:rsidRPr="007D6409" w:rsidRDefault="00000000">
            <w:pPr>
              <w:rPr>
                <w:rFonts w:cs="Arial"/>
                <w:sz w:val="24"/>
                <w:szCs w:val="24"/>
              </w:rPr>
            </w:pPr>
            <w:r w:rsidRPr="007D6409">
              <w:rPr>
                <w:rFonts w:cs="Arial"/>
                <w:sz w:val="24"/>
                <w:szCs w:val="24"/>
              </w:rPr>
              <w:t>PPK</w:t>
            </w:r>
          </w:p>
        </w:tc>
      </w:tr>
      <w:tr w:rsidR="0003755E" w:rsidRPr="007D6409" w14:paraId="758E42A3" w14:textId="77777777">
        <w:trPr>
          <w:jc w:val="center"/>
        </w:trPr>
        <w:tc>
          <w:tcPr>
            <w:tcW w:w="720" w:type="dxa"/>
            <w:tcMar>
              <w:top w:w="80" w:type="dxa"/>
              <w:left w:w="90" w:type="dxa"/>
              <w:bottom w:w="80" w:type="dxa"/>
              <w:right w:w="90" w:type="dxa"/>
            </w:tcMar>
            <w:vAlign w:val="center"/>
          </w:tcPr>
          <w:p w14:paraId="7929778C" w14:textId="77777777" w:rsidR="0003755E" w:rsidRPr="007D6409" w:rsidRDefault="00000000">
            <w:pPr>
              <w:jc w:val="center"/>
              <w:rPr>
                <w:rFonts w:cs="Arial"/>
                <w:sz w:val="24"/>
                <w:szCs w:val="24"/>
              </w:rPr>
            </w:pPr>
            <w:r w:rsidRPr="007D6409">
              <w:rPr>
                <w:rFonts w:cs="Arial"/>
                <w:sz w:val="24"/>
                <w:szCs w:val="24"/>
              </w:rPr>
              <w:t>9</w:t>
            </w:r>
          </w:p>
        </w:tc>
        <w:tc>
          <w:tcPr>
            <w:tcW w:w="6912" w:type="dxa"/>
            <w:tcMar>
              <w:top w:w="80" w:type="dxa"/>
              <w:left w:w="90" w:type="dxa"/>
              <w:bottom w:w="80" w:type="dxa"/>
              <w:right w:w="90" w:type="dxa"/>
            </w:tcMar>
            <w:vAlign w:val="center"/>
          </w:tcPr>
          <w:p w14:paraId="46DC353D" w14:textId="77777777" w:rsidR="0003755E" w:rsidRPr="007D6409" w:rsidRDefault="00000000">
            <w:pPr>
              <w:rPr>
                <w:rFonts w:cs="Arial"/>
                <w:sz w:val="24"/>
                <w:szCs w:val="24"/>
              </w:rPr>
            </w:pPr>
            <w:r w:rsidRPr="007D6409">
              <w:rPr>
                <w:rFonts w:cs="Arial"/>
                <w:sz w:val="24"/>
                <w:szCs w:val="24"/>
              </w:rPr>
              <w:t>Berita Acara Pelunasan Uang Muka</w:t>
            </w:r>
          </w:p>
        </w:tc>
        <w:tc>
          <w:tcPr>
            <w:tcW w:w="2016" w:type="dxa"/>
            <w:tcMar>
              <w:top w:w="80" w:type="dxa"/>
              <w:left w:w="90" w:type="dxa"/>
              <w:bottom w:w="80" w:type="dxa"/>
              <w:right w:w="90" w:type="dxa"/>
            </w:tcMar>
            <w:vAlign w:val="center"/>
          </w:tcPr>
          <w:p w14:paraId="08F336E9" w14:textId="77777777" w:rsidR="0003755E" w:rsidRPr="007D6409" w:rsidRDefault="00000000">
            <w:pPr>
              <w:rPr>
                <w:rFonts w:cs="Arial"/>
                <w:sz w:val="24"/>
                <w:szCs w:val="24"/>
              </w:rPr>
            </w:pPr>
            <w:r w:rsidRPr="007D6409">
              <w:rPr>
                <w:rFonts w:cs="Arial"/>
                <w:sz w:val="24"/>
                <w:szCs w:val="24"/>
              </w:rPr>
              <w:t>PPK</w:t>
            </w:r>
          </w:p>
        </w:tc>
      </w:tr>
    </w:tbl>
    <w:p w14:paraId="6D9F57AE" w14:textId="77777777" w:rsidR="0003755E" w:rsidRPr="007D6409" w:rsidRDefault="0003755E">
      <w:pPr>
        <w:rPr>
          <w:rFonts w:cs="Arial"/>
          <w:sz w:val="24"/>
          <w:szCs w:val="24"/>
        </w:rPr>
      </w:pPr>
    </w:p>
    <w:p w14:paraId="14F3A0C7" w14:textId="77777777" w:rsidR="0003755E" w:rsidRPr="007D6409" w:rsidRDefault="00000000">
      <w:pPr>
        <w:rPr>
          <w:rFonts w:cs="Arial"/>
          <w:sz w:val="24"/>
          <w:szCs w:val="24"/>
        </w:rPr>
      </w:pPr>
      <w:r w:rsidRPr="007D6409">
        <w:rPr>
          <w:rFonts w:cs="Arial"/>
          <w:b/>
          <w:sz w:val="24"/>
          <w:szCs w:val="24"/>
        </w:rPr>
        <w:t>Catatan penggunaan</w:t>
      </w:r>
    </w:p>
    <w:p w14:paraId="616BC1CA" w14:textId="77777777" w:rsidR="0003755E" w:rsidRPr="007D6409" w:rsidRDefault="00000000">
      <w:pPr>
        <w:jc w:val="both"/>
        <w:rPr>
          <w:rFonts w:cs="Arial"/>
          <w:sz w:val="24"/>
          <w:szCs w:val="24"/>
        </w:rPr>
      </w:pPr>
      <w:r w:rsidRPr="007D6409">
        <w:rPr>
          <w:rFonts w:cs="Arial"/>
          <w:sz w:val="24"/>
          <w:szCs w:val="24"/>
        </w:rPr>
        <w:t>Contoh ini bersifat simulatif. Nama, bentuk, klasifikasi surat, pejabat penandatangan, dan mekanisme pembayaran wajib disesuaikan dengan kontrak, sumber anggaran, serta peraturan tata naskah dinas yang berlaku.</w:t>
      </w:r>
    </w:p>
    <w:p w14:paraId="7DF657DE" w14:textId="77777777" w:rsidR="0003755E" w:rsidRPr="007D6409" w:rsidRDefault="00000000">
      <w:pPr>
        <w:rPr>
          <w:rFonts w:cs="Arial"/>
          <w:sz w:val="24"/>
          <w:szCs w:val="24"/>
        </w:rPr>
      </w:pPr>
      <w:r w:rsidRPr="007D6409">
        <w:rPr>
          <w:rFonts w:cs="Arial"/>
          <w:sz w:val="24"/>
          <w:szCs w:val="24"/>
        </w:rPr>
        <w:br w:type="page"/>
      </w:r>
    </w:p>
    <w:p w14:paraId="6E95D8A8" w14:textId="77777777" w:rsidR="0003755E" w:rsidRPr="007D6409" w:rsidRDefault="00000000">
      <w:pPr>
        <w:spacing w:after="280"/>
        <w:jc w:val="center"/>
        <w:rPr>
          <w:rFonts w:cs="Arial"/>
          <w:sz w:val="24"/>
          <w:szCs w:val="24"/>
        </w:rPr>
      </w:pPr>
      <w:r w:rsidRPr="007D6409">
        <w:rPr>
          <w:rFonts w:cs="Arial"/>
          <w:b/>
          <w:sz w:val="24"/>
          <w:szCs w:val="24"/>
        </w:rPr>
        <w:lastRenderedPageBreak/>
        <w:t>PT CV NAMA PENYEDIA</w:t>
      </w:r>
      <w:r w:rsidRPr="007D6409">
        <w:rPr>
          <w:rFonts w:cs="Arial"/>
          <w:sz w:val="24"/>
          <w:szCs w:val="24"/>
        </w:rPr>
        <w:br/>
        <w:t xml:space="preserve">Alamat </w:t>
      </w:r>
      <w:proofErr w:type="gramStart"/>
      <w:r w:rsidRPr="007D6409">
        <w:rPr>
          <w:rFonts w:cs="Arial"/>
          <w:sz w:val="24"/>
          <w:szCs w:val="24"/>
        </w:rPr>
        <w:t>perusahaan  Telepon</w:t>
      </w:r>
      <w:proofErr w:type="gramEnd"/>
      <w:r w:rsidRPr="007D6409">
        <w:rPr>
          <w:rFonts w:cs="Arial"/>
          <w:sz w:val="24"/>
          <w:szCs w:val="24"/>
        </w:rPr>
        <w:t xml:space="preserve">  Pos-el</w:t>
      </w:r>
    </w:p>
    <w:tbl>
      <w:tblPr>
        <w:tblW w:w="0" w:type="auto"/>
        <w:tblLook w:val="04A0" w:firstRow="1" w:lastRow="0" w:firstColumn="1" w:lastColumn="0" w:noHBand="0" w:noVBand="1"/>
      </w:tblPr>
      <w:tblGrid>
        <w:gridCol w:w="2088"/>
        <w:gridCol w:w="360"/>
        <w:gridCol w:w="7632"/>
      </w:tblGrid>
      <w:tr w:rsidR="0003755E" w:rsidRPr="007D6409" w14:paraId="0342BC59" w14:textId="77777777">
        <w:tc>
          <w:tcPr>
            <w:tcW w:w="2088" w:type="dxa"/>
            <w:tcMar>
              <w:top w:w="80" w:type="dxa"/>
              <w:left w:w="90" w:type="dxa"/>
              <w:bottom w:w="80" w:type="dxa"/>
              <w:right w:w="90" w:type="dxa"/>
            </w:tcMar>
            <w:vAlign w:val="center"/>
          </w:tcPr>
          <w:p w14:paraId="05A58C5C" w14:textId="77777777" w:rsidR="0003755E" w:rsidRPr="007D6409" w:rsidRDefault="00000000">
            <w:pPr>
              <w:rPr>
                <w:rFonts w:cs="Arial"/>
                <w:sz w:val="24"/>
                <w:szCs w:val="24"/>
              </w:rPr>
            </w:pPr>
            <w:r w:rsidRPr="007D6409">
              <w:rPr>
                <w:rFonts w:cs="Arial"/>
                <w:sz w:val="24"/>
                <w:szCs w:val="24"/>
              </w:rPr>
              <w:t>Nomor</w:t>
            </w:r>
          </w:p>
        </w:tc>
        <w:tc>
          <w:tcPr>
            <w:tcW w:w="360" w:type="dxa"/>
            <w:tcMar>
              <w:top w:w="80" w:type="dxa"/>
              <w:left w:w="90" w:type="dxa"/>
              <w:bottom w:w="80" w:type="dxa"/>
              <w:right w:w="90" w:type="dxa"/>
            </w:tcMar>
            <w:vAlign w:val="center"/>
          </w:tcPr>
          <w:p w14:paraId="3B066B7B"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00562128" w14:textId="77777777" w:rsidR="0003755E" w:rsidRPr="007D6409" w:rsidRDefault="00000000">
            <w:pPr>
              <w:rPr>
                <w:rFonts w:cs="Arial"/>
                <w:sz w:val="24"/>
                <w:szCs w:val="24"/>
              </w:rPr>
            </w:pPr>
            <w:r w:rsidRPr="007D6409">
              <w:rPr>
                <w:rFonts w:cs="Arial"/>
                <w:sz w:val="24"/>
                <w:szCs w:val="24"/>
              </w:rPr>
              <w:t>[001 UM NP IX 2026]</w:t>
            </w:r>
          </w:p>
        </w:tc>
      </w:tr>
      <w:tr w:rsidR="0003755E" w:rsidRPr="007D6409" w14:paraId="6ED93E6E" w14:textId="77777777">
        <w:tc>
          <w:tcPr>
            <w:tcW w:w="2088" w:type="dxa"/>
            <w:tcMar>
              <w:top w:w="80" w:type="dxa"/>
              <w:left w:w="90" w:type="dxa"/>
              <w:bottom w:w="80" w:type="dxa"/>
              <w:right w:w="90" w:type="dxa"/>
            </w:tcMar>
            <w:vAlign w:val="center"/>
          </w:tcPr>
          <w:p w14:paraId="32405A62" w14:textId="77777777" w:rsidR="0003755E" w:rsidRPr="007D6409" w:rsidRDefault="00000000">
            <w:pPr>
              <w:rPr>
                <w:rFonts w:cs="Arial"/>
                <w:sz w:val="24"/>
                <w:szCs w:val="24"/>
              </w:rPr>
            </w:pPr>
            <w:r w:rsidRPr="007D6409">
              <w:rPr>
                <w:rFonts w:cs="Arial"/>
                <w:sz w:val="24"/>
                <w:szCs w:val="24"/>
              </w:rPr>
              <w:t>Lampiran</w:t>
            </w:r>
          </w:p>
        </w:tc>
        <w:tc>
          <w:tcPr>
            <w:tcW w:w="360" w:type="dxa"/>
            <w:tcMar>
              <w:top w:w="80" w:type="dxa"/>
              <w:left w:w="90" w:type="dxa"/>
              <w:bottom w:w="80" w:type="dxa"/>
              <w:right w:w="90" w:type="dxa"/>
            </w:tcMar>
            <w:vAlign w:val="center"/>
          </w:tcPr>
          <w:p w14:paraId="69D81E5B"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3116EED" w14:textId="77777777" w:rsidR="0003755E" w:rsidRPr="007D6409" w:rsidRDefault="00000000">
            <w:pPr>
              <w:rPr>
                <w:rFonts w:cs="Arial"/>
                <w:sz w:val="24"/>
                <w:szCs w:val="24"/>
              </w:rPr>
            </w:pPr>
            <w:r w:rsidRPr="007D6409">
              <w:rPr>
                <w:rFonts w:cs="Arial"/>
                <w:sz w:val="24"/>
                <w:szCs w:val="24"/>
              </w:rPr>
              <w:t>2 berkas</w:t>
            </w:r>
          </w:p>
        </w:tc>
      </w:tr>
      <w:tr w:rsidR="0003755E" w:rsidRPr="007D6409" w14:paraId="067C5CA1" w14:textId="77777777">
        <w:tc>
          <w:tcPr>
            <w:tcW w:w="2088" w:type="dxa"/>
            <w:tcMar>
              <w:top w:w="80" w:type="dxa"/>
              <w:left w:w="90" w:type="dxa"/>
              <w:bottom w:w="80" w:type="dxa"/>
              <w:right w:w="90" w:type="dxa"/>
            </w:tcMar>
            <w:vAlign w:val="center"/>
          </w:tcPr>
          <w:p w14:paraId="1F3CF4FA" w14:textId="77777777" w:rsidR="0003755E" w:rsidRPr="007D6409" w:rsidRDefault="00000000">
            <w:pPr>
              <w:rPr>
                <w:rFonts w:cs="Arial"/>
                <w:sz w:val="24"/>
                <w:szCs w:val="24"/>
              </w:rPr>
            </w:pPr>
            <w:r w:rsidRPr="007D6409">
              <w:rPr>
                <w:rFonts w:cs="Arial"/>
                <w:sz w:val="24"/>
                <w:szCs w:val="24"/>
              </w:rPr>
              <w:t>Perihal</w:t>
            </w:r>
          </w:p>
        </w:tc>
        <w:tc>
          <w:tcPr>
            <w:tcW w:w="360" w:type="dxa"/>
            <w:tcMar>
              <w:top w:w="80" w:type="dxa"/>
              <w:left w:w="90" w:type="dxa"/>
              <w:bottom w:w="80" w:type="dxa"/>
              <w:right w:w="90" w:type="dxa"/>
            </w:tcMar>
            <w:vAlign w:val="center"/>
          </w:tcPr>
          <w:p w14:paraId="008EEDC5"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064454F8" w14:textId="77777777" w:rsidR="0003755E" w:rsidRPr="007D6409" w:rsidRDefault="00000000">
            <w:pPr>
              <w:rPr>
                <w:rFonts w:cs="Arial"/>
                <w:sz w:val="24"/>
                <w:szCs w:val="24"/>
              </w:rPr>
            </w:pPr>
            <w:r w:rsidRPr="007D6409">
              <w:rPr>
                <w:rFonts w:cs="Arial"/>
                <w:sz w:val="24"/>
                <w:szCs w:val="24"/>
              </w:rPr>
              <w:t>Permohonan Pemberian Uang Muka</w:t>
            </w:r>
          </w:p>
        </w:tc>
      </w:tr>
    </w:tbl>
    <w:p w14:paraId="6BFA43BE" w14:textId="77777777" w:rsidR="0003755E" w:rsidRPr="007D6409" w:rsidRDefault="0003755E">
      <w:pPr>
        <w:rPr>
          <w:rFonts w:cs="Arial"/>
          <w:sz w:val="24"/>
          <w:szCs w:val="24"/>
        </w:rPr>
      </w:pPr>
    </w:p>
    <w:p w14:paraId="7B05B3E0" w14:textId="77777777" w:rsidR="0003755E" w:rsidRPr="007D6409" w:rsidRDefault="00000000">
      <w:pPr>
        <w:rPr>
          <w:rFonts w:cs="Arial"/>
          <w:sz w:val="24"/>
          <w:szCs w:val="24"/>
        </w:rPr>
      </w:pPr>
      <w:r w:rsidRPr="007D6409">
        <w:rPr>
          <w:rFonts w:cs="Arial"/>
          <w:sz w:val="24"/>
          <w:szCs w:val="24"/>
        </w:rPr>
        <w:t>Yth. Pejabat Pembuat Komitmen</w:t>
      </w:r>
      <w:r w:rsidRPr="007D6409">
        <w:rPr>
          <w:rFonts w:cs="Arial"/>
          <w:sz w:val="24"/>
          <w:szCs w:val="24"/>
        </w:rPr>
        <w:br/>
        <w:t>Paket [nama paket]</w:t>
      </w:r>
      <w:r w:rsidRPr="007D6409">
        <w:rPr>
          <w:rFonts w:cs="Arial"/>
          <w:sz w:val="24"/>
          <w:szCs w:val="24"/>
        </w:rPr>
        <w:br/>
        <w:t>pada [nama instansi]</w:t>
      </w:r>
      <w:r w:rsidRPr="007D6409">
        <w:rPr>
          <w:rFonts w:cs="Arial"/>
          <w:sz w:val="24"/>
          <w:szCs w:val="24"/>
        </w:rPr>
        <w:br/>
        <w:t>di [tempat]</w:t>
      </w:r>
    </w:p>
    <w:p w14:paraId="24D29DAD" w14:textId="77777777" w:rsidR="0003755E" w:rsidRPr="007D6409" w:rsidRDefault="00000000">
      <w:pPr>
        <w:jc w:val="both"/>
        <w:rPr>
          <w:rFonts w:cs="Arial"/>
          <w:sz w:val="24"/>
          <w:szCs w:val="24"/>
        </w:rPr>
      </w:pPr>
      <w:r w:rsidRPr="007D6409">
        <w:rPr>
          <w:rFonts w:cs="Arial"/>
          <w:sz w:val="24"/>
          <w:szCs w:val="24"/>
        </w:rPr>
        <w:t>Dengan hormat,</w:t>
      </w:r>
    </w:p>
    <w:p w14:paraId="3EF7AEB8" w14:textId="77777777" w:rsidR="0003755E" w:rsidRPr="007D6409" w:rsidRDefault="00000000">
      <w:pPr>
        <w:jc w:val="both"/>
        <w:rPr>
          <w:rFonts w:cs="Arial"/>
          <w:sz w:val="24"/>
          <w:szCs w:val="24"/>
        </w:rPr>
      </w:pPr>
      <w:r w:rsidRPr="007D6409">
        <w:rPr>
          <w:rFonts w:cs="Arial"/>
          <w:sz w:val="24"/>
          <w:szCs w:val="24"/>
        </w:rPr>
        <w:t>Sehubungan dengan Kontrak Nomor [nomor kontrak] tanggal [tanggal] untuk pekerjaan [nama paket] dengan nilai Rp1.000.000.000,00, kami mengajukan uang muka sebesar 20 persen atau Rp200.000.000,00.</w:t>
      </w:r>
    </w:p>
    <w:tbl>
      <w:tblPr>
        <w:tblStyle w:val="TableGrid"/>
        <w:tblW w:w="0" w:type="auto"/>
        <w:jc w:val="center"/>
        <w:tblLook w:val="04A0" w:firstRow="1" w:lastRow="0" w:firstColumn="1" w:lastColumn="0" w:noHBand="0" w:noVBand="1"/>
      </w:tblPr>
      <w:tblGrid>
        <w:gridCol w:w="648"/>
        <w:gridCol w:w="5184"/>
        <w:gridCol w:w="2088"/>
        <w:gridCol w:w="1800"/>
      </w:tblGrid>
      <w:tr w:rsidR="0003755E" w:rsidRPr="007D6409" w14:paraId="0F297C30" w14:textId="77777777">
        <w:trPr>
          <w:tblHeader/>
          <w:jc w:val="center"/>
        </w:trPr>
        <w:tc>
          <w:tcPr>
            <w:tcW w:w="648" w:type="dxa"/>
            <w:shd w:val="clear" w:color="auto" w:fill="9A4D00"/>
            <w:tcMar>
              <w:top w:w="80" w:type="dxa"/>
              <w:left w:w="90" w:type="dxa"/>
              <w:bottom w:w="80" w:type="dxa"/>
              <w:right w:w="90" w:type="dxa"/>
            </w:tcMar>
            <w:vAlign w:val="center"/>
          </w:tcPr>
          <w:p w14:paraId="3EF69D83" w14:textId="77777777" w:rsidR="0003755E" w:rsidRPr="007D6409" w:rsidRDefault="00000000">
            <w:pPr>
              <w:jc w:val="center"/>
              <w:rPr>
                <w:rFonts w:cs="Arial"/>
                <w:sz w:val="24"/>
                <w:szCs w:val="24"/>
              </w:rPr>
            </w:pPr>
            <w:r w:rsidRPr="007D6409">
              <w:rPr>
                <w:rFonts w:cs="Arial"/>
                <w:b/>
                <w:color w:val="FFFFFF"/>
                <w:sz w:val="24"/>
                <w:szCs w:val="24"/>
              </w:rPr>
              <w:t>No.</w:t>
            </w:r>
          </w:p>
        </w:tc>
        <w:tc>
          <w:tcPr>
            <w:tcW w:w="5184" w:type="dxa"/>
            <w:shd w:val="clear" w:color="auto" w:fill="9A4D00"/>
            <w:tcMar>
              <w:top w:w="80" w:type="dxa"/>
              <w:left w:w="90" w:type="dxa"/>
              <w:bottom w:w="80" w:type="dxa"/>
              <w:right w:w="90" w:type="dxa"/>
            </w:tcMar>
            <w:vAlign w:val="center"/>
          </w:tcPr>
          <w:p w14:paraId="16058E2C" w14:textId="77777777" w:rsidR="0003755E" w:rsidRPr="007D6409" w:rsidRDefault="00000000">
            <w:pPr>
              <w:jc w:val="center"/>
              <w:rPr>
                <w:rFonts w:cs="Arial"/>
                <w:sz w:val="24"/>
                <w:szCs w:val="24"/>
              </w:rPr>
            </w:pPr>
            <w:r w:rsidRPr="007D6409">
              <w:rPr>
                <w:rFonts w:cs="Arial"/>
                <w:b/>
                <w:color w:val="FFFFFF"/>
                <w:sz w:val="24"/>
                <w:szCs w:val="24"/>
              </w:rPr>
              <w:t>Rencana Penggunaan</w:t>
            </w:r>
          </w:p>
        </w:tc>
        <w:tc>
          <w:tcPr>
            <w:tcW w:w="2088" w:type="dxa"/>
            <w:shd w:val="clear" w:color="auto" w:fill="9A4D00"/>
            <w:tcMar>
              <w:top w:w="80" w:type="dxa"/>
              <w:left w:w="90" w:type="dxa"/>
              <w:bottom w:w="80" w:type="dxa"/>
              <w:right w:w="90" w:type="dxa"/>
            </w:tcMar>
            <w:vAlign w:val="center"/>
          </w:tcPr>
          <w:p w14:paraId="6E2BF0D1" w14:textId="77777777" w:rsidR="0003755E" w:rsidRPr="007D6409" w:rsidRDefault="00000000">
            <w:pPr>
              <w:jc w:val="center"/>
              <w:rPr>
                <w:rFonts w:cs="Arial"/>
                <w:sz w:val="24"/>
                <w:szCs w:val="24"/>
              </w:rPr>
            </w:pPr>
            <w:r w:rsidRPr="007D6409">
              <w:rPr>
                <w:rFonts w:cs="Arial"/>
                <w:b/>
                <w:color w:val="FFFFFF"/>
                <w:sz w:val="24"/>
                <w:szCs w:val="24"/>
              </w:rPr>
              <w:t>Nilai</w:t>
            </w:r>
          </w:p>
        </w:tc>
        <w:tc>
          <w:tcPr>
            <w:tcW w:w="1800" w:type="dxa"/>
            <w:shd w:val="clear" w:color="auto" w:fill="9A4D00"/>
            <w:tcMar>
              <w:top w:w="80" w:type="dxa"/>
              <w:left w:w="90" w:type="dxa"/>
              <w:bottom w:w="80" w:type="dxa"/>
              <w:right w:w="90" w:type="dxa"/>
            </w:tcMar>
            <w:vAlign w:val="center"/>
          </w:tcPr>
          <w:p w14:paraId="26C28307" w14:textId="77777777" w:rsidR="0003755E" w:rsidRPr="007D6409" w:rsidRDefault="00000000">
            <w:pPr>
              <w:jc w:val="center"/>
              <w:rPr>
                <w:rFonts w:cs="Arial"/>
                <w:sz w:val="24"/>
                <w:szCs w:val="24"/>
              </w:rPr>
            </w:pPr>
            <w:r w:rsidRPr="007D6409">
              <w:rPr>
                <w:rFonts w:cs="Arial"/>
                <w:b/>
                <w:color w:val="FFFFFF"/>
                <w:sz w:val="24"/>
                <w:szCs w:val="24"/>
              </w:rPr>
              <w:t>Waktu</w:t>
            </w:r>
          </w:p>
        </w:tc>
      </w:tr>
      <w:tr w:rsidR="0003755E" w:rsidRPr="007D6409" w14:paraId="7310D23A" w14:textId="77777777">
        <w:trPr>
          <w:jc w:val="center"/>
        </w:trPr>
        <w:tc>
          <w:tcPr>
            <w:tcW w:w="648" w:type="dxa"/>
            <w:tcMar>
              <w:top w:w="80" w:type="dxa"/>
              <w:left w:w="90" w:type="dxa"/>
              <w:bottom w:w="80" w:type="dxa"/>
              <w:right w:w="90" w:type="dxa"/>
            </w:tcMar>
            <w:vAlign w:val="center"/>
          </w:tcPr>
          <w:p w14:paraId="458DEC58" w14:textId="77777777" w:rsidR="0003755E" w:rsidRPr="007D6409" w:rsidRDefault="00000000">
            <w:pPr>
              <w:jc w:val="center"/>
              <w:rPr>
                <w:rFonts w:cs="Arial"/>
                <w:sz w:val="24"/>
                <w:szCs w:val="24"/>
              </w:rPr>
            </w:pPr>
            <w:r w:rsidRPr="007D6409">
              <w:rPr>
                <w:rFonts w:cs="Arial"/>
                <w:sz w:val="24"/>
                <w:szCs w:val="24"/>
              </w:rPr>
              <w:t>1</w:t>
            </w:r>
          </w:p>
        </w:tc>
        <w:tc>
          <w:tcPr>
            <w:tcW w:w="5184" w:type="dxa"/>
            <w:tcMar>
              <w:top w:w="80" w:type="dxa"/>
              <w:left w:w="90" w:type="dxa"/>
              <w:bottom w:w="80" w:type="dxa"/>
              <w:right w:w="90" w:type="dxa"/>
            </w:tcMar>
            <w:vAlign w:val="center"/>
          </w:tcPr>
          <w:p w14:paraId="70B0BA91" w14:textId="77777777" w:rsidR="0003755E" w:rsidRPr="007D6409" w:rsidRDefault="00000000">
            <w:pPr>
              <w:rPr>
                <w:rFonts w:cs="Arial"/>
                <w:sz w:val="24"/>
                <w:szCs w:val="24"/>
              </w:rPr>
            </w:pPr>
            <w:r w:rsidRPr="007D6409">
              <w:rPr>
                <w:rFonts w:cs="Arial"/>
                <w:sz w:val="24"/>
                <w:szCs w:val="24"/>
              </w:rPr>
              <w:t>Mobilisasi personel dan peralatan</w:t>
            </w:r>
          </w:p>
        </w:tc>
        <w:tc>
          <w:tcPr>
            <w:tcW w:w="2088" w:type="dxa"/>
            <w:tcMar>
              <w:top w:w="80" w:type="dxa"/>
              <w:left w:w="90" w:type="dxa"/>
              <w:bottom w:w="80" w:type="dxa"/>
              <w:right w:w="90" w:type="dxa"/>
            </w:tcMar>
            <w:vAlign w:val="center"/>
          </w:tcPr>
          <w:p w14:paraId="46F23B45" w14:textId="77777777" w:rsidR="0003755E" w:rsidRPr="007D6409" w:rsidRDefault="00000000">
            <w:pPr>
              <w:rPr>
                <w:rFonts w:cs="Arial"/>
                <w:sz w:val="24"/>
                <w:szCs w:val="24"/>
              </w:rPr>
            </w:pPr>
            <w:r w:rsidRPr="007D6409">
              <w:rPr>
                <w:rFonts w:cs="Arial"/>
                <w:sz w:val="24"/>
                <w:szCs w:val="24"/>
              </w:rPr>
              <w:t>Rp80.000.000</w:t>
            </w:r>
          </w:p>
        </w:tc>
        <w:tc>
          <w:tcPr>
            <w:tcW w:w="1800" w:type="dxa"/>
            <w:tcMar>
              <w:top w:w="80" w:type="dxa"/>
              <w:left w:w="90" w:type="dxa"/>
              <w:bottom w:w="80" w:type="dxa"/>
              <w:right w:w="90" w:type="dxa"/>
            </w:tcMar>
            <w:vAlign w:val="center"/>
          </w:tcPr>
          <w:p w14:paraId="55D8A3CD" w14:textId="77777777" w:rsidR="0003755E" w:rsidRPr="007D6409" w:rsidRDefault="00000000">
            <w:pPr>
              <w:rPr>
                <w:rFonts w:cs="Arial"/>
                <w:sz w:val="24"/>
                <w:szCs w:val="24"/>
              </w:rPr>
            </w:pPr>
            <w:r w:rsidRPr="007D6409">
              <w:rPr>
                <w:rFonts w:cs="Arial"/>
                <w:sz w:val="24"/>
                <w:szCs w:val="24"/>
              </w:rPr>
              <w:t>Minggu I</w:t>
            </w:r>
          </w:p>
        </w:tc>
      </w:tr>
      <w:tr w:rsidR="0003755E" w:rsidRPr="007D6409" w14:paraId="06F27E24" w14:textId="77777777">
        <w:trPr>
          <w:jc w:val="center"/>
        </w:trPr>
        <w:tc>
          <w:tcPr>
            <w:tcW w:w="648" w:type="dxa"/>
            <w:shd w:val="clear" w:color="auto" w:fill="FFF7EF"/>
            <w:tcMar>
              <w:top w:w="80" w:type="dxa"/>
              <w:left w:w="90" w:type="dxa"/>
              <w:bottom w:w="80" w:type="dxa"/>
              <w:right w:w="90" w:type="dxa"/>
            </w:tcMar>
            <w:vAlign w:val="center"/>
          </w:tcPr>
          <w:p w14:paraId="675DE458" w14:textId="77777777" w:rsidR="0003755E" w:rsidRPr="007D6409" w:rsidRDefault="00000000">
            <w:pPr>
              <w:jc w:val="center"/>
              <w:rPr>
                <w:rFonts w:cs="Arial"/>
                <w:sz w:val="24"/>
                <w:szCs w:val="24"/>
              </w:rPr>
            </w:pPr>
            <w:r w:rsidRPr="007D6409">
              <w:rPr>
                <w:rFonts w:cs="Arial"/>
                <w:sz w:val="24"/>
                <w:szCs w:val="24"/>
              </w:rPr>
              <w:t>2</w:t>
            </w:r>
          </w:p>
        </w:tc>
        <w:tc>
          <w:tcPr>
            <w:tcW w:w="5184" w:type="dxa"/>
            <w:shd w:val="clear" w:color="auto" w:fill="FFF7EF"/>
            <w:tcMar>
              <w:top w:w="80" w:type="dxa"/>
              <w:left w:w="90" w:type="dxa"/>
              <w:bottom w:w="80" w:type="dxa"/>
              <w:right w:w="90" w:type="dxa"/>
            </w:tcMar>
            <w:vAlign w:val="center"/>
          </w:tcPr>
          <w:p w14:paraId="180DE5C1" w14:textId="77777777" w:rsidR="0003755E" w:rsidRPr="007D6409" w:rsidRDefault="00000000">
            <w:pPr>
              <w:rPr>
                <w:rFonts w:cs="Arial"/>
                <w:sz w:val="24"/>
                <w:szCs w:val="24"/>
              </w:rPr>
            </w:pPr>
            <w:r w:rsidRPr="007D6409">
              <w:rPr>
                <w:rFonts w:cs="Arial"/>
                <w:sz w:val="24"/>
                <w:szCs w:val="24"/>
              </w:rPr>
              <w:t>Pengadaan awal bahan atau material</w:t>
            </w:r>
          </w:p>
        </w:tc>
        <w:tc>
          <w:tcPr>
            <w:tcW w:w="2088" w:type="dxa"/>
            <w:shd w:val="clear" w:color="auto" w:fill="FFF7EF"/>
            <w:tcMar>
              <w:top w:w="80" w:type="dxa"/>
              <w:left w:w="90" w:type="dxa"/>
              <w:bottom w:w="80" w:type="dxa"/>
              <w:right w:w="90" w:type="dxa"/>
            </w:tcMar>
            <w:vAlign w:val="center"/>
          </w:tcPr>
          <w:p w14:paraId="6833D229" w14:textId="77777777" w:rsidR="0003755E" w:rsidRPr="007D6409" w:rsidRDefault="00000000">
            <w:pPr>
              <w:rPr>
                <w:rFonts w:cs="Arial"/>
                <w:sz w:val="24"/>
                <w:szCs w:val="24"/>
              </w:rPr>
            </w:pPr>
            <w:r w:rsidRPr="007D6409">
              <w:rPr>
                <w:rFonts w:cs="Arial"/>
                <w:sz w:val="24"/>
                <w:szCs w:val="24"/>
              </w:rPr>
              <w:t>Rp100.000.000</w:t>
            </w:r>
          </w:p>
        </w:tc>
        <w:tc>
          <w:tcPr>
            <w:tcW w:w="1800" w:type="dxa"/>
            <w:shd w:val="clear" w:color="auto" w:fill="FFF7EF"/>
            <w:tcMar>
              <w:top w:w="80" w:type="dxa"/>
              <w:left w:w="90" w:type="dxa"/>
              <w:bottom w:w="80" w:type="dxa"/>
              <w:right w:w="90" w:type="dxa"/>
            </w:tcMar>
            <w:vAlign w:val="center"/>
          </w:tcPr>
          <w:p w14:paraId="27125FD0" w14:textId="77777777" w:rsidR="0003755E" w:rsidRPr="007D6409" w:rsidRDefault="00000000">
            <w:pPr>
              <w:rPr>
                <w:rFonts w:cs="Arial"/>
                <w:sz w:val="24"/>
                <w:szCs w:val="24"/>
              </w:rPr>
            </w:pPr>
            <w:r w:rsidRPr="007D6409">
              <w:rPr>
                <w:rFonts w:cs="Arial"/>
                <w:sz w:val="24"/>
                <w:szCs w:val="24"/>
              </w:rPr>
              <w:t>Minggu I-II</w:t>
            </w:r>
          </w:p>
        </w:tc>
      </w:tr>
      <w:tr w:rsidR="0003755E" w:rsidRPr="007D6409" w14:paraId="06581255" w14:textId="77777777">
        <w:trPr>
          <w:jc w:val="center"/>
        </w:trPr>
        <w:tc>
          <w:tcPr>
            <w:tcW w:w="648" w:type="dxa"/>
            <w:tcMar>
              <w:top w:w="80" w:type="dxa"/>
              <w:left w:w="90" w:type="dxa"/>
              <w:bottom w:w="80" w:type="dxa"/>
              <w:right w:w="90" w:type="dxa"/>
            </w:tcMar>
            <w:vAlign w:val="center"/>
          </w:tcPr>
          <w:p w14:paraId="1FDDDACF" w14:textId="77777777" w:rsidR="0003755E" w:rsidRPr="007D6409" w:rsidRDefault="00000000">
            <w:pPr>
              <w:jc w:val="center"/>
              <w:rPr>
                <w:rFonts w:cs="Arial"/>
                <w:sz w:val="24"/>
                <w:szCs w:val="24"/>
              </w:rPr>
            </w:pPr>
            <w:r w:rsidRPr="007D6409">
              <w:rPr>
                <w:rFonts w:cs="Arial"/>
                <w:sz w:val="24"/>
                <w:szCs w:val="24"/>
              </w:rPr>
              <w:t>3</w:t>
            </w:r>
          </w:p>
        </w:tc>
        <w:tc>
          <w:tcPr>
            <w:tcW w:w="5184" w:type="dxa"/>
            <w:tcMar>
              <w:top w:w="80" w:type="dxa"/>
              <w:left w:w="90" w:type="dxa"/>
              <w:bottom w:w="80" w:type="dxa"/>
              <w:right w:w="90" w:type="dxa"/>
            </w:tcMar>
            <w:vAlign w:val="center"/>
          </w:tcPr>
          <w:p w14:paraId="1D2005BA" w14:textId="77777777" w:rsidR="0003755E" w:rsidRPr="007D6409" w:rsidRDefault="00000000">
            <w:pPr>
              <w:rPr>
                <w:rFonts w:cs="Arial"/>
                <w:sz w:val="24"/>
                <w:szCs w:val="24"/>
              </w:rPr>
            </w:pPr>
            <w:r w:rsidRPr="007D6409">
              <w:rPr>
                <w:rFonts w:cs="Arial"/>
                <w:sz w:val="24"/>
                <w:szCs w:val="24"/>
              </w:rPr>
              <w:t>Persiapan teknis dan fasilitas kerja</w:t>
            </w:r>
          </w:p>
        </w:tc>
        <w:tc>
          <w:tcPr>
            <w:tcW w:w="2088" w:type="dxa"/>
            <w:tcMar>
              <w:top w:w="80" w:type="dxa"/>
              <w:left w:w="90" w:type="dxa"/>
              <w:bottom w:w="80" w:type="dxa"/>
              <w:right w:w="90" w:type="dxa"/>
            </w:tcMar>
            <w:vAlign w:val="center"/>
          </w:tcPr>
          <w:p w14:paraId="708871D5" w14:textId="77777777" w:rsidR="0003755E" w:rsidRPr="007D6409" w:rsidRDefault="00000000">
            <w:pPr>
              <w:rPr>
                <w:rFonts w:cs="Arial"/>
                <w:sz w:val="24"/>
                <w:szCs w:val="24"/>
              </w:rPr>
            </w:pPr>
            <w:r w:rsidRPr="007D6409">
              <w:rPr>
                <w:rFonts w:cs="Arial"/>
                <w:sz w:val="24"/>
                <w:szCs w:val="24"/>
              </w:rPr>
              <w:t>Rp20.000.000</w:t>
            </w:r>
          </w:p>
        </w:tc>
        <w:tc>
          <w:tcPr>
            <w:tcW w:w="1800" w:type="dxa"/>
            <w:tcMar>
              <w:top w:w="80" w:type="dxa"/>
              <w:left w:w="90" w:type="dxa"/>
              <w:bottom w:w="80" w:type="dxa"/>
              <w:right w:w="90" w:type="dxa"/>
            </w:tcMar>
            <w:vAlign w:val="center"/>
          </w:tcPr>
          <w:p w14:paraId="3D83DA3C" w14:textId="77777777" w:rsidR="0003755E" w:rsidRPr="007D6409" w:rsidRDefault="00000000">
            <w:pPr>
              <w:rPr>
                <w:rFonts w:cs="Arial"/>
                <w:sz w:val="24"/>
                <w:szCs w:val="24"/>
              </w:rPr>
            </w:pPr>
            <w:r w:rsidRPr="007D6409">
              <w:rPr>
                <w:rFonts w:cs="Arial"/>
                <w:sz w:val="24"/>
                <w:szCs w:val="24"/>
              </w:rPr>
              <w:t>Minggu I-II</w:t>
            </w:r>
          </w:p>
        </w:tc>
      </w:tr>
      <w:tr w:rsidR="0003755E" w:rsidRPr="007D6409" w14:paraId="10574FF3" w14:textId="77777777">
        <w:trPr>
          <w:jc w:val="center"/>
        </w:trPr>
        <w:tc>
          <w:tcPr>
            <w:tcW w:w="648" w:type="dxa"/>
            <w:shd w:val="clear" w:color="auto" w:fill="FFF7EF"/>
            <w:tcMar>
              <w:top w:w="80" w:type="dxa"/>
              <w:left w:w="90" w:type="dxa"/>
              <w:bottom w:w="80" w:type="dxa"/>
              <w:right w:w="90" w:type="dxa"/>
            </w:tcMar>
            <w:vAlign w:val="center"/>
          </w:tcPr>
          <w:p w14:paraId="7BC3F4E2" w14:textId="77777777" w:rsidR="0003755E" w:rsidRPr="007D6409" w:rsidRDefault="0003755E">
            <w:pPr>
              <w:jc w:val="center"/>
              <w:rPr>
                <w:rFonts w:cs="Arial"/>
                <w:sz w:val="24"/>
                <w:szCs w:val="24"/>
              </w:rPr>
            </w:pPr>
          </w:p>
        </w:tc>
        <w:tc>
          <w:tcPr>
            <w:tcW w:w="5184" w:type="dxa"/>
            <w:shd w:val="clear" w:color="auto" w:fill="FFF7EF"/>
            <w:tcMar>
              <w:top w:w="80" w:type="dxa"/>
              <w:left w:w="90" w:type="dxa"/>
              <w:bottom w:w="80" w:type="dxa"/>
              <w:right w:w="90" w:type="dxa"/>
            </w:tcMar>
            <w:vAlign w:val="center"/>
          </w:tcPr>
          <w:p w14:paraId="2796702C" w14:textId="77777777" w:rsidR="0003755E" w:rsidRPr="007D6409" w:rsidRDefault="00000000">
            <w:pPr>
              <w:rPr>
                <w:rFonts w:cs="Arial"/>
                <w:sz w:val="24"/>
                <w:szCs w:val="24"/>
              </w:rPr>
            </w:pPr>
            <w:r w:rsidRPr="007D6409">
              <w:rPr>
                <w:rFonts w:cs="Arial"/>
                <w:sz w:val="24"/>
                <w:szCs w:val="24"/>
              </w:rPr>
              <w:t>Jumlah</w:t>
            </w:r>
          </w:p>
        </w:tc>
        <w:tc>
          <w:tcPr>
            <w:tcW w:w="2088" w:type="dxa"/>
            <w:shd w:val="clear" w:color="auto" w:fill="FFF7EF"/>
            <w:tcMar>
              <w:top w:w="80" w:type="dxa"/>
              <w:left w:w="90" w:type="dxa"/>
              <w:bottom w:w="80" w:type="dxa"/>
              <w:right w:w="90" w:type="dxa"/>
            </w:tcMar>
            <w:vAlign w:val="center"/>
          </w:tcPr>
          <w:p w14:paraId="515A1B61" w14:textId="77777777" w:rsidR="0003755E" w:rsidRPr="007D6409" w:rsidRDefault="00000000">
            <w:pPr>
              <w:rPr>
                <w:rFonts w:cs="Arial"/>
                <w:sz w:val="24"/>
                <w:szCs w:val="24"/>
              </w:rPr>
            </w:pPr>
            <w:r w:rsidRPr="007D6409">
              <w:rPr>
                <w:rFonts w:cs="Arial"/>
                <w:sz w:val="24"/>
                <w:szCs w:val="24"/>
              </w:rPr>
              <w:t>Rp200.000.000</w:t>
            </w:r>
          </w:p>
        </w:tc>
        <w:tc>
          <w:tcPr>
            <w:tcW w:w="1800" w:type="dxa"/>
            <w:shd w:val="clear" w:color="auto" w:fill="FFF7EF"/>
            <w:tcMar>
              <w:top w:w="80" w:type="dxa"/>
              <w:left w:w="90" w:type="dxa"/>
              <w:bottom w:w="80" w:type="dxa"/>
              <w:right w:w="90" w:type="dxa"/>
            </w:tcMar>
            <w:vAlign w:val="center"/>
          </w:tcPr>
          <w:p w14:paraId="08D93873" w14:textId="77777777" w:rsidR="0003755E" w:rsidRPr="007D6409" w:rsidRDefault="0003755E">
            <w:pPr>
              <w:rPr>
                <w:rFonts w:cs="Arial"/>
                <w:sz w:val="24"/>
                <w:szCs w:val="24"/>
              </w:rPr>
            </w:pPr>
          </w:p>
        </w:tc>
      </w:tr>
    </w:tbl>
    <w:p w14:paraId="00A2CB4A" w14:textId="77777777" w:rsidR="0003755E" w:rsidRPr="007D6409" w:rsidRDefault="0003755E">
      <w:pPr>
        <w:rPr>
          <w:rFonts w:cs="Arial"/>
          <w:sz w:val="24"/>
          <w:szCs w:val="24"/>
        </w:rPr>
      </w:pPr>
    </w:p>
    <w:p w14:paraId="005D773B" w14:textId="77777777" w:rsidR="0003755E" w:rsidRPr="007D6409" w:rsidRDefault="00000000">
      <w:pPr>
        <w:jc w:val="both"/>
        <w:rPr>
          <w:rFonts w:cs="Arial"/>
          <w:sz w:val="24"/>
          <w:szCs w:val="24"/>
        </w:rPr>
      </w:pPr>
      <w:r w:rsidRPr="007D6409">
        <w:rPr>
          <w:rFonts w:cs="Arial"/>
          <w:sz w:val="24"/>
          <w:szCs w:val="24"/>
        </w:rPr>
        <w:t>Pengembalian dilakukan melalui pemotongan secara proporsional pada setiap pembayaran prestasi pekerjaan sesuai kontrak. Bersama surat ini dilampirkan rencana penggunaan, rencana pengembalian, dan dokumen pendukung pembayaran.</w:t>
      </w:r>
    </w:p>
    <w:tbl>
      <w:tblPr>
        <w:tblW w:w="0" w:type="auto"/>
        <w:jc w:val="center"/>
        <w:tblLook w:val="04A0" w:firstRow="1" w:lastRow="0" w:firstColumn="1" w:lastColumn="0" w:noHBand="0" w:noVBand="1"/>
      </w:tblPr>
      <w:tblGrid>
        <w:gridCol w:w="5054"/>
        <w:gridCol w:w="5054"/>
      </w:tblGrid>
      <w:tr w:rsidR="0003755E" w:rsidRPr="007D6409" w14:paraId="55BA215B" w14:textId="77777777">
        <w:trPr>
          <w:jc w:val="center"/>
        </w:trPr>
        <w:tc>
          <w:tcPr>
            <w:tcW w:w="5054" w:type="dxa"/>
            <w:tcMar>
              <w:top w:w="80" w:type="dxa"/>
              <w:left w:w="90" w:type="dxa"/>
              <w:bottom w:w="80" w:type="dxa"/>
              <w:right w:w="90" w:type="dxa"/>
            </w:tcMar>
            <w:vAlign w:val="center"/>
          </w:tcPr>
          <w:p w14:paraId="1CB3BF65" w14:textId="77777777" w:rsidR="0003755E" w:rsidRPr="007D6409" w:rsidRDefault="0003755E">
            <w:pPr>
              <w:jc w:val="center"/>
              <w:rPr>
                <w:rFonts w:cs="Arial"/>
                <w:sz w:val="24"/>
                <w:szCs w:val="24"/>
              </w:rPr>
            </w:pPr>
          </w:p>
        </w:tc>
        <w:tc>
          <w:tcPr>
            <w:tcW w:w="5054" w:type="dxa"/>
            <w:tcMar>
              <w:top w:w="80" w:type="dxa"/>
              <w:left w:w="90" w:type="dxa"/>
              <w:bottom w:w="80" w:type="dxa"/>
              <w:right w:w="90" w:type="dxa"/>
            </w:tcMar>
            <w:vAlign w:val="center"/>
          </w:tcPr>
          <w:p w14:paraId="36C24411" w14:textId="77777777" w:rsidR="0003755E" w:rsidRPr="007D6409" w:rsidRDefault="00000000">
            <w:pPr>
              <w:jc w:val="center"/>
              <w:rPr>
                <w:rFonts w:cs="Arial"/>
                <w:sz w:val="24"/>
                <w:szCs w:val="24"/>
              </w:rPr>
            </w:pPr>
            <w:r w:rsidRPr="007D6409">
              <w:rPr>
                <w:rFonts w:cs="Arial"/>
                <w:sz w:val="24"/>
                <w:szCs w:val="24"/>
              </w:rPr>
              <w:t>Direktur PT CV Nama Penyedia</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609E9073" w14:textId="77777777" w:rsidR="0003755E" w:rsidRPr="007D6409" w:rsidRDefault="00000000">
      <w:pPr>
        <w:rPr>
          <w:rFonts w:cs="Arial"/>
          <w:sz w:val="24"/>
          <w:szCs w:val="24"/>
        </w:rPr>
      </w:pPr>
      <w:r w:rsidRPr="007D6409">
        <w:rPr>
          <w:rFonts w:cs="Arial"/>
          <w:sz w:val="24"/>
          <w:szCs w:val="24"/>
        </w:rPr>
        <w:br w:type="page"/>
      </w:r>
    </w:p>
    <w:p w14:paraId="3E18774D"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p w14:paraId="4BA5918D" w14:textId="77777777" w:rsidR="0003755E" w:rsidRPr="007D6409" w:rsidRDefault="00000000">
      <w:pPr>
        <w:jc w:val="center"/>
        <w:rPr>
          <w:rFonts w:cs="Arial"/>
          <w:sz w:val="24"/>
          <w:szCs w:val="24"/>
        </w:rPr>
      </w:pPr>
      <w:r w:rsidRPr="007D6409">
        <w:rPr>
          <w:rFonts w:cs="Arial"/>
          <w:b/>
          <w:sz w:val="24"/>
          <w:szCs w:val="24"/>
          <w:u w:val="single"/>
        </w:rPr>
        <w:t>LEMBAR PENELITIAN PERMOHONAN UANG MUKA</w:t>
      </w:r>
    </w:p>
    <w:p w14:paraId="29CD9A20" w14:textId="77777777" w:rsidR="0003755E" w:rsidRPr="007D6409" w:rsidRDefault="00000000">
      <w:pPr>
        <w:jc w:val="center"/>
        <w:rPr>
          <w:rFonts w:cs="Arial"/>
          <w:sz w:val="24"/>
          <w:szCs w:val="24"/>
        </w:rPr>
      </w:pPr>
      <w:proofErr w:type="gramStart"/>
      <w:r w:rsidRPr="007D6409">
        <w:rPr>
          <w:rFonts w:cs="Arial"/>
          <w:sz w:val="24"/>
          <w:szCs w:val="24"/>
        </w:rPr>
        <w:t>Nomor  [</w:t>
      </w:r>
      <w:proofErr w:type="gramEnd"/>
      <w:r w:rsidRPr="007D6409">
        <w:rPr>
          <w:rFonts w:cs="Arial"/>
          <w:sz w:val="24"/>
          <w:szCs w:val="24"/>
        </w:rPr>
        <w:t>000.3 ___ PPK 2026]</w:t>
      </w:r>
    </w:p>
    <w:tbl>
      <w:tblPr>
        <w:tblW w:w="0" w:type="auto"/>
        <w:tblLook w:val="04A0" w:firstRow="1" w:lastRow="0" w:firstColumn="1" w:lastColumn="0" w:noHBand="0" w:noVBand="1"/>
      </w:tblPr>
      <w:tblGrid>
        <w:gridCol w:w="2088"/>
        <w:gridCol w:w="360"/>
        <w:gridCol w:w="7632"/>
      </w:tblGrid>
      <w:tr w:rsidR="0003755E" w:rsidRPr="007D6409" w14:paraId="38FC7921" w14:textId="77777777">
        <w:tc>
          <w:tcPr>
            <w:tcW w:w="2088" w:type="dxa"/>
            <w:tcMar>
              <w:top w:w="80" w:type="dxa"/>
              <w:left w:w="90" w:type="dxa"/>
              <w:bottom w:w="80" w:type="dxa"/>
              <w:right w:w="90" w:type="dxa"/>
            </w:tcMar>
            <w:vAlign w:val="center"/>
          </w:tcPr>
          <w:p w14:paraId="4F9E978A" w14:textId="77777777" w:rsidR="0003755E" w:rsidRPr="007D6409" w:rsidRDefault="00000000">
            <w:pPr>
              <w:rPr>
                <w:rFonts w:cs="Arial"/>
                <w:sz w:val="24"/>
                <w:szCs w:val="24"/>
              </w:rPr>
            </w:pPr>
            <w:r w:rsidRPr="007D6409">
              <w:rPr>
                <w:rFonts w:cs="Arial"/>
                <w:sz w:val="24"/>
                <w:szCs w:val="24"/>
              </w:rPr>
              <w:t>Nama paket</w:t>
            </w:r>
          </w:p>
        </w:tc>
        <w:tc>
          <w:tcPr>
            <w:tcW w:w="360" w:type="dxa"/>
            <w:tcMar>
              <w:top w:w="80" w:type="dxa"/>
              <w:left w:w="90" w:type="dxa"/>
              <w:bottom w:w="80" w:type="dxa"/>
              <w:right w:w="90" w:type="dxa"/>
            </w:tcMar>
            <w:vAlign w:val="center"/>
          </w:tcPr>
          <w:p w14:paraId="122861C7"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23BBE33" w14:textId="77777777" w:rsidR="0003755E" w:rsidRPr="007D6409" w:rsidRDefault="00000000">
            <w:pPr>
              <w:rPr>
                <w:rFonts w:cs="Arial"/>
                <w:sz w:val="24"/>
                <w:szCs w:val="24"/>
              </w:rPr>
            </w:pPr>
            <w:r w:rsidRPr="007D6409">
              <w:rPr>
                <w:rFonts w:cs="Arial"/>
                <w:sz w:val="24"/>
                <w:szCs w:val="24"/>
              </w:rPr>
              <w:t>[nama paket]</w:t>
            </w:r>
          </w:p>
        </w:tc>
      </w:tr>
      <w:tr w:rsidR="0003755E" w:rsidRPr="007D6409" w14:paraId="6840003D" w14:textId="77777777">
        <w:tc>
          <w:tcPr>
            <w:tcW w:w="2088" w:type="dxa"/>
            <w:tcMar>
              <w:top w:w="80" w:type="dxa"/>
              <w:left w:w="90" w:type="dxa"/>
              <w:bottom w:w="80" w:type="dxa"/>
              <w:right w:w="90" w:type="dxa"/>
            </w:tcMar>
            <w:vAlign w:val="center"/>
          </w:tcPr>
          <w:p w14:paraId="48BFAF38" w14:textId="77777777" w:rsidR="0003755E" w:rsidRPr="007D6409" w:rsidRDefault="00000000">
            <w:pPr>
              <w:rPr>
                <w:rFonts w:cs="Arial"/>
                <w:sz w:val="24"/>
                <w:szCs w:val="24"/>
              </w:rPr>
            </w:pPr>
            <w:r w:rsidRPr="007D6409">
              <w:rPr>
                <w:rFonts w:cs="Arial"/>
                <w:sz w:val="24"/>
                <w:szCs w:val="24"/>
              </w:rPr>
              <w:t>Nomor kontrak</w:t>
            </w:r>
          </w:p>
        </w:tc>
        <w:tc>
          <w:tcPr>
            <w:tcW w:w="360" w:type="dxa"/>
            <w:tcMar>
              <w:top w:w="80" w:type="dxa"/>
              <w:left w:w="90" w:type="dxa"/>
              <w:bottom w:w="80" w:type="dxa"/>
              <w:right w:w="90" w:type="dxa"/>
            </w:tcMar>
            <w:vAlign w:val="center"/>
          </w:tcPr>
          <w:p w14:paraId="7CB1D513"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D484305" w14:textId="77777777" w:rsidR="0003755E" w:rsidRPr="007D6409" w:rsidRDefault="00000000">
            <w:pPr>
              <w:rPr>
                <w:rFonts w:cs="Arial"/>
                <w:sz w:val="24"/>
                <w:szCs w:val="24"/>
              </w:rPr>
            </w:pPr>
            <w:r w:rsidRPr="007D6409">
              <w:rPr>
                <w:rFonts w:cs="Arial"/>
                <w:sz w:val="24"/>
                <w:szCs w:val="24"/>
              </w:rPr>
              <w:t>[nomor kontrak]</w:t>
            </w:r>
          </w:p>
        </w:tc>
      </w:tr>
      <w:tr w:rsidR="0003755E" w:rsidRPr="007D6409" w14:paraId="020D3C7B" w14:textId="77777777">
        <w:tc>
          <w:tcPr>
            <w:tcW w:w="2088" w:type="dxa"/>
            <w:tcMar>
              <w:top w:w="80" w:type="dxa"/>
              <w:left w:w="90" w:type="dxa"/>
              <w:bottom w:w="80" w:type="dxa"/>
              <w:right w:w="90" w:type="dxa"/>
            </w:tcMar>
            <w:vAlign w:val="center"/>
          </w:tcPr>
          <w:p w14:paraId="7A5613CD" w14:textId="77777777" w:rsidR="0003755E" w:rsidRPr="007D6409" w:rsidRDefault="00000000">
            <w:pPr>
              <w:rPr>
                <w:rFonts w:cs="Arial"/>
                <w:sz w:val="24"/>
                <w:szCs w:val="24"/>
              </w:rPr>
            </w:pPr>
            <w:r w:rsidRPr="007D6409">
              <w:rPr>
                <w:rFonts w:cs="Arial"/>
                <w:sz w:val="24"/>
                <w:szCs w:val="24"/>
              </w:rPr>
              <w:t>Nilai kontrak</w:t>
            </w:r>
          </w:p>
        </w:tc>
        <w:tc>
          <w:tcPr>
            <w:tcW w:w="360" w:type="dxa"/>
            <w:tcMar>
              <w:top w:w="80" w:type="dxa"/>
              <w:left w:w="90" w:type="dxa"/>
              <w:bottom w:w="80" w:type="dxa"/>
              <w:right w:w="90" w:type="dxa"/>
            </w:tcMar>
            <w:vAlign w:val="center"/>
          </w:tcPr>
          <w:p w14:paraId="5342920A"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BE95922" w14:textId="77777777" w:rsidR="0003755E" w:rsidRPr="007D6409" w:rsidRDefault="00000000">
            <w:pPr>
              <w:rPr>
                <w:rFonts w:cs="Arial"/>
                <w:sz w:val="24"/>
                <w:szCs w:val="24"/>
              </w:rPr>
            </w:pPr>
            <w:r w:rsidRPr="007D6409">
              <w:rPr>
                <w:rFonts w:cs="Arial"/>
                <w:sz w:val="24"/>
                <w:szCs w:val="24"/>
              </w:rPr>
              <w:t>Rp1.000.000.000,00</w:t>
            </w:r>
          </w:p>
        </w:tc>
      </w:tr>
      <w:tr w:rsidR="0003755E" w:rsidRPr="007D6409" w14:paraId="0B0A4F3C" w14:textId="77777777">
        <w:tc>
          <w:tcPr>
            <w:tcW w:w="2088" w:type="dxa"/>
            <w:tcMar>
              <w:top w:w="80" w:type="dxa"/>
              <w:left w:w="90" w:type="dxa"/>
              <w:bottom w:w="80" w:type="dxa"/>
              <w:right w:w="90" w:type="dxa"/>
            </w:tcMar>
            <w:vAlign w:val="center"/>
          </w:tcPr>
          <w:p w14:paraId="50D5E6F7" w14:textId="77777777" w:rsidR="0003755E" w:rsidRPr="007D6409" w:rsidRDefault="00000000">
            <w:pPr>
              <w:rPr>
                <w:rFonts w:cs="Arial"/>
                <w:sz w:val="24"/>
                <w:szCs w:val="24"/>
              </w:rPr>
            </w:pPr>
            <w:r w:rsidRPr="007D6409">
              <w:rPr>
                <w:rFonts w:cs="Arial"/>
                <w:sz w:val="24"/>
                <w:szCs w:val="24"/>
              </w:rPr>
              <w:t>Uang muka</w:t>
            </w:r>
          </w:p>
        </w:tc>
        <w:tc>
          <w:tcPr>
            <w:tcW w:w="360" w:type="dxa"/>
            <w:tcMar>
              <w:top w:w="80" w:type="dxa"/>
              <w:left w:w="90" w:type="dxa"/>
              <w:bottom w:w="80" w:type="dxa"/>
              <w:right w:w="90" w:type="dxa"/>
            </w:tcMar>
            <w:vAlign w:val="center"/>
          </w:tcPr>
          <w:p w14:paraId="390A78FC"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61D03190" w14:textId="77777777" w:rsidR="0003755E" w:rsidRPr="007D6409" w:rsidRDefault="00000000">
            <w:pPr>
              <w:rPr>
                <w:rFonts w:cs="Arial"/>
                <w:sz w:val="24"/>
                <w:szCs w:val="24"/>
              </w:rPr>
            </w:pPr>
            <w:r w:rsidRPr="007D6409">
              <w:rPr>
                <w:rFonts w:cs="Arial"/>
                <w:sz w:val="24"/>
                <w:szCs w:val="24"/>
              </w:rPr>
              <w:t>20 persen atau Rp200.000.000,00</w:t>
            </w:r>
          </w:p>
        </w:tc>
      </w:tr>
    </w:tbl>
    <w:p w14:paraId="258E762F" w14:textId="77777777" w:rsidR="0003755E" w:rsidRPr="007D6409" w:rsidRDefault="0003755E">
      <w:pPr>
        <w:rPr>
          <w:rFonts w:cs="Arial"/>
          <w:sz w:val="24"/>
          <w:szCs w:val="24"/>
        </w:rPr>
      </w:pPr>
    </w:p>
    <w:tbl>
      <w:tblPr>
        <w:tblStyle w:val="TableGrid"/>
        <w:tblW w:w="0" w:type="auto"/>
        <w:jc w:val="center"/>
        <w:tblLook w:val="04A0" w:firstRow="1" w:lastRow="0" w:firstColumn="1" w:lastColumn="0" w:noHBand="0" w:noVBand="1"/>
      </w:tblPr>
      <w:tblGrid>
        <w:gridCol w:w="576"/>
        <w:gridCol w:w="6120"/>
        <w:gridCol w:w="954"/>
        <w:gridCol w:w="936"/>
        <w:gridCol w:w="1584"/>
      </w:tblGrid>
      <w:tr w:rsidR="0003755E" w:rsidRPr="007D6409" w14:paraId="50F11812" w14:textId="77777777">
        <w:trPr>
          <w:tblHeader/>
          <w:jc w:val="center"/>
        </w:trPr>
        <w:tc>
          <w:tcPr>
            <w:tcW w:w="576" w:type="dxa"/>
            <w:shd w:val="clear" w:color="auto" w:fill="9A4D00"/>
            <w:tcMar>
              <w:top w:w="80" w:type="dxa"/>
              <w:left w:w="90" w:type="dxa"/>
              <w:bottom w:w="80" w:type="dxa"/>
              <w:right w:w="90" w:type="dxa"/>
            </w:tcMar>
            <w:vAlign w:val="center"/>
          </w:tcPr>
          <w:p w14:paraId="6558A431" w14:textId="77777777" w:rsidR="0003755E" w:rsidRPr="007D6409" w:rsidRDefault="00000000">
            <w:pPr>
              <w:jc w:val="center"/>
              <w:rPr>
                <w:rFonts w:cs="Arial"/>
                <w:sz w:val="24"/>
                <w:szCs w:val="24"/>
              </w:rPr>
            </w:pPr>
            <w:r w:rsidRPr="007D6409">
              <w:rPr>
                <w:rFonts w:cs="Arial"/>
                <w:b/>
                <w:color w:val="FFFFFF"/>
                <w:sz w:val="24"/>
                <w:szCs w:val="24"/>
              </w:rPr>
              <w:t>No.</w:t>
            </w:r>
          </w:p>
        </w:tc>
        <w:tc>
          <w:tcPr>
            <w:tcW w:w="6120" w:type="dxa"/>
            <w:shd w:val="clear" w:color="auto" w:fill="9A4D00"/>
            <w:tcMar>
              <w:top w:w="80" w:type="dxa"/>
              <w:left w:w="90" w:type="dxa"/>
              <w:bottom w:w="80" w:type="dxa"/>
              <w:right w:w="90" w:type="dxa"/>
            </w:tcMar>
            <w:vAlign w:val="center"/>
          </w:tcPr>
          <w:p w14:paraId="149FD1B5" w14:textId="77777777" w:rsidR="0003755E" w:rsidRPr="007D6409" w:rsidRDefault="00000000">
            <w:pPr>
              <w:jc w:val="center"/>
              <w:rPr>
                <w:rFonts w:cs="Arial"/>
                <w:sz w:val="24"/>
                <w:szCs w:val="24"/>
              </w:rPr>
            </w:pPr>
            <w:r w:rsidRPr="007D6409">
              <w:rPr>
                <w:rFonts w:cs="Arial"/>
                <w:b/>
                <w:color w:val="FFFFFF"/>
                <w:sz w:val="24"/>
                <w:szCs w:val="24"/>
              </w:rPr>
              <w:t>Unsur yang Diperiksa</w:t>
            </w:r>
          </w:p>
        </w:tc>
        <w:tc>
          <w:tcPr>
            <w:tcW w:w="936" w:type="dxa"/>
            <w:shd w:val="clear" w:color="auto" w:fill="9A4D00"/>
            <w:tcMar>
              <w:top w:w="80" w:type="dxa"/>
              <w:left w:w="90" w:type="dxa"/>
              <w:bottom w:w="80" w:type="dxa"/>
              <w:right w:w="90" w:type="dxa"/>
            </w:tcMar>
            <w:vAlign w:val="center"/>
          </w:tcPr>
          <w:p w14:paraId="523CC16D" w14:textId="77777777" w:rsidR="0003755E" w:rsidRPr="007D6409" w:rsidRDefault="00000000">
            <w:pPr>
              <w:jc w:val="center"/>
              <w:rPr>
                <w:rFonts w:cs="Arial"/>
                <w:sz w:val="24"/>
                <w:szCs w:val="24"/>
              </w:rPr>
            </w:pPr>
            <w:r w:rsidRPr="007D6409">
              <w:rPr>
                <w:rFonts w:cs="Arial"/>
                <w:b/>
                <w:color w:val="FFFFFF"/>
                <w:sz w:val="24"/>
                <w:szCs w:val="24"/>
              </w:rPr>
              <w:t>Sesuai</w:t>
            </w:r>
          </w:p>
        </w:tc>
        <w:tc>
          <w:tcPr>
            <w:tcW w:w="936" w:type="dxa"/>
            <w:shd w:val="clear" w:color="auto" w:fill="9A4D00"/>
            <w:tcMar>
              <w:top w:w="80" w:type="dxa"/>
              <w:left w:w="90" w:type="dxa"/>
              <w:bottom w:w="80" w:type="dxa"/>
              <w:right w:w="90" w:type="dxa"/>
            </w:tcMar>
            <w:vAlign w:val="center"/>
          </w:tcPr>
          <w:p w14:paraId="7FD56708" w14:textId="77777777" w:rsidR="0003755E" w:rsidRPr="007D6409" w:rsidRDefault="00000000">
            <w:pPr>
              <w:jc w:val="center"/>
              <w:rPr>
                <w:rFonts w:cs="Arial"/>
                <w:sz w:val="24"/>
                <w:szCs w:val="24"/>
              </w:rPr>
            </w:pPr>
            <w:r w:rsidRPr="007D6409">
              <w:rPr>
                <w:rFonts w:cs="Arial"/>
                <w:b/>
                <w:color w:val="FFFFFF"/>
                <w:sz w:val="24"/>
                <w:szCs w:val="24"/>
              </w:rPr>
              <w:t>Tidak</w:t>
            </w:r>
          </w:p>
        </w:tc>
        <w:tc>
          <w:tcPr>
            <w:tcW w:w="1584" w:type="dxa"/>
            <w:shd w:val="clear" w:color="auto" w:fill="9A4D00"/>
            <w:tcMar>
              <w:top w:w="80" w:type="dxa"/>
              <w:left w:w="90" w:type="dxa"/>
              <w:bottom w:w="80" w:type="dxa"/>
              <w:right w:w="90" w:type="dxa"/>
            </w:tcMar>
            <w:vAlign w:val="center"/>
          </w:tcPr>
          <w:p w14:paraId="38DEA873" w14:textId="77777777" w:rsidR="0003755E" w:rsidRPr="007D6409" w:rsidRDefault="00000000">
            <w:pPr>
              <w:jc w:val="center"/>
              <w:rPr>
                <w:rFonts w:cs="Arial"/>
                <w:sz w:val="24"/>
                <w:szCs w:val="24"/>
              </w:rPr>
            </w:pPr>
            <w:r w:rsidRPr="007D6409">
              <w:rPr>
                <w:rFonts w:cs="Arial"/>
                <w:b/>
                <w:color w:val="FFFFFF"/>
                <w:sz w:val="24"/>
                <w:szCs w:val="24"/>
              </w:rPr>
              <w:t>Catatan</w:t>
            </w:r>
          </w:p>
        </w:tc>
      </w:tr>
      <w:tr w:rsidR="0003755E" w:rsidRPr="007D6409" w14:paraId="3285C13F" w14:textId="77777777">
        <w:trPr>
          <w:jc w:val="center"/>
        </w:trPr>
        <w:tc>
          <w:tcPr>
            <w:tcW w:w="576" w:type="dxa"/>
            <w:tcMar>
              <w:top w:w="80" w:type="dxa"/>
              <w:left w:w="90" w:type="dxa"/>
              <w:bottom w:w="80" w:type="dxa"/>
              <w:right w:w="90" w:type="dxa"/>
            </w:tcMar>
            <w:vAlign w:val="center"/>
          </w:tcPr>
          <w:p w14:paraId="4C3551A4" w14:textId="77777777" w:rsidR="0003755E" w:rsidRPr="007D6409" w:rsidRDefault="00000000">
            <w:pPr>
              <w:jc w:val="center"/>
              <w:rPr>
                <w:rFonts w:cs="Arial"/>
                <w:sz w:val="24"/>
                <w:szCs w:val="24"/>
              </w:rPr>
            </w:pPr>
            <w:r w:rsidRPr="007D6409">
              <w:rPr>
                <w:rFonts w:cs="Arial"/>
                <w:sz w:val="24"/>
                <w:szCs w:val="24"/>
              </w:rPr>
              <w:t>1</w:t>
            </w:r>
          </w:p>
        </w:tc>
        <w:tc>
          <w:tcPr>
            <w:tcW w:w="6120" w:type="dxa"/>
            <w:tcMar>
              <w:top w:w="80" w:type="dxa"/>
              <w:left w:w="90" w:type="dxa"/>
              <w:bottom w:w="80" w:type="dxa"/>
              <w:right w:w="90" w:type="dxa"/>
            </w:tcMar>
            <w:vAlign w:val="center"/>
          </w:tcPr>
          <w:p w14:paraId="3489D805" w14:textId="77777777" w:rsidR="0003755E" w:rsidRPr="007D6409" w:rsidRDefault="00000000">
            <w:pPr>
              <w:rPr>
                <w:rFonts w:cs="Arial"/>
                <w:sz w:val="24"/>
                <w:szCs w:val="24"/>
              </w:rPr>
            </w:pPr>
            <w:r w:rsidRPr="007D6409">
              <w:rPr>
                <w:rFonts w:cs="Arial"/>
                <w:sz w:val="24"/>
                <w:szCs w:val="24"/>
              </w:rPr>
              <w:t>Uang muka dicantumkan dalam kontrak</w:t>
            </w:r>
          </w:p>
        </w:tc>
        <w:tc>
          <w:tcPr>
            <w:tcW w:w="936" w:type="dxa"/>
            <w:tcMar>
              <w:top w:w="80" w:type="dxa"/>
              <w:left w:w="90" w:type="dxa"/>
              <w:bottom w:w="80" w:type="dxa"/>
              <w:right w:w="90" w:type="dxa"/>
            </w:tcMar>
            <w:vAlign w:val="center"/>
          </w:tcPr>
          <w:p w14:paraId="273110AF" w14:textId="77777777" w:rsidR="0003755E" w:rsidRPr="007D6409" w:rsidRDefault="00000000">
            <w:pPr>
              <w:rPr>
                <w:rFonts w:cs="Arial"/>
                <w:sz w:val="24"/>
                <w:szCs w:val="24"/>
              </w:rPr>
            </w:pPr>
            <w:r w:rsidRPr="007D6409">
              <w:rPr>
                <w:rFonts w:cs="Arial"/>
                <w:sz w:val="24"/>
                <w:szCs w:val="24"/>
              </w:rPr>
              <w:t>[ ]</w:t>
            </w:r>
          </w:p>
        </w:tc>
        <w:tc>
          <w:tcPr>
            <w:tcW w:w="936" w:type="dxa"/>
            <w:tcMar>
              <w:top w:w="80" w:type="dxa"/>
              <w:left w:w="90" w:type="dxa"/>
              <w:bottom w:w="80" w:type="dxa"/>
              <w:right w:w="90" w:type="dxa"/>
            </w:tcMar>
            <w:vAlign w:val="center"/>
          </w:tcPr>
          <w:p w14:paraId="2059CD63" w14:textId="77777777" w:rsidR="0003755E" w:rsidRPr="007D6409" w:rsidRDefault="00000000">
            <w:pPr>
              <w:rPr>
                <w:rFonts w:cs="Arial"/>
                <w:sz w:val="24"/>
                <w:szCs w:val="24"/>
              </w:rPr>
            </w:pPr>
            <w:r w:rsidRPr="007D6409">
              <w:rPr>
                <w:rFonts w:cs="Arial"/>
                <w:sz w:val="24"/>
                <w:szCs w:val="24"/>
              </w:rPr>
              <w:t>[ ]</w:t>
            </w:r>
          </w:p>
        </w:tc>
        <w:tc>
          <w:tcPr>
            <w:tcW w:w="1584" w:type="dxa"/>
            <w:tcMar>
              <w:top w:w="80" w:type="dxa"/>
              <w:left w:w="90" w:type="dxa"/>
              <w:bottom w:w="80" w:type="dxa"/>
              <w:right w:w="90" w:type="dxa"/>
            </w:tcMar>
            <w:vAlign w:val="center"/>
          </w:tcPr>
          <w:p w14:paraId="30291134" w14:textId="77777777" w:rsidR="0003755E" w:rsidRPr="007D6409" w:rsidRDefault="0003755E">
            <w:pPr>
              <w:rPr>
                <w:rFonts w:cs="Arial"/>
                <w:sz w:val="24"/>
                <w:szCs w:val="24"/>
              </w:rPr>
            </w:pPr>
          </w:p>
        </w:tc>
      </w:tr>
      <w:tr w:rsidR="0003755E" w:rsidRPr="007D6409" w14:paraId="099E5188" w14:textId="77777777">
        <w:trPr>
          <w:jc w:val="center"/>
        </w:trPr>
        <w:tc>
          <w:tcPr>
            <w:tcW w:w="576" w:type="dxa"/>
            <w:shd w:val="clear" w:color="auto" w:fill="FFF7EF"/>
            <w:tcMar>
              <w:top w:w="80" w:type="dxa"/>
              <w:left w:w="90" w:type="dxa"/>
              <w:bottom w:w="80" w:type="dxa"/>
              <w:right w:w="90" w:type="dxa"/>
            </w:tcMar>
            <w:vAlign w:val="center"/>
          </w:tcPr>
          <w:p w14:paraId="5053610E" w14:textId="77777777" w:rsidR="0003755E" w:rsidRPr="007D6409" w:rsidRDefault="00000000">
            <w:pPr>
              <w:jc w:val="center"/>
              <w:rPr>
                <w:rFonts w:cs="Arial"/>
                <w:sz w:val="24"/>
                <w:szCs w:val="24"/>
              </w:rPr>
            </w:pPr>
            <w:r w:rsidRPr="007D6409">
              <w:rPr>
                <w:rFonts w:cs="Arial"/>
                <w:sz w:val="24"/>
                <w:szCs w:val="24"/>
              </w:rPr>
              <w:t>2</w:t>
            </w:r>
          </w:p>
        </w:tc>
        <w:tc>
          <w:tcPr>
            <w:tcW w:w="6120" w:type="dxa"/>
            <w:shd w:val="clear" w:color="auto" w:fill="FFF7EF"/>
            <w:tcMar>
              <w:top w:w="80" w:type="dxa"/>
              <w:left w:w="90" w:type="dxa"/>
              <w:bottom w:w="80" w:type="dxa"/>
              <w:right w:w="90" w:type="dxa"/>
            </w:tcMar>
            <w:vAlign w:val="center"/>
          </w:tcPr>
          <w:p w14:paraId="29BF47C1" w14:textId="77777777" w:rsidR="0003755E" w:rsidRPr="007D6409" w:rsidRDefault="00000000">
            <w:pPr>
              <w:rPr>
                <w:rFonts w:cs="Arial"/>
                <w:sz w:val="24"/>
                <w:szCs w:val="24"/>
              </w:rPr>
            </w:pPr>
            <w:r w:rsidRPr="007D6409">
              <w:rPr>
                <w:rFonts w:cs="Arial"/>
                <w:sz w:val="24"/>
                <w:szCs w:val="24"/>
              </w:rPr>
              <w:t>Besaran sesuai kontrak dan ketentuan</w:t>
            </w:r>
          </w:p>
        </w:tc>
        <w:tc>
          <w:tcPr>
            <w:tcW w:w="936" w:type="dxa"/>
            <w:shd w:val="clear" w:color="auto" w:fill="FFF7EF"/>
            <w:tcMar>
              <w:top w:w="80" w:type="dxa"/>
              <w:left w:w="90" w:type="dxa"/>
              <w:bottom w:w="80" w:type="dxa"/>
              <w:right w:w="90" w:type="dxa"/>
            </w:tcMar>
            <w:vAlign w:val="center"/>
          </w:tcPr>
          <w:p w14:paraId="2A307FA5" w14:textId="77777777" w:rsidR="0003755E" w:rsidRPr="007D6409" w:rsidRDefault="00000000">
            <w:pPr>
              <w:rPr>
                <w:rFonts w:cs="Arial"/>
                <w:sz w:val="24"/>
                <w:szCs w:val="24"/>
              </w:rPr>
            </w:pPr>
            <w:r w:rsidRPr="007D6409">
              <w:rPr>
                <w:rFonts w:cs="Arial"/>
                <w:sz w:val="24"/>
                <w:szCs w:val="24"/>
              </w:rPr>
              <w:t>[ ]</w:t>
            </w:r>
          </w:p>
        </w:tc>
        <w:tc>
          <w:tcPr>
            <w:tcW w:w="936" w:type="dxa"/>
            <w:shd w:val="clear" w:color="auto" w:fill="FFF7EF"/>
            <w:tcMar>
              <w:top w:w="80" w:type="dxa"/>
              <w:left w:w="90" w:type="dxa"/>
              <w:bottom w:w="80" w:type="dxa"/>
              <w:right w:w="90" w:type="dxa"/>
            </w:tcMar>
            <w:vAlign w:val="center"/>
          </w:tcPr>
          <w:p w14:paraId="219DB030" w14:textId="77777777" w:rsidR="0003755E" w:rsidRPr="007D6409" w:rsidRDefault="00000000">
            <w:pPr>
              <w:rPr>
                <w:rFonts w:cs="Arial"/>
                <w:sz w:val="24"/>
                <w:szCs w:val="24"/>
              </w:rPr>
            </w:pPr>
            <w:r w:rsidRPr="007D6409">
              <w:rPr>
                <w:rFonts w:cs="Arial"/>
                <w:sz w:val="24"/>
                <w:szCs w:val="24"/>
              </w:rPr>
              <w:t>[ ]</w:t>
            </w:r>
          </w:p>
        </w:tc>
        <w:tc>
          <w:tcPr>
            <w:tcW w:w="1584" w:type="dxa"/>
            <w:shd w:val="clear" w:color="auto" w:fill="FFF7EF"/>
            <w:tcMar>
              <w:top w:w="80" w:type="dxa"/>
              <w:left w:w="90" w:type="dxa"/>
              <w:bottom w:w="80" w:type="dxa"/>
              <w:right w:w="90" w:type="dxa"/>
            </w:tcMar>
            <w:vAlign w:val="center"/>
          </w:tcPr>
          <w:p w14:paraId="397CF3B6" w14:textId="77777777" w:rsidR="0003755E" w:rsidRPr="007D6409" w:rsidRDefault="0003755E">
            <w:pPr>
              <w:rPr>
                <w:rFonts w:cs="Arial"/>
                <w:sz w:val="24"/>
                <w:szCs w:val="24"/>
              </w:rPr>
            </w:pPr>
          </w:p>
        </w:tc>
      </w:tr>
      <w:tr w:rsidR="0003755E" w:rsidRPr="007D6409" w14:paraId="080F59DF" w14:textId="77777777">
        <w:trPr>
          <w:jc w:val="center"/>
        </w:trPr>
        <w:tc>
          <w:tcPr>
            <w:tcW w:w="576" w:type="dxa"/>
            <w:tcMar>
              <w:top w:w="80" w:type="dxa"/>
              <w:left w:w="90" w:type="dxa"/>
              <w:bottom w:w="80" w:type="dxa"/>
              <w:right w:w="90" w:type="dxa"/>
            </w:tcMar>
            <w:vAlign w:val="center"/>
          </w:tcPr>
          <w:p w14:paraId="19AA7BAA" w14:textId="77777777" w:rsidR="0003755E" w:rsidRPr="007D6409" w:rsidRDefault="00000000">
            <w:pPr>
              <w:jc w:val="center"/>
              <w:rPr>
                <w:rFonts w:cs="Arial"/>
                <w:sz w:val="24"/>
                <w:szCs w:val="24"/>
              </w:rPr>
            </w:pPr>
            <w:r w:rsidRPr="007D6409">
              <w:rPr>
                <w:rFonts w:cs="Arial"/>
                <w:sz w:val="24"/>
                <w:szCs w:val="24"/>
              </w:rPr>
              <w:t>3</w:t>
            </w:r>
          </w:p>
        </w:tc>
        <w:tc>
          <w:tcPr>
            <w:tcW w:w="6120" w:type="dxa"/>
            <w:tcMar>
              <w:top w:w="80" w:type="dxa"/>
              <w:left w:w="90" w:type="dxa"/>
              <w:bottom w:w="80" w:type="dxa"/>
              <w:right w:w="90" w:type="dxa"/>
            </w:tcMar>
            <w:vAlign w:val="center"/>
          </w:tcPr>
          <w:p w14:paraId="3C56F782" w14:textId="77777777" w:rsidR="0003755E" w:rsidRPr="007D6409" w:rsidRDefault="00000000">
            <w:pPr>
              <w:rPr>
                <w:rFonts w:cs="Arial"/>
                <w:sz w:val="24"/>
                <w:szCs w:val="24"/>
              </w:rPr>
            </w:pPr>
            <w:r w:rsidRPr="007D6409">
              <w:rPr>
                <w:rFonts w:cs="Arial"/>
                <w:sz w:val="24"/>
                <w:szCs w:val="24"/>
              </w:rPr>
              <w:t>Rencana penggunaan berkaitan dengan persiapan pekerjaan</w:t>
            </w:r>
          </w:p>
        </w:tc>
        <w:tc>
          <w:tcPr>
            <w:tcW w:w="936" w:type="dxa"/>
            <w:tcMar>
              <w:top w:w="80" w:type="dxa"/>
              <w:left w:w="90" w:type="dxa"/>
              <w:bottom w:w="80" w:type="dxa"/>
              <w:right w:w="90" w:type="dxa"/>
            </w:tcMar>
            <w:vAlign w:val="center"/>
          </w:tcPr>
          <w:p w14:paraId="6F620C64" w14:textId="77777777" w:rsidR="0003755E" w:rsidRPr="007D6409" w:rsidRDefault="00000000">
            <w:pPr>
              <w:rPr>
                <w:rFonts w:cs="Arial"/>
                <w:sz w:val="24"/>
                <w:szCs w:val="24"/>
              </w:rPr>
            </w:pPr>
            <w:r w:rsidRPr="007D6409">
              <w:rPr>
                <w:rFonts w:cs="Arial"/>
                <w:sz w:val="24"/>
                <w:szCs w:val="24"/>
              </w:rPr>
              <w:t>[ ]</w:t>
            </w:r>
          </w:p>
        </w:tc>
        <w:tc>
          <w:tcPr>
            <w:tcW w:w="936" w:type="dxa"/>
            <w:tcMar>
              <w:top w:w="80" w:type="dxa"/>
              <w:left w:w="90" w:type="dxa"/>
              <w:bottom w:w="80" w:type="dxa"/>
              <w:right w:w="90" w:type="dxa"/>
            </w:tcMar>
            <w:vAlign w:val="center"/>
          </w:tcPr>
          <w:p w14:paraId="1F825430" w14:textId="77777777" w:rsidR="0003755E" w:rsidRPr="007D6409" w:rsidRDefault="00000000">
            <w:pPr>
              <w:rPr>
                <w:rFonts w:cs="Arial"/>
                <w:sz w:val="24"/>
                <w:szCs w:val="24"/>
              </w:rPr>
            </w:pPr>
            <w:r w:rsidRPr="007D6409">
              <w:rPr>
                <w:rFonts w:cs="Arial"/>
                <w:sz w:val="24"/>
                <w:szCs w:val="24"/>
              </w:rPr>
              <w:t>[ ]</w:t>
            </w:r>
          </w:p>
        </w:tc>
        <w:tc>
          <w:tcPr>
            <w:tcW w:w="1584" w:type="dxa"/>
            <w:tcMar>
              <w:top w:w="80" w:type="dxa"/>
              <w:left w:w="90" w:type="dxa"/>
              <w:bottom w:w="80" w:type="dxa"/>
              <w:right w:w="90" w:type="dxa"/>
            </w:tcMar>
            <w:vAlign w:val="center"/>
          </w:tcPr>
          <w:p w14:paraId="65E472A7" w14:textId="77777777" w:rsidR="0003755E" w:rsidRPr="007D6409" w:rsidRDefault="0003755E">
            <w:pPr>
              <w:rPr>
                <w:rFonts w:cs="Arial"/>
                <w:sz w:val="24"/>
                <w:szCs w:val="24"/>
              </w:rPr>
            </w:pPr>
          </w:p>
        </w:tc>
      </w:tr>
      <w:tr w:rsidR="0003755E" w:rsidRPr="007D6409" w14:paraId="3F02CEAE" w14:textId="77777777">
        <w:trPr>
          <w:jc w:val="center"/>
        </w:trPr>
        <w:tc>
          <w:tcPr>
            <w:tcW w:w="576" w:type="dxa"/>
            <w:shd w:val="clear" w:color="auto" w:fill="FFF7EF"/>
            <w:tcMar>
              <w:top w:w="80" w:type="dxa"/>
              <w:left w:w="90" w:type="dxa"/>
              <w:bottom w:w="80" w:type="dxa"/>
              <w:right w:w="90" w:type="dxa"/>
            </w:tcMar>
            <w:vAlign w:val="center"/>
          </w:tcPr>
          <w:p w14:paraId="4FF77463" w14:textId="77777777" w:rsidR="0003755E" w:rsidRPr="007D6409" w:rsidRDefault="00000000">
            <w:pPr>
              <w:jc w:val="center"/>
              <w:rPr>
                <w:rFonts w:cs="Arial"/>
                <w:sz w:val="24"/>
                <w:szCs w:val="24"/>
              </w:rPr>
            </w:pPr>
            <w:r w:rsidRPr="007D6409">
              <w:rPr>
                <w:rFonts w:cs="Arial"/>
                <w:sz w:val="24"/>
                <w:szCs w:val="24"/>
              </w:rPr>
              <w:t>4</w:t>
            </w:r>
          </w:p>
        </w:tc>
        <w:tc>
          <w:tcPr>
            <w:tcW w:w="6120" w:type="dxa"/>
            <w:shd w:val="clear" w:color="auto" w:fill="FFF7EF"/>
            <w:tcMar>
              <w:top w:w="80" w:type="dxa"/>
              <w:left w:w="90" w:type="dxa"/>
              <w:bottom w:w="80" w:type="dxa"/>
              <w:right w:w="90" w:type="dxa"/>
            </w:tcMar>
            <w:vAlign w:val="center"/>
          </w:tcPr>
          <w:p w14:paraId="6338D287" w14:textId="77777777" w:rsidR="0003755E" w:rsidRPr="007D6409" w:rsidRDefault="00000000">
            <w:pPr>
              <w:rPr>
                <w:rFonts w:cs="Arial"/>
                <w:sz w:val="24"/>
                <w:szCs w:val="24"/>
              </w:rPr>
            </w:pPr>
            <w:r w:rsidRPr="007D6409">
              <w:rPr>
                <w:rFonts w:cs="Arial"/>
                <w:sz w:val="24"/>
                <w:szCs w:val="24"/>
              </w:rPr>
              <w:t>Rencana pengembalian sesuai mekanisme pembayaran</w:t>
            </w:r>
          </w:p>
        </w:tc>
        <w:tc>
          <w:tcPr>
            <w:tcW w:w="936" w:type="dxa"/>
            <w:shd w:val="clear" w:color="auto" w:fill="FFF7EF"/>
            <w:tcMar>
              <w:top w:w="80" w:type="dxa"/>
              <w:left w:w="90" w:type="dxa"/>
              <w:bottom w:w="80" w:type="dxa"/>
              <w:right w:w="90" w:type="dxa"/>
            </w:tcMar>
            <w:vAlign w:val="center"/>
          </w:tcPr>
          <w:p w14:paraId="15F179B6" w14:textId="77777777" w:rsidR="0003755E" w:rsidRPr="007D6409" w:rsidRDefault="00000000">
            <w:pPr>
              <w:rPr>
                <w:rFonts w:cs="Arial"/>
                <w:sz w:val="24"/>
                <w:szCs w:val="24"/>
              </w:rPr>
            </w:pPr>
            <w:r w:rsidRPr="007D6409">
              <w:rPr>
                <w:rFonts w:cs="Arial"/>
                <w:sz w:val="24"/>
                <w:szCs w:val="24"/>
              </w:rPr>
              <w:t>[ ]</w:t>
            </w:r>
          </w:p>
        </w:tc>
        <w:tc>
          <w:tcPr>
            <w:tcW w:w="936" w:type="dxa"/>
            <w:shd w:val="clear" w:color="auto" w:fill="FFF7EF"/>
            <w:tcMar>
              <w:top w:w="80" w:type="dxa"/>
              <w:left w:w="90" w:type="dxa"/>
              <w:bottom w:w="80" w:type="dxa"/>
              <w:right w:w="90" w:type="dxa"/>
            </w:tcMar>
            <w:vAlign w:val="center"/>
          </w:tcPr>
          <w:p w14:paraId="6BD6E779" w14:textId="77777777" w:rsidR="0003755E" w:rsidRPr="007D6409" w:rsidRDefault="00000000">
            <w:pPr>
              <w:rPr>
                <w:rFonts w:cs="Arial"/>
                <w:sz w:val="24"/>
                <w:szCs w:val="24"/>
              </w:rPr>
            </w:pPr>
            <w:r w:rsidRPr="007D6409">
              <w:rPr>
                <w:rFonts w:cs="Arial"/>
                <w:sz w:val="24"/>
                <w:szCs w:val="24"/>
              </w:rPr>
              <w:t>[ ]</w:t>
            </w:r>
          </w:p>
        </w:tc>
        <w:tc>
          <w:tcPr>
            <w:tcW w:w="1584" w:type="dxa"/>
            <w:shd w:val="clear" w:color="auto" w:fill="FFF7EF"/>
            <w:tcMar>
              <w:top w:w="80" w:type="dxa"/>
              <w:left w:w="90" w:type="dxa"/>
              <w:bottom w:w="80" w:type="dxa"/>
              <w:right w:w="90" w:type="dxa"/>
            </w:tcMar>
            <w:vAlign w:val="center"/>
          </w:tcPr>
          <w:p w14:paraId="2E7AFB2E" w14:textId="77777777" w:rsidR="0003755E" w:rsidRPr="007D6409" w:rsidRDefault="0003755E">
            <w:pPr>
              <w:rPr>
                <w:rFonts w:cs="Arial"/>
                <w:sz w:val="24"/>
                <w:szCs w:val="24"/>
              </w:rPr>
            </w:pPr>
          </w:p>
        </w:tc>
      </w:tr>
      <w:tr w:rsidR="0003755E" w:rsidRPr="007D6409" w14:paraId="64FD6B3F" w14:textId="77777777">
        <w:trPr>
          <w:jc w:val="center"/>
        </w:trPr>
        <w:tc>
          <w:tcPr>
            <w:tcW w:w="576" w:type="dxa"/>
            <w:tcMar>
              <w:top w:w="80" w:type="dxa"/>
              <w:left w:w="90" w:type="dxa"/>
              <w:bottom w:w="80" w:type="dxa"/>
              <w:right w:w="90" w:type="dxa"/>
            </w:tcMar>
            <w:vAlign w:val="center"/>
          </w:tcPr>
          <w:p w14:paraId="69BFC12D" w14:textId="77777777" w:rsidR="0003755E" w:rsidRPr="007D6409" w:rsidRDefault="00000000">
            <w:pPr>
              <w:jc w:val="center"/>
              <w:rPr>
                <w:rFonts w:cs="Arial"/>
                <w:sz w:val="24"/>
                <w:szCs w:val="24"/>
              </w:rPr>
            </w:pPr>
            <w:r w:rsidRPr="007D6409">
              <w:rPr>
                <w:rFonts w:cs="Arial"/>
                <w:sz w:val="24"/>
                <w:szCs w:val="24"/>
              </w:rPr>
              <w:t>5</w:t>
            </w:r>
          </w:p>
        </w:tc>
        <w:tc>
          <w:tcPr>
            <w:tcW w:w="6120" w:type="dxa"/>
            <w:tcMar>
              <w:top w:w="80" w:type="dxa"/>
              <w:left w:w="90" w:type="dxa"/>
              <w:bottom w:w="80" w:type="dxa"/>
              <w:right w:w="90" w:type="dxa"/>
            </w:tcMar>
            <w:vAlign w:val="center"/>
          </w:tcPr>
          <w:p w14:paraId="7C62BEA0" w14:textId="77777777" w:rsidR="0003755E" w:rsidRPr="007D6409" w:rsidRDefault="00000000">
            <w:pPr>
              <w:rPr>
                <w:rFonts w:cs="Arial"/>
                <w:sz w:val="24"/>
                <w:szCs w:val="24"/>
              </w:rPr>
            </w:pPr>
            <w:r w:rsidRPr="007D6409">
              <w:rPr>
                <w:rFonts w:cs="Arial"/>
                <w:sz w:val="24"/>
                <w:szCs w:val="24"/>
              </w:rPr>
              <w:t>Uang muka dapat lunas sesuai batas kontrak</w:t>
            </w:r>
          </w:p>
        </w:tc>
        <w:tc>
          <w:tcPr>
            <w:tcW w:w="936" w:type="dxa"/>
            <w:tcMar>
              <w:top w:w="80" w:type="dxa"/>
              <w:left w:w="90" w:type="dxa"/>
              <w:bottom w:w="80" w:type="dxa"/>
              <w:right w:w="90" w:type="dxa"/>
            </w:tcMar>
            <w:vAlign w:val="center"/>
          </w:tcPr>
          <w:p w14:paraId="7337F3D0" w14:textId="77777777" w:rsidR="0003755E" w:rsidRPr="007D6409" w:rsidRDefault="00000000">
            <w:pPr>
              <w:rPr>
                <w:rFonts w:cs="Arial"/>
                <w:sz w:val="24"/>
                <w:szCs w:val="24"/>
              </w:rPr>
            </w:pPr>
            <w:r w:rsidRPr="007D6409">
              <w:rPr>
                <w:rFonts w:cs="Arial"/>
                <w:sz w:val="24"/>
                <w:szCs w:val="24"/>
              </w:rPr>
              <w:t>[ ]</w:t>
            </w:r>
          </w:p>
        </w:tc>
        <w:tc>
          <w:tcPr>
            <w:tcW w:w="936" w:type="dxa"/>
            <w:tcMar>
              <w:top w:w="80" w:type="dxa"/>
              <w:left w:w="90" w:type="dxa"/>
              <w:bottom w:w="80" w:type="dxa"/>
              <w:right w:w="90" w:type="dxa"/>
            </w:tcMar>
            <w:vAlign w:val="center"/>
          </w:tcPr>
          <w:p w14:paraId="44915DC9" w14:textId="77777777" w:rsidR="0003755E" w:rsidRPr="007D6409" w:rsidRDefault="00000000">
            <w:pPr>
              <w:rPr>
                <w:rFonts w:cs="Arial"/>
                <w:sz w:val="24"/>
                <w:szCs w:val="24"/>
              </w:rPr>
            </w:pPr>
            <w:r w:rsidRPr="007D6409">
              <w:rPr>
                <w:rFonts w:cs="Arial"/>
                <w:sz w:val="24"/>
                <w:szCs w:val="24"/>
              </w:rPr>
              <w:t>[ ]</w:t>
            </w:r>
          </w:p>
        </w:tc>
        <w:tc>
          <w:tcPr>
            <w:tcW w:w="1584" w:type="dxa"/>
            <w:tcMar>
              <w:top w:w="80" w:type="dxa"/>
              <w:left w:w="90" w:type="dxa"/>
              <w:bottom w:w="80" w:type="dxa"/>
              <w:right w:w="90" w:type="dxa"/>
            </w:tcMar>
            <w:vAlign w:val="center"/>
          </w:tcPr>
          <w:p w14:paraId="17C7BF2A" w14:textId="77777777" w:rsidR="0003755E" w:rsidRPr="007D6409" w:rsidRDefault="0003755E">
            <w:pPr>
              <w:rPr>
                <w:rFonts w:cs="Arial"/>
                <w:sz w:val="24"/>
                <w:szCs w:val="24"/>
              </w:rPr>
            </w:pPr>
          </w:p>
        </w:tc>
      </w:tr>
      <w:tr w:rsidR="0003755E" w:rsidRPr="007D6409" w14:paraId="7C38111C" w14:textId="77777777">
        <w:trPr>
          <w:jc w:val="center"/>
        </w:trPr>
        <w:tc>
          <w:tcPr>
            <w:tcW w:w="576" w:type="dxa"/>
            <w:shd w:val="clear" w:color="auto" w:fill="FFF7EF"/>
            <w:tcMar>
              <w:top w:w="80" w:type="dxa"/>
              <w:left w:w="90" w:type="dxa"/>
              <w:bottom w:w="80" w:type="dxa"/>
              <w:right w:w="90" w:type="dxa"/>
            </w:tcMar>
            <w:vAlign w:val="center"/>
          </w:tcPr>
          <w:p w14:paraId="69084A8B" w14:textId="77777777" w:rsidR="0003755E" w:rsidRPr="007D6409" w:rsidRDefault="00000000">
            <w:pPr>
              <w:jc w:val="center"/>
              <w:rPr>
                <w:rFonts w:cs="Arial"/>
                <w:sz w:val="24"/>
                <w:szCs w:val="24"/>
              </w:rPr>
            </w:pPr>
            <w:r w:rsidRPr="007D6409">
              <w:rPr>
                <w:rFonts w:cs="Arial"/>
                <w:sz w:val="24"/>
                <w:szCs w:val="24"/>
              </w:rPr>
              <w:t>6</w:t>
            </w:r>
          </w:p>
        </w:tc>
        <w:tc>
          <w:tcPr>
            <w:tcW w:w="6120" w:type="dxa"/>
            <w:shd w:val="clear" w:color="auto" w:fill="FFF7EF"/>
            <w:tcMar>
              <w:top w:w="80" w:type="dxa"/>
              <w:left w:w="90" w:type="dxa"/>
              <w:bottom w:w="80" w:type="dxa"/>
              <w:right w:w="90" w:type="dxa"/>
            </w:tcMar>
            <w:vAlign w:val="center"/>
          </w:tcPr>
          <w:p w14:paraId="7E209D98" w14:textId="77777777" w:rsidR="0003755E" w:rsidRPr="007D6409" w:rsidRDefault="00000000">
            <w:pPr>
              <w:rPr>
                <w:rFonts w:cs="Arial"/>
                <w:sz w:val="24"/>
                <w:szCs w:val="24"/>
              </w:rPr>
            </w:pPr>
            <w:r w:rsidRPr="007D6409">
              <w:rPr>
                <w:rFonts w:cs="Arial"/>
                <w:sz w:val="24"/>
                <w:szCs w:val="24"/>
              </w:rPr>
              <w:t>Ketersediaan anggaran telah dipastikan</w:t>
            </w:r>
          </w:p>
        </w:tc>
        <w:tc>
          <w:tcPr>
            <w:tcW w:w="936" w:type="dxa"/>
            <w:shd w:val="clear" w:color="auto" w:fill="FFF7EF"/>
            <w:tcMar>
              <w:top w:w="80" w:type="dxa"/>
              <w:left w:w="90" w:type="dxa"/>
              <w:bottom w:w="80" w:type="dxa"/>
              <w:right w:w="90" w:type="dxa"/>
            </w:tcMar>
            <w:vAlign w:val="center"/>
          </w:tcPr>
          <w:p w14:paraId="444ACE06" w14:textId="77777777" w:rsidR="0003755E" w:rsidRPr="007D6409" w:rsidRDefault="00000000">
            <w:pPr>
              <w:rPr>
                <w:rFonts w:cs="Arial"/>
                <w:sz w:val="24"/>
                <w:szCs w:val="24"/>
              </w:rPr>
            </w:pPr>
            <w:r w:rsidRPr="007D6409">
              <w:rPr>
                <w:rFonts w:cs="Arial"/>
                <w:sz w:val="24"/>
                <w:szCs w:val="24"/>
              </w:rPr>
              <w:t>[ ]</w:t>
            </w:r>
          </w:p>
        </w:tc>
        <w:tc>
          <w:tcPr>
            <w:tcW w:w="936" w:type="dxa"/>
            <w:shd w:val="clear" w:color="auto" w:fill="FFF7EF"/>
            <w:tcMar>
              <w:top w:w="80" w:type="dxa"/>
              <w:left w:w="90" w:type="dxa"/>
              <w:bottom w:w="80" w:type="dxa"/>
              <w:right w:w="90" w:type="dxa"/>
            </w:tcMar>
            <w:vAlign w:val="center"/>
          </w:tcPr>
          <w:p w14:paraId="04CE9520" w14:textId="77777777" w:rsidR="0003755E" w:rsidRPr="007D6409" w:rsidRDefault="00000000">
            <w:pPr>
              <w:rPr>
                <w:rFonts w:cs="Arial"/>
                <w:sz w:val="24"/>
                <w:szCs w:val="24"/>
              </w:rPr>
            </w:pPr>
            <w:r w:rsidRPr="007D6409">
              <w:rPr>
                <w:rFonts w:cs="Arial"/>
                <w:sz w:val="24"/>
                <w:szCs w:val="24"/>
              </w:rPr>
              <w:t>[ ]</w:t>
            </w:r>
          </w:p>
        </w:tc>
        <w:tc>
          <w:tcPr>
            <w:tcW w:w="1584" w:type="dxa"/>
            <w:shd w:val="clear" w:color="auto" w:fill="FFF7EF"/>
            <w:tcMar>
              <w:top w:w="80" w:type="dxa"/>
              <w:left w:w="90" w:type="dxa"/>
              <w:bottom w:w="80" w:type="dxa"/>
              <w:right w:w="90" w:type="dxa"/>
            </w:tcMar>
            <w:vAlign w:val="center"/>
          </w:tcPr>
          <w:p w14:paraId="043B910B" w14:textId="77777777" w:rsidR="0003755E" w:rsidRPr="007D6409" w:rsidRDefault="0003755E">
            <w:pPr>
              <w:rPr>
                <w:rFonts w:cs="Arial"/>
                <w:sz w:val="24"/>
                <w:szCs w:val="24"/>
              </w:rPr>
            </w:pPr>
          </w:p>
        </w:tc>
      </w:tr>
    </w:tbl>
    <w:p w14:paraId="0DF54F45" w14:textId="77777777" w:rsidR="0003755E" w:rsidRPr="007D6409" w:rsidRDefault="0003755E">
      <w:pPr>
        <w:rPr>
          <w:rFonts w:cs="Arial"/>
          <w:sz w:val="24"/>
          <w:szCs w:val="24"/>
        </w:rPr>
      </w:pPr>
    </w:p>
    <w:p w14:paraId="16EEB35B" w14:textId="77777777" w:rsidR="0003755E" w:rsidRPr="007D6409" w:rsidRDefault="00000000">
      <w:pPr>
        <w:rPr>
          <w:rFonts w:cs="Arial"/>
          <w:sz w:val="24"/>
          <w:szCs w:val="24"/>
        </w:rPr>
      </w:pPr>
      <w:proofErr w:type="gramStart"/>
      <w:r w:rsidRPr="007D6409">
        <w:rPr>
          <w:rFonts w:cs="Arial"/>
          <w:sz w:val="24"/>
          <w:szCs w:val="24"/>
        </w:rPr>
        <w:t>Kesimpulan  [</w:t>
      </w:r>
      <w:proofErr w:type="gramEnd"/>
      <w:r w:rsidRPr="007D6409">
        <w:rPr>
          <w:rFonts w:cs="Arial"/>
          <w:sz w:val="24"/>
          <w:szCs w:val="24"/>
        </w:rPr>
        <w:t xml:space="preserve"> ] dapat disetujui  [ ] disetujui dengan perbaikan  [ ] belum dapat diproses  [ ] tidak sesuai kontrak</w:t>
      </w:r>
    </w:p>
    <w:p w14:paraId="5E6360C1" w14:textId="77777777" w:rsidR="0003755E" w:rsidRPr="007D6409" w:rsidRDefault="00000000">
      <w:pPr>
        <w:jc w:val="both"/>
        <w:rPr>
          <w:rFonts w:cs="Arial"/>
          <w:sz w:val="24"/>
          <w:szCs w:val="24"/>
        </w:rPr>
      </w:pPr>
      <w:r w:rsidRPr="007D6409">
        <w:rPr>
          <w:rFonts w:cs="Arial"/>
          <w:sz w:val="24"/>
          <w:szCs w:val="24"/>
        </w:rPr>
        <w:t xml:space="preserve">Catatan atau </w:t>
      </w:r>
      <w:proofErr w:type="gramStart"/>
      <w:r w:rsidRPr="007D6409">
        <w:rPr>
          <w:rFonts w:cs="Arial"/>
          <w:sz w:val="24"/>
          <w:szCs w:val="24"/>
        </w:rPr>
        <w:t>rekomendasi  [</w:t>
      </w:r>
      <w:proofErr w:type="gramEnd"/>
      <w:r w:rsidRPr="007D6409">
        <w:rPr>
          <w:rFonts w:cs="Arial"/>
          <w:sz w:val="24"/>
          <w:szCs w:val="24"/>
        </w:rPr>
        <w:t>uraikan hasil penelitian].</w:t>
      </w:r>
    </w:p>
    <w:tbl>
      <w:tblPr>
        <w:tblW w:w="0" w:type="auto"/>
        <w:jc w:val="center"/>
        <w:tblLook w:val="04A0" w:firstRow="1" w:lastRow="0" w:firstColumn="1" w:lastColumn="0" w:noHBand="0" w:noVBand="1"/>
      </w:tblPr>
      <w:tblGrid>
        <w:gridCol w:w="5054"/>
        <w:gridCol w:w="5054"/>
      </w:tblGrid>
      <w:tr w:rsidR="0003755E" w:rsidRPr="007D6409" w14:paraId="60ED8FFE" w14:textId="77777777">
        <w:trPr>
          <w:jc w:val="center"/>
        </w:trPr>
        <w:tc>
          <w:tcPr>
            <w:tcW w:w="5054" w:type="dxa"/>
            <w:tcMar>
              <w:top w:w="80" w:type="dxa"/>
              <w:left w:w="90" w:type="dxa"/>
              <w:bottom w:w="80" w:type="dxa"/>
              <w:right w:w="90" w:type="dxa"/>
            </w:tcMar>
            <w:vAlign w:val="center"/>
          </w:tcPr>
          <w:p w14:paraId="2583BCE2" w14:textId="77777777" w:rsidR="0003755E" w:rsidRPr="007D6409" w:rsidRDefault="0003755E">
            <w:pPr>
              <w:jc w:val="center"/>
              <w:rPr>
                <w:rFonts w:cs="Arial"/>
                <w:sz w:val="24"/>
                <w:szCs w:val="24"/>
              </w:rPr>
            </w:pPr>
          </w:p>
        </w:tc>
        <w:tc>
          <w:tcPr>
            <w:tcW w:w="5054" w:type="dxa"/>
            <w:tcMar>
              <w:top w:w="80" w:type="dxa"/>
              <w:left w:w="90" w:type="dxa"/>
              <w:bottom w:w="80" w:type="dxa"/>
              <w:right w:w="90" w:type="dxa"/>
            </w:tcMar>
            <w:vAlign w:val="center"/>
          </w:tcPr>
          <w:p w14:paraId="49F1EBBD"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14B9F76A" w14:textId="77777777" w:rsidR="0003755E" w:rsidRPr="007D6409" w:rsidRDefault="00000000">
      <w:pPr>
        <w:rPr>
          <w:rFonts w:cs="Arial"/>
          <w:sz w:val="24"/>
          <w:szCs w:val="24"/>
        </w:rPr>
      </w:pPr>
      <w:r w:rsidRPr="007D6409">
        <w:rPr>
          <w:rFonts w:cs="Arial"/>
          <w:sz w:val="24"/>
          <w:szCs w:val="24"/>
        </w:rPr>
        <w:br w:type="page"/>
      </w:r>
    </w:p>
    <w:p w14:paraId="3D5565D0"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tbl>
      <w:tblPr>
        <w:tblW w:w="0" w:type="auto"/>
        <w:tblLook w:val="04A0" w:firstRow="1" w:lastRow="0" w:firstColumn="1" w:lastColumn="0" w:noHBand="0" w:noVBand="1"/>
      </w:tblPr>
      <w:tblGrid>
        <w:gridCol w:w="2088"/>
        <w:gridCol w:w="360"/>
        <w:gridCol w:w="7632"/>
      </w:tblGrid>
      <w:tr w:rsidR="0003755E" w:rsidRPr="007D6409" w14:paraId="76BAB103" w14:textId="77777777">
        <w:tc>
          <w:tcPr>
            <w:tcW w:w="2088" w:type="dxa"/>
            <w:tcMar>
              <w:top w:w="80" w:type="dxa"/>
              <w:left w:w="90" w:type="dxa"/>
              <w:bottom w:w="80" w:type="dxa"/>
              <w:right w:w="90" w:type="dxa"/>
            </w:tcMar>
            <w:vAlign w:val="center"/>
          </w:tcPr>
          <w:p w14:paraId="102FC145" w14:textId="77777777" w:rsidR="0003755E" w:rsidRPr="007D6409" w:rsidRDefault="00000000">
            <w:pPr>
              <w:rPr>
                <w:rFonts w:cs="Arial"/>
                <w:sz w:val="24"/>
                <w:szCs w:val="24"/>
              </w:rPr>
            </w:pPr>
            <w:r w:rsidRPr="007D6409">
              <w:rPr>
                <w:rFonts w:cs="Arial"/>
                <w:sz w:val="24"/>
                <w:szCs w:val="24"/>
              </w:rPr>
              <w:t>Nomor</w:t>
            </w:r>
          </w:p>
        </w:tc>
        <w:tc>
          <w:tcPr>
            <w:tcW w:w="360" w:type="dxa"/>
            <w:tcMar>
              <w:top w:w="80" w:type="dxa"/>
              <w:left w:w="90" w:type="dxa"/>
              <w:bottom w:w="80" w:type="dxa"/>
              <w:right w:w="90" w:type="dxa"/>
            </w:tcMar>
            <w:vAlign w:val="center"/>
          </w:tcPr>
          <w:p w14:paraId="13162C57"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4AFC8E4" w14:textId="77777777" w:rsidR="0003755E" w:rsidRPr="007D6409" w:rsidRDefault="00000000">
            <w:pPr>
              <w:rPr>
                <w:rFonts w:cs="Arial"/>
                <w:sz w:val="24"/>
                <w:szCs w:val="24"/>
              </w:rPr>
            </w:pPr>
            <w:r w:rsidRPr="007D6409">
              <w:rPr>
                <w:rFonts w:cs="Arial"/>
                <w:sz w:val="24"/>
                <w:szCs w:val="24"/>
              </w:rPr>
              <w:t>[000.3 ___ PPK 2026]</w:t>
            </w:r>
          </w:p>
        </w:tc>
      </w:tr>
      <w:tr w:rsidR="0003755E" w:rsidRPr="007D6409" w14:paraId="1D87BE94" w14:textId="77777777">
        <w:tc>
          <w:tcPr>
            <w:tcW w:w="2088" w:type="dxa"/>
            <w:tcMar>
              <w:top w:w="80" w:type="dxa"/>
              <w:left w:w="90" w:type="dxa"/>
              <w:bottom w:w="80" w:type="dxa"/>
              <w:right w:w="90" w:type="dxa"/>
            </w:tcMar>
            <w:vAlign w:val="center"/>
          </w:tcPr>
          <w:p w14:paraId="7325A64A" w14:textId="77777777" w:rsidR="0003755E" w:rsidRPr="007D6409" w:rsidRDefault="00000000">
            <w:pPr>
              <w:rPr>
                <w:rFonts w:cs="Arial"/>
                <w:sz w:val="24"/>
                <w:szCs w:val="24"/>
              </w:rPr>
            </w:pPr>
            <w:r w:rsidRPr="007D6409">
              <w:rPr>
                <w:rFonts w:cs="Arial"/>
                <w:sz w:val="24"/>
                <w:szCs w:val="24"/>
              </w:rPr>
              <w:t>Sifat</w:t>
            </w:r>
          </w:p>
        </w:tc>
        <w:tc>
          <w:tcPr>
            <w:tcW w:w="360" w:type="dxa"/>
            <w:tcMar>
              <w:top w:w="80" w:type="dxa"/>
              <w:left w:w="90" w:type="dxa"/>
              <w:bottom w:w="80" w:type="dxa"/>
              <w:right w:w="90" w:type="dxa"/>
            </w:tcMar>
            <w:vAlign w:val="center"/>
          </w:tcPr>
          <w:p w14:paraId="06695BCC"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2F35EC7" w14:textId="77777777" w:rsidR="0003755E" w:rsidRPr="007D6409" w:rsidRDefault="00000000">
            <w:pPr>
              <w:rPr>
                <w:rFonts w:cs="Arial"/>
                <w:sz w:val="24"/>
                <w:szCs w:val="24"/>
              </w:rPr>
            </w:pPr>
            <w:r w:rsidRPr="007D6409">
              <w:rPr>
                <w:rFonts w:cs="Arial"/>
                <w:sz w:val="24"/>
                <w:szCs w:val="24"/>
              </w:rPr>
              <w:t>Penting</w:t>
            </w:r>
          </w:p>
        </w:tc>
      </w:tr>
      <w:tr w:rsidR="0003755E" w:rsidRPr="007D6409" w14:paraId="2506F726" w14:textId="77777777">
        <w:tc>
          <w:tcPr>
            <w:tcW w:w="2088" w:type="dxa"/>
            <w:tcMar>
              <w:top w:w="80" w:type="dxa"/>
              <w:left w:w="90" w:type="dxa"/>
              <w:bottom w:w="80" w:type="dxa"/>
              <w:right w:w="90" w:type="dxa"/>
            </w:tcMar>
            <w:vAlign w:val="center"/>
          </w:tcPr>
          <w:p w14:paraId="7BA6F5C6" w14:textId="77777777" w:rsidR="0003755E" w:rsidRPr="007D6409" w:rsidRDefault="00000000">
            <w:pPr>
              <w:rPr>
                <w:rFonts w:cs="Arial"/>
                <w:sz w:val="24"/>
                <w:szCs w:val="24"/>
              </w:rPr>
            </w:pPr>
            <w:r w:rsidRPr="007D6409">
              <w:rPr>
                <w:rFonts w:cs="Arial"/>
                <w:sz w:val="24"/>
                <w:szCs w:val="24"/>
              </w:rPr>
              <w:t>Perihal</w:t>
            </w:r>
          </w:p>
        </w:tc>
        <w:tc>
          <w:tcPr>
            <w:tcW w:w="360" w:type="dxa"/>
            <w:tcMar>
              <w:top w:w="80" w:type="dxa"/>
              <w:left w:w="90" w:type="dxa"/>
              <w:bottom w:w="80" w:type="dxa"/>
              <w:right w:w="90" w:type="dxa"/>
            </w:tcMar>
            <w:vAlign w:val="center"/>
          </w:tcPr>
          <w:p w14:paraId="4F2FAE1B"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73372157" w14:textId="77777777" w:rsidR="0003755E" w:rsidRPr="007D6409" w:rsidRDefault="00000000">
            <w:pPr>
              <w:rPr>
                <w:rFonts w:cs="Arial"/>
                <w:sz w:val="24"/>
                <w:szCs w:val="24"/>
              </w:rPr>
            </w:pPr>
            <w:r w:rsidRPr="007D6409">
              <w:rPr>
                <w:rFonts w:cs="Arial"/>
                <w:sz w:val="24"/>
                <w:szCs w:val="24"/>
              </w:rPr>
              <w:t>Persetujuan Pemberian Uang Muka</w:t>
            </w:r>
          </w:p>
        </w:tc>
      </w:tr>
    </w:tbl>
    <w:p w14:paraId="1744400E" w14:textId="77777777" w:rsidR="0003755E" w:rsidRPr="007D6409" w:rsidRDefault="0003755E">
      <w:pPr>
        <w:rPr>
          <w:rFonts w:cs="Arial"/>
          <w:sz w:val="24"/>
          <w:szCs w:val="24"/>
        </w:rPr>
      </w:pPr>
    </w:p>
    <w:p w14:paraId="305A04FF" w14:textId="77777777" w:rsidR="0003755E" w:rsidRPr="007D6409" w:rsidRDefault="00000000">
      <w:pPr>
        <w:rPr>
          <w:rFonts w:cs="Arial"/>
          <w:sz w:val="24"/>
          <w:szCs w:val="24"/>
        </w:rPr>
      </w:pPr>
      <w:r w:rsidRPr="007D6409">
        <w:rPr>
          <w:rFonts w:cs="Arial"/>
          <w:sz w:val="24"/>
          <w:szCs w:val="24"/>
        </w:rPr>
        <w:t>Yth. Direktur PT CV [Nama Penyedia]</w:t>
      </w:r>
      <w:r w:rsidRPr="007D6409">
        <w:rPr>
          <w:rFonts w:cs="Arial"/>
          <w:sz w:val="24"/>
          <w:szCs w:val="24"/>
        </w:rPr>
        <w:br/>
        <w:t>di [tempat]</w:t>
      </w:r>
    </w:p>
    <w:p w14:paraId="087E6F0D" w14:textId="77777777" w:rsidR="0003755E" w:rsidRPr="007D6409" w:rsidRDefault="00000000">
      <w:pPr>
        <w:jc w:val="both"/>
        <w:rPr>
          <w:rFonts w:cs="Arial"/>
          <w:sz w:val="24"/>
          <w:szCs w:val="24"/>
        </w:rPr>
      </w:pPr>
      <w:r w:rsidRPr="007D6409">
        <w:rPr>
          <w:rFonts w:cs="Arial"/>
          <w:sz w:val="24"/>
          <w:szCs w:val="24"/>
        </w:rPr>
        <w:t>Berdasarkan Kontrak Nomor [nomor], Surat Permohonan Nomor [nomor], dan hasil penelitian PPK, disetujui pemberian uang muka sebesar 20 persen atau Rp200.000.000,00.</w:t>
      </w:r>
    </w:p>
    <w:p w14:paraId="7576F2FA" w14:textId="77777777" w:rsidR="0003755E" w:rsidRPr="007D6409" w:rsidRDefault="00000000">
      <w:pPr>
        <w:pStyle w:val="ListNumber"/>
        <w:jc w:val="both"/>
        <w:rPr>
          <w:rFonts w:cs="Arial"/>
          <w:sz w:val="24"/>
          <w:szCs w:val="24"/>
        </w:rPr>
      </w:pPr>
      <w:r w:rsidRPr="007D6409">
        <w:rPr>
          <w:rFonts w:cs="Arial"/>
          <w:sz w:val="24"/>
          <w:szCs w:val="24"/>
        </w:rPr>
        <w:t>Uang muka digunakan sesuai rencana yang disetujui.</w:t>
      </w:r>
    </w:p>
    <w:p w14:paraId="6F5455EE" w14:textId="77777777" w:rsidR="0003755E" w:rsidRPr="007D6409" w:rsidRDefault="00000000">
      <w:pPr>
        <w:pStyle w:val="ListNumber"/>
        <w:jc w:val="both"/>
        <w:rPr>
          <w:rFonts w:cs="Arial"/>
          <w:sz w:val="24"/>
          <w:szCs w:val="24"/>
        </w:rPr>
      </w:pPr>
      <w:r w:rsidRPr="007D6409">
        <w:rPr>
          <w:rFonts w:cs="Arial"/>
          <w:sz w:val="24"/>
          <w:szCs w:val="24"/>
        </w:rPr>
        <w:t>Penyedia menyerahkan Jaminan Uang Muka paling sedikit senilai uang muka.</w:t>
      </w:r>
    </w:p>
    <w:p w14:paraId="11718812" w14:textId="77777777" w:rsidR="0003755E" w:rsidRPr="007D6409" w:rsidRDefault="00000000">
      <w:pPr>
        <w:pStyle w:val="ListNumber"/>
        <w:jc w:val="both"/>
        <w:rPr>
          <w:rFonts w:cs="Arial"/>
          <w:sz w:val="24"/>
          <w:szCs w:val="24"/>
        </w:rPr>
      </w:pPr>
      <w:r w:rsidRPr="007D6409">
        <w:rPr>
          <w:rFonts w:cs="Arial"/>
          <w:sz w:val="24"/>
          <w:szCs w:val="24"/>
        </w:rPr>
        <w:t>Masa berlaku jaminan paling kurang sejak tanggal persetujuan sampai batas dalam kontrak.</w:t>
      </w:r>
    </w:p>
    <w:p w14:paraId="4B7DD0B6" w14:textId="77777777" w:rsidR="0003755E" w:rsidRPr="007D6409" w:rsidRDefault="00000000">
      <w:pPr>
        <w:pStyle w:val="ListNumber"/>
        <w:jc w:val="both"/>
        <w:rPr>
          <w:rFonts w:cs="Arial"/>
          <w:sz w:val="24"/>
          <w:szCs w:val="24"/>
        </w:rPr>
      </w:pPr>
      <w:r w:rsidRPr="007D6409">
        <w:rPr>
          <w:rFonts w:cs="Arial"/>
          <w:sz w:val="24"/>
          <w:szCs w:val="24"/>
        </w:rPr>
        <w:t>Jaminan bersifat tidak bersyarat dan mudah dicairkan.</w:t>
      </w:r>
    </w:p>
    <w:p w14:paraId="34BCBC78" w14:textId="77777777" w:rsidR="0003755E" w:rsidRPr="007D6409" w:rsidRDefault="00000000">
      <w:pPr>
        <w:pStyle w:val="ListNumber"/>
        <w:jc w:val="both"/>
        <w:rPr>
          <w:rFonts w:cs="Arial"/>
          <w:sz w:val="24"/>
          <w:szCs w:val="24"/>
        </w:rPr>
      </w:pPr>
      <w:r w:rsidRPr="007D6409">
        <w:rPr>
          <w:rFonts w:cs="Arial"/>
          <w:sz w:val="24"/>
          <w:szCs w:val="24"/>
        </w:rPr>
        <w:t>Pengembalian dilakukan melalui pemotongan pembayaran prestasi.</w:t>
      </w:r>
    </w:p>
    <w:p w14:paraId="47972614" w14:textId="77777777" w:rsidR="0003755E" w:rsidRPr="007D6409" w:rsidRDefault="00000000">
      <w:pPr>
        <w:pStyle w:val="ListNumber"/>
        <w:jc w:val="both"/>
        <w:rPr>
          <w:rFonts w:cs="Arial"/>
          <w:sz w:val="24"/>
          <w:szCs w:val="24"/>
        </w:rPr>
      </w:pPr>
      <w:r w:rsidRPr="007D6409">
        <w:rPr>
          <w:rFonts w:cs="Arial"/>
          <w:sz w:val="24"/>
          <w:szCs w:val="24"/>
        </w:rPr>
        <w:t>Pembayaran diproses setelah jaminan diperiksa, dikonfirmasi, dan dinyatakan sah.</w:t>
      </w:r>
    </w:p>
    <w:p w14:paraId="0C9CA8FB" w14:textId="77777777" w:rsidR="0003755E" w:rsidRPr="007D6409" w:rsidRDefault="00000000">
      <w:pPr>
        <w:jc w:val="both"/>
        <w:rPr>
          <w:rFonts w:cs="Arial"/>
          <w:sz w:val="24"/>
          <w:szCs w:val="24"/>
        </w:rPr>
      </w:pPr>
      <w:r w:rsidRPr="007D6409">
        <w:rPr>
          <w:rFonts w:cs="Arial"/>
          <w:sz w:val="24"/>
          <w:szCs w:val="24"/>
        </w:rPr>
        <w:t>Surat ini bukan bukti pembayaran. Pembayaran dilaksanakan setelah seluruh persyaratan administrasi dan perbendaharaan dipenuhi.</w:t>
      </w:r>
    </w:p>
    <w:tbl>
      <w:tblPr>
        <w:tblW w:w="0" w:type="auto"/>
        <w:jc w:val="center"/>
        <w:tblLook w:val="04A0" w:firstRow="1" w:lastRow="0" w:firstColumn="1" w:lastColumn="0" w:noHBand="0" w:noVBand="1"/>
      </w:tblPr>
      <w:tblGrid>
        <w:gridCol w:w="5054"/>
        <w:gridCol w:w="5054"/>
      </w:tblGrid>
      <w:tr w:rsidR="0003755E" w:rsidRPr="007D6409" w14:paraId="497E6C59" w14:textId="77777777">
        <w:trPr>
          <w:jc w:val="center"/>
        </w:trPr>
        <w:tc>
          <w:tcPr>
            <w:tcW w:w="5054" w:type="dxa"/>
            <w:tcMar>
              <w:top w:w="80" w:type="dxa"/>
              <w:left w:w="90" w:type="dxa"/>
              <w:bottom w:w="80" w:type="dxa"/>
              <w:right w:w="90" w:type="dxa"/>
            </w:tcMar>
            <w:vAlign w:val="center"/>
          </w:tcPr>
          <w:p w14:paraId="710B653F" w14:textId="77777777" w:rsidR="0003755E" w:rsidRPr="007D6409" w:rsidRDefault="0003755E">
            <w:pPr>
              <w:jc w:val="center"/>
              <w:rPr>
                <w:rFonts w:cs="Arial"/>
                <w:sz w:val="24"/>
                <w:szCs w:val="24"/>
              </w:rPr>
            </w:pPr>
          </w:p>
        </w:tc>
        <w:tc>
          <w:tcPr>
            <w:tcW w:w="5054" w:type="dxa"/>
            <w:tcMar>
              <w:top w:w="80" w:type="dxa"/>
              <w:left w:w="90" w:type="dxa"/>
              <w:bottom w:w="80" w:type="dxa"/>
              <w:right w:w="90" w:type="dxa"/>
            </w:tcMar>
            <w:vAlign w:val="center"/>
          </w:tcPr>
          <w:p w14:paraId="5D380757"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120F60B6" w14:textId="77777777" w:rsidR="0003755E" w:rsidRPr="007D6409" w:rsidRDefault="00000000">
      <w:pPr>
        <w:rPr>
          <w:rFonts w:cs="Arial"/>
          <w:sz w:val="24"/>
          <w:szCs w:val="24"/>
        </w:rPr>
      </w:pPr>
      <w:r w:rsidRPr="007D6409">
        <w:rPr>
          <w:rFonts w:cs="Arial"/>
          <w:sz w:val="24"/>
          <w:szCs w:val="24"/>
        </w:rPr>
        <w:br w:type="page"/>
      </w:r>
    </w:p>
    <w:p w14:paraId="72FDD971" w14:textId="77777777" w:rsidR="0003755E" w:rsidRPr="007D6409" w:rsidRDefault="00000000">
      <w:pPr>
        <w:spacing w:after="280"/>
        <w:jc w:val="center"/>
        <w:rPr>
          <w:rFonts w:cs="Arial"/>
          <w:sz w:val="24"/>
          <w:szCs w:val="24"/>
        </w:rPr>
      </w:pPr>
      <w:r w:rsidRPr="007D6409">
        <w:rPr>
          <w:rFonts w:cs="Arial"/>
          <w:b/>
          <w:sz w:val="24"/>
          <w:szCs w:val="24"/>
        </w:rPr>
        <w:lastRenderedPageBreak/>
        <w:t>PT CV NAMA PENYEDIA</w:t>
      </w:r>
      <w:r w:rsidRPr="007D6409">
        <w:rPr>
          <w:rFonts w:cs="Arial"/>
          <w:sz w:val="24"/>
          <w:szCs w:val="24"/>
        </w:rPr>
        <w:br/>
        <w:t xml:space="preserve">Alamat </w:t>
      </w:r>
      <w:proofErr w:type="gramStart"/>
      <w:r w:rsidRPr="007D6409">
        <w:rPr>
          <w:rFonts w:cs="Arial"/>
          <w:sz w:val="24"/>
          <w:szCs w:val="24"/>
        </w:rPr>
        <w:t>perusahaan  Telepon</w:t>
      </w:r>
      <w:proofErr w:type="gramEnd"/>
      <w:r w:rsidRPr="007D6409">
        <w:rPr>
          <w:rFonts w:cs="Arial"/>
          <w:sz w:val="24"/>
          <w:szCs w:val="24"/>
        </w:rPr>
        <w:t xml:space="preserve">  Pos-el</w:t>
      </w:r>
    </w:p>
    <w:tbl>
      <w:tblPr>
        <w:tblW w:w="0" w:type="auto"/>
        <w:tblLook w:val="04A0" w:firstRow="1" w:lastRow="0" w:firstColumn="1" w:lastColumn="0" w:noHBand="0" w:noVBand="1"/>
      </w:tblPr>
      <w:tblGrid>
        <w:gridCol w:w="2088"/>
        <w:gridCol w:w="360"/>
        <w:gridCol w:w="7632"/>
      </w:tblGrid>
      <w:tr w:rsidR="0003755E" w:rsidRPr="007D6409" w14:paraId="55DD6D34" w14:textId="77777777">
        <w:tc>
          <w:tcPr>
            <w:tcW w:w="2088" w:type="dxa"/>
            <w:tcMar>
              <w:top w:w="80" w:type="dxa"/>
              <w:left w:w="90" w:type="dxa"/>
              <w:bottom w:w="80" w:type="dxa"/>
              <w:right w:w="90" w:type="dxa"/>
            </w:tcMar>
            <w:vAlign w:val="center"/>
          </w:tcPr>
          <w:p w14:paraId="0F8BAE27" w14:textId="77777777" w:rsidR="0003755E" w:rsidRPr="007D6409" w:rsidRDefault="00000000">
            <w:pPr>
              <w:rPr>
                <w:rFonts w:cs="Arial"/>
                <w:sz w:val="24"/>
                <w:szCs w:val="24"/>
              </w:rPr>
            </w:pPr>
            <w:r w:rsidRPr="007D6409">
              <w:rPr>
                <w:rFonts w:cs="Arial"/>
                <w:sz w:val="24"/>
                <w:szCs w:val="24"/>
              </w:rPr>
              <w:t>Nomor</w:t>
            </w:r>
          </w:p>
        </w:tc>
        <w:tc>
          <w:tcPr>
            <w:tcW w:w="360" w:type="dxa"/>
            <w:tcMar>
              <w:top w:w="80" w:type="dxa"/>
              <w:left w:w="90" w:type="dxa"/>
              <w:bottom w:w="80" w:type="dxa"/>
              <w:right w:w="90" w:type="dxa"/>
            </w:tcMar>
            <w:vAlign w:val="center"/>
          </w:tcPr>
          <w:p w14:paraId="7CA4C96F"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8D09B2A" w14:textId="77777777" w:rsidR="0003755E" w:rsidRPr="007D6409" w:rsidRDefault="00000000">
            <w:pPr>
              <w:rPr>
                <w:rFonts w:cs="Arial"/>
                <w:sz w:val="24"/>
                <w:szCs w:val="24"/>
              </w:rPr>
            </w:pPr>
            <w:r w:rsidRPr="007D6409">
              <w:rPr>
                <w:rFonts w:cs="Arial"/>
                <w:sz w:val="24"/>
                <w:szCs w:val="24"/>
              </w:rPr>
              <w:t>[002 JUM NP IX 2026]</w:t>
            </w:r>
          </w:p>
        </w:tc>
      </w:tr>
      <w:tr w:rsidR="0003755E" w:rsidRPr="007D6409" w14:paraId="59A8C029" w14:textId="77777777">
        <w:tc>
          <w:tcPr>
            <w:tcW w:w="2088" w:type="dxa"/>
            <w:tcMar>
              <w:top w:w="80" w:type="dxa"/>
              <w:left w:w="90" w:type="dxa"/>
              <w:bottom w:w="80" w:type="dxa"/>
              <w:right w:w="90" w:type="dxa"/>
            </w:tcMar>
            <w:vAlign w:val="center"/>
          </w:tcPr>
          <w:p w14:paraId="2AB340A7" w14:textId="77777777" w:rsidR="0003755E" w:rsidRPr="007D6409" w:rsidRDefault="00000000">
            <w:pPr>
              <w:rPr>
                <w:rFonts w:cs="Arial"/>
                <w:sz w:val="24"/>
                <w:szCs w:val="24"/>
              </w:rPr>
            </w:pPr>
            <w:r w:rsidRPr="007D6409">
              <w:rPr>
                <w:rFonts w:cs="Arial"/>
                <w:sz w:val="24"/>
                <w:szCs w:val="24"/>
              </w:rPr>
              <w:t>Lampiran</w:t>
            </w:r>
          </w:p>
        </w:tc>
        <w:tc>
          <w:tcPr>
            <w:tcW w:w="360" w:type="dxa"/>
            <w:tcMar>
              <w:top w:w="80" w:type="dxa"/>
              <w:left w:w="90" w:type="dxa"/>
              <w:bottom w:w="80" w:type="dxa"/>
              <w:right w:w="90" w:type="dxa"/>
            </w:tcMar>
            <w:vAlign w:val="center"/>
          </w:tcPr>
          <w:p w14:paraId="39C41B90"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362356F" w14:textId="77777777" w:rsidR="0003755E" w:rsidRPr="007D6409" w:rsidRDefault="00000000">
            <w:pPr>
              <w:rPr>
                <w:rFonts w:cs="Arial"/>
                <w:sz w:val="24"/>
                <w:szCs w:val="24"/>
              </w:rPr>
            </w:pPr>
            <w:r w:rsidRPr="007D6409">
              <w:rPr>
                <w:rFonts w:cs="Arial"/>
                <w:sz w:val="24"/>
                <w:szCs w:val="24"/>
              </w:rPr>
              <w:t>1 berkas asli</w:t>
            </w:r>
          </w:p>
        </w:tc>
      </w:tr>
      <w:tr w:rsidR="0003755E" w:rsidRPr="007D6409" w14:paraId="6A944ABF" w14:textId="77777777">
        <w:tc>
          <w:tcPr>
            <w:tcW w:w="2088" w:type="dxa"/>
            <w:tcMar>
              <w:top w:w="80" w:type="dxa"/>
              <w:left w:w="90" w:type="dxa"/>
              <w:bottom w:w="80" w:type="dxa"/>
              <w:right w:w="90" w:type="dxa"/>
            </w:tcMar>
            <w:vAlign w:val="center"/>
          </w:tcPr>
          <w:p w14:paraId="39E0C0C2" w14:textId="77777777" w:rsidR="0003755E" w:rsidRPr="007D6409" w:rsidRDefault="00000000">
            <w:pPr>
              <w:rPr>
                <w:rFonts w:cs="Arial"/>
                <w:sz w:val="24"/>
                <w:szCs w:val="24"/>
              </w:rPr>
            </w:pPr>
            <w:r w:rsidRPr="007D6409">
              <w:rPr>
                <w:rFonts w:cs="Arial"/>
                <w:sz w:val="24"/>
                <w:szCs w:val="24"/>
              </w:rPr>
              <w:t>Perihal</w:t>
            </w:r>
          </w:p>
        </w:tc>
        <w:tc>
          <w:tcPr>
            <w:tcW w:w="360" w:type="dxa"/>
            <w:tcMar>
              <w:top w:w="80" w:type="dxa"/>
              <w:left w:w="90" w:type="dxa"/>
              <w:bottom w:w="80" w:type="dxa"/>
              <w:right w:w="90" w:type="dxa"/>
            </w:tcMar>
            <w:vAlign w:val="center"/>
          </w:tcPr>
          <w:p w14:paraId="7E4FA079"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FCC4588" w14:textId="77777777" w:rsidR="0003755E" w:rsidRPr="007D6409" w:rsidRDefault="00000000">
            <w:pPr>
              <w:rPr>
                <w:rFonts w:cs="Arial"/>
                <w:sz w:val="24"/>
                <w:szCs w:val="24"/>
              </w:rPr>
            </w:pPr>
            <w:r w:rsidRPr="007D6409">
              <w:rPr>
                <w:rFonts w:cs="Arial"/>
                <w:sz w:val="24"/>
                <w:szCs w:val="24"/>
              </w:rPr>
              <w:t>Penyerahan Jaminan Uang Muka</w:t>
            </w:r>
          </w:p>
        </w:tc>
      </w:tr>
    </w:tbl>
    <w:p w14:paraId="56046125" w14:textId="77777777" w:rsidR="0003755E" w:rsidRPr="007D6409" w:rsidRDefault="0003755E">
      <w:pPr>
        <w:rPr>
          <w:rFonts w:cs="Arial"/>
          <w:sz w:val="24"/>
          <w:szCs w:val="24"/>
        </w:rPr>
      </w:pPr>
    </w:p>
    <w:p w14:paraId="010FA788" w14:textId="77777777" w:rsidR="0003755E" w:rsidRPr="007D6409" w:rsidRDefault="00000000">
      <w:pPr>
        <w:rPr>
          <w:rFonts w:cs="Arial"/>
          <w:sz w:val="24"/>
          <w:szCs w:val="24"/>
        </w:rPr>
      </w:pPr>
      <w:r w:rsidRPr="007D6409">
        <w:rPr>
          <w:rFonts w:cs="Arial"/>
          <w:sz w:val="24"/>
          <w:szCs w:val="24"/>
        </w:rPr>
        <w:t>Yth. Pejabat Pembuat Komitmen</w:t>
      </w:r>
      <w:r w:rsidRPr="007D6409">
        <w:rPr>
          <w:rFonts w:cs="Arial"/>
          <w:sz w:val="24"/>
          <w:szCs w:val="24"/>
        </w:rPr>
        <w:br/>
        <w:t>Paket [nama paket]</w:t>
      </w:r>
      <w:r w:rsidRPr="007D6409">
        <w:rPr>
          <w:rFonts w:cs="Arial"/>
          <w:sz w:val="24"/>
          <w:szCs w:val="24"/>
        </w:rPr>
        <w:br/>
        <w:t>di [tempat]</w:t>
      </w:r>
    </w:p>
    <w:p w14:paraId="509AACC6" w14:textId="77777777" w:rsidR="0003755E" w:rsidRPr="007D6409" w:rsidRDefault="00000000">
      <w:pPr>
        <w:jc w:val="both"/>
        <w:rPr>
          <w:rFonts w:cs="Arial"/>
          <w:sz w:val="24"/>
          <w:szCs w:val="24"/>
        </w:rPr>
      </w:pPr>
      <w:r w:rsidRPr="007D6409">
        <w:rPr>
          <w:rFonts w:cs="Arial"/>
          <w:sz w:val="24"/>
          <w:szCs w:val="24"/>
        </w:rPr>
        <w:t>Menindaklanjuti persetujuan pemberian uang muka, bersama ini kami menyerahkan asli Jaminan Uang Muka dengan data berikut.</w:t>
      </w:r>
    </w:p>
    <w:tbl>
      <w:tblPr>
        <w:tblW w:w="0" w:type="auto"/>
        <w:tblLook w:val="04A0" w:firstRow="1" w:lastRow="0" w:firstColumn="1" w:lastColumn="0" w:noHBand="0" w:noVBand="1"/>
      </w:tblPr>
      <w:tblGrid>
        <w:gridCol w:w="2088"/>
        <w:gridCol w:w="360"/>
        <w:gridCol w:w="7632"/>
      </w:tblGrid>
      <w:tr w:rsidR="0003755E" w:rsidRPr="007D6409" w14:paraId="1CFDA663" w14:textId="77777777">
        <w:tc>
          <w:tcPr>
            <w:tcW w:w="2088" w:type="dxa"/>
            <w:tcMar>
              <w:top w:w="80" w:type="dxa"/>
              <w:left w:w="90" w:type="dxa"/>
              <w:bottom w:w="80" w:type="dxa"/>
              <w:right w:w="90" w:type="dxa"/>
            </w:tcMar>
            <w:vAlign w:val="center"/>
          </w:tcPr>
          <w:p w14:paraId="58E313C0" w14:textId="77777777" w:rsidR="0003755E" w:rsidRPr="007D6409" w:rsidRDefault="00000000">
            <w:pPr>
              <w:rPr>
                <w:rFonts w:cs="Arial"/>
                <w:sz w:val="24"/>
                <w:szCs w:val="24"/>
              </w:rPr>
            </w:pPr>
            <w:r w:rsidRPr="007D6409">
              <w:rPr>
                <w:rFonts w:cs="Arial"/>
                <w:sz w:val="24"/>
                <w:szCs w:val="24"/>
              </w:rPr>
              <w:t>Penerbit</w:t>
            </w:r>
          </w:p>
        </w:tc>
        <w:tc>
          <w:tcPr>
            <w:tcW w:w="360" w:type="dxa"/>
            <w:tcMar>
              <w:top w:w="80" w:type="dxa"/>
              <w:left w:w="90" w:type="dxa"/>
              <w:bottom w:w="80" w:type="dxa"/>
              <w:right w:w="90" w:type="dxa"/>
            </w:tcMar>
            <w:vAlign w:val="center"/>
          </w:tcPr>
          <w:p w14:paraId="1A79A0AB"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7157386" w14:textId="77777777" w:rsidR="0003755E" w:rsidRPr="007D6409" w:rsidRDefault="00000000">
            <w:pPr>
              <w:rPr>
                <w:rFonts w:cs="Arial"/>
                <w:sz w:val="24"/>
                <w:szCs w:val="24"/>
              </w:rPr>
            </w:pPr>
            <w:r w:rsidRPr="007D6409">
              <w:rPr>
                <w:rFonts w:cs="Arial"/>
                <w:sz w:val="24"/>
                <w:szCs w:val="24"/>
              </w:rPr>
              <w:t>[nama penerbit]</w:t>
            </w:r>
          </w:p>
        </w:tc>
      </w:tr>
      <w:tr w:rsidR="0003755E" w:rsidRPr="007D6409" w14:paraId="0FB412E5" w14:textId="77777777">
        <w:tc>
          <w:tcPr>
            <w:tcW w:w="2088" w:type="dxa"/>
            <w:tcMar>
              <w:top w:w="80" w:type="dxa"/>
              <w:left w:w="90" w:type="dxa"/>
              <w:bottom w:w="80" w:type="dxa"/>
              <w:right w:w="90" w:type="dxa"/>
            </w:tcMar>
            <w:vAlign w:val="center"/>
          </w:tcPr>
          <w:p w14:paraId="49E4DB1D" w14:textId="77777777" w:rsidR="0003755E" w:rsidRPr="007D6409" w:rsidRDefault="00000000">
            <w:pPr>
              <w:rPr>
                <w:rFonts w:cs="Arial"/>
                <w:sz w:val="24"/>
                <w:szCs w:val="24"/>
              </w:rPr>
            </w:pPr>
            <w:r w:rsidRPr="007D6409">
              <w:rPr>
                <w:rFonts w:cs="Arial"/>
                <w:sz w:val="24"/>
                <w:szCs w:val="24"/>
              </w:rPr>
              <w:t>Nomor jaminan</w:t>
            </w:r>
          </w:p>
        </w:tc>
        <w:tc>
          <w:tcPr>
            <w:tcW w:w="360" w:type="dxa"/>
            <w:tcMar>
              <w:top w:w="80" w:type="dxa"/>
              <w:left w:w="90" w:type="dxa"/>
              <w:bottom w:w="80" w:type="dxa"/>
              <w:right w:w="90" w:type="dxa"/>
            </w:tcMar>
            <w:vAlign w:val="center"/>
          </w:tcPr>
          <w:p w14:paraId="6BB6B562"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B59663D" w14:textId="77777777" w:rsidR="0003755E" w:rsidRPr="007D6409" w:rsidRDefault="00000000">
            <w:pPr>
              <w:rPr>
                <w:rFonts w:cs="Arial"/>
                <w:sz w:val="24"/>
                <w:szCs w:val="24"/>
              </w:rPr>
            </w:pPr>
            <w:r w:rsidRPr="007D6409">
              <w:rPr>
                <w:rFonts w:cs="Arial"/>
                <w:sz w:val="24"/>
                <w:szCs w:val="24"/>
              </w:rPr>
              <w:t>[nomor jaminan]</w:t>
            </w:r>
          </w:p>
        </w:tc>
      </w:tr>
      <w:tr w:rsidR="0003755E" w:rsidRPr="007D6409" w14:paraId="44F380A5" w14:textId="77777777">
        <w:tc>
          <w:tcPr>
            <w:tcW w:w="2088" w:type="dxa"/>
            <w:tcMar>
              <w:top w:w="80" w:type="dxa"/>
              <w:left w:w="90" w:type="dxa"/>
              <w:bottom w:w="80" w:type="dxa"/>
              <w:right w:w="90" w:type="dxa"/>
            </w:tcMar>
            <w:vAlign w:val="center"/>
          </w:tcPr>
          <w:p w14:paraId="0A45A1C7" w14:textId="77777777" w:rsidR="0003755E" w:rsidRPr="007D6409" w:rsidRDefault="00000000">
            <w:pPr>
              <w:rPr>
                <w:rFonts w:cs="Arial"/>
                <w:sz w:val="24"/>
                <w:szCs w:val="24"/>
              </w:rPr>
            </w:pPr>
            <w:r w:rsidRPr="007D6409">
              <w:rPr>
                <w:rFonts w:cs="Arial"/>
                <w:sz w:val="24"/>
                <w:szCs w:val="24"/>
              </w:rPr>
              <w:t>Nilai</w:t>
            </w:r>
          </w:p>
        </w:tc>
        <w:tc>
          <w:tcPr>
            <w:tcW w:w="360" w:type="dxa"/>
            <w:tcMar>
              <w:top w:w="80" w:type="dxa"/>
              <w:left w:w="90" w:type="dxa"/>
              <w:bottom w:w="80" w:type="dxa"/>
              <w:right w:w="90" w:type="dxa"/>
            </w:tcMar>
            <w:vAlign w:val="center"/>
          </w:tcPr>
          <w:p w14:paraId="2C5C06D1"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617E4A41" w14:textId="77777777" w:rsidR="0003755E" w:rsidRPr="007D6409" w:rsidRDefault="00000000">
            <w:pPr>
              <w:rPr>
                <w:rFonts w:cs="Arial"/>
                <w:sz w:val="24"/>
                <w:szCs w:val="24"/>
              </w:rPr>
            </w:pPr>
            <w:r w:rsidRPr="007D6409">
              <w:rPr>
                <w:rFonts w:cs="Arial"/>
                <w:sz w:val="24"/>
                <w:szCs w:val="24"/>
              </w:rPr>
              <w:t>Rp200.000.000,00</w:t>
            </w:r>
          </w:p>
        </w:tc>
      </w:tr>
      <w:tr w:rsidR="0003755E" w:rsidRPr="007D6409" w14:paraId="25C8E5D4" w14:textId="77777777">
        <w:tc>
          <w:tcPr>
            <w:tcW w:w="2088" w:type="dxa"/>
            <w:tcMar>
              <w:top w:w="80" w:type="dxa"/>
              <w:left w:w="90" w:type="dxa"/>
              <w:bottom w:w="80" w:type="dxa"/>
              <w:right w:w="90" w:type="dxa"/>
            </w:tcMar>
            <w:vAlign w:val="center"/>
          </w:tcPr>
          <w:p w14:paraId="4C9B1C66" w14:textId="77777777" w:rsidR="0003755E" w:rsidRPr="007D6409" w:rsidRDefault="00000000">
            <w:pPr>
              <w:rPr>
                <w:rFonts w:cs="Arial"/>
                <w:sz w:val="24"/>
                <w:szCs w:val="24"/>
              </w:rPr>
            </w:pPr>
            <w:r w:rsidRPr="007D6409">
              <w:rPr>
                <w:rFonts w:cs="Arial"/>
                <w:sz w:val="24"/>
                <w:szCs w:val="24"/>
              </w:rPr>
              <w:t>Mulai berlaku</w:t>
            </w:r>
          </w:p>
        </w:tc>
        <w:tc>
          <w:tcPr>
            <w:tcW w:w="360" w:type="dxa"/>
            <w:tcMar>
              <w:top w:w="80" w:type="dxa"/>
              <w:left w:w="90" w:type="dxa"/>
              <w:bottom w:w="80" w:type="dxa"/>
              <w:right w:w="90" w:type="dxa"/>
            </w:tcMar>
            <w:vAlign w:val="center"/>
          </w:tcPr>
          <w:p w14:paraId="759D4274"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D0B4E55" w14:textId="77777777" w:rsidR="0003755E" w:rsidRPr="007D6409" w:rsidRDefault="00000000">
            <w:pPr>
              <w:rPr>
                <w:rFonts w:cs="Arial"/>
                <w:sz w:val="24"/>
                <w:szCs w:val="24"/>
              </w:rPr>
            </w:pPr>
            <w:r w:rsidRPr="007D6409">
              <w:rPr>
                <w:rFonts w:cs="Arial"/>
                <w:sz w:val="24"/>
                <w:szCs w:val="24"/>
              </w:rPr>
              <w:t>[tanggal persetujuan]</w:t>
            </w:r>
          </w:p>
        </w:tc>
      </w:tr>
      <w:tr w:rsidR="0003755E" w:rsidRPr="007D6409" w14:paraId="21CE32F9" w14:textId="77777777">
        <w:tc>
          <w:tcPr>
            <w:tcW w:w="2088" w:type="dxa"/>
            <w:tcMar>
              <w:top w:w="80" w:type="dxa"/>
              <w:left w:w="90" w:type="dxa"/>
              <w:bottom w:w="80" w:type="dxa"/>
              <w:right w:w="90" w:type="dxa"/>
            </w:tcMar>
            <w:vAlign w:val="center"/>
          </w:tcPr>
          <w:p w14:paraId="2725AC6A" w14:textId="77777777" w:rsidR="0003755E" w:rsidRPr="007D6409" w:rsidRDefault="00000000">
            <w:pPr>
              <w:rPr>
                <w:rFonts w:cs="Arial"/>
                <w:sz w:val="24"/>
                <w:szCs w:val="24"/>
              </w:rPr>
            </w:pPr>
            <w:r w:rsidRPr="007D6409">
              <w:rPr>
                <w:rFonts w:cs="Arial"/>
                <w:sz w:val="24"/>
                <w:szCs w:val="24"/>
              </w:rPr>
              <w:t>Berakhir</w:t>
            </w:r>
          </w:p>
        </w:tc>
        <w:tc>
          <w:tcPr>
            <w:tcW w:w="360" w:type="dxa"/>
            <w:tcMar>
              <w:top w:w="80" w:type="dxa"/>
              <w:left w:w="90" w:type="dxa"/>
              <w:bottom w:w="80" w:type="dxa"/>
              <w:right w:w="90" w:type="dxa"/>
            </w:tcMar>
            <w:vAlign w:val="center"/>
          </w:tcPr>
          <w:p w14:paraId="6B543366"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844C88B" w14:textId="77777777" w:rsidR="0003755E" w:rsidRPr="007D6409" w:rsidRDefault="00000000">
            <w:pPr>
              <w:rPr>
                <w:rFonts w:cs="Arial"/>
                <w:sz w:val="24"/>
                <w:szCs w:val="24"/>
              </w:rPr>
            </w:pPr>
            <w:r w:rsidRPr="007D6409">
              <w:rPr>
                <w:rFonts w:cs="Arial"/>
                <w:sz w:val="24"/>
                <w:szCs w:val="24"/>
              </w:rPr>
              <w:t>[tanggal sesuai kontrak]</w:t>
            </w:r>
          </w:p>
        </w:tc>
      </w:tr>
      <w:tr w:rsidR="0003755E" w:rsidRPr="007D6409" w14:paraId="0BBB2EB1" w14:textId="77777777">
        <w:tc>
          <w:tcPr>
            <w:tcW w:w="2088" w:type="dxa"/>
            <w:tcMar>
              <w:top w:w="80" w:type="dxa"/>
              <w:left w:w="90" w:type="dxa"/>
              <w:bottom w:w="80" w:type="dxa"/>
              <w:right w:w="90" w:type="dxa"/>
            </w:tcMar>
            <w:vAlign w:val="center"/>
          </w:tcPr>
          <w:p w14:paraId="7E862FF4" w14:textId="77777777" w:rsidR="0003755E" w:rsidRPr="007D6409" w:rsidRDefault="00000000">
            <w:pPr>
              <w:rPr>
                <w:rFonts w:cs="Arial"/>
                <w:sz w:val="24"/>
                <w:szCs w:val="24"/>
              </w:rPr>
            </w:pPr>
            <w:r w:rsidRPr="007D6409">
              <w:rPr>
                <w:rFonts w:cs="Arial"/>
                <w:sz w:val="24"/>
                <w:szCs w:val="24"/>
              </w:rPr>
              <w:t>Batas klaim</w:t>
            </w:r>
          </w:p>
        </w:tc>
        <w:tc>
          <w:tcPr>
            <w:tcW w:w="360" w:type="dxa"/>
            <w:tcMar>
              <w:top w:w="80" w:type="dxa"/>
              <w:left w:w="90" w:type="dxa"/>
              <w:bottom w:w="80" w:type="dxa"/>
              <w:right w:w="90" w:type="dxa"/>
            </w:tcMar>
            <w:vAlign w:val="center"/>
          </w:tcPr>
          <w:p w14:paraId="7CEA9800"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ED63BA6" w14:textId="77777777" w:rsidR="0003755E" w:rsidRPr="007D6409" w:rsidRDefault="00000000">
            <w:pPr>
              <w:rPr>
                <w:rFonts w:cs="Arial"/>
                <w:sz w:val="24"/>
                <w:szCs w:val="24"/>
              </w:rPr>
            </w:pPr>
            <w:r w:rsidRPr="007D6409">
              <w:rPr>
                <w:rFonts w:cs="Arial"/>
                <w:sz w:val="24"/>
                <w:szCs w:val="24"/>
              </w:rPr>
              <w:t>[tanggal batas klaim]</w:t>
            </w:r>
          </w:p>
        </w:tc>
      </w:tr>
    </w:tbl>
    <w:p w14:paraId="26FAF88C" w14:textId="77777777" w:rsidR="0003755E" w:rsidRPr="007D6409" w:rsidRDefault="0003755E">
      <w:pPr>
        <w:rPr>
          <w:rFonts w:cs="Arial"/>
          <w:sz w:val="24"/>
          <w:szCs w:val="24"/>
        </w:rPr>
      </w:pPr>
    </w:p>
    <w:p w14:paraId="051DC7D6" w14:textId="77777777" w:rsidR="0003755E" w:rsidRPr="007D6409" w:rsidRDefault="00000000">
      <w:pPr>
        <w:jc w:val="both"/>
        <w:rPr>
          <w:rFonts w:cs="Arial"/>
          <w:sz w:val="24"/>
          <w:szCs w:val="24"/>
        </w:rPr>
      </w:pPr>
      <w:r w:rsidRPr="007D6409">
        <w:rPr>
          <w:rFonts w:cs="Arial"/>
          <w:sz w:val="24"/>
          <w:szCs w:val="24"/>
        </w:rPr>
        <w:t>Kami bersedia memperpanjang atau menyesuaikan jaminan apabila masa pelaksanaan berubah atau masih terdapat sisa uang muka.</w:t>
      </w:r>
    </w:p>
    <w:tbl>
      <w:tblPr>
        <w:tblW w:w="0" w:type="auto"/>
        <w:jc w:val="center"/>
        <w:tblLook w:val="04A0" w:firstRow="1" w:lastRow="0" w:firstColumn="1" w:lastColumn="0" w:noHBand="0" w:noVBand="1"/>
      </w:tblPr>
      <w:tblGrid>
        <w:gridCol w:w="5054"/>
        <w:gridCol w:w="5054"/>
      </w:tblGrid>
      <w:tr w:rsidR="0003755E" w:rsidRPr="007D6409" w14:paraId="758D8F55" w14:textId="77777777">
        <w:trPr>
          <w:jc w:val="center"/>
        </w:trPr>
        <w:tc>
          <w:tcPr>
            <w:tcW w:w="5054" w:type="dxa"/>
            <w:tcMar>
              <w:top w:w="80" w:type="dxa"/>
              <w:left w:w="90" w:type="dxa"/>
              <w:bottom w:w="80" w:type="dxa"/>
              <w:right w:w="90" w:type="dxa"/>
            </w:tcMar>
            <w:vAlign w:val="center"/>
          </w:tcPr>
          <w:p w14:paraId="62882053" w14:textId="77777777" w:rsidR="0003755E" w:rsidRPr="007D6409" w:rsidRDefault="0003755E">
            <w:pPr>
              <w:jc w:val="center"/>
              <w:rPr>
                <w:rFonts w:cs="Arial"/>
                <w:sz w:val="24"/>
                <w:szCs w:val="24"/>
              </w:rPr>
            </w:pPr>
          </w:p>
        </w:tc>
        <w:tc>
          <w:tcPr>
            <w:tcW w:w="5054" w:type="dxa"/>
            <w:tcMar>
              <w:top w:w="80" w:type="dxa"/>
              <w:left w:w="90" w:type="dxa"/>
              <w:bottom w:w="80" w:type="dxa"/>
              <w:right w:w="90" w:type="dxa"/>
            </w:tcMar>
            <w:vAlign w:val="center"/>
          </w:tcPr>
          <w:p w14:paraId="1B4D0A37" w14:textId="77777777" w:rsidR="0003755E" w:rsidRPr="007D6409" w:rsidRDefault="00000000">
            <w:pPr>
              <w:jc w:val="center"/>
              <w:rPr>
                <w:rFonts w:cs="Arial"/>
                <w:sz w:val="24"/>
                <w:szCs w:val="24"/>
              </w:rPr>
            </w:pPr>
            <w:r w:rsidRPr="007D6409">
              <w:rPr>
                <w:rFonts w:cs="Arial"/>
                <w:sz w:val="24"/>
                <w:szCs w:val="24"/>
              </w:rPr>
              <w:t>Direktur PT CV Nama Penyedia</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52C0A84A" w14:textId="77777777" w:rsidR="0003755E" w:rsidRPr="007D6409" w:rsidRDefault="00000000">
      <w:pPr>
        <w:rPr>
          <w:rFonts w:cs="Arial"/>
          <w:sz w:val="24"/>
          <w:szCs w:val="24"/>
        </w:rPr>
      </w:pPr>
      <w:r w:rsidRPr="007D6409">
        <w:rPr>
          <w:rFonts w:cs="Arial"/>
          <w:sz w:val="24"/>
          <w:szCs w:val="24"/>
        </w:rPr>
        <w:br w:type="page"/>
      </w:r>
    </w:p>
    <w:p w14:paraId="4404F4D3"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p w14:paraId="0D31299B" w14:textId="77777777" w:rsidR="0003755E" w:rsidRPr="007D6409" w:rsidRDefault="00000000">
      <w:pPr>
        <w:jc w:val="center"/>
        <w:rPr>
          <w:rFonts w:cs="Arial"/>
          <w:sz w:val="24"/>
          <w:szCs w:val="24"/>
        </w:rPr>
      </w:pPr>
      <w:r w:rsidRPr="007D6409">
        <w:rPr>
          <w:rFonts w:cs="Arial"/>
          <w:b/>
          <w:sz w:val="24"/>
          <w:szCs w:val="24"/>
          <w:u w:val="single"/>
        </w:rPr>
        <w:t>BERITA ACARA PEMERIKSAAN DAN KONFIRMASI JAMINAN UANG MUKA</w:t>
      </w:r>
    </w:p>
    <w:p w14:paraId="3215E8D0" w14:textId="77777777" w:rsidR="0003755E" w:rsidRPr="007D6409" w:rsidRDefault="00000000">
      <w:pPr>
        <w:jc w:val="center"/>
        <w:rPr>
          <w:rFonts w:cs="Arial"/>
          <w:sz w:val="24"/>
          <w:szCs w:val="24"/>
        </w:rPr>
      </w:pPr>
      <w:proofErr w:type="gramStart"/>
      <w:r w:rsidRPr="007D6409">
        <w:rPr>
          <w:rFonts w:cs="Arial"/>
          <w:sz w:val="24"/>
          <w:szCs w:val="24"/>
        </w:rPr>
        <w:t>Nomor  [</w:t>
      </w:r>
      <w:proofErr w:type="gramEnd"/>
      <w:r w:rsidRPr="007D6409">
        <w:rPr>
          <w:rFonts w:cs="Arial"/>
          <w:sz w:val="24"/>
          <w:szCs w:val="24"/>
        </w:rPr>
        <w:t>000.3 ___ BA JUM 2026]</w:t>
      </w:r>
    </w:p>
    <w:p w14:paraId="0D9154AC" w14:textId="77777777" w:rsidR="0003755E" w:rsidRPr="007D6409" w:rsidRDefault="00000000">
      <w:pPr>
        <w:jc w:val="both"/>
        <w:rPr>
          <w:rFonts w:cs="Arial"/>
          <w:sz w:val="24"/>
          <w:szCs w:val="24"/>
        </w:rPr>
      </w:pPr>
      <w:r w:rsidRPr="007D6409">
        <w:rPr>
          <w:rFonts w:cs="Arial"/>
          <w:sz w:val="24"/>
          <w:szCs w:val="24"/>
        </w:rPr>
        <w:t>Pada hari ini [hari dan tanggal], telah dilakukan pemeriksaan terhadap Jaminan Uang Muka untuk paket [nama paket].</w:t>
      </w:r>
    </w:p>
    <w:tbl>
      <w:tblPr>
        <w:tblW w:w="0" w:type="auto"/>
        <w:tblLook w:val="04A0" w:firstRow="1" w:lastRow="0" w:firstColumn="1" w:lastColumn="0" w:noHBand="0" w:noVBand="1"/>
      </w:tblPr>
      <w:tblGrid>
        <w:gridCol w:w="2088"/>
        <w:gridCol w:w="360"/>
        <w:gridCol w:w="7632"/>
      </w:tblGrid>
      <w:tr w:rsidR="0003755E" w:rsidRPr="007D6409" w14:paraId="356A8B95" w14:textId="77777777">
        <w:tc>
          <w:tcPr>
            <w:tcW w:w="2088" w:type="dxa"/>
            <w:tcMar>
              <w:top w:w="80" w:type="dxa"/>
              <w:left w:w="90" w:type="dxa"/>
              <w:bottom w:w="80" w:type="dxa"/>
              <w:right w:w="90" w:type="dxa"/>
            </w:tcMar>
            <w:vAlign w:val="center"/>
          </w:tcPr>
          <w:p w14:paraId="1B6A0D8C" w14:textId="77777777" w:rsidR="0003755E" w:rsidRPr="007D6409" w:rsidRDefault="00000000">
            <w:pPr>
              <w:rPr>
                <w:rFonts w:cs="Arial"/>
                <w:sz w:val="24"/>
                <w:szCs w:val="24"/>
              </w:rPr>
            </w:pPr>
            <w:r w:rsidRPr="007D6409">
              <w:rPr>
                <w:rFonts w:cs="Arial"/>
                <w:sz w:val="24"/>
                <w:szCs w:val="24"/>
              </w:rPr>
              <w:t>Penyedia</w:t>
            </w:r>
          </w:p>
        </w:tc>
        <w:tc>
          <w:tcPr>
            <w:tcW w:w="360" w:type="dxa"/>
            <w:tcMar>
              <w:top w:w="80" w:type="dxa"/>
              <w:left w:w="90" w:type="dxa"/>
              <w:bottom w:w="80" w:type="dxa"/>
              <w:right w:w="90" w:type="dxa"/>
            </w:tcMar>
            <w:vAlign w:val="center"/>
          </w:tcPr>
          <w:p w14:paraId="4E967D24"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7E4B9A47" w14:textId="77777777" w:rsidR="0003755E" w:rsidRPr="007D6409" w:rsidRDefault="00000000">
            <w:pPr>
              <w:rPr>
                <w:rFonts w:cs="Arial"/>
                <w:sz w:val="24"/>
                <w:szCs w:val="24"/>
              </w:rPr>
            </w:pPr>
            <w:r w:rsidRPr="007D6409">
              <w:rPr>
                <w:rFonts w:cs="Arial"/>
                <w:sz w:val="24"/>
                <w:szCs w:val="24"/>
              </w:rPr>
              <w:t>[PT CV Nama Penyedia]</w:t>
            </w:r>
          </w:p>
        </w:tc>
      </w:tr>
      <w:tr w:rsidR="0003755E" w:rsidRPr="007D6409" w14:paraId="2CBD6CAB" w14:textId="77777777">
        <w:tc>
          <w:tcPr>
            <w:tcW w:w="2088" w:type="dxa"/>
            <w:tcMar>
              <w:top w:w="80" w:type="dxa"/>
              <w:left w:w="90" w:type="dxa"/>
              <w:bottom w:w="80" w:type="dxa"/>
              <w:right w:w="90" w:type="dxa"/>
            </w:tcMar>
            <w:vAlign w:val="center"/>
          </w:tcPr>
          <w:p w14:paraId="53799B49" w14:textId="77777777" w:rsidR="0003755E" w:rsidRPr="007D6409" w:rsidRDefault="00000000">
            <w:pPr>
              <w:rPr>
                <w:rFonts w:cs="Arial"/>
                <w:sz w:val="24"/>
                <w:szCs w:val="24"/>
              </w:rPr>
            </w:pPr>
            <w:r w:rsidRPr="007D6409">
              <w:rPr>
                <w:rFonts w:cs="Arial"/>
                <w:sz w:val="24"/>
                <w:szCs w:val="24"/>
              </w:rPr>
              <w:t>Penerbit</w:t>
            </w:r>
          </w:p>
        </w:tc>
        <w:tc>
          <w:tcPr>
            <w:tcW w:w="360" w:type="dxa"/>
            <w:tcMar>
              <w:top w:w="80" w:type="dxa"/>
              <w:left w:w="90" w:type="dxa"/>
              <w:bottom w:w="80" w:type="dxa"/>
              <w:right w:w="90" w:type="dxa"/>
            </w:tcMar>
            <w:vAlign w:val="center"/>
          </w:tcPr>
          <w:p w14:paraId="7B471648"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712ED565" w14:textId="77777777" w:rsidR="0003755E" w:rsidRPr="007D6409" w:rsidRDefault="00000000">
            <w:pPr>
              <w:rPr>
                <w:rFonts w:cs="Arial"/>
                <w:sz w:val="24"/>
                <w:szCs w:val="24"/>
              </w:rPr>
            </w:pPr>
            <w:r w:rsidRPr="007D6409">
              <w:rPr>
                <w:rFonts w:cs="Arial"/>
                <w:sz w:val="24"/>
                <w:szCs w:val="24"/>
              </w:rPr>
              <w:t>[nama penerbit]</w:t>
            </w:r>
          </w:p>
        </w:tc>
      </w:tr>
      <w:tr w:rsidR="0003755E" w:rsidRPr="007D6409" w14:paraId="4AC5A378" w14:textId="77777777">
        <w:tc>
          <w:tcPr>
            <w:tcW w:w="2088" w:type="dxa"/>
            <w:tcMar>
              <w:top w:w="80" w:type="dxa"/>
              <w:left w:w="90" w:type="dxa"/>
              <w:bottom w:w="80" w:type="dxa"/>
              <w:right w:w="90" w:type="dxa"/>
            </w:tcMar>
            <w:vAlign w:val="center"/>
          </w:tcPr>
          <w:p w14:paraId="79FEA207" w14:textId="77777777" w:rsidR="0003755E" w:rsidRPr="007D6409" w:rsidRDefault="00000000">
            <w:pPr>
              <w:rPr>
                <w:rFonts w:cs="Arial"/>
                <w:sz w:val="24"/>
                <w:szCs w:val="24"/>
              </w:rPr>
            </w:pPr>
            <w:r w:rsidRPr="007D6409">
              <w:rPr>
                <w:rFonts w:cs="Arial"/>
                <w:sz w:val="24"/>
                <w:szCs w:val="24"/>
              </w:rPr>
              <w:t>Nomor jaminan</w:t>
            </w:r>
          </w:p>
        </w:tc>
        <w:tc>
          <w:tcPr>
            <w:tcW w:w="360" w:type="dxa"/>
            <w:tcMar>
              <w:top w:w="80" w:type="dxa"/>
              <w:left w:w="90" w:type="dxa"/>
              <w:bottom w:w="80" w:type="dxa"/>
              <w:right w:w="90" w:type="dxa"/>
            </w:tcMar>
            <w:vAlign w:val="center"/>
          </w:tcPr>
          <w:p w14:paraId="389AD271"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688021C" w14:textId="77777777" w:rsidR="0003755E" w:rsidRPr="007D6409" w:rsidRDefault="00000000">
            <w:pPr>
              <w:rPr>
                <w:rFonts w:cs="Arial"/>
                <w:sz w:val="24"/>
                <w:szCs w:val="24"/>
              </w:rPr>
            </w:pPr>
            <w:r w:rsidRPr="007D6409">
              <w:rPr>
                <w:rFonts w:cs="Arial"/>
                <w:sz w:val="24"/>
                <w:szCs w:val="24"/>
              </w:rPr>
              <w:t>[nomor jaminan]</w:t>
            </w:r>
          </w:p>
        </w:tc>
      </w:tr>
      <w:tr w:rsidR="0003755E" w:rsidRPr="007D6409" w14:paraId="58B2570A" w14:textId="77777777">
        <w:tc>
          <w:tcPr>
            <w:tcW w:w="2088" w:type="dxa"/>
            <w:tcMar>
              <w:top w:w="80" w:type="dxa"/>
              <w:left w:w="90" w:type="dxa"/>
              <w:bottom w:w="80" w:type="dxa"/>
              <w:right w:w="90" w:type="dxa"/>
            </w:tcMar>
            <w:vAlign w:val="center"/>
          </w:tcPr>
          <w:p w14:paraId="1B1D0E62" w14:textId="77777777" w:rsidR="0003755E" w:rsidRPr="007D6409" w:rsidRDefault="00000000">
            <w:pPr>
              <w:rPr>
                <w:rFonts w:cs="Arial"/>
                <w:sz w:val="24"/>
                <w:szCs w:val="24"/>
              </w:rPr>
            </w:pPr>
            <w:r w:rsidRPr="007D6409">
              <w:rPr>
                <w:rFonts w:cs="Arial"/>
                <w:sz w:val="24"/>
                <w:szCs w:val="24"/>
              </w:rPr>
              <w:t>Nilai jaminan</w:t>
            </w:r>
          </w:p>
        </w:tc>
        <w:tc>
          <w:tcPr>
            <w:tcW w:w="360" w:type="dxa"/>
            <w:tcMar>
              <w:top w:w="80" w:type="dxa"/>
              <w:left w:w="90" w:type="dxa"/>
              <w:bottom w:w="80" w:type="dxa"/>
              <w:right w:w="90" w:type="dxa"/>
            </w:tcMar>
            <w:vAlign w:val="center"/>
          </w:tcPr>
          <w:p w14:paraId="44BD8CA2"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6C9042F" w14:textId="77777777" w:rsidR="0003755E" w:rsidRPr="007D6409" w:rsidRDefault="00000000">
            <w:pPr>
              <w:rPr>
                <w:rFonts w:cs="Arial"/>
                <w:sz w:val="24"/>
                <w:szCs w:val="24"/>
              </w:rPr>
            </w:pPr>
            <w:r w:rsidRPr="007D6409">
              <w:rPr>
                <w:rFonts w:cs="Arial"/>
                <w:sz w:val="24"/>
                <w:szCs w:val="24"/>
              </w:rPr>
              <w:t>Rp200.000.000,00</w:t>
            </w:r>
          </w:p>
        </w:tc>
      </w:tr>
    </w:tbl>
    <w:p w14:paraId="4CC1FDEA" w14:textId="77777777" w:rsidR="0003755E" w:rsidRPr="007D6409" w:rsidRDefault="0003755E">
      <w:pPr>
        <w:rPr>
          <w:rFonts w:cs="Arial"/>
          <w:sz w:val="24"/>
          <w:szCs w:val="24"/>
        </w:rPr>
      </w:pPr>
    </w:p>
    <w:tbl>
      <w:tblPr>
        <w:tblStyle w:val="TableGrid"/>
        <w:tblW w:w="0" w:type="auto"/>
        <w:jc w:val="center"/>
        <w:tblLook w:val="04A0" w:firstRow="1" w:lastRow="0" w:firstColumn="1" w:lastColumn="0" w:noHBand="0" w:noVBand="1"/>
      </w:tblPr>
      <w:tblGrid>
        <w:gridCol w:w="576"/>
        <w:gridCol w:w="6192"/>
        <w:gridCol w:w="1800"/>
        <w:gridCol w:w="1440"/>
      </w:tblGrid>
      <w:tr w:rsidR="0003755E" w:rsidRPr="007D6409" w14:paraId="6207133C" w14:textId="77777777">
        <w:trPr>
          <w:tblHeader/>
          <w:jc w:val="center"/>
        </w:trPr>
        <w:tc>
          <w:tcPr>
            <w:tcW w:w="576" w:type="dxa"/>
            <w:shd w:val="clear" w:color="auto" w:fill="9A4D00"/>
            <w:tcMar>
              <w:top w:w="80" w:type="dxa"/>
              <w:left w:w="90" w:type="dxa"/>
              <w:bottom w:w="80" w:type="dxa"/>
              <w:right w:w="90" w:type="dxa"/>
            </w:tcMar>
            <w:vAlign w:val="center"/>
          </w:tcPr>
          <w:p w14:paraId="4936C755" w14:textId="77777777" w:rsidR="0003755E" w:rsidRPr="007D6409" w:rsidRDefault="00000000">
            <w:pPr>
              <w:jc w:val="center"/>
              <w:rPr>
                <w:rFonts w:cs="Arial"/>
                <w:sz w:val="24"/>
                <w:szCs w:val="24"/>
              </w:rPr>
            </w:pPr>
            <w:r w:rsidRPr="007D6409">
              <w:rPr>
                <w:rFonts w:cs="Arial"/>
                <w:b/>
                <w:color w:val="FFFFFF"/>
                <w:sz w:val="24"/>
                <w:szCs w:val="24"/>
              </w:rPr>
              <w:t>No.</w:t>
            </w:r>
          </w:p>
        </w:tc>
        <w:tc>
          <w:tcPr>
            <w:tcW w:w="6192" w:type="dxa"/>
            <w:shd w:val="clear" w:color="auto" w:fill="9A4D00"/>
            <w:tcMar>
              <w:top w:w="80" w:type="dxa"/>
              <w:left w:w="90" w:type="dxa"/>
              <w:bottom w:w="80" w:type="dxa"/>
              <w:right w:w="90" w:type="dxa"/>
            </w:tcMar>
            <w:vAlign w:val="center"/>
          </w:tcPr>
          <w:p w14:paraId="5589F31A" w14:textId="77777777" w:rsidR="0003755E" w:rsidRPr="007D6409" w:rsidRDefault="00000000">
            <w:pPr>
              <w:jc w:val="center"/>
              <w:rPr>
                <w:rFonts w:cs="Arial"/>
                <w:sz w:val="24"/>
                <w:szCs w:val="24"/>
              </w:rPr>
            </w:pPr>
            <w:r w:rsidRPr="007D6409">
              <w:rPr>
                <w:rFonts w:cs="Arial"/>
                <w:b/>
                <w:color w:val="FFFFFF"/>
                <w:sz w:val="24"/>
                <w:szCs w:val="24"/>
              </w:rPr>
              <w:t>Unsur Pemeriksaan</w:t>
            </w:r>
          </w:p>
        </w:tc>
        <w:tc>
          <w:tcPr>
            <w:tcW w:w="1800" w:type="dxa"/>
            <w:shd w:val="clear" w:color="auto" w:fill="9A4D00"/>
            <w:tcMar>
              <w:top w:w="80" w:type="dxa"/>
              <w:left w:w="90" w:type="dxa"/>
              <w:bottom w:w="80" w:type="dxa"/>
              <w:right w:w="90" w:type="dxa"/>
            </w:tcMar>
            <w:vAlign w:val="center"/>
          </w:tcPr>
          <w:p w14:paraId="28400384" w14:textId="77777777" w:rsidR="0003755E" w:rsidRPr="007D6409" w:rsidRDefault="00000000">
            <w:pPr>
              <w:jc w:val="center"/>
              <w:rPr>
                <w:rFonts w:cs="Arial"/>
                <w:sz w:val="24"/>
                <w:szCs w:val="24"/>
              </w:rPr>
            </w:pPr>
            <w:r w:rsidRPr="007D6409">
              <w:rPr>
                <w:rFonts w:cs="Arial"/>
                <w:b/>
                <w:color w:val="FFFFFF"/>
                <w:sz w:val="24"/>
                <w:szCs w:val="24"/>
              </w:rPr>
              <w:t>Hasil</w:t>
            </w:r>
          </w:p>
        </w:tc>
        <w:tc>
          <w:tcPr>
            <w:tcW w:w="1440" w:type="dxa"/>
            <w:shd w:val="clear" w:color="auto" w:fill="9A4D00"/>
            <w:tcMar>
              <w:top w:w="80" w:type="dxa"/>
              <w:left w:w="90" w:type="dxa"/>
              <w:bottom w:w="80" w:type="dxa"/>
              <w:right w:w="90" w:type="dxa"/>
            </w:tcMar>
            <w:vAlign w:val="center"/>
          </w:tcPr>
          <w:p w14:paraId="3AD394FA" w14:textId="77777777" w:rsidR="0003755E" w:rsidRPr="007D6409" w:rsidRDefault="00000000">
            <w:pPr>
              <w:jc w:val="center"/>
              <w:rPr>
                <w:rFonts w:cs="Arial"/>
                <w:sz w:val="24"/>
                <w:szCs w:val="24"/>
              </w:rPr>
            </w:pPr>
            <w:r w:rsidRPr="007D6409">
              <w:rPr>
                <w:rFonts w:cs="Arial"/>
                <w:b/>
                <w:color w:val="FFFFFF"/>
                <w:sz w:val="24"/>
                <w:szCs w:val="24"/>
              </w:rPr>
              <w:t>Catatan</w:t>
            </w:r>
          </w:p>
        </w:tc>
      </w:tr>
      <w:tr w:rsidR="0003755E" w:rsidRPr="007D6409" w14:paraId="655D3A3D" w14:textId="77777777">
        <w:trPr>
          <w:jc w:val="center"/>
        </w:trPr>
        <w:tc>
          <w:tcPr>
            <w:tcW w:w="576" w:type="dxa"/>
            <w:tcMar>
              <w:top w:w="80" w:type="dxa"/>
              <w:left w:w="90" w:type="dxa"/>
              <w:bottom w:w="80" w:type="dxa"/>
              <w:right w:w="90" w:type="dxa"/>
            </w:tcMar>
            <w:vAlign w:val="center"/>
          </w:tcPr>
          <w:p w14:paraId="4479CB86" w14:textId="77777777" w:rsidR="0003755E" w:rsidRPr="007D6409" w:rsidRDefault="00000000">
            <w:pPr>
              <w:jc w:val="center"/>
              <w:rPr>
                <w:rFonts w:cs="Arial"/>
                <w:sz w:val="24"/>
                <w:szCs w:val="24"/>
              </w:rPr>
            </w:pPr>
            <w:r w:rsidRPr="007D6409">
              <w:rPr>
                <w:rFonts w:cs="Arial"/>
                <w:sz w:val="24"/>
                <w:szCs w:val="24"/>
              </w:rPr>
              <w:t>1</w:t>
            </w:r>
          </w:p>
        </w:tc>
        <w:tc>
          <w:tcPr>
            <w:tcW w:w="6192" w:type="dxa"/>
            <w:tcMar>
              <w:top w:w="80" w:type="dxa"/>
              <w:left w:w="90" w:type="dxa"/>
              <w:bottom w:w="80" w:type="dxa"/>
              <w:right w:w="90" w:type="dxa"/>
            </w:tcMar>
            <w:vAlign w:val="center"/>
          </w:tcPr>
          <w:p w14:paraId="0F81AEA5" w14:textId="77777777" w:rsidR="0003755E" w:rsidRPr="007D6409" w:rsidRDefault="00000000">
            <w:pPr>
              <w:rPr>
                <w:rFonts w:cs="Arial"/>
                <w:sz w:val="24"/>
                <w:szCs w:val="24"/>
              </w:rPr>
            </w:pPr>
            <w:r w:rsidRPr="007D6409">
              <w:rPr>
                <w:rFonts w:cs="Arial"/>
                <w:sz w:val="24"/>
                <w:szCs w:val="24"/>
              </w:rPr>
              <w:t>Identitas penyedia penerima dan paket benar</w:t>
            </w:r>
          </w:p>
        </w:tc>
        <w:tc>
          <w:tcPr>
            <w:tcW w:w="1800" w:type="dxa"/>
            <w:tcMar>
              <w:top w:w="80" w:type="dxa"/>
              <w:left w:w="90" w:type="dxa"/>
              <w:bottom w:w="80" w:type="dxa"/>
              <w:right w:w="90" w:type="dxa"/>
            </w:tcMar>
            <w:vAlign w:val="center"/>
          </w:tcPr>
          <w:p w14:paraId="7D15B70C"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tcMar>
              <w:top w:w="80" w:type="dxa"/>
              <w:left w:w="90" w:type="dxa"/>
              <w:bottom w:w="80" w:type="dxa"/>
              <w:right w:w="90" w:type="dxa"/>
            </w:tcMar>
            <w:vAlign w:val="center"/>
          </w:tcPr>
          <w:p w14:paraId="451C2FA9" w14:textId="77777777" w:rsidR="0003755E" w:rsidRPr="007D6409" w:rsidRDefault="0003755E">
            <w:pPr>
              <w:rPr>
                <w:rFonts w:cs="Arial"/>
                <w:sz w:val="24"/>
                <w:szCs w:val="24"/>
              </w:rPr>
            </w:pPr>
          </w:p>
        </w:tc>
      </w:tr>
      <w:tr w:rsidR="0003755E" w:rsidRPr="007D6409" w14:paraId="74AF9409" w14:textId="77777777">
        <w:trPr>
          <w:jc w:val="center"/>
        </w:trPr>
        <w:tc>
          <w:tcPr>
            <w:tcW w:w="576" w:type="dxa"/>
            <w:shd w:val="clear" w:color="auto" w:fill="FFF7EF"/>
            <w:tcMar>
              <w:top w:w="80" w:type="dxa"/>
              <w:left w:w="90" w:type="dxa"/>
              <w:bottom w:w="80" w:type="dxa"/>
              <w:right w:w="90" w:type="dxa"/>
            </w:tcMar>
            <w:vAlign w:val="center"/>
          </w:tcPr>
          <w:p w14:paraId="449019D1" w14:textId="77777777" w:rsidR="0003755E" w:rsidRPr="007D6409" w:rsidRDefault="00000000">
            <w:pPr>
              <w:jc w:val="center"/>
              <w:rPr>
                <w:rFonts w:cs="Arial"/>
                <w:sz w:val="24"/>
                <w:szCs w:val="24"/>
              </w:rPr>
            </w:pPr>
            <w:r w:rsidRPr="007D6409">
              <w:rPr>
                <w:rFonts w:cs="Arial"/>
                <w:sz w:val="24"/>
                <w:szCs w:val="24"/>
              </w:rPr>
              <w:t>2</w:t>
            </w:r>
          </w:p>
        </w:tc>
        <w:tc>
          <w:tcPr>
            <w:tcW w:w="6192" w:type="dxa"/>
            <w:shd w:val="clear" w:color="auto" w:fill="FFF7EF"/>
            <w:tcMar>
              <w:top w:w="80" w:type="dxa"/>
              <w:left w:w="90" w:type="dxa"/>
              <w:bottom w:w="80" w:type="dxa"/>
              <w:right w:w="90" w:type="dxa"/>
            </w:tcMar>
            <w:vAlign w:val="center"/>
          </w:tcPr>
          <w:p w14:paraId="673B30BA" w14:textId="77777777" w:rsidR="0003755E" w:rsidRPr="007D6409" w:rsidRDefault="00000000">
            <w:pPr>
              <w:rPr>
                <w:rFonts w:cs="Arial"/>
                <w:sz w:val="24"/>
                <w:szCs w:val="24"/>
              </w:rPr>
            </w:pPr>
            <w:r w:rsidRPr="007D6409">
              <w:rPr>
                <w:rFonts w:cs="Arial"/>
                <w:sz w:val="24"/>
                <w:szCs w:val="24"/>
              </w:rPr>
              <w:t>Nilai paling sedikit sama dengan uang muka</w:t>
            </w:r>
          </w:p>
        </w:tc>
        <w:tc>
          <w:tcPr>
            <w:tcW w:w="1800" w:type="dxa"/>
            <w:shd w:val="clear" w:color="auto" w:fill="FFF7EF"/>
            <w:tcMar>
              <w:top w:w="80" w:type="dxa"/>
              <w:left w:w="90" w:type="dxa"/>
              <w:bottom w:w="80" w:type="dxa"/>
              <w:right w:w="90" w:type="dxa"/>
            </w:tcMar>
            <w:vAlign w:val="center"/>
          </w:tcPr>
          <w:p w14:paraId="64C94C8C"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shd w:val="clear" w:color="auto" w:fill="FFF7EF"/>
            <w:tcMar>
              <w:top w:w="80" w:type="dxa"/>
              <w:left w:w="90" w:type="dxa"/>
              <w:bottom w:w="80" w:type="dxa"/>
              <w:right w:w="90" w:type="dxa"/>
            </w:tcMar>
            <w:vAlign w:val="center"/>
          </w:tcPr>
          <w:p w14:paraId="198A962A" w14:textId="77777777" w:rsidR="0003755E" w:rsidRPr="007D6409" w:rsidRDefault="0003755E">
            <w:pPr>
              <w:rPr>
                <w:rFonts w:cs="Arial"/>
                <w:sz w:val="24"/>
                <w:szCs w:val="24"/>
              </w:rPr>
            </w:pPr>
          </w:p>
        </w:tc>
      </w:tr>
      <w:tr w:rsidR="0003755E" w:rsidRPr="007D6409" w14:paraId="3EBC1728" w14:textId="77777777">
        <w:trPr>
          <w:jc w:val="center"/>
        </w:trPr>
        <w:tc>
          <w:tcPr>
            <w:tcW w:w="576" w:type="dxa"/>
            <w:tcMar>
              <w:top w:w="80" w:type="dxa"/>
              <w:left w:w="90" w:type="dxa"/>
              <w:bottom w:w="80" w:type="dxa"/>
              <w:right w:w="90" w:type="dxa"/>
            </w:tcMar>
            <w:vAlign w:val="center"/>
          </w:tcPr>
          <w:p w14:paraId="0ECF01C0" w14:textId="77777777" w:rsidR="0003755E" w:rsidRPr="007D6409" w:rsidRDefault="00000000">
            <w:pPr>
              <w:jc w:val="center"/>
              <w:rPr>
                <w:rFonts w:cs="Arial"/>
                <w:sz w:val="24"/>
                <w:szCs w:val="24"/>
              </w:rPr>
            </w:pPr>
            <w:r w:rsidRPr="007D6409">
              <w:rPr>
                <w:rFonts w:cs="Arial"/>
                <w:sz w:val="24"/>
                <w:szCs w:val="24"/>
              </w:rPr>
              <w:t>3</w:t>
            </w:r>
          </w:p>
        </w:tc>
        <w:tc>
          <w:tcPr>
            <w:tcW w:w="6192" w:type="dxa"/>
            <w:tcMar>
              <w:top w:w="80" w:type="dxa"/>
              <w:left w:w="90" w:type="dxa"/>
              <w:bottom w:w="80" w:type="dxa"/>
              <w:right w:w="90" w:type="dxa"/>
            </w:tcMar>
            <w:vAlign w:val="center"/>
          </w:tcPr>
          <w:p w14:paraId="3682EC8E" w14:textId="77777777" w:rsidR="0003755E" w:rsidRPr="007D6409" w:rsidRDefault="00000000">
            <w:pPr>
              <w:rPr>
                <w:rFonts w:cs="Arial"/>
                <w:sz w:val="24"/>
                <w:szCs w:val="24"/>
              </w:rPr>
            </w:pPr>
            <w:r w:rsidRPr="007D6409">
              <w:rPr>
                <w:rFonts w:cs="Arial"/>
                <w:sz w:val="24"/>
                <w:szCs w:val="24"/>
              </w:rPr>
              <w:t>Tanggal mulai dan berakhir sesuai</w:t>
            </w:r>
          </w:p>
        </w:tc>
        <w:tc>
          <w:tcPr>
            <w:tcW w:w="1800" w:type="dxa"/>
            <w:tcMar>
              <w:top w:w="80" w:type="dxa"/>
              <w:left w:w="90" w:type="dxa"/>
              <w:bottom w:w="80" w:type="dxa"/>
              <w:right w:w="90" w:type="dxa"/>
            </w:tcMar>
            <w:vAlign w:val="center"/>
          </w:tcPr>
          <w:p w14:paraId="57B9DA34"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tcMar>
              <w:top w:w="80" w:type="dxa"/>
              <w:left w:w="90" w:type="dxa"/>
              <w:bottom w:w="80" w:type="dxa"/>
              <w:right w:w="90" w:type="dxa"/>
            </w:tcMar>
            <w:vAlign w:val="center"/>
          </w:tcPr>
          <w:p w14:paraId="0FF4D5D5" w14:textId="77777777" w:rsidR="0003755E" w:rsidRPr="007D6409" w:rsidRDefault="0003755E">
            <w:pPr>
              <w:rPr>
                <w:rFonts w:cs="Arial"/>
                <w:sz w:val="24"/>
                <w:szCs w:val="24"/>
              </w:rPr>
            </w:pPr>
          </w:p>
        </w:tc>
      </w:tr>
      <w:tr w:rsidR="0003755E" w:rsidRPr="007D6409" w14:paraId="7761EEA7" w14:textId="77777777">
        <w:trPr>
          <w:jc w:val="center"/>
        </w:trPr>
        <w:tc>
          <w:tcPr>
            <w:tcW w:w="576" w:type="dxa"/>
            <w:shd w:val="clear" w:color="auto" w:fill="FFF7EF"/>
            <w:tcMar>
              <w:top w:w="80" w:type="dxa"/>
              <w:left w:w="90" w:type="dxa"/>
              <w:bottom w:w="80" w:type="dxa"/>
              <w:right w:w="90" w:type="dxa"/>
            </w:tcMar>
            <w:vAlign w:val="center"/>
          </w:tcPr>
          <w:p w14:paraId="50D13E02" w14:textId="77777777" w:rsidR="0003755E" w:rsidRPr="007D6409" w:rsidRDefault="00000000">
            <w:pPr>
              <w:jc w:val="center"/>
              <w:rPr>
                <w:rFonts w:cs="Arial"/>
                <w:sz w:val="24"/>
                <w:szCs w:val="24"/>
              </w:rPr>
            </w:pPr>
            <w:r w:rsidRPr="007D6409">
              <w:rPr>
                <w:rFonts w:cs="Arial"/>
                <w:sz w:val="24"/>
                <w:szCs w:val="24"/>
              </w:rPr>
              <w:t>4</w:t>
            </w:r>
          </w:p>
        </w:tc>
        <w:tc>
          <w:tcPr>
            <w:tcW w:w="6192" w:type="dxa"/>
            <w:shd w:val="clear" w:color="auto" w:fill="FFF7EF"/>
            <w:tcMar>
              <w:top w:w="80" w:type="dxa"/>
              <w:left w:w="90" w:type="dxa"/>
              <w:bottom w:w="80" w:type="dxa"/>
              <w:right w:w="90" w:type="dxa"/>
            </w:tcMar>
            <w:vAlign w:val="center"/>
          </w:tcPr>
          <w:p w14:paraId="0644C2D3" w14:textId="77777777" w:rsidR="0003755E" w:rsidRPr="007D6409" w:rsidRDefault="00000000">
            <w:pPr>
              <w:rPr>
                <w:rFonts w:cs="Arial"/>
                <w:sz w:val="24"/>
                <w:szCs w:val="24"/>
              </w:rPr>
            </w:pPr>
            <w:r w:rsidRPr="007D6409">
              <w:rPr>
                <w:rFonts w:cs="Arial"/>
                <w:sz w:val="24"/>
                <w:szCs w:val="24"/>
              </w:rPr>
              <w:t>Tidak bersyarat dan mudah dicairkan</w:t>
            </w:r>
          </w:p>
        </w:tc>
        <w:tc>
          <w:tcPr>
            <w:tcW w:w="1800" w:type="dxa"/>
            <w:shd w:val="clear" w:color="auto" w:fill="FFF7EF"/>
            <w:tcMar>
              <w:top w:w="80" w:type="dxa"/>
              <w:left w:w="90" w:type="dxa"/>
              <w:bottom w:w="80" w:type="dxa"/>
              <w:right w:w="90" w:type="dxa"/>
            </w:tcMar>
            <w:vAlign w:val="center"/>
          </w:tcPr>
          <w:p w14:paraId="16F2C1F1"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shd w:val="clear" w:color="auto" w:fill="FFF7EF"/>
            <w:tcMar>
              <w:top w:w="80" w:type="dxa"/>
              <w:left w:w="90" w:type="dxa"/>
              <w:bottom w:w="80" w:type="dxa"/>
              <w:right w:w="90" w:type="dxa"/>
            </w:tcMar>
            <w:vAlign w:val="center"/>
          </w:tcPr>
          <w:p w14:paraId="7A06F13F" w14:textId="77777777" w:rsidR="0003755E" w:rsidRPr="007D6409" w:rsidRDefault="0003755E">
            <w:pPr>
              <w:rPr>
                <w:rFonts w:cs="Arial"/>
                <w:sz w:val="24"/>
                <w:szCs w:val="24"/>
              </w:rPr>
            </w:pPr>
          </w:p>
        </w:tc>
      </w:tr>
      <w:tr w:rsidR="0003755E" w:rsidRPr="007D6409" w14:paraId="2F64DD71" w14:textId="77777777">
        <w:trPr>
          <w:jc w:val="center"/>
        </w:trPr>
        <w:tc>
          <w:tcPr>
            <w:tcW w:w="576" w:type="dxa"/>
            <w:tcMar>
              <w:top w:w="80" w:type="dxa"/>
              <w:left w:w="90" w:type="dxa"/>
              <w:bottom w:w="80" w:type="dxa"/>
              <w:right w:w="90" w:type="dxa"/>
            </w:tcMar>
            <w:vAlign w:val="center"/>
          </w:tcPr>
          <w:p w14:paraId="030D64BF" w14:textId="77777777" w:rsidR="0003755E" w:rsidRPr="007D6409" w:rsidRDefault="00000000">
            <w:pPr>
              <w:jc w:val="center"/>
              <w:rPr>
                <w:rFonts w:cs="Arial"/>
                <w:sz w:val="24"/>
                <w:szCs w:val="24"/>
              </w:rPr>
            </w:pPr>
            <w:r w:rsidRPr="007D6409">
              <w:rPr>
                <w:rFonts w:cs="Arial"/>
                <w:sz w:val="24"/>
                <w:szCs w:val="24"/>
              </w:rPr>
              <w:t>5</w:t>
            </w:r>
          </w:p>
        </w:tc>
        <w:tc>
          <w:tcPr>
            <w:tcW w:w="6192" w:type="dxa"/>
            <w:tcMar>
              <w:top w:w="80" w:type="dxa"/>
              <w:left w:w="90" w:type="dxa"/>
              <w:bottom w:w="80" w:type="dxa"/>
              <w:right w:w="90" w:type="dxa"/>
            </w:tcMar>
            <w:vAlign w:val="center"/>
          </w:tcPr>
          <w:p w14:paraId="33DEB267" w14:textId="77777777" w:rsidR="0003755E" w:rsidRPr="007D6409" w:rsidRDefault="00000000">
            <w:pPr>
              <w:rPr>
                <w:rFonts w:cs="Arial"/>
                <w:sz w:val="24"/>
                <w:szCs w:val="24"/>
              </w:rPr>
            </w:pPr>
            <w:r w:rsidRPr="007D6409">
              <w:rPr>
                <w:rFonts w:cs="Arial"/>
                <w:sz w:val="24"/>
                <w:szCs w:val="24"/>
              </w:rPr>
              <w:t>Batas pengajuan klaim memadai</w:t>
            </w:r>
          </w:p>
        </w:tc>
        <w:tc>
          <w:tcPr>
            <w:tcW w:w="1800" w:type="dxa"/>
            <w:tcMar>
              <w:top w:w="80" w:type="dxa"/>
              <w:left w:w="90" w:type="dxa"/>
              <w:bottom w:w="80" w:type="dxa"/>
              <w:right w:w="90" w:type="dxa"/>
            </w:tcMar>
            <w:vAlign w:val="center"/>
          </w:tcPr>
          <w:p w14:paraId="016EEA0C"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tcMar>
              <w:top w:w="80" w:type="dxa"/>
              <w:left w:w="90" w:type="dxa"/>
              <w:bottom w:w="80" w:type="dxa"/>
              <w:right w:w="90" w:type="dxa"/>
            </w:tcMar>
            <w:vAlign w:val="center"/>
          </w:tcPr>
          <w:p w14:paraId="17158390" w14:textId="77777777" w:rsidR="0003755E" w:rsidRPr="007D6409" w:rsidRDefault="0003755E">
            <w:pPr>
              <w:rPr>
                <w:rFonts w:cs="Arial"/>
                <w:sz w:val="24"/>
                <w:szCs w:val="24"/>
              </w:rPr>
            </w:pPr>
          </w:p>
        </w:tc>
      </w:tr>
      <w:tr w:rsidR="0003755E" w:rsidRPr="007D6409" w14:paraId="220A31C9" w14:textId="77777777">
        <w:trPr>
          <w:jc w:val="center"/>
        </w:trPr>
        <w:tc>
          <w:tcPr>
            <w:tcW w:w="576" w:type="dxa"/>
            <w:shd w:val="clear" w:color="auto" w:fill="FFF7EF"/>
            <w:tcMar>
              <w:top w:w="80" w:type="dxa"/>
              <w:left w:w="90" w:type="dxa"/>
              <w:bottom w:w="80" w:type="dxa"/>
              <w:right w:w="90" w:type="dxa"/>
            </w:tcMar>
            <w:vAlign w:val="center"/>
          </w:tcPr>
          <w:p w14:paraId="4B900AE2" w14:textId="77777777" w:rsidR="0003755E" w:rsidRPr="007D6409" w:rsidRDefault="00000000">
            <w:pPr>
              <w:jc w:val="center"/>
              <w:rPr>
                <w:rFonts w:cs="Arial"/>
                <w:sz w:val="24"/>
                <w:szCs w:val="24"/>
              </w:rPr>
            </w:pPr>
            <w:r w:rsidRPr="007D6409">
              <w:rPr>
                <w:rFonts w:cs="Arial"/>
                <w:sz w:val="24"/>
                <w:szCs w:val="24"/>
              </w:rPr>
              <w:t>6</w:t>
            </w:r>
          </w:p>
        </w:tc>
        <w:tc>
          <w:tcPr>
            <w:tcW w:w="6192" w:type="dxa"/>
            <w:shd w:val="clear" w:color="auto" w:fill="FFF7EF"/>
            <w:tcMar>
              <w:top w:w="80" w:type="dxa"/>
              <w:left w:w="90" w:type="dxa"/>
              <w:bottom w:w="80" w:type="dxa"/>
              <w:right w:w="90" w:type="dxa"/>
            </w:tcMar>
            <w:vAlign w:val="center"/>
          </w:tcPr>
          <w:p w14:paraId="6FFE6597" w14:textId="77777777" w:rsidR="0003755E" w:rsidRPr="007D6409" w:rsidRDefault="00000000">
            <w:pPr>
              <w:rPr>
                <w:rFonts w:cs="Arial"/>
                <w:sz w:val="24"/>
                <w:szCs w:val="24"/>
              </w:rPr>
            </w:pPr>
            <w:r w:rsidRPr="007D6409">
              <w:rPr>
                <w:rFonts w:cs="Arial"/>
                <w:sz w:val="24"/>
                <w:szCs w:val="24"/>
              </w:rPr>
              <w:t>Keaslian dikonfirmasi kepada penerbit</w:t>
            </w:r>
          </w:p>
        </w:tc>
        <w:tc>
          <w:tcPr>
            <w:tcW w:w="1800" w:type="dxa"/>
            <w:shd w:val="clear" w:color="auto" w:fill="FFF7EF"/>
            <w:tcMar>
              <w:top w:w="80" w:type="dxa"/>
              <w:left w:w="90" w:type="dxa"/>
              <w:bottom w:w="80" w:type="dxa"/>
              <w:right w:w="90" w:type="dxa"/>
            </w:tcMar>
            <w:vAlign w:val="center"/>
          </w:tcPr>
          <w:p w14:paraId="0D8C4027" w14:textId="77777777" w:rsidR="0003755E" w:rsidRPr="007D6409" w:rsidRDefault="00000000">
            <w:pPr>
              <w:rPr>
                <w:rFonts w:cs="Arial"/>
                <w:sz w:val="24"/>
                <w:szCs w:val="24"/>
              </w:rPr>
            </w:pPr>
            <w:proofErr w:type="gramStart"/>
            <w:r w:rsidRPr="007D6409">
              <w:rPr>
                <w:rFonts w:cs="Arial"/>
                <w:sz w:val="24"/>
                <w:szCs w:val="24"/>
              </w:rPr>
              <w:t>[ ]</w:t>
            </w:r>
            <w:proofErr w:type="gramEnd"/>
            <w:r w:rsidRPr="007D6409">
              <w:rPr>
                <w:rFonts w:cs="Arial"/>
                <w:sz w:val="24"/>
                <w:szCs w:val="24"/>
              </w:rPr>
              <w:t xml:space="preserve"> Sesuai</w:t>
            </w:r>
            <w:r w:rsidRPr="007D6409">
              <w:rPr>
                <w:rFonts w:cs="Arial"/>
                <w:sz w:val="24"/>
                <w:szCs w:val="24"/>
              </w:rPr>
              <w:br/>
              <w:t>[ ] Tidak</w:t>
            </w:r>
          </w:p>
        </w:tc>
        <w:tc>
          <w:tcPr>
            <w:tcW w:w="1440" w:type="dxa"/>
            <w:shd w:val="clear" w:color="auto" w:fill="FFF7EF"/>
            <w:tcMar>
              <w:top w:w="80" w:type="dxa"/>
              <w:left w:w="90" w:type="dxa"/>
              <w:bottom w:w="80" w:type="dxa"/>
              <w:right w:w="90" w:type="dxa"/>
            </w:tcMar>
            <w:vAlign w:val="center"/>
          </w:tcPr>
          <w:p w14:paraId="5885DA07" w14:textId="77777777" w:rsidR="0003755E" w:rsidRPr="007D6409" w:rsidRDefault="0003755E">
            <w:pPr>
              <w:rPr>
                <w:rFonts w:cs="Arial"/>
                <w:sz w:val="24"/>
                <w:szCs w:val="24"/>
              </w:rPr>
            </w:pPr>
          </w:p>
        </w:tc>
      </w:tr>
    </w:tbl>
    <w:p w14:paraId="7C24AD6E" w14:textId="77777777" w:rsidR="0003755E" w:rsidRPr="007D6409" w:rsidRDefault="0003755E">
      <w:pPr>
        <w:rPr>
          <w:rFonts w:cs="Arial"/>
          <w:sz w:val="24"/>
          <w:szCs w:val="24"/>
        </w:rPr>
      </w:pPr>
    </w:p>
    <w:p w14:paraId="261E44C1" w14:textId="77777777" w:rsidR="0003755E" w:rsidRPr="007D6409" w:rsidRDefault="00000000">
      <w:pPr>
        <w:rPr>
          <w:rFonts w:cs="Arial"/>
          <w:sz w:val="24"/>
          <w:szCs w:val="24"/>
        </w:rPr>
      </w:pPr>
      <w:proofErr w:type="gramStart"/>
      <w:r w:rsidRPr="007D6409">
        <w:rPr>
          <w:rFonts w:cs="Arial"/>
          <w:sz w:val="24"/>
          <w:szCs w:val="24"/>
        </w:rPr>
        <w:t>Kesimpulan  [</w:t>
      </w:r>
      <w:proofErr w:type="gramEnd"/>
      <w:r w:rsidRPr="007D6409">
        <w:rPr>
          <w:rFonts w:cs="Arial"/>
          <w:sz w:val="24"/>
          <w:szCs w:val="24"/>
        </w:rPr>
        <w:t xml:space="preserve"> ] jaminan sah dan dapat diterima  [ ] jaminan belum dapat diterima.</w:t>
      </w:r>
    </w:p>
    <w:tbl>
      <w:tblPr>
        <w:tblW w:w="0" w:type="auto"/>
        <w:jc w:val="center"/>
        <w:tblLook w:val="04A0" w:firstRow="1" w:lastRow="0" w:firstColumn="1" w:lastColumn="0" w:noHBand="0" w:noVBand="1"/>
      </w:tblPr>
      <w:tblGrid>
        <w:gridCol w:w="5054"/>
        <w:gridCol w:w="5054"/>
      </w:tblGrid>
      <w:tr w:rsidR="0003755E" w:rsidRPr="007D6409" w14:paraId="1EA3192B" w14:textId="77777777">
        <w:trPr>
          <w:jc w:val="center"/>
        </w:trPr>
        <w:tc>
          <w:tcPr>
            <w:tcW w:w="5054" w:type="dxa"/>
            <w:tcMar>
              <w:top w:w="80" w:type="dxa"/>
              <w:left w:w="90" w:type="dxa"/>
              <w:bottom w:w="80" w:type="dxa"/>
              <w:right w:w="90" w:type="dxa"/>
            </w:tcMar>
            <w:vAlign w:val="center"/>
          </w:tcPr>
          <w:p w14:paraId="72407A40" w14:textId="77777777" w:rsidR="0003755E" w:rsidRPr="007D6409" w:rsidRDefault="00000000">
            <w:pPr>
              <w:jc w:val="center"/>
              <w:rPr>
                <w:rFonts w:cs="Arial"/>
                <w:sz w:val="24"/>
                <w:szCs w:val="24"/>
              </w:rPr>
            </w:pPr>
            <w:r w:rsidRPr="007D6409">
              <w:rPr>
                <w:rFonts w:cs="Arial"/>
                <w:sz w:val="24"/>
                <w:szCs w:val="24"/>
              </w:rPr>
              <w:t>Petugas Pemeriksa</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r>
            <w:r w:rsidRPr="007D6409">
              <w:rPr>
                <w:rFonts w:cs="Arial"/>
                <w:sz w:val="24"/>
                <w:szCs w:val="24"/>
              </w:rPr>
              <w:lastRenderedPageBreak/>
              <w:t>NIP. [NIP]</w:t>
            </w:r>
          </w:p>
        </w:tc>
        <w:tc>
          <w:tcPr>
            <w:tcW w:w="5054" w:type="dxa"/>
            <w:tcMar>
              <w:top w:w="80" w:type="dxa"/>
              <w:left w:w="90" w:type="dxa"/>
              <w:bottom w:w="80" w:type="dxa"/>
              <w:right w:w="90" w:type="dxa"/>
            </w:tcMar>
            <w:vAlign w:val="center"/>
          </w:tcPr>
          <w:p w14:paraId="2E9ED6CC" w14:textId="77777777" w:rsidR="0003755E" w:rsidRPr="007D6409" w:rsidRDefault="00000000">
            <w:pPr>
              <w:jc w:val="center"/>
              <w:rPr>
                <w:rFonts w:cs="Arial"/>
                <w:sz w:val="24"/>
                <w:szCs w:val="24"/>
              </w:rPr>
            </w:pPr>
            <w:r w:rsidRPr="007D6409">
              <w:rPr>
                <w:rFonts w:cs="Arial"/>
                <w:sz w:val="24"/>
                <w:szCs w:val="24"/>
              </w:rPr>
              <w:lastRenderedPageBreak/>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r>
            <w:r w:rsidRPr="007D6409">
              <w:rPr>
                <w:rFonts w:cs="Arial"/>
                <w:sz w:val="24"/>
                <w:szCs w:val="24"/>
              </w:rPr>
              <w:lastRenderedPageBreak/>
              <w:t>NIP. [NIP]</w:t>
            </w:r>
          </w:p>
        </w:tc>
      </w:tr>
    </w:tbl>
    <w:p w14:paraId="72093DEA" w14:textId="77777777" w:rsidR="0003755E" w:rsidRPr="007D6409" w:rsidRDefault="00000000">
      <w:pPr>
        <w:rPr>
          <w:rFonts w:cs="Arial"/>
          <w:sz w:val="24"/>
          <w:szCs w:val="24"/>
        </w:rPr>
      </w:pPr>
      <w:r w:rsidRPr="007D6409">
        <w:rPr>
          <w:rFonts w:cs="Arial"/>
          <w:sz w:val="24"/>
          <w:szCs w:val="24"/>
        </w:rPr>
        <w:lastRenderedPageBreak/>
        <w:br w:type="page"/>
      </w:r>
    </w:p>
    <w:p w14:paraId="67993C28"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p w14:paraId="7CA5B800" w14:textId="77777777" w:rsidR="0003755E" w:rsidRPr="007D6409" w:rsidRDefault="00000000">
      <w:pPr>
        <w:jc w:val="center"/>
        <w:rPr>
          <w:rFonts w:cs="Arial"/>
          <w:sz w:val="24"/>
          <w:szCs w:val="24"/>
        </w:rPr>
      </w:pPr>
      <w:r w:rsidRPr="007D6409">
        <w:rPr>
          <w:rFonts w:cs="Arial"/>
          <w:b/>
          <w:sz w:val="24"/>
          <w:szCs w:val="24"/>
          <w:u w:val="single"/>
        </w:rPr>
        <w:t>BERITA ACARA PEMBAYARAN UANG MUKA</w:t>
      </w:r>
    </w:p>
    <w:p w14:paraId="7C90C04C" w14:textId="77777777" w:rsidR="0003755E" w:rsidRPr="007D6409" w:rsidRDefault="00000000">
      <w:pPr>
        <w:jc w:val="center"/>
        <w:rPr>
          <w:rFonts w:cs="Arial"/>
          <w:sz w:val="24"/>
          <w:szCs w:val="24"/>
        </w:rPr>
      </w:pPr>
      <w:proofErr w:type="gramStart"/>
      <w:r w:rsidRPr="007D6409">
        <w:rPr>
          <w:rFonts w:cs="Arial"/>
          <w:sz w:val="24"/>
          <w:szCs w:val="24"/>
        </w:rPr>
        <w:t>Nomor  [</w:t>
      </w:r>
      <w:proofErr w:type="gramEnd"/>
      <w:r w:rsidRPr="007D6409">
        <w:rPr>
          <w:rFonts w:cs="Arial"/>
          <w:sz w:val="24"/>
          <w:szCs w:val="24"/>
        </w:rPr>
        <w:t>000.3 ___ BAP UM 2026]</w:t>
      </w:r>
    </w:p>
    <w:p w14:paraId="582E1DD1" w14:textId="77777777" w:rsidR="0003755E" w:rsidRPr="007D6409" w:rsidRDefault="00000000">
      <w:pPr>
        <w:jc w:val="both"/>
        <w:rPr>
          <w:rFonts w:cs="Arial"/>
          <w:sz w:val="24"/>
          <w:szCs w:val="24"/>
        </w:rPr>
      </w:pPr>
      <w:r w:rsidRPr="007D6409">
        <w:rPr>
          <w:rFonts w:cs="Arial"/>
          <w:sz w:val="24"/>
          <w:szCs w:val="24"/>
        </w:rPr>
        <w:t>Pada hari ini [hari dan tanggal], berdasarkan kontrak dan hasil pemeriksaan kelengkapan pembayaran, para pihak menerangkan sebagai berikut.</w:t>
      </w:r>
    </w:p>
    <w:tbl>
      <w:tblPr>
        <w:tblW w:w="0" w:type="auto"/>
        <w:tblLook w:val="04A0" w:firstRow="1" w:lastRow="0" w:firstColumn="1" w:lastColumn="0" w:noHBand="0" w:noVBand="1"/>
      </w:tblPr>
      <w:tblGrid>
        <w:gridCol w:w="2088"/>
        <w:gridCol w:w="360"/>
        <w:gridCol w:w="7632"/>
      </w:tblGrid>
      <w:tr w:rsidR="0003755E" w:rsidRPr="007D6409" w14:paraId="0176FE04" w14:textId="77777777">
        <w:tc>
          <w:tcPr>
            <w:tcW w:w="2088" w:type="dxa"/>
            <w:tcMar>
              <w:top w:w="80" w:type="dxa"/>
              <w:left w:w="90" w:type="dxa"/>
              <w:bottom w:w="80" w:type="dxa"/>
              <w:right w:w="90" w:type="dxa"/>
            </w:tcMar>
            <w:vAlign w:val="center"/>
          </w:tcPr>
          <w:p w14:paraId="7C3ABEA7" w14:textId="77777777" w:rsidR="0003755E" w:rsidRPr="007D6409" w:rsidRDefault="00000000">
            <w:pPr>
              <w:rPr>
                <w:rFonts w:cs="Arial"/>
                <w:sz w:val="24"/>
                <w:szCs w:val="24"/>
              </w:rPr>
            </w:pPr>
            <w:r w:rsidRPr="007D6409">
              <w:rPr>
                <w:rFonts w:cs="Arial"/>
                <w:sz w:val="24"/>
                <w:szCs w:val="24"/>
              </w:rPr>
              <w:t>Nama paket</w:t>
            </w:r>
          </w:p>
        </w:tc>
        <w:tc>
          <w:tcPr>
            <w:tcW w:w="360" w:type="dxa"/>
            <w:tcMar>
              <w:top w:w="80" w:type="dxa"/>
              <w:left w:w="90" w:type="dxa"/>
              <w:bottom w:w="80" w:type="dxa"/>
              <w:right w:w="90" w:type="dxa"/>
            </w:tcMar>
            <w:vAlign w:val="center"/>
          </w:tcPr>
          <w:p w14:paraId="74B103CD"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5EBC87B" w14:textId="77777777" w:rsidR="0003755E" w:rsidRPr="007D6409" w:rsidRDefault="00000000">
            <w:pPr>
              <w:rPr>
                <w:rFonts w:cs="Arial"/>
                <w:sz w:val="24"/>
                <w:szCs w:val="24"/>
              </w:rPr>
            </w:pPr>
            <w:r w:rsidRPr="007D6409">
              <w:rPr>
                <w:rFonts w:cs="Arial"/>
                <w:sz w:val="24"/>
                <w:szCs w:val="24"/>
              </w:rPr>
              <w:t>[nama paket]</w:t>
            </w:r>
          </w:p>
        </w:tc>
      </w:tr>
      <w:tr w:rsidR="0003755E" w:rsidRPr="007D6409" w14:paraId="3BC3D0BB" w14:textId="77777777">
        <w:tc>
          <w:tcPr>
            <w:tcW w:w="2088" w:type="dxa"/>
            <w:tcMar>
              <w:top w:w="80" w:type="dxa"/>
              <w:left w:w="90" w:type="dxa"/>
              <w:bottom w:w="80" w:type="dxa"/>
              <w:right w:w="90" w:type="dxa"/>
            </w:tcMar>
            <w:vAlign w:val="center"/>
          </w:tcPr>
          <w:p w14:paraId="4CFB7F13" w14:textId="77777777" w:rsidR="0003755E" w:rsidRPr="007D6409" w:rsidRDefault="00000000">
            <w:pPr>
              <w:rPr>
                <w:rFonts w:cs="Arial"/>
                <w:sz w:val="24"/>
                <w:szCs w:val="24"/>
              </w:rPr>
            </w:pPr>
            <w:r w:rsidRPr="007D6409">
              <w:rPr>
                <w:rFonts w:cs="Arial"/>
                <w:sz w:val="24"/>
                <w:szCs w:val="24"/>
              </w:rPr>
              <w:t>Nomor kontrak</w:t>
            </w:r>
          </w:p>
        </w:tc>
        <w:tc>
          <w:tcPr>
            <w:tcW w:w="360" w:type="dxa"/>
            <w:tcMar>
              <w:top w:w="80" w:type="dxa"/>
              <w:left w:w="90" w:type="dxa"/>
              <w:bottom w:w="80" w:type="dxa"/>
              <w:right w:w="90" w:type="dxa"/>
            </w:tcMar>
            <w:vAlign w:val="center"/>
          </w:tcPr>
          <w:p w14:paraId="6746C867"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1830E2E" w14:textId="77777777" w:rsidR="0003755E" w:rsidRPr="007D6409" w:rsidRDefault="00000000">
            <w:pPr>
              <w:rPr>
                <w:rFonts w:cs="Arial"/>
                <w:sz w:val="24"/>
                <w:szCs w:val="24"/>
              </w:rPr>
            </w:pPr>
            <w:r w:rsidRPr="007D6409">
              <w:rPr>
                <w:rFonts w:cs="Arial"/>
                <w:sz w:val="24"/>
                <w:szCs w:val="24"/>
              </w:rPr>
              <w:t>[nomor kontrak]</w:t>
            </w:r>
          </w:p>
        </w:tc>
      </w:tr>
      <w:tr w:rsidR="0003755E" w:rsidRPr="007D6409" w14:paraId="73CEA8FD" w14:textId="77777777">
        <w:tc>
          <w:tcPr>
            <w:tcW w:w="2088" w:type="dxa"/>
            <w:tcMar>
              <w:top w:w="80" w:type="dxa"/>
              <w:left w:w="90" w:type="dxa"/>
              <w:bottom w:w="80" w:type="dxa"/>
              <w:right w:w="90" w:type="dxa"/>
            </w:tcMar>
            <w:vAlign w:val="center"/>
          </w:tcPr>
          <w:p w14:paraId="622B5D7D" w14:textId="77777777" w:rsidR="0003755E" w:rsidRPr="007D6409" w:rsidRDefault="00000000">
            <w:pPr>
              <w:rPr>
                <w:rFonts w:cs="Arial"/>
                <w:sz w:val="24"/>
                <w:szCs w:val="24"/>
              </w:rPr>
            </w:pPr>
            <w:r w:rsidRPr="007D6409">
              <w:rPr>
                <w:rFonts w:cs="Arial"/>
                <w:sz w:val="24"/>
                <w:szCs w:val="24"/>
              </w:rPr>
              <w:t>Nilai kontrak</w:t>
            </w:r>
          </w:p>
        </w:tc>
        <w:tc>
          <w:tcPr>
            <w:tcW w:w="360" w:type="dxa"/>
            <w:tcMar>
              <w:top w:w="80" w:type="dxa"/>
              <w:left w:w="90" w:type="dxa"/>
              <w:bottom w:w="80" w:type="dxa"/>
              <w:right w:w="90" w:type="dxa"/>
            </w:tcMar>
            <w:vAlign w:val="center"/>
          </w:tcPr>
          <w:p w14:paraId="34AE7028"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3119004" w14:textId="77777777" w:rsidR="0003755E" w:rsidRPr="007D6409" w:rsidRDefault="00000000">
            <w:pPr>
              <w:rPr>
                <w:rFonts w:cs="Arial"/>
                <w:sz w:val="24"/>
                <w:szCs w:val="24"/>
              </w:rPr>
            </w:pPr>
            <w:r w:rsidRPr="007D6409">
              <w:rPr>
                <w:rFonts w:cs="Arial"/>
                <w:sz w:val="24"/>
                <w:szCs w:val="24"/>
              </w:rPr>
              <w:t>Rp1.000.000.000,00</w:t>
            </w:r>
          </w:p>
        </w:tc>
      </w:tr>
      <w:tr w:rsidR="0003755E" w:rsidRPr="007D6409" w14:paraId="4B540B4D" w14:textId="77777777">
        <w:tc>
          <w:tcPr>
            <w:tcW w:w="2088" w:type="dxa"/>
            <w:tcMar>
              <w:top w:w="80" w:type="dxa"/>
              <w:left w:w="90" w:type="dxa"/>
              <w:bottom w:w="80" w:type="dxa"/>
              <w:right w:w="90" w:type="dxa"/>
            </w:tcMar>
            <w:vAlign w:val="center"/>
          </w:tcPr>
          <w:p w14:paraId="5A35F34F" w14:textId="77777777" w:rsidR="0003755E" w:rsidRPr="007D6409" w:rsidRDefault="00000000">
            <w:pPr>
              <w:rPr>
                <w:rFonts w:cs="Arial"/>
                <w:sz w:val="24"/>
                <w:szCs w:val="24"/>
              </w:rPr>
            </w:pPr>
            <w:r w:rsidRPr="007D6409">
              <w:rPr>
                <w:rFonts w:cs="Arial"/>
                <w:sz w:val="24"/>
                <w:szCs w:val="24"/>
              </w:rPr>
              <w:t>Penyedia</w:t>
            </w:r>
          </w:p>
        </w:tc>
        <w:tc>
          <w:tcPr>
            <w:tcW w:w="360" w:type="dxa"/>
            <w:tcMar>
              <w:top w:w="80" w:type="dxa"/>
              <w:left w:w="90" w:type="dxa"/>
              <w:bottom w:w="80" w:type="dxa"/>
              <w:right w:w="90" w:type="dxa"/>
            </w:tcMar>
            <w:vAlign w:val="center"/>
          </w:tcPr>
          <w:p w14:paraId="62C41236"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6FB8CC4" w14:textId="77777777" w:rsidR="0003755E" w:rsidRPr="007D6409" w:rsidRDefault="00000000">
            <w:pPr>
              <w:rPr>
                <w:rFonts w:cs="Arial"/>
                <w:sz w:val="24"/>
                <w:szCs w:val="24"/>
              </w:rPr>
            </w:pPr>
            <w:r w:rsidRPr="007D6409">
              <w:rPr>
                <w:rFonts w:cs="Arial"/>
                <w:sz w:val="24"/>
                <w:szCs w:val="24"/>
              </w:rPr>
              <w:t>[PT CV Nama Penyedia]</w:t>
            </w:r>
          </w:p>
        </w:tc>
      </w:tr>
      <w:tr w:rsidR="0003755E" w:rsidRPr="007D6409" w14:paraId="45A66BA8" w14:textId="77777777">
        <w:tc>
          <w:tcPr>
            <w:tcW w:w="2088" w:type="dxa"/>
            <w:tcMar>
              <w:top w:w="80" w:type="dxa"/>
              <w:left w:w="90" w:type="dxa"/>
              <w:bottom w:w="80" w:type="dxa"/>
              <w:right w:w="90" w:type="dxa"/>
            </w:tcMar>
            <w:vAlign w:val="center"/>
          </w:tcPr>
          <w:p w14:paraId="7242697A" w14:textId="77777777" w:rsidR="0003755E" w:rsidRPr="007D6409" w:rsidRDefault="00000000">
            <w:pPr>
              <w:rPr>
                <w:rFonts w:cs="Arial"/>
                <w:sz w:val="24"/>
                <w:szCs w:val="24"/>
              </w:rPr>
            </w:pPr>
            <w:r w:rsidRPr="007D6409">
              <w:rPr>
                <w:rFonts w:cs="Arial"/>
                <w:sz w:val="24"/>
                <w:szCs w:val="24"/>
              </w:rPr>
              <w:t>Uang muka</w:t>
            </w:r>
          </w:p>
        </w:tc>
        <w:tc>
          <w:tcPr>
            <w:tcW w:w="360" w:type="dxa"/>
            <w:tcMar>
              <w:top w:w="80" w:type="dxa"/>
              <w:left w:w="90" w:type="dxa"/>
              <w:bottom w:w="80" w:type="dxa"/>
              <w:right w:w="90" w:type="dxa"/>
            </w:tcMar>
            <w:vAlign w:val="center"/>
          </w:tcPr>
          <w:p w14:paraId="78D56BB9"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E928288" w14:textId="77777777" w:rsidR="0003755E" w:rsidRPr="007D6409" w:rsidRDefault="00000000">
            <w:pPr>
              <w:rPr>
                <w:rFonts w:cs="Arial"/>
                <w:sz w:val="24"/>
                <w:szCs w:val="24"/>
              </w:rPr>
            </w:pPr>
            <w:r w:rsidRPr="007D6409">
              <w:rPr>
                <w:rFonts w:cs="Arial"/>
                <w:sz w:val="24"/>
                <w:szCs w:val="24"/>
              </w:rPr>
              <w:t>20 persen atau Rp200.000.000,00</w:t>
            </w:r>
          </w:p>
        </w:tc>
      </w:tr>
    </w:tbl>
    <w:p w14:paraId="1C7CD41D" w14:textId="77777777" w:rsidR="0003755E" w:rsidRPr="007D6409" w:rsidRDefault="0003755E">
      <w:pPr>
        <w:rPr>
          <w:rFonts w:cs="Arial"/>
          <w:sz w:val="24"/>
          <w:szCs w:val="24"/>
        </w:rPr>
      </w:pPr>
    </w:p>
    <w:p w14:paraId="7BE22C55" w14:textId="77777777" w:rsidR="0003755E" w:rsidRPr="007D6409" w:rsidRDefault="00000000">
      <w:pPr>
        <w:jc w:val="both"/>
        <w:rPr>
          <w:rFonts w:cs="Arial"/>
          <w:sz w:val="24"/>
          <w:szCs w:val="24"/>
        </w:rPr>
      </w:pPr>
      <w:r w:rsidRPr="007D6409">
        <w:rPr>
          <w:rFonts w:cs="Arial"/>
          <w:sz w:val="24"/>
          <w:szCs w:val="24"/>
        </w:rPr>
        <w:t>Penyedia telah memenuhi persyaratan pembayaran, termasuk menyerahkan Jaminan Uang Muka yang telah dikonfirmasi dan dinyatakan sah. Pengembalian dilakukan melalui pemotongan pembayaran prestasi dan dicatat dalam Kartu Kendali Pengembalian Uang Muka.</w:t>
      </w:r>
    </w:p>
    <w:tbl>
      <w:tblPr>
        <w:tblW w:w="0" w:type="auto"/>
        <w:jc w:val="center"/>
        <w:tblLook w:val="04A0" w:firstRow="1" w:lastRow="0" w:firstColumn="1" w:lastColumn="0" w:noHBand="0" w:noVBand="1"/>
      </w:tblPr>
      <w:tblGrid>
        <w:gridCol w:w="5054"/>
        <w:gridCol w:w="5054"/>
      </w:tblGrid>
      <w:tr w:rsidR="0003755E" w:rsidRPr="007D6409" w14:paraId="1341504F" w14:textId="77777777">
        <w:trPr>
          <w:jc w:val="center"/>
        </w:trPr>
        <w:tc>
          <w:tcPr>
            <w:tcW w:w="5054" w:type="dxa"/>
            <w:tcMar>
              <w:top w:w="80" w:type="dxa"/>
              <w:left w:w="90" w:type="dxa"/>
              <w:bottom w:w="80" w:type="dxa"/>
              <w:right w:w="90" w:type="dxa"/>
            </w:tcMar>
            <w:vAlign w:val="center"/>
          </w:tcPr>
          <w:p w14:paraId="2ECBA3E1" w14:textId="77777777" w:rsidR="0003755E" w:rsidRPr="007D6409" w:rsidRDefault="00000000">
            <w:pPr>
              <w:jc w:val="center"/>
              <w:rPr>
                <w:rFonts w:cs="Arial"/>
                <w:sz w:val="24"/>
                <w:szCs w:val="24"/>
              </w:rPr>
            </w:pPr>
            <w:r w:rsidRPr="007D6409">
              <w:rPr>
                <w:rFonts w:cs="Arial"/>
                <w:sz w:val="24"/>
                <w:szCs w:val="24"/>
              </w:rPr>
              <w:t>Direktur PT CV Nama Penyedia</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c>
          <w:tcPr>
            <w:tcW w:w="5054" w:type="dxa"/>
            <w:tcMar>
              <w:top w:w="80" w:type="dxa"/>
              <w:left w:w="90" w:type="dxa"/>
              <w:bottom w:w="80" w:type="dxa"/>
              <w:right w:w="90" w:type="dxa"/>
            </w:tcMar>
            <w:vAlign w:val="center"/>
          </w:tcPr>
          <w:p w14:paraId="555AB0E6"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4BB297A1" w14:textId="77777777" w:rsidR="0003755E" w:rsidRPr="007D6409" w:rsidRDefault="00000000">
      <w:pPr>
        <w:rPr>
          <w:rFonts w:cs="Arial"/>
          <w:sz w:val="24"/>
          <w:szCs w:val="24"/>
        </w:rPr>
      </w:pPr>
      <w:r w:rsidRPr="007D6409">
        <w:rPr>
          <w:rFonts w:cs="Arial"/>
          <w:sz w:val="24"/>
          <w:szCs w:val="24"/>
        </w:rPr>
        <w:br w:type="page"/>
      </w:r>
    </w:p>
    <w:p w14:paraId="1D6FC66B"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p w14:paraId="641BC2EC" w14:textId="77777777" w:rsidR="0003755E" w:rsidRPr="007D6409" w:rsidRDefault="00000000">
      <w:pPr>
        <w:jc w:val="center"/>
        <w:rPr>
          <w:rFonts w:cs="Arial"/>
          <w:sz w:val="24"/>
          <w:szCs w:val="24"/>
        </w:rPr>
      </w:pPr>
      <w:r w:rsidRPr="007D6409">
        <w:rPr>
          <w:rFonts w:cs="Arial"/>
          <w:b/>
          <w:sz w:val="24"/>
          <w:szCs w:val="24"/>
          <w:u w:val="single"/>
        </w:rPr>
        <w:t>KARTU KENDALI PENGEMBALIAN UANG MUKA</w:t>
      </w:r>
    </w:p>
    <w:p w14:paraId="1811BF96" w14:textId="77777777" w:rsidR="0003755E" w:rsidRPr="007D6409" w:rsidRDefault="00000000">
      <w:pPr>
        <w:jc w:val="center"/>
        <w:rPr>
          <w:rFonts w:cs="Arial"/>
          <w:sz w:val="24"/>
          <w:szCs w:val="24"/>
        </w:rPr>
      </w:pPr>
      <w:proofErr w:type="gramStart"/>
      <w:r w:rsidRPr="007D6409">
        <w:rPr>
          <w:rFonts w:cs="Arial"/>
          <w:sz w:val="24"/>
          <w:szCs w:val="24"/>
        </w:rPr>
        <w:t>Nomor  [</w:t>
      </w:r>
      <w:proofErr w:type="gramEnd"/>
      <w:r w:rsidRPr="007D6409">
        <w:rPr>
          <w:rFonts w:cs="Arial"/>
          <w:sz w:val="24"/>
          <w:szCs w:val="24"/>
        </w:rPr>
        <w:t>nomor dokumen]</w:t>
      </w:r>
    </w:p>
    <w:tbl>
      <w:tblPr>
        <w:tblW w:w="0" w:type="auto"/>
        <w:tblLook w:val="04A0" w:firstRow="1" w:lastRow="0" w:firstColumn="1" w:lastColumn="0" w:noHBand="0" w:noVBand="1"/>
      </w:tblPr>
      <w:tblGrid>
        <w:gridCol w:w="2088"/>
        <w:gridCol w:w="360"/>
        <w:gridCol w:w="7632"/>
      </w:tblGrid>
      <w:tr w:rsidR="0003755E" w:rsidRPr="007D6409" w14:paraId="0095BEB7" w14:textId="77777777">
        <w:tc>
          <w:tcPr>
            <w:tcW w:w="2088" w:type="dxa"/>
            <w:tcMar>
              <w:top w:w="80" w:type="dxa"/>
              <w:left w:w="90" w:type="dxa"/>
              <w:bottom w:w="80" w:type="dxa"/>
              <w:right w:w="90" w:type="dxa"/>
            </w:tcMar>
            <w:vAlign w:val="center"/>
          </w:tcPr>
          <w:p w14:paraId="7BEFADE3" w14:textId="77777777" w:rsidR="0003755E" w:rsidRPr="007D6409" w:rsidRDefault="00000000">
            <w:pPr>
              <w:rPr>
                <w:rFonts w:cs="Arial"/>
                <w:sz w:val="24"/>
                <w:szCs w:val="24"/>
              </w:rPr>
            </w:pPr>
            <w:r w:rsidRPr="007D6409">
              <w:rPr>
                <w:rFonts w:cs="Arial"/>
                <w:sz w:val="24"/>
                <w:szCs w:val="24"/>
              </w:rPr>
              <w:t>Nama paket</w:t>
            </w:r>
          </w:p>
        </w:tc>
        <w:tc>
          <w:tcPr>
            <w:tcW w:w="360" w:type="dxa"/>
            <w:tcMar>
              <w:top w:w="80" w:type="dxa"/>
              <w:left w:w="90" w:type="dxa"/>
              <w:bottom w:w="80" w:type="dxa"/>
              <w:right w:w="90" w:type="dxa"/>
            </w:tcMar>
            <w:vAlign w:val="center"/>
          </w:tcPr>
          <w:p w14:paraId="34EED9D9"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4A282163" w14:textId="77777777" w:rsidR="0003755E" w:rsidRPr="007D6409" w:rsidRDefault="00000000">
            <w:pPr>
              <w:rPr>
                <w:rFonts w:cs="Arial"/>
                <w:sz w:val="24"/>
                <w:szCs w:val="24"/>
              </w:rPr>
            </w:pPr>
            <w:r w:rsidRPr="007D6409">
              <w:rPr>
                <w:rFonts w:cs="Arial"/>
                <w:sz w:val="24"/>
                <w:szCs w:val="24"/>
              </w:rPr>
              <w:t>[nama paket]</w:t>
            </w:r>
          </w:p>
        </w:tc>
      </w:tr>
      <w:tr w:rsidR="0003755E" w:rsidRPr="007D6409" w14:paraId="55AF9237" w14:textId="77777777">
        <w:tc>
          <w:tcPr>
            <w:tcW w:w="2088" w:type="dxa"/>
            <w:tcMar>
              <w:top w:w="80" w:type="dxa"/>
              <w:left w:w="90" w:type="dxa"/>
              <w:bottom w:w="80" w:type="dxa"/>
              <w:right w:w="90" w:type="dxa"/>
            </w:tcMar>
            <w:vAlign w:val="center"/>
          </w:tcPr>
          <w:p w14:paraId="0BC22D9A" w14:textId="77777777" w:rsidR="0003755E" w:rsidRPr="007D6409" w:rsidRDefault="00000000">
            <w:pPr>
              <w:rPr>
                <w:rFonts w:cs="Arial"/>
                <w:sz w:val="24"/>
                <w:szCs w:val="24"/>
              </w:rPr>
            </w:pPr>
            <w:r w:rsidRPr="007D6409">
              <w:rPr>
                <w:rFonts w:cs="Arial"/>
                <w:sz w:val="24"/>
                <w:szCs w:val="24"/>
              </w:rPr>
              <w:t>Penyedia</w:t>
            </w:r>
          </w:p>
        </w:tc>
        <w:tc>
          <w:tcPr>
            <w:tcW w:w="360" w:type="dxa"/>
            <w:tcMar>
              <w:top w:w="80" w:type="dxa"/>
              <w:left w:w="90" w:type="dxa"/>
              <w:bottom w:w="80" w:type="dxa"/>
              <w:right w:w="90" w:type="dxa"/>
            </w:tcMar>
            <w:vAlign w:val="center"/>
          </w:tcPr>
          <w:p w14:paraId="335C2C7D"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72237795" w14:textId="77777777" w:rsidR="0003755E" w:rsidRPr="007D6409" w:rsidRDefault="00000000">
            <w:pPr>
              <w:rPr>
                <w:rFonts w:cs="Arial"/>
                <w:sz w:val="24"/>
                <w:szCs w:val="24"/>
              </w:rPr>
            </w:pPr>
            <w:r w:rsidRPr="007D6409">
              <w:rPr>
                <w:rFonts w:cs="Arial"/>
                <w:sz w:val="24"/>
                <w:szCs w:val="24"/>
              </w:rPr>
              <w:t>[PT CV Nama Penyedia]</w:t>
            </w:r>
          </w:p>
        </w:tc>
      </w:tr>
      <w:tr w:rsidR="0003755E" w:rsidRPr="007D6409" w14:paraId="054A11E7" w14:textId="77777777">
        <w:tc>
          <w:tcPr>
            <w:tcW w:w="2088" w:type="dxa"/>
            <w:tcMar>
              <w:top w:w="80" w:type="dxa"/>
              <w:left w:w="90" w:type="dxa"/>
              <w:bottom w:w="80" w:type="dxa"/>
              <w:right w:w="90" w:type="dxa"/>
            </w:tcMar>
            <w:vAlign w:val="center"/>
          </w:tcPr>
          <w:p w14:paraId="4B892C9C" w14:textId="77777777" w:rsidR="0003755E" w:rsidRPr="007D6409" w:rsidRDefault="00000000">
            <w:pPr>
              <w:rPr>
                <w:rFonts w:cs="Arial"/>
                <w:sz w:val="24"/>
                <w:szCs w:val="24"/>
              </w:rPr>
            </w:pPr>
            <w:r w:rsidRPr="007D6409">
              <w:rPr>
                <w:rFonts w:cs="Arial"/>
                <w:sz w:val="24"/>
                <w:szCs w:val="24"/>
              </w:rPr>
              <w:t>Nilai kontrak</w:t>
            </w:r>
          </w:p>
        </w:tc>
        <w:tc>
          <w:tcPr>
            <w:tcW w:w="360" w:type="dxa"/>
            <w:tcMar>
              <w:top w:w="80" w:type="dxa"/>
              <w:left w:w="90" w:type="dxa"/>
              <w:bottom w:w="80" w:type="dxa"/>
              <w:right w:w="90" w:type="dxa"/>
            </w:tcMar>
            <w:vAlign w:val="center"/>
          </w:tcPr>
          <w:p w14:paraId="68813456"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FC1B503" w14:textId="77777777" w:rsidR="0003755E" w:rsidRPr="007D6409" w:rsidRDefault="00000000">
            <w:pPr>
              <w:rPr>
                <w:rFonts w:cs="Arial"/>
                <w:sz w:val="24"/>
                <w:szCs w:val="24"/>
              </w:rPr>
            </w:pPr>
            <w:r w:rsidRPr="007D6409">
              <w:rPr>
                <w:rFonts w:cs="Arial"/>
                <w:sz w:val="24"/>
                <w:szCs w:val="24"/>
              </w:rPr>
              <w:t>Rp1.000.000.000,00</w:t>
            </w:r>
          </w:p>
        </w:tc>
      </w:tr>
      <w:tr w:rsidR="0003755E" w:rsidRPr="007D6409" w14:paraId="21710690" w14:textId="77777777">
        <w:tc>
          <w:tcPr>
            <w:tcW w:w="2088" w:type="dxa"/>
            <w:tcMar>
              <w:top w:w="80" w:type="dxa"/>
              <w:left w:w="90" w:type="dxa"/>
              <w:bottom w:w="80" w:type="dxa"/>
              <w:right w:w="90" w:type="dxa"/>
            </w:tcMar>
            <w:vAlign w:val="center"/>
          </w:tcPr>
          <w:p w14:paraId="059D8E48" w14:textId="77777777" w:rsidR="0003755E" w:rsidRPr="007D6409" w:rsidRDefault="00000000">
            <w:pPr>
              <w:rPr>
                <w:rFonts w:cs="Arial"/>
                <w:sz w:val="24"/>
                <w:szCs w:val="24"/>
              </w:rPr>
            </w:pPr>
            <w:r w:rsidRPr="007D6409">
              <w:rPr>
                <w:rFonts w:cs="Arial"/>
                <w:sz w:val="24"/>
                <w:szCs w:val="24"/>
              </w:rPr>
              <w:t>Uang muka</w:t>
            </w:r>
          </w:p>
        </w:tc>
        <w:tc>
          <w:tcPr>
            <w:tcW w:w="360" w:type="dxa"/>
            <w:tcMar>
              <w:top w:w="80" w:type="dxa"/>
              <w:left w:w="90" w:type="dxa"/>
              <w:bottom w:w="80" w:type="dxa"/>
              <w:right w:w="90" w:type="dxa"/>
            </w:tcMar>
            <w:vAlign w:val="center"/>
          </w:tcPr>
          <w:p w14:paraId="08681EF3"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D780BFF" w14:textId="77777777" w:rsidR="0003755E" w:rsidRPr="007D6409" w:rsidRDefault="00000000">
            <w:pPr>
              <w:rPr>
                <w:rFonts w:cs="Arial"/>
                <w:sz w:val="24"/>
                <w:szCs w:val="24"/>
              </w:rPr>
            </w:pPr>
            <w:r w:rsidRPr="007D6409">
              <w:rPr>
                <w:rFonts w:cs="Arial"/>
                <w:sz w:val="24"/>
                <w:szCs w:val="24"/>
              </w:rPr>
              <w:t>Rp200.000.000,00</w:t>
            </w:r>
          </w:p>
        </w:tc>
      </w:tr>
    </w:tbl>
    <w:p w14:paraId="08157C63" w14:textId="77777777" w:rsidR="0003755E" w:rsidRPr="007D6409" w:rsidRDefault="0003755E">
      <w:pPr>
        <w:rPr>
          <w:rFonts w:cs="Arial"/>
          <w:sz w:val="24"/>
          <w:szCs w:val="24"/>
        </w:rPr>
      </w:pPr>
    </w:p>
    <w:tbl>
      <w:tblPr>
        <w:tblStyle w:val="TableGrid"/>
        <w:tblW w:w="0" w:type="auto"/>
        <w:jc w:val="center"/>
        <w:tblLook w:val="04A0" w:firstRow="1" w:lastRow="0" w:firstColumn="1" w:lastColumn="0" w:noHBand="0" w:noVBand="1"/>
      </w:tblPr>
      <w:tblGrid>
        <w:gridCol w:w="981"/>
        <w:gridCol w:w="1822"/>
        <w:gridCol w:w="1800"/>
        <w:gridCol w:w="1822"/>
        <w:gridCol w:w="2016"/>
        <w:gridCol w:w="1822"/>
      </w:tblGrid>
      <w:tr w:rsidR="0003755E" w:rsidRPr="007D6409" w14:paraId="1DB6081A" w14:textId="77777777">
        <w:trPr>
          <w:tblHeader/>
          <w:jc w:val="center"/>
        </w:trPr>
        <w:tc>
          <w:tcPr>
            <w:tcW w:w="792" w:type="dxa"/>
            <w:shd w:val="clear" w:color="auto" w:fill="9A4D00"/>
            <w:tcMar>
              <w:top w:w="80" w:type="dxa"/>
              <w:left w:w="90" w:type="dxa"/>
              <w:bottom w:w="80" w:type="dxa"/>
              <w:right w:w="90" w:type="dxa"/>
            </w:tcMar>
            <w:vAlign w:val="center"/>
          </w:tcPr>
          <w:p w14:paraId="3B518CAD" w14:textId="77777777" w:rsidR="0003755E" w:rsidRPr="007D6409" w:rsidRDefault="00000000">
            <w:pPr>
              <w:jc w:val="center"/>
              <w:rPr>
                <w:rFonts w:cs="Arial"/>
                <w:sz w:val="24"/>
                <w:szCs w:val="24"/>
              </w:rPr>
            </w:pPr>
            <w:r w:rsidRPr="007D6409">
              <w:rPr>
                <w:rFonts w:cs="Arial"/>
                <w:b/>
                <w:color w:val="FFFFFF"/>
                <w:sz w:val="24"/>
                <w:szCs w:val="24"/>
              </w:rPr>
              <w:t>Termin</w:t>
            </w:r>
          </w:p>
        </w:tc>
        <w:tc>
          <w:tcPr>
            <w:tcW w:w="1800" w:type="dxa"/>
            <w:shd w:val="clear" w:color="auto" w:fill="9A4D00"/>
            <w:tcMar>
              <w:top w:w="80" w:type="dxa"/>
              <w:left w:w="90" w:type="dxa"/>
              <w:bottom w:w="80" w:type="dxa"/>
              <w:right w:w="90" w:type="dxa"/>
            </w:tcMar>
            <w:vAlign w:val="center"/>
          </w:tcPr>
          <w:p w14:paraId="428E90DB" w14:textId="77777777" w:rsidR="0003755E" w:rsidRPr="007D6409" w:rsidRDefault="00000000">
            <w:pPr>
              <w:jc w:val="center"/>
              <w:rPr>
                <w:rFonts w:cs="Arial"/>
                <w:sz w:val="24"/>
                <w:szCs w:val="24"/>
              </w:rPr>
            </w:pPr>
            <w:r w:rsidRPr="007D6409">
              <w:rPr>
                <w:rFonts w:cs="Arial"/>
                <w:b/>
                <w:color w:val="FFFFFF"/>
                <w:sz w:val="24"/>
                <w:szCs w:val="24"/>
              </w:rPr>
              <w:t>Prestasi</w:t>
            </w:r>
          </w:p>
        </w:tc>
        <w:tc>
          <w:tcPr>
            <w:tcW w:w="1800" w:type="dxa"/>
            <w:shd w:val="clear" w:color="auto" w:fill="9A4D00"/>
            <w:tcMar>
              <w:top w:w="80" w:type="dxa"/>
              <w:left w:w="90" w:type="dxa"/>
              <w:bottom w:w="80" w:type="dxa"/>
              <w:right w:w="90" w:type="dxa"/>
            </w:tcMar>
            <w:vAlign w:val="center"/>
          </w:tcPr>
          <w:p w14:paraId="7257EA63" w14:textId="77777777" w:rsidR="0003755E" w:rsidRPr="007D6409" w:rsidRDefault="00000000">
            <w:pPr>
              <w:jc w:val="center"/>
              <w:rPr>
                <w:rFonts w:cs="Arial"/>
                <w:sz w:val="24"/>
                <w:szCs w:val="24"/>
              </w:rPr>
            </w:pPr>
            <w:r w:rsidRPr="007D6409">
              <w:rPr>
                <w:rFonts w:cs="Arial"/>
                <w:b/>
                <w:color w:val="FFFFFF"/>
                <w:sz w:val="24"/>
                <w:szCs w:val="24"/>
              </w:rPr>
              <w:t>Potongan</w:t>
            </w:r>
          </w:p>
        </w:tc>
        <w:tc>
          <w:tcPr>
            <w:tcW w:w="1800" w:type="dxa"/>
            <w:shd w:val="clear" w:color="auto" w:fill="9A4D00"/>
            <w:tcMar>
              <w:top w:w="80" w:type="dxa"/>
              <w:left w:w="90" w:type="dxa"/>
              <w:bottom w:w="80" w:type="dxa"/>
              <w:right w:w="90" w:type="dxa"/>
            </w:tcMar>
            <w:vAlign w:val="center"/>
          </w:tcPr>
          <w:p w14:paraId="31C7C716" w14:textId="77777777" w:rsidR="0003755E" w:rsidRPr="007D6409" w:rsidRDefault="00000000">
            <w:pPr>
              <w:jc w:val="center"/>
              <w:rPr>
                <w:rFonts w:cs="Arial"/>
                <w:sz w:val="24"/>
                <w:szCs w:val="24"/>
              </w:rPr>
            </w:pPr>
            <w:r w:rsidRPr="007D6409">
              <w:rPr>
                <w:rFonts w:cs="Arial"/>
                <w:b/>
                <w:color w:val="FFFFFF"/>
                <w:sz w:val="24"/>
                <w:szCs w:val="24"/>
              </w:rPr>
              <w:t>Kumulatif</w:t>
            </w:r>
          </w:p>
        </w:tc>
        <w:tc>
          <w:tcPr>
            <w:tcW w:w="2016" w:type="dxa"/>
            <w:shd w:val="clear" w:color="auto" w:fill="9A4D00"/>
            <w:tcMar>
              <w:top w:w="80" w:type="dxa"/>
              <w:left w:w="90" w:type="dxa"/>
              <w:bottom w:w="80" w:type="dxa"/>
              <w:right w:w="90" w:type="dxa"/>
            </w:tcMar>
            <w:vAlign w:val="center"/>
          </w:tcPr>
          <w:p w14:paraId="582D58DA" w14:textId="77777777" w:rsidR="0003755E" w:rsidRPr="007D6409" w:rsidRDefault="00000000">
            <w:pPr>
              <w:jc w:val="center"/>
              <w:rPr>
                <w:rFonts w:cs="Arial"/>
                <w:sz w:val="24"/>
                <w:szCs w:val="24"/>
              </w:rPr>
            </w:pPr>
            <w:r w:rsidRPr="007D6409">
              <w:rPr>
                <w:rFonts w:cs="Arial"/>
                <w:b/>
                <w:color w:val="FFFFFF"/>
                <w:sz w:val="24"/>
                <w:szCs w:val="24"/>
              </w:rPr>
              <w:t>Sisa Uang Muka</w:t>
            </w:r>
          </w:p>
        </w:tc>
        <w:tc>
          <w:tcPr>
            <w:tcW w:w="1800" w:type="dxa"/>
            <w:shd w:val="clear" w:color="auto" w:fill="9A4D00"/>
            <w:tcMar>
              <w:top w:w="80" w:type="dxa"/>
              <w:left w:w="90" w:type="dxa"/>
              <w:bottom w:w="80" w:type="dxa"/>
              <w:right w:w="90" w:type="dxa"/>
            </w:tcMar>
            <w:vAlign w:val="center"/>
          </w:tcPr>
          <w:p w14:paraId="5EB6966F" w14:textId="77777777" w:rsidR="0003755E" w:rsidRPr="007D6409" w:rsidRDefault="00000000">
            <w:pPr>
              <w:jc w:val="center"/>
              <w:rPr>
                <w:rFonts w:cs="Arial"/>
                <w:sz w:val="24"/>
                <w:szCs w:val="24"/>
              </w:rPr>
            </w:pPr>
            <w:r w:rsidRPr="007D6409">
              <w:rPr>
                <w:rFonts w:cs="Arial"/>
                <w:b/>
                <w:color w:val="FFFFFF"/>
                <w:sz w:val="24"/>
                <w:szCs w:val="24"/>
              </w:rPr>
              <w:t>Nilai Jaminan</w:t>
            </w:r>
          </w:p>
        </w:tc>
      </w:tr>
      <w:tr w:rsidR="0003755E" w:rsidRPr="007D6409" w14:paraId="511523EB" w14:textId="77777777">
        <w:trPr>
          <w:jc w:val="center"/>
        </w:trPr>
        <w:tc>
          <w:tcPr>
            <w:tcW w:w="792" w:type="dxa"/>
            <w:tcMar>
              <w:top w:w="80" w:type="dxa"/>
              <w:left w:w="90" w:type="dxa"/>
              <w:bottom w:w="80" w:type="dxa"/>
              <w:right w:w="90" w:type="dxa"/>
            </w:tcMar>
            <w:vAlign w:val="center"/>
          </w:tcPr>
          <w:p w14:paraId="6B6196DF" w14:textId="77777777" w:rsidR="0003755E" w:rsidRPr="007D6409" w:rsidRDefault="00000000">
            <w:pPr>
              <w:jc w:val="center"/>
              <w:rPr>
                <w:rFonts w:cs="Arial"/>
                <w:sz w:val="24"/>
                <w:szCs w:val="24"/>
              </w:rPr>
            </w:pPr>
            <w:r w:rsidRPr="007D6409">
              <w:rPr>
                <w:rFonts w:cs="Arial"/>
                <w:sz w:val="24"/>
                <w:szCs w:val="24"/>
              </w:rPr>
              <w:t>Awal</w:t>
            </w:r>
          </w:p>
        </w:tc>
        <w:tc>
          <w:tcPr>
            <w:tcW w:w="1800" w:type="dxa"/>
            <w:tcMar>
              <w:top w:w="80" w:type="dxa"/>
              <w:left w:w="90" w:type="dxa"/>
              <w:bottom w:w="80" w:type="dxa"/>
              <w:right w:w="90" w:type="dxa"/>
            </w:tcMar>
            <w:vAlign w:val="center"/>
          </w:tcPr>
          <w:p w14:paraId="19E5E984" w14:textId="77777777" w:rsidR="0003755E" w:rsidRPr="007D6409" w:rsidRDefault="00000000">
            <w:pPr>
              <w:rPr>
                <w:rFonts w:cs="Arial"/>
                <w:sz w:val="24"/>
                <w:szCs w:val="24"/>
              </w:rPr>
            </w:pPr>
            <w:r w:rsidRPr="007D6409">
              <w:rPr>
                <w:rFonts w:cs="Arial"/>
                <w:sz w:val="24"/>
                <w:szCs w:val="24"/>
              </w:rPr>
              <w:t>-</w:t>
            </w:r>
          </w:p>
        </w:tc>
        <w:tc>
          <w:tcPr>
            <w:tcW w:w="1800" w:type="dxa"/>
            <w:tcMar>
              <w:top w:w="80" w:type="dxa"/>
              <w:left w:w="90" w:type="dxa"/>
              <w:bottom w:w="80" w:type="dxa"/>
              <w:right w:w="90" w:type="dxa"/>
            </w:tcMar>
            <w:vAlign w:val="center"/>
          </w:tcPr>
          <w:p w14:paraId="243C3436" w14:textId="77777777" w:rsidR="0003755E" w:rsidRPr="007D6409" w:rsidRDefault="00000000">
            <w:pPr>
              <w:rPr>
                <w:rFonts w:cs="Arial"/>
                <w:sz w:val="24"/>
                <w:szCs w:val="24"/>
              </w:rPr>
            </w:pPr>
            <w:r w:rsidRPr="007D6409">
              <w:rPr>
                <w:rFonts w:cs="Arial"/>
                <w:sz w:val="24"/>
                <w:szCs w:val="24"/>
              </w:rPr>
              <w:t>-</w:t>
            </w:r>
          </w:p>
        </w:tc>
        <w:tc>
          <w:tcPr>
            <w:tcW w:w="1800" w:type="dxa"/>
            <w:tcMar>
              <w:top w:w="80" w:type="dxa"/>
              <w:left w:w="90" w:type="dxa"/>
              <w:bottom w:w="80" w:type="dxa"/>
              <w:right w:w="90" w:type="dxa"/>
            </w:tcMar>
            <w:vAlign w:val="center"/>
          </w:tcPr>
          <w:p w14:paraId="34ABCB7E" w14:textId="77777777" w:rsidR="0003755E" w:rsidRPr="007D6409" w:rsidRDefault="00000000">
            <w:pPr>
              <w:rPr>
                <w:rFonts w:cs="Arial"/>
                <w:sz w:val="24"/>
                <w:szCs w:val="24"/>
              </w:rPr>
            </w:pPr>
            <w:r w:rsidRPr="007D6409">
              <w:rPr>
                <w:rFonts w:cs="Arial"/>
                <w:sz w:val="24"/>
                <w:szCs w:val="24"/>
              </w:rPr>
              <w:t>Rp0</w:t>
            </w:r>
          </w:p>
        </w:tc>
        <w:tc>
          <w:tcPr>
            <w:tcW w:w="2016" w:type="dxa"/>
            <w:tcMar>
              <w:top w:w="80" w:type="dxa"/>
              <w:left w:w="90" w:type="dxa"/>
              <w:bottom w:w="80" w:type="dxa"/>
              <w:right w:w="90" w:type="dxa"/>
            </w:tcMar>
            <w:vAlign w:val="center"/>
          </w:tcPr>
          <w:p w14:paraId="3DAA6C60" w14:textId="77777777" w:rsidR="0003755E" w:rsidRPr="007D6409" w:rsidRDefault="00000000">
            <w:pPr>
              <w:rPr>
                <w:rFonts w:cs="Arial"/>
                <w:sz w:val="24"/>
                <w:szCs w:val="24"/>
              </w:rPr>
            </w:pPr>
            <w:r w:rsidRPr="007D6409">
              <w:rPr>
                <w:rFonts w:cs="Arial"/>
                <w:sz w:val="24"/>
                <w:szCs w:val="24"/>
              </w:rPr>
              <w:t>Rp200.000.000</w:t>
            </w:r>
          </w:p>
        </w:tc>
        <w:tc>
          <w:tcPr>
            <w:tcW w:w="1800" w:type="dxa"/>
            <w:tcMar>
              <w:top w:w="80" w:type="dxa"/>
              <w:left w:w="90" w:type="dxa"/>
              <w:bottom w:w="80" w:type="dxa"/>
              <w:right w:w="90" w:type="dxa"/>
            </w:tcMar>
            <w:vAlign w:val="center"/>
          </w:tcPr>
          <w:p w14:paraId="4E0C8347" w14:textId="77777777" w:rsidR="0003755E" w:rsidRPr="007D6409" w:rsidRDefault="00000000">
            <w:pPr>
              <w:rPr>
                <w:rFonts w:cs="Arial"/>
                <w:sz w:val="24"/>
                <w:szCs w:val="24"/>
              </w:rPr>
            </w:pPr>
            <w:r w:rsidRPr="007D6409">
              <w:rPr>
                <w:rFonts w:cs="Arial"/>
                <w:sz w:val="24"/>
                <w:szCs w:val="24"/>
              </w:rPr>
              <w:t>Rp200.000.000</w:t>
            </w:r>
          </w:p>
        </w:tc>
      </w:tr>
      <w:tr w:rsidR="0003755E" w:rsidRPr="007D6409" w14:paraId="1586A903" w14:textId="77777777">
        <w:trPr>
          <w:jc w:val="center"/>
        </w:trPr>
        <w:tc>
          <w:tcPr>
            <w:tcW w:w="792" w:type="dxa"/>
            <w:shd w:val="clear" w:color="auto" w:fill="FFF7EF"/>
            <w:tcMar>
              <w:top w:w="80" w:type="dxa"/>
              <w:left w:w="90" w:type="dxa"/>
              <w:bottom w:w="80" w:type="dxa"/>
              <w:right w:w="90" w:type="dxa"/>
            </w:tcMar>
            <w:vAlign w:val="center"/>
          </w:tcPr>
          <w:p w14:paraId="330FC224" w14:textId="77777777" w:rsidR="0003755E" w:rsidRPr="007D6409" w:rsidRDefault="00000000">
            <w:pPr>
              <w:jc w:val="center"/>
              <w:rPr>
                <w:rFonts w:cs="Arial"/>
                <w:sz w:val="24"/>
                <w:szCs w:val="24"/>
              </w:rPr>
            </w:pPr>
            <w:r w:rsidRPr="007D6409">
              <w:rPr>
                <w:rFonts w:cs="Arial"/>
                <w:sz w:val="24"/>
                <w:szCs w:val="24"/>
              </w:rPr>
              <w:t>I</w:t>
            </w:r>
          </w:p>
        </w:tc>
        <w:tc>
          <w:tcPr>
            <w:tcW w:w="1800" w:type="dxa"/>
            <w:shd w:val="clear" w:color="auto" w:fill="FFF7EF"/>
            <w:tcMar>
              <w:top w:w="80" w:type="dxa"/>
              <w:left w:w="90" w:type="dxa"/>
              <w:bottom w:w="80" w:type="dxa"/>
              <w:right w:w="90" w:type="dxa"/>
            </w:tcMar>
            <w:vAlign w:val="center"/>
          </w:tcPr>
          <w:p w14:paraId="7E97BBC3" w14:textId="77777777" w:rsidR="0003755E" w:rsidRPr="007D6409" w:rsidRDefault="00000000">
            <w:pPr>
              <w:rPr>
                <w:rFonts w:cs="Arial"/>
                <w:sz w:val="24"/>
                <w:szCs w:val="24"/>
              </w:rPr>
            </w:pPr>
            <w:r w:rsidRPr="007D6409">
              <w:rPr>
                <w:rFonts w:cs="Arial"/>
                <w:sz w:val="24"/>
                <w:szCs w:val="24"/>
              </w:rPr>
              <w:t>Rp200.000.000</w:t>
            </w:r>
          </w:p>
        </w:tc>
        <w:tc>
          <w:tcPr>
            <w:tcW w:w="1800" w:type="dxa"/>
            <w:shd w:val="clear" w:color="auto" w:fill="FFF7EF"/>
            <w:tcMar>
              <w:top w:w="80" w:type="dxa"/>
              <w:left w:w="90" w:type="dxa"/>
              <w:bottom w:w="80" w:type="dxa"/>
              <w:right w:w="90" w:type="dxa"/>
            </w:tcMar>
            <w:vAlign w:val="center"/>
          </w:tcPr>
          <w:p w14:paraId="1E0B1C22" w14:textId="77777777" w:rsidR="0003755E" w:rsidRPr="007D6409" w:rsidRDefault="00000000">
            <w:pPr>
              <w:rPr>
                <w:rFonts w:cs="Arial"/>
                <w:sz w:val="24"/>
                <w:szCs w:val="24"/>
              </w:rPr>
            </w:pPr>
            <w:r w:rsidRPr="007D6409">
              <w:rPr>
                <w:rFonts w:cs="Arial"/>
                <w:sz w:val="24"/>
                <w:szCs w:val="24"/>
              </w:rPr>
              <w:t>Rp40.000.000</w:t>
            </w:r>
          </w:p>
        </w:tc>
        <w:tc>
          <w:tcPr>
            <w:tcW w:w="1800" w:type="dxa"/>
            <w:shd w:val="clear" w:color="auto" w:fill="FFF7EF"/>
            <w:tcMar>
              <w:top w:w="80" w:type="dxa"/>
              <w:left w:w="90" w:type="dxa"/>
              <w:bottom w:w="80" w:type="dxa"/>
              <w:right w:w="90" w:type="dxa"/>
            </w:tcMar>
            <w:vAlign w:val="center"/>
          </w:tcPr>
          <w:p w14:paraId="2B42F43B" w14:textId="77777777" w:rsidR="0003755E" w:rsidRPr="007D6409" w:rsidRDefault="00000000">
            <w:pPr>
              <w:rPr>
                <w:rFonts w:cs="Arial"/>
                <w:sz w:val="24"/>
                <w:szCs w:val="24"/>
              </w:rPr>
            </w:pPr>
            <w:r w:rsidRPr="007D6409">
              <w:rPr>
                <w:rFonts w:cs="Arial"/>
                <w:sz w:val="24"/>
                <w:szCs w:val="24"/>
              </w:rPr>
              <w:t>Rp40.000.000</w:t>
            </w:r>
          </w:p>
        </w:tc>
        <w:tc>
          <w:tcPr>
            <w:tcW w:w="2016" w:type="dxa"/>
            <w:shd w:val="clear" w:color="auto" w:fill="FFF7EF"/>
            <w:tcMar>
              <w:top w:w="80" w:type="dxa"/>
              <w:left w:w="90" w:type="dxa"/>
              <w:bottom w:w="80" w:type="dxa"/>
              <w:right w:w="90" w:type="dxa"/>
            </w:tcMar>
            <w:vAlign w:val="center"/>
          </w:tcPr>
          <w:p w14:paraId="42A057E5" w14:textId="77777777" w:rsidR="0003755E" w:rsidRPr="007D6409" w:rsidRDefault="00000000">
            <w:pPr>
              <w:rPr>
                <w:rFonts w:cs="Arial"/>
                <w:sz w:val="24"/>
                <w:szCs w:val="24"/>
              </w:rPr>
            </w:pPr>
            <w:r w:rsidRPr="007D6409">
              <w:rPr>
                <w:rFonts w:cs="Arial"/>
                <w:sz w:val="24"/>
                <w:szCs w:val="24"/>
              </w:rPr>
              <w:t>Rp160.000.000</w:t>
            </w:r>
          </w:p>
        </w:tc>
        <w:tc>
          <w:tcPr>
            <w:tcW w:w="1800" w:type="dxa"/>
            <w:shd w:val="clear" w:color="auto" w:fill="FFF7EF"/>
            <w:tcMar>
              <w:top w:w="80" w:type="dxa"/>
              <w:left w:w="90" w:type="dxa"/>
              <w:bottom w:w="80" w:type="dxa"/>
              <w:right w:w="90" w:type="dxa"/>
            </w:tcMar>
            <w:vAlign w:val="center"/>
          </w:tcPr>
          <w:p w14:paraId="1C58CB94" w14:textId="77777777" w:rsidR="0003755E" w:rsidRPr="007D6409" w:rsidRDefault="00000000">
            <w:pPr>
              <w:rPr>
                <w:rFonts w:cs="Arial"/>
                <w:sz w:val="24"/>
                <w:szCs w:val="24"/>
              </w:rPr>
            </w:pPr>
            <w:r w:rsidRPr="007D6409">
              <w:rPr>
                <w:rFonts w:cs="Arial"/>
                <w:sz w:val="24"/>
                <w:szCs w:val="24"/>
              </w:rPr>
              <w:t>Rp160.000.000</w:t>
            </w:r>
          </w:p>
        </w:tc>
      </w:tr>
      <w:tr w:rsidR="0003755E" w:rsidRPr="007D6409" w14:paraId="04987C80" w14:textId="77777777">
        <w:trPr>
          <w:jc w:val="center"/>
        </w:trPr>
        <w:tc>
          <w:tcPr>
            <w:tcW w:w="792" w:type="dxa"/>
            <w:tcMar>
              <w:top w:w="80" w:type="dxa"/>
              <w:left w:w="90" w:type="dxa"/>
              <w:bottom w:w="80" w:type="dxa"/>
              <w:right w:w="90" w:type="dxa"/>
            </w:tcMar>
            <w:vAlign w:val="center"/>
          </w:tcPr>
          <w:p w14:paraId="6A0E8D10" w14:textId="77777777" w:rsidR="0003755E" w:rsidRPr="007D6409" w:rsidRDefault="00000000">
            <w:pPr>
              <w:jc w:val="center"/>
              <w:rPr>
                <w:rFonts w:cs="Arial"/>
                <w:sz w:val="24"/>
                <w:szCs w:val="24"/>
              </w:rPr>
            </w:pPr>
            <w:r w:rsidRPr="007D6409">
              <w:rPr>
                <w:rFonts w:cs="Arial"/>
                <w:sz w:val="24"/>
                <w:szCs w:val="24"/>
              </w:rPr>
              <w:t>II</w:t>
            </w:r>
          </w:p>
        </w:tc>
        <w:tc>
          <w:tcPr>
            <w:tcW w:w="1800" w:type="dxa"/>
            <w:tcMar>
              <w:top w:w="80" w:type="dxa"/>
              <w:left w:w="90" w:type="dxa"/>
              <w:bottom w:w="80" w:type="dxa"/>
              <w:right w:w="90" w:type="dxa"/>
            </w:tcMar>
            <w:vAlign w:val="center"/>
          </w:tcPr>
          <w:p w14:paraId="4B4688C3" w14:textId="77777777" w:rsidR="0003755E" w:rsidRPr="007D6409" w:rsidRDefault="00000000">
            <w:pPr>
              <w:rPr>
                <w:rFonts w:cs="Arial"/>
                <w:sz w:val="24"/>
                <w:szCs w:val="24"/>
              </w:rPr>
            </w:pPr>
            <w:r w:rsidRPr="007D6409">
              <w:rPr>
                <w:rFonts w:cs="Arial"/>
                <w:sz w:val="24"/>
                <w:szCs w:val="24"/>
              </w:rPr>
              <w:t>Rp350.000.000</w:t>
            </w:r>
          </w:p>
        </w:tc>
        <w:tc>
          <w:tcPr>
            <w:tcW w:w="1800" w:type="dxa"/>
            <w:tcMar>
              <w:top w:w="80" w:type="dxa"/>
              <w:left w:w="90" w:type="dxa"/>
              <w:bottom w:w="80" w:type="dxa"/>
              <w:right w:w="90" w:type="dxa"/>
            </w:tcMar>
            <w:vAlign w:val="center"/>
          </w:tcPr>
          <w:p w14:paraId="6BF97488" w14:textId="77777777" w:rsidR="0003755E" w:rsidRPr="007D6409" w:rsidRDefault="00000000">
            <w:pPr>
              <w:rPr>
                <w:rFonts w:cs="Arial"/>
                <w:sz w:val="24"/>
                <w:szCs w:val="24"/>
              </w:rPr>
            </w:pPr>
            <w:r w:rsidRPr="007D6409">
              <w:rPr>
                <w:rFonts w:cs="Arial"/>
                <w:sz w:val="24"/>
                <w:szCs w:val="24"/>
              </w:rPr>
              <w:t>Rp70.000.000</w:t>
            </w:r>
          </w:p>
        </w:tc>
        <w:tc>
          <w:tcPr>
            <w:tcW w:w="1800" w:type="dxa"/>
            <w:tcMar>
              <w:top w:w="80" w:type="dxa"/>
              <w:left w:w="90" w:type="dxa"/>
              <w:bottom w:w="80" w:type="dxa"/>
              <w:right w:w="90" w:type="dxa"/>
            </w:tcMar>
            <w:vAlign w:val="center"/>
          </w:tcPr>
          <w:p w14:paraId="5BF8817C" w14:textId="77777777" w:rsidR="0003755E" w:rsidRPr="007D6409" w:rsidRDefault="00000000">
            <w:pPr>
              <w:rPr>
                <w:rFonts w:cs="Arial"/>
                <w:sz w:val="24"/>
                <w:szCs w:val="24"/>
              </w:rPr>
            </w:pPr>
            <w:r w:rsidRPr="007D6409">
              <w:rPr>
                <w:rFonts w:cs="Arial"/>
                <w:sz w:val="24"/>
                <w:szCs w:val="24"/>
              </w:rPr>
              <w:t>Rp110.000.000</w:t>
            </w:r>
          </w:p>
        </w:tc>
        <w:tc>
          <w:tcPr>
            <w:tcW w:w="2016" w:type="dxa"/>
            <w:tcMar>
              <w:top w:w="80" w:type="dxa"/>
              <w:left w:w="90" w:type="dxa"/>
              <w:bottom w:w="80" w:type="dxa"/>
              <w:right w:w="90" w:type="dxa"/>
            </w:tcMar>
            <w:vAlign w:val="center"/>
          </w:tcPr>
          <w:p w14:paraId="678C6A74" w14:textId="77777777" w:rsidR="0003755E" w:rsidRPr="007D6409" w:rsidRDefault="00000000">
            <w:pPr>
              <w:rPr>
                <w:rFonts w:cs="Arial"/>
                <w:sz w:val="24"/>
                <w:szCs w:val="24"/>
              </w:rPr>
            </w:pPr>
            <w:r w:rsidRPr="007D6409">
              <w:rPr>
                <w:rFonts w:cs="Arial"/>
                <w:sz w:val="24"/>
                <w:szCs w:val="24"/>
              </w:rPr>
              <w:t>Rp90.000.000</w:t>
            </w:r>
          </w:p>
        </w:tc>
        <w:tc>
          <w:tcPr>
            <w:tcW w:w="1800" w:type="dxa"/>
            <w:tcMar>
              <w:top w:w="80" w:type="dxa"/>
              <w:left w:w="90" w:type="dxa"/>
              <w:bottom w:w="80" w:type="dxa"/>
              <w:right w:w="90" w:type="dxa"/>
            </w:tcMar>
            <w:vAlign w:val="center"/>
          </w:tcPr>
          <w:p w14:paraId="10DCE060" w14:textId="77777777" w:rsidR="0003755E" w:rsidRPr="007D6409" w:rsidRDefault="00000000">
            <w:pPr>
              <w:rPr>
                <w:rFonts w:cs="Arial"/>
                <w:sz w:val="24"/>
                <w:szCs w:val="24"/>
              </w:rPr>
            </w:pPr>
            <w:r w:rsidRPr="007D6409">
              <w:rPr>
                <w:rFonts w:cs="Arial"/>
                <w:sz w:val="24"/>
                <w:szCs w:val="24"/>
              </w:rPr>
              <w:t>Rp90.000.000</w:t>
            </w:r>
          </w:p>
        </w:tc>
      </w:tr>
      <w:tr w:rsidR="0003755E" w:rsidRPr="007D6409" w14:paraId="68FD0C7B" w14:textId="77777777">
        <w:trPr>
          <w:jc w:val="center"/>
        </w:trPr>
        <w:tc>
          <w:tcPr>
            <w:tcW w:w="792" w:type="dxa"/>
            <w:shd w:val="clear" w:color="auto" w:fill="FFF7EF"/>
            <w:tcMar>
              <w:top w:w="80" w:type="dxa"/>
              <w:left w:w="90" w:type="dxa"/>
              <w:bottom w:w="80" w:type="dxa"/>
              <w:right w:w="90" w:type="dxa"/>
            </w:tcMar>
            <w:vAlign w:val="center"/>
          </w:tcPr>
          <w:p w14:paraId="68ECE1C3" w14:textId="77777777" w:rsidR="0003755E" w:rsidRPr="007D6409" w:rsidRDefault="00000000">
            <w:pPr>
              <w:jc w:val="center"/>
              <w:rPr>
                <w:rFonts w:cs="Arial"/>
                <w:sz w:val="24"/>
                <w:szCs w:val="24"/>
              </w:rPr>
            </w:pPr>
            <w:r w:rsidRPr="007D6409">
              <w:rPr>
                <w:rFonts w:cs="Arial"/>
                <w:sz w:val="24"/>
                <w:szCs w:val="24"/>
              </w:rPr>
              <w:t>III</w:t>
            </w:r>
          </w:p>
        </w:tc>
        <w:tc>
          <w:tcPr>
            <w:tcW w:w="1800" w:type="dxa"/>
            <w:shd w:val="clear" w:color="auto" w:fill="FFF7EF"/>
            <w:tcMar>
              <w:top w:w="80" w:type="dxa"/>
              <w:left w:w="90" w:type="dxa"/>
              <w:bottom w:w="80" w:type="dxa"/>
              <w:right w:w="90" w:type="dxa"/>
            </w:tcMar>
            <w:vAlign w:val="center"/>
          </w:tcPr>
          <w:p w14:paraId="629DD692" w14:textId="77777777" w:rsidR="0003755E" w:rsidRPr="007D6409" w:rsidRDefault="00000000">
            <w:pPr>
              <w:rPr>
                <w:rFonts w:cs="Arial"/>
                <w:sz w:val="24"/>
                <w:szCs w:val="24"/>
              </w:rPr>
            </w:pPr>
            <w:r w:rsidRPr="007D6409">
              <w:rPr>
                <w:rFonts w:cs="Arial"/>
                <w:sz w:val="24"/>
                <w:szCs w:val="24"/>
              </w:rPr>
              <w:t>Rp300.000.000</w:t>
            </w:r>
          </w:p>
        </w:tc>
        <w:tc>
          <w:tcPr>
            <w:tcW w:w="1800" w:type="dxa"/>
            <w:shd w:val="clear" w:color="auto" w:fill="FFF7EF"/>
            <w:tcMar>
              <w:top w:w="80" w:type="dxa"/>
              <w:left w:w="90" w:type="dxa"/>
              <w:bottom w:w="80" w:type="dxa"/>
              <w:right w:w="90" w:type="dxa"/>
            </w:tcMar>
            <w:vAlign w:val="center"/>
          </w:tcPr>
          <w:p w14:paraId="5C3D8BFC" w14:textId="77777777" w:rsidR="0003755E" w:rsidRPr="007D6409" w:rsidRDefault="00000000">
            <w:pPr>
              <w:rPr>
                <w:rFonts w:cs="Arial"/>
                <w:sz w:val="24"/>
                <w:szCs w:val="24"/>
              </w:rPr>
            </w:pPr>
            <w:r w:rsidRPr="007D6409">
              <w:rPr>
                <w:rFonts w:cs="Arial"/>
                <w:sz w:val="24"/>
                <w:szCs w:val="24"/>
              </w:rPr>
              <w:t>Rp60.000.000</w:t>
            </w:r>
          </w:p>
        </w:tc>
        <w:tc>
          <w:tcPr>
            <w:tcW w:w="1800" w:type="dxa"/>
            <w:shd w:val="clear" w:color="auto" w:fill="FFF7EF"/>
            <w:tcMar>
              <w:top w:w="80" w:type="dxa"/>
              <w:left w:w="90" w:type="dxa"/>
              <w:bottom w:w="80" w:type="dxa"/>
              <w:right w:w="90" w:type="dxa"/>
            </w:tcMar>
            <w:vAlign w:val="center"/>
          </w:tcPr>
          <w:p w14:paraId="4030206F" w14:textId="77777777" w:rsidR="0003755E" w:rsidRPr="007D6409" w:rsidRDefault="00000000">
            <w:pPr>
              <w:rPr>
                <w:rFonts w:cs="Arial"/>
                <w:sz w:val="24"/>
                <w:szCs w:val="24"/>
              </w:rPr>
            </w:pPr>
            <w:r w:rsidRPr="007D6409">
              <w:rPr>
                <w:rFonts w:cs="Arial"/>
                <w:sz w:val="24"/>
                <w:szCs w:val="24"/>
              </w:rPr>
              <w:t>Rp170.000.000</w:t>
            </w:r>
          </w:p>
        </w:tc>
        <w:tc>
          <w:tcPr>
            <w:tcW w:w="2016" w:type="dxa"/>
            <w:shd w:val="clear" w:color="auto" w:fill="FFF7EF"/>
            <w:tcMar>
              <w:top w:w="80" w:type="dxa"/>
              <w:left w:w="90" w:type="dxa"/>
              <w:bottom w:w="80" w:type="dxa"/>
              <w:right w:w="90" w:type="dxa"/>
            </w:tcMar>
            <w:vAlign w:val="center"/>
          </w:tcPr>
          <w:p w14:paraId="11590CA8" w14:textId="77777777" w:rsidR="0003755E" w:rsidRPr="007D6409" w:rsidRDefault="00000000">
            <w:pPr>
              <w:rPr>
                <w:rFonts w:cs="Arial"/>
                <w:sz w:val="24"/>
                <w:szCs w:val="24"/>
              </w:rPr>
            </w:pPr>
            <w:r w:rsidRPr="007D6409">
              <w:rPr>
                <w:rFonts w:cs="Arial"/>
                <w:sz w:val="24"/>
                <w:szCs w:val="24"/>
              </w:rPr>
              <w:t>Rp30.000.000</w:t>
            </w:r>
          </w:p>
        </w:tc>
        <w:tc>
          <w:tcPr>
            <w:tcW w:w="1800" w:type="dxa"/>
            <w:shd w:val="clear" w:color="auto" w:fill="FFF7EF"/>
            <w:tcMar>
              <w:top w:w="80" w:type="dxa"/>
              <w:left w:w="90" w:type="dxa"/>
              <w:bottom w:w="80" w:type="dxa"/>
              <w:right w:w="90" w:type="dxa"/>
            </w:tcMar>
            <w:vAlign w:val="center"/>
          </w:tcPr>
          <w:p w14:paraId="204743B4" w14:textId="77777777" w:rsidR="0003755E" w:rsidRPr="007D6409" w:rsidRDefault="00000000">
            <w:pPr>
              <w:rPr>
                <w:rFonts w:cs="Arial"/>
                <w:sz w:val="24"/>
                <w:szCs w:val="24"/>
              </w:rPr>
            </w:pPr>
            <w:r w:rsidRPr="007D6409">
              <w:rPr>
                <w:rFonts w:cs="Arial"/>
                <w:sz w:val="24"/>
                <w:szCs w:val="24"/>
              </w:rPr>
              <w:t>Rp30.000.000</w:t>
            </w:r>
          </w:p>
        </w:tc>
      </w:tr>
      <w:tr w:rsidR="0003755E" w:rsidRPr="007D6409" w14:paraId="3FEDAEC6" w14:textId="77777777">
        <w:trPr>
          <w:jc w:val="center"/>
        </w:trPr>
        <w:tc>
          <w:tcPr>
            <w:tcW w:w="792" w:type="dxa"/>
            <w:tcMar>
              <w:top w:w="80" w:type="dxa"/>
              <w:left w:w="90" w:type="dxa"/>
              <w:bottom w:w="80" w:type="dxa"/>
              <w:right w:w="90" w:type="dxa"/>
            </w:tcMar>
            <w:vAlign w:val="center"/>
          </w:tcPr>
          <w:p w14:paraId="4ED4BE72" w14:textId="77777777" w:rsidR="0003755E" w:rsidRPr="007D6409" w:rsidRDefault="00000000">
            <w:pPr>
              <w:jc w:val="center"/>
              <w:rPr>
                <w:rFonts w:cs="Arial"/>
                <w:sz w:val="24"/>
                <w:szCs w:val="24"/>
              </w:rPr>
            </w:pPr>
            <w:r w:rsidRPr="007D6409">
              <w:rPr>
                <w:rFonts w:cs="Arial"/>
                <w:sz w:val="24"/>
                <w:szCs w:val="24"/>
              </w:rPr>
              <w:t>IV</w:t>
            </w:r>
          </w:p>
        </w:tc>
        <w:tc>
          <w:tcPr>
            <w:tcW w:w="1800" w:type="dxa"/>
            <w:tcMar>
              <w:top w:w="80" w:type="dxa"/>
              <w:left w:w="90" w:type="dxa"/>
              <w:bottom w:w="80" w:type="dxa"/>
              <w:right w:w="90" w:type="dxa"/>
            </w:tcMar>
            <w:vAlign w:val="center"/>
          </w:tcPr>
          <w:p w14:paraId="529B0D9B" w14:textId="77777777" w:rsidR="0003755E" w:rsidRPr="007D6409" w:rsidRDefault="00000000">
            <w:pPr>
              <w:rPr>
                <w:rFonts w:cs="Arial"/>
                <w:sz w:val="24"/>
                <w:szCs w:val="24"/>
              </w:rPr>
            </w:pPr>
            <w:r w:rsidRPr="007D6409">
              <w:rPr>
                <w:rFonts w:cs="Arial"/>
                <w:sz w:val="24"/>
                <w:szCs w:val="24"/>
              </w:rPr>
              <w:t>Rp150.000.000</w:t>
            </w:r>
          </w:p>
        </w:tc>
        <w:tc>
          <w:tcPr>
            <w:tcW w:w="1800" w:type="dxa"/>
            <w:tcMar>
              <w:top w:w="80" w:type="dxa"/>
              <w:left w:w="90" w:type="dxa"/>
              <w:bottom w:w="80" w:type="dxa"/>
              <w:right w:w="90" w:type="dxa"/>
            </w:tcMar>
            <w:vAlign w:val="center"/>
          </w:tcPr>
          <w:p w14:paraId="2165C642" w14:textId="77777777" w:rsidR="0003755E" w:rsidRPr="007D6409" w:rsidRDefault="00000000">
            <w:pPr>
              <w:rPr>
                <w:rFonts w:cs="Arial"/>
                <w:sz w:val="24"/>
                <w:szCs w:val="24"/>
              </w:rPr>
            </w:pPr>
            <w:r w:rsidRPr="007D6409">
              <w:rPr>
                <w:rFonts w:cs="Arial"/>
                <w:sz w:val="24"/>
                <w:szCs w:val="24"/>
              </w:rPr>
              <w:t>Rp30.000.000</w:t>
            </w:r>
          </w:p>
        </w:tc>
        <w:tc>
          <w:tcPr>
            <w:tcW w:w="1800" w:type="dxa"/>
            <w:tcMar>
              <w:top w:w="80" w:type="dxa"/>
              <w:left w:w="90" w:type="dxa"/>
              <w:bottom w:w="80" w:type="dxa"/>
              <w:right w:w="90" w:type="dxa"/>
            </w:tcMar>
            <w:vAlign w:val="center"/>
          </w:tcPr>
          <w:p w14:paraId="58738860" w14:textId="77777777" w:rsidR="0003755E" w:rsidRPr="007D6409" w:rsidRDefault="00000000">
            <w:pPr>
              <w:rPr>
                <w:rFonts w:cs="Arial"/>
                <w:sz w:val="24"/>
                <w:szCs w:val="24"/>
              </w:rPr>
            </w:pPr>
            <w:r w:rsidRPr="007D6409">
              <w:rPr>
                <w:rFonts w:cs="Arial"/>
                <w:sz w:val="24"/>
                <w:szCs w:val="24"/>
              </w:rPr>
              <w:t>Rp200.000.000</w:t>
            </w:r>
          </w:p>
        </w:tc>
        <w:tc>
          <w:tcPr>
            <w:tcW w:w="2016" w:type="dxa"/>
            <w:tcMar>
              <w:top w:w="80" w:type="dxa"/>
              <w:left w:w="90" w:type="dxa"/>
              <w:bottom w:w="80" w:type="dxa"/>
              <w:right w:w="90" w:type="dxa"/>
            </w:tcMar>
            <w:vAlign w:val="center"/>
          </w:tcPr>
          <w:p w14:paraId="63439FC4" w14:textId="77777777" w:rsidR="0003755E" w:rsidRPr="007D6409" w:rsidRDefault="00000000">
            <w:pPr>
              <w:rPr>
                <w:rFonts w:cs="Arial"/>
                <w:sz w:val="24"/>
                <w:szCs w:val="24"/>
              </w:rPr>
            </w:pPr>
            <w:r w:rsidRPr="007D6409">
              <w:rPr>
                <w:rFonts w:cs="Arial"/>
                <w:sz w:val="24"/>
                <w:szCs w:val="24"/>
              </w:rPr>
              <w:t>Rp0</w:t>
            </w:r>
          </w:p>
        </w:tc>
        <w:tc>
          <w:tcPr>
            <w:tcW w:w="1800" w:type="dxa"/>
            <w:tcMar>
              <w:top w:w="80" w:type="dxa"/>
              <w:left w:w="90" w:type="dxa"/>
              <w:bottom w:w="80" w:type="dxa"/>
              <w:right w:w="90" w:type="dxa"/>
            </w:tcMar>
            <w:vAlign w:val="center"/>
          </w:tcPr>
          <w:p w14:paraId="34551AB0" w14:textId="77777777" w:rsidR="0003755E" w:rsidRPr="007D6409" w:rsidRDefault="00000000">
            <w:pPr>
              <w:rPr>
                <w:rFonts w:cs="Arial"/>
                <w:sz w:val="24"/>
                <w:szCs w:val="24"/>
              </w:rPr>
            </w:pPr>
            <w:r w:rsidRPr="007D6409">
              <w:rPr>
                <w:rFonts w:cs="Arial"/>
                <w:sz w:val="24"/>
                <w:szCs w:val="24"/>
              </w:rPr>
              <w:t>Lunas</w:t>
            </w:r>
          </w:p>
        </w:tc>
      </w:tr>
    </w:tbl>
    <w:p w14:paraId="1C56BDCB" w14:textId="77777777" w:rsidR="0003755E" w:rsidRPr="007D6409" w:rsidRDefault="0003755E">
      <w:pPr>
        <w:rPr>
          <w:rFonts w:cs="Arial"/>
          <w:sz w:val="24"/>
          <w:szCs w:val="24"/>
        </w:rPr>
      </w:pPr>
    </w:p>
    <w:p w14:paraId="46BBE2BF" w14:textId="77777777" w:rsidR="0003755E" w:rsidRPr="007D6409" w:rsidRDefault="00000000">
      <w:pPr>
        <w:jc w:val="center"/>
        <w:rPr>
          <w:rFonts w:cs="Arial"/>
          <w:sz w:val="24"/>
          <w:szCs w:val="24"/>
        </w:rPr>
      </w:pPr>
      <w:proofErr w:type="gramStart"/>
      <w:r w:rsidRPr="007D6409">
        <w:rPr>
          <w:rFonts w:cs="Arial"/>
          <w:b/>
          <w:sz w:val="24"/>
          <w:szCs w:val="24"/>
        </w:rPr>
        <w:t>Rekonsiliasi  Uang</w:t>
      </w:r>
      <w:proofErr w:type="gramEnd"/>
      <w:r w:rsidRPr="007D6409">
        <w:rPr>
          <w:rFonts w:cs="Arial"/>
          <w:b/>
          <w:sz w:val="24"/>
          <w:szCs w:val="24"/>
        </w:rPr>
        <w:t xml:space="preserve"> Muka Awal = Pengembalian Kumulatif + Sisa Uang Muka</w:t>
      </w:r>
    </w:p>
    <w:tbl>
      <w:tblPr>
        <w:tblW w:w="0" w:type="auto"/>
        <w:jc w:val="center"/>
        <w:tblLook w:val="04A0" w:firstRow="1" w:lastRow="0" w:firstColumn="1" w:lastColumn="0" w:noHBand="0" w:noVBand="1"/>
      </w:tblPr>
      <w:tblGrid>
        <w:gridCol w:w="5054"/>
        <w:gridCol w:w="5054"/>
      </w:tblGrid>
      <w:tr w:rsidR="0003755E" w:rsidRPr="007D6409" w14:paraId="2EC6947E" w14:textId="77777777">
        <w:trPr>
          <w:jc w:val="center"/>
        </w:trPr>
        <w:tc>
          <w:tcPr>
            <w:tcW w:w="5054" w:type="dxa"/>
            <w:tcMar>
              <w:top w:w="80" w:type="dxa"/>
              <w:left w:w="90" w:type="dxa"/>
              <w:bottom w:w="80" w:type="dxa"/>
              <w:right w:w="90" w:type="dxa"/>
            </w:tcMar>
            <w:vAlign w:val="center"/>
          </w:tcPr>
          <w:p w14:paraId="30F69699" w14:textId="77777777" w:rsidR="0003755E" w:rsidRPr="007D6409" w:rsidRDefault="00000000">
            <w:pPr>
              <w:jc w:val="center"/>
              <w:rPr>
                <w:rFonts w:cs="Arial"/>
                <w:sz w:val="24"/>
                <w:szCs w:val="24"/>
              </w:rPr>
            </w:pPr>
            <w:r w:rsidRPr="007D6409">
              <w:rPr>
                <w:rFonts w:cs="Arial"/>
                <w:sz w:val="24"/>
                <w:szCs w:val="24"/>
              </w:rPr>
              <w:t>Pengelola Administrasi Kontrak</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c>
          <w:tcPr>
            <w:tcW w:w="5054" w:type="dxa"/>
            <w:tcMar>
              <w:top w:w="80" w:type="dxa"/>
              <w:left w:w="90" w:type="dxa"/>
              <w:bottom w:w="80" w:type="dxa"/>
              <w:right w:w="90" w:type="dxa"/>
            </w:tcMar>
            <w:vAlign w:val="center"/>
          </w:tcPr>
          <w:p w14:paraId="7EFC43EB"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133B8503" w14:textId="77777777" w:rsidR="0003755E" w:rsidRPr="007D6409" w:rsidRDefault="00000000">
      <w:pPr>
        <w:rPr>
          <w:rFonts w:cs="Arial"/>
          <w:sz w:val="24"/>
          <w:szCs w:val="24"/>
        </w:rPr>
      </w:pPr>
      <w:r w:rsidRPr="007D6409">
        <w:rPr>
          <w:rFonts w:cs="Arial"/>
          <w:sz w:val="24"/>
          <w:szCs w:val="24"/>
        </w:rPr>
        <w:br w:type="page"/>
      </w:r>
    </w:p>
    <w:p w14:paraId="6D6A7265"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tbl>
      <w:tblPr>
        <w:tblW w:w="0" w:type="auto"/>
        <w:tblLook w:val="04A0" w:firstRow="1" w:lastRow="0" w:firstColumn="1" w:lastColumn="0" w:noHBand="0" w:noVBand="1"/>
      </w:tblPr>
      <w:tblGrid>
        <w:gridCol w:w="2088"/>
        <w:gridCol w:w="360"/>
        <w:gridCol w:w="7632"/>
      </w:tblGrid>
      <w:tr w:rsidR="0003755E" w:rsidRPr="007D6409" w14:paraId="41E7A082" w14:textId="77777777">
        <w:tc>
          <w:tcPr>
            <w:tcW w:w="2088" w:type="dxa"/>
            <w:tcMar>
              <w:top w:w="80" w:type="dxa"/>
              <w:left w:w="90" w:type="dxa"/>
              <w:bottom w:w="80" w:type="dxa"/>
              <w:right w:w="90" w:type="dxa"/>
            </w:tcMar>
            <w:vAlign w:val="center"/>
          </w:tcPr>
          <w:p w14:paraId="27B37046" w14:textId="77777777" w:rsidR="0003755E" w:rsidRPr="007D6409" w:rsidRDefault="00000000">
            <w:pPr>
              <w:rPr>
                <w:rFonts w:cs="Arial"/>
                <w:sz w:val="24"/>
                <w:szCs w:val="24"/>
              </w:rPr>
            </w:pPr>
            <w:r w:rsidRPr="007D6409">
              <w:rPr>
                <w:rFonts w:cs="Arial"/>
                <w:sz w:val="24"/>
                <w:szCs w:val="24"/>
              </w:rPr>
              <w:t>Nomor</w:t>
            </w:r>
          </w:p>
        </w:tc>
        <w:tc>
          <w:tcPr>
            <w:tcW w:w="360" w:type="dxa"/>
            <w:tcMar>
              <w:top w:w="80" w:type="dxa"/>
              <w:left w:w="90" w:type="dxa"/>
              <w:bottom w:w="80" w:type="dxa"/>
              <w:right w:w="90" w:type="dxa"/>
            </w:tcMar>
            <w:vAlign w:val="center"/>
          </w:tcPr>
          <w:p w14:paraId="29E6F058"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B9F1B51" w14:textId="77777777" w:rsidR="0003755E" w:rsidRPr="007D6409" w:rsidRDefault="00000000">
            <w:pPr>
              <w:rPr>
                <w:rFonts w:cs="Arial"/>
                <w:sz w:val="24"/>
                <w:szCs w:val="24"/>
              </w:rPr>
            </w:pPr>
            <w:r w:rsidRPr="007D6409">
              <w:rPr>
                <w:rFonts w:cs="Arial"/>
                <w:sz w:val="24"/>
                <w:szCs w:val="24"/>
              </w:rPr>
              <w:t>[000.3 ___ PPK 2026]</w:t>
            </w:r>
          </w:p>
        </w:tc>
      </w:tr>
      <w:tr w:rsidR="0003755E" w:rsidRPr="007D6409" w14:paraId="1D58FE98" w14:textId="77777777">
        <w:tc>
          <w:tcPr>
            <w:tcW w:w="2088" w:type="dxa"/>
            <w:tcMar>
              <w:top w:w="80" w:type="dxa"/>
              <w:left w:w="90" w:type="dxa"/>
              <w:bottom w:w="80" w:type="dxa"/>
              <w:right w:w="90" w:type="dxa"/>
            </w:tcMar>
            <w:vAlign w:val="center"/>
          </w:tcPr>
          <w:p w14:paraId="6E0569E6" w14:textId="77777777" w:rsidR="0003755E" w:rsidRPr="007D6409" w:rsidRDefault="00000000">
            <w:pPr>
              <w:rPr>
                <w:rFonts w:cs="Arial"/>
                <w:sz w:val="24"/>
                <w:szCs w:val="24"/>
              </w:rPr>
            </w:pPr>
            <w:r w:rsidRPr="007D6409">
              <w:rPr>
                <w:rFonts w:cs="Arial"/>
                <w:sz w:val="24"/>
                <w:szCs w:val="24"/>
              </w:rPr>
              <w:t>Sifat</w:t>
            </w:r>
          </w:p>
        </w:tc>
        <w:tc>
          <w:tcPr>
            <w:tcW w:w="360" w:type="dxa"/>
            <w:tcMar>
              <w:top w:w="80" w:type="dxa"/>
              <w:left w:w="90" w:type="dxa"/>
              <w:bottom w:w="80" w:type="dxa"/>
              <w:right w:w="90" w:type="dxa"/>
            </w:tcMar>
            <w:vAlign w:val="center"/>
          </w:tcPr>
          <w:p w14:paraId="60BC921E"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3D3E6297" w14:textId="77777777" w:rsidR="0003755E" w:rsidRPr="007D6409" w:rsidRDefault="00000000">
            <w:pPr>
              <w:rPr>
                <w:rFonts w:cs="Arial"/>
                <w:sz w:val="24"/>
                <w:szCs w:val="24"/>
              </w:rPr>
            </w:pPr>
            <w:r w:rsidRPr="007D6409">
              <w:rPr>
                <w:rFonts w:cs="Arial"/>
                <w:sz w:val="24"/>
                <w:szCs w:val="24"/>
              </w:rPr>
              <w:t>Segera</w:t>
            </w:r>
          </w:p>
        </w:tc>
      </w:tr>
      <w:tr w:rsidR="0003755E" w:rsidRPr="007D6409" w14:paraId="694F63FA" w14:textId="77777777">
        <w:tc>
          <w:tcPr>
            <w:tcW w:w="2088" w:type="dxa"/>
            <w:tcMar>
              <w:top w:w="80" w:type="dxa"/>
              <w:left w:w="90" w:type="dxa"/>
              <w:bottom w:w="80" w:type="dxa"/>
              <w:right w:w="90" w:type="dxa"/>
            </w:tcMar>
            <w:vAlign w:val="center"/>
          </w:tcPr>
          <w:p w14:paraId="7A2BC87C" w14:textId="77777777" w:rsidR="0003755E" w:rsidRPr="007D6409" w:rsidRDefault="00000000">
            <w:pPr>
              <w:rPr>
                <w:rFonts w:cs="Arial"/>
                <w:sz w:val="24"/>
                <w:szCs w:val="24"/>
              </w:rPr>
            </w:pPr>
            <w:r w:rsidRPr="007D6409">
              <w:rPr>
                <w:rFonts w:cs="Arial"/>
                <w:sz w:val="24"/>
                <w:szCs w:val="24"/>
              </w:rPr>
              <w:t>Perihal</w:t>
            </w:r>
          </w:p>
        </w:tc>
        <w:tc>
          <w:tcPr>
            <w:tcW w:w="360" w:type="dxa"/>
            <w:tcMar>
              <w:top w:w="80" w:type="dxa"/>
              <w:left w:w="90" w:type="dxa"/>
              <w:bottom w:w="80" w:type="dxa"/>
              <w:right w:w="90" w:type="dxa"/>
            </w:tcMar>
            <w:vAlign w:val="center"/>
          </w:tcPr>
          <w:p w14:paraId="7CB730E2"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1ADB476A" w14:textId="77777777" w:rsidR="0003755E" w:rsidRPr="007D6409" w:rsidRDefault="00000000">
            <w:pPr>
              <w:rPr>
                <w:rFonts w:cs="Arial"/>
                <w:sz w:val="24"/>
                <w:szCs w:val="24"/>
              </w:rPr>
            </w:pPr>
            <w:r w:rsidRPr="007D6409">
              <w:rPr>
                <w:rFonts w:cs="Arial"/>
                <w:sz w:val="24"/>
                <w:szCs w:val="24"/>
              </w:rPr>
              <w:t>Perpanjangan Jaminan Uang Muka</w:t>
            </w:r>
          </w:p>
        </w:tc>
      </w:tr>
    </w:tbl>
    <w:p w14:paraId="25BB700C" w14:textId="77777777" w:rsidR="0003755E" w:rsidRPr="007D6409" w:rsidRDefault="0003755E">
      <w:pPr>
        <w:rPr>
          <w:rFonts w:cs="Arial"/>
          <w:sz w:val="24"/>
          <w:szCs w:val="24"/>
        </w:rPr>
      </w:pPr>
    </w:p>
    <w:p w14:paraId="22C64A5D" w14:textId="77777777" w:rsidR="0003755E" w:rsidRPr="007D6409" w:rsidRDefault="00000000">
      <w:pPr>
        <w:rPr>
          <w:rFonts w:cs="Arial"/>
          <w:sz w:val="24"/>
          <w:szCs w:val="24"/>
        </w:rPr>
      </w:pPr>
      <w:r w:rsidRPr="007D6409">
        <w:rPr>
          <w:rFonts w:cs="Arial"/>
          <w:sz w:val="24"/>
          <w:szCs w:val="24"/>
        </w:rPr>
        <w:t>Yth. Direktur PT CV [Nama Penyedia]</w:t>
      </w:r>
      <w:r w:rsidRPr="007D6409">
        <w:rPr>
          <w:rFonts w:cs="Arial"/>
          <w:sz w:val="24"/>
          <w:szCs w:val="24"/>
        </w:rPr>
        <w:br/>
        <w:t>di [tempat]</w:t>
      </w:r>
    </w:p>
    <w:p w14:paraId="2C1F88A2" w14:textId="77777777" w:rsidR="0003755E" w:rsidRPr="007D6409" w:rsidRDefault="00000000">
      <w:pPr>
        <w:jc w:val="both"/>
        <w:rPr>
          <w:rFonts w:cs="Arial"/>
          <w:sz w:val="24"/>
          <w:szCs w:val="24"/>
        </w:rPr>
      </w:pPr>
      <w:r w:rsidRPr="007D6409">
        <w:rPr>
          <w:rFonts w:cs="Arial"/>
          <w:sz w:val="24"/>
          <w:szCs w:val="24"/>
        </w:rPr>
        <w:t>Sehubungan dengan perpanjangan masa pelaksanaan berdasarkan Adendum Kontrak Nomor [nomor], sedangkan Jaminan Uang Muka Nomor [nomor] akan berakhir pada [tanggal], Saudara diminta memperpanjang jaminan tersebut.</w:t>
      </w:r>
    </w:p>
    <w:p w14:paraId="50C98731" w14:textId="77777777" w:rsidR="0003755E" w:rsidRPr="007D6409" w:rsidRDefault="00000000">
      <w:pPr>
        <w:pStyle w:val="ListNumber"/>
        <w:jc w:val="both"/>
        <w:rPr>
          <w:rFonts w:cs="Arial"/>
          <w:sz w:val="24"/>
          <w:szCs w:val="24"/>
        </w:rPr>
      </w:pPr>
      <w:r w:rsidRPr="007D6409">
        <w:rPr>
          <w:rFonts w:cs="Arial"/>
          <w:sz w:val="24"/>
          <w:szCs w:val="24"/>
        </w:rPr>
        <w:t>Nilai paling sedikit sebesar sisa uang muka yaitu Rp[...].</w:t>
      </w:r>
    </w:p>
    <w:p w14:paraId="5E54428F" w14:textId="77777777" w:rsidR="0003755E" w:rsidRPr="007D6409" w:rsidRDefault="00000000">
      <w:pPr>
        <w:pStyle w:val="ListNumber"/>
        <w:jc w:val="both"/>
        <w:rPr>
          <w:rFonts w:cs="Arial"/>
          <w:sz w:val="24"/>
          <w:szCs w:val="24"/>
        </w:rPr>
      </w:pPr>
      <w:r w:rsidRPr="007D6409">
        <w:rPr>
          <w:rFonts w:cs="Arial"/>
          <w:sz w:val="24"/>
          <w:szCs w:val="24"/>
        </w:rPr>
        <w:t>Masa berlaku mencakup jangka waktu dalam adendum.</w:t>
      </w:r>
    </w:p>
    <w:p w14:paraId="618A4708" w14:textId="77777777" w:rsidR="0003755E" w:rsidRPr="007D6409" w:rsidRDefault="00000000">
      <w:pPr>
        <w:pStyle w:val="ListNumber"/>
        <w:jc w:val="both"/>
        <w:rPr>
          <w:rFonts w:cs="Arial"/>
          <w:sz w:val="24"/>
          <w:szCs w:val="24"/>
        </w:rPr>
      </w:pPr>
      <w:r w:rsidRPr="007D6409">
        <w:rPr>
          <w:rFonts w:cs="Arial"/>
          <w:sz w:val="24"/>
          <w:szCs w:val="24"/>
        </w:rPr>
        <w:t>Tidak terdapat jeda antara jaminan lama dan jaminan perpanjangan.</w:t>
      </w:r>
    </w:p>
    <w:p w14:paraId="10D3EB01" w14:textId="77777777" w:rsidR="0003755E" w:rsidRPr="007D6409" w:rsidRDefault="00000000">
      <w:pPr>
        <w:pStyle w:val="ListNumber"/>
        <w:jc w:val="both"/>
        <w:rPr>
          <w:rFonts w:cs="Arial"/>
          <w:sz w:val="24"/>
          <w:szCs w:val="24"/>
        </w:rPr>
      </w:pPr>
      <w:r w:rsidRPr="007D6409">
        <w:rPr>
          <w:rFonts w:cs="Arial"/>
          <w:sz w:val="24"/>
          <w:szCs w:val="24"/>
        </w:rPr>
        <w:t>Jaminan tetap tidak bersyarat dan mudah dicairkan.</w:t>
      </w:r>
    </w:p>
    <w:p w14:paraId="2CEB4AD3" w14:textId="77777777" w:rsidR="0003755E" w:rsidRPr="007D6409" w:rsidRDefault="00000000">
      <w:pPr>
        <w:pStyle w:val="ListNumber"/>
        <w:jc w:val="both"/>
        <w:rPr>
          <w:rFonts w:cs="Arial"/>
          <w:sz w:val="24"/>
          <w:szCs w:val="24"/>
        </w:rPr>
      </w:pPr>
      <w:r w:rsidRPr="007D6409">
        <w:rPr>
          <w:rFonts w:cs="Arial"/>
          <w:sz w:val="24"/>
          <w:szCs w:val="24"/>
        </w:rPr>
        <w:t>Jaminan diserahkan paling lambat tanggal [tanggal].</w:t>
      </w:r>
    </w:p>
    <w:tbl>
      <w:tblPr>
        <w:tblW w:w="0" w:type="auto"/>
        <w:jc w:val="center"/>
        <w:tblLook w:val="04A0" w:firstRow="1" w:lastRow="0" w:firstColumn="1" w:lastColumn="0" w:noHBand="0" w:noVBand="1"/>
      </w:tblPr>
      <w:tblGrid>
        <w:gridCol w:w="5054"/>
        <w:gridCol w:w="5054"/>
      </w:tblGrid>
      <w:tr w:rsidR="0003755E" w:rsidRPr="007D6409" w14:paraId="7FED8076" w14:textId="77777777">
        <w:trPr>
          <w:jc w:val="center"/>
        </w:trPr>
        <w:tc>
          <w:tcPr>
            <w:tcW w:w="5054" w:type="dxa"/>
            <w:tcMar>
              <w:top w:w="80" w:type="dxa"/>
              <w:left w:w="90" w:type="dxa"/>
              <w:bottom w:w="80" w:type="dxa"/>
              <w:right w:w="90" w:type="dxa"/>
            </w:tcMar>
            <w:vAlign w:val="center"/>
          </w:tcPr>
          <w:p w14:paraId="59A242BD" w14:textId="77777777" w:rsidR="0003755E" w:rsidRPr="007D6409" w:rsidRDefault="0003755E">
            <w:pPr>
              <w:jc w:val="center"/>
              <w:rPr>
                <w:rFonts w:cs="Arial"/>
                <w:sz w:val="24"/>
                <w:szCs w:val="24"/>
              </w:rPr>
            </w:pPr>
          </w:p>
        </w:tc>
        <w:tc>
          <w:tcPr>
            <w:tcW w:w="5054" w:type="dxa"/>
            <w:tcMar>
              <w:top w:w="80" w:type="dxa"/>
              <w:left w:w="90" w:type="dxa"/>
              <w:bottom w:w="80" w:type="dxa"/>
              <w:right w:w="90" w:type="dxa"/>
            </w:tcMar>
            <w:vAlign w:val="center"/>
          </w:tcPr>
          <w:p w14:paraId="40E72E71"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55661FC8" w14:textId="77777777" w:rsidR="0003755E" w:rsidRPr="007D6409" w:rsidRDefault="00000000">
      <w:pPr>
        <w:rPr>
          <w:rFonts w:cs="Arial"/>
          <w:sz w:val="24"/>
          <w:szCs w:val="24"/>
        </w:rPr>
      </w:pPr>
      <w:r w:rsidRPr="007D6409">
        <w:rPr>
          <w:rFonts w:cs="Arial"/>
          <w:sz w:val="24"/>
          <w:szCs w:val="24"/>
        </w:rPr>
        <w:br w:type="page"/>
      </w:r>
    </w:p>
    <w:p w14:paraId="49DE31AB" w14:textId="77777777" w:rsidR="0003755E" w:rsidRPr="007D6409" w:rsidRDefault="00000000">
      <w:pPr>
        <w:spacing w:after="280"/>
        <w:jc w:val="center"/>
        <w:rPr>
          <w:rFonts w:cs="Arial"/>
          <w:sz w:val="24"/>
          <w:szCs w:val="24"/>
        </w:rPr>
      </w:pPr>
      <w:r w:rsidRPr="007D6409">
        <w:rPr>
          <w:rFonts w:cs="Arial"/>
          <w:b/>
          <w:sz w:val="24"/>
          <w:szCs w:val="24"/>
        </w:rPr>
        <w:lastRenderedPageBreak/>
        <w:t>PEMERINTAH KABUPATEN KOTA PROVINSI</w:t>
      </w:r>
      <w:r w:rsidRPr="007D6409">
        <w:rPr>
          <w:rFonts w:cs="Arial"/>
          <w:b/>
          <w:sz w:val="24"/>
          <w:szCs w:val="24"/>
        </w:rPr>
        <w:br/>
        <w:t>NAMA PERANGKAT DAERAH</w:t>
      </w:r>
      <w:r w:rsidRPr="007D6409">
        <w:rPr>
          <w:rFonts w:cs="Arial"/>
          <w:sz w:val="24"/>
          <w:szCs w:val="24"/>
        </w:rPr>
        <w:br/>
        <w:t xml:space="preserve">Alamat </w:t>
      </w:r>
      <w:proofErr w:type="gramStart"/>
      <w:r w:rsidRPr="007D6409">
        <w:rPr>
          <w:rFonts w:cs="Arial"/>
          <w:sz w:val="24"/>
          <w:szCs w:val="24"/>
        </w:rPr>
        <w:t>instansi  Telepon</w:t>
      </w:r>
      <w:proofErr w:type="gramEnd"/>
      <w:r w:rsidRPr="007D6409">
        <w:rPr>
          <w:rFonts w:cs="Arial"/>
          <w:sz w:val="24"/>
          <w:szCs w:val="24"/>
        </w:rPr>
        <w:t xml:space="preserve">  Pos-el</w:t>
      </w:r>
    </w:p>
    <w:p w14:paraId="6C244A2E" w14:textId="77777777" w:rsidR="0003755E" w:rsidRPr="007D6409" w:rsidRDefault="00000000">
      <w:pPr>
        <w:jc w:val="center"/>
        <w:rPr>
          <w:rFonts w:cs="Arial"/>
          <w:sz w:val="24"/>
          <w:szCs w:val="24"/>
        </w:rPr>
      </w:pPr>
      <w:r w:rsidRPr="007D6409">
        <w:rPr>
          <w:rFonts w:cs="Arial"/>
          <w:b/>
          <w:sz w:val="24"/>
          <w:szCs w:val="24"/>
          <w:u w:val="single"/>
        </w:rPr>
        <w:t>BERITA ACARA PELUNASAN UANG MUKA</w:t>
      </w:r>
    </w:p>
    <w:p w14:paraId="473EB77A" w14:textId="77777777" w:rsidR="0003755E" w:rsidRPr="007D6409" w:rsidRDefault="00000000">
      <w:pPr>
        <w:jc w:val="center"/>
        <w:rPr>
          <w:rFonts w:cs="Arial"/>
          <w:sz w:val="24"/>
          <w:szCs w:val="24"/>
        </w:rPr>
      </w:pPr>
      <w:proofErr w:type="gramStart"/>
      <w:r w:rsidRPr="007D6409">
        <w:rPr>
          <w:rFonts w:cs="Arial"/>
          <w:sz w:val="24"/>
          <w:szCs w:val="24"/>
        </w:rPr>
        <w:t>Nomor  [</w:t>
      </w:r>
      <w:proofErr w:type="gramEnd"/>
      <w:r w:rsidRPr="007D6409">
        <w:rPr>
          <w:rFonts w:cs="Arial"/>
          <w:sz w:val="24"/>
          <w:szCs w:val="24"/>
        </w:rPr>
        <w:t>000.3 ___ BA LUM 2026]</w:t>
      </w:r>
    </w:p>
    <w:p w14:paraId="4C11AB65" w14:textId="77777777" w:rsidR="0003755E" w:rsidRPr="007D6409" w:rsidRDefault="00000000">
      <w:pPr>
        <w:jc w:val="both"/>
        <w:rPr>
          <w:rFonts w:cs="Arial"/>
          <w:sz w:val="24"/>
          <w:szCs w:val="24"/>
        </w:rPr>
      </w:pPr>
      <w:r w:rsidRPr="007D6409">
        <w:rPr>
          <w:rFonts w:cs="Arial"/>
          <w:sz w:val="24"/>
          <w:szCs w:val="24"/>
        </w:rPr>
        <w:t>Pada hari ini [hari dan tanggal], telah dilakukan rekonsiliasi pengembalian uang muka untuk paket [nama paket].</w:t>
      </w:r>
    </w:p>
    <w:tbl>
      <w:tblPr>
        <w:tblW w:w="0" w:type="auto"/>
        <w:tblLook w:val="04A0" w:firstRow="1" w:lastRow="0" w:firstColumn="1" w:lastColumn="0" w:noHBand="0" w:noVBand="1"/>
      </w:tblPr>
      <w:tblGrid>
        <w:gridCol w:w="2088"/>
        <w:gridCol w:w="360"/>
        <w:gridCol w:w="7632"/>
      </w:tblGrid>
      <w:tr w:rsidR="0003755E" w:rsidRPr="007D6409" w14:paraId="4DF0F46E" w14:textId="77777777">
        <w:tc>
          <w:tcPr>
            <w:tcW w:w="2088" w:type="dxa"/>
            <w:tcMar>
              <w:top w:w="80" w:type="dxa"/>
              <w:left w:w="90" w:type="dxa"/>
              <w:bottom w:w="80" w:type="dxa"/>
              <w:right w:w="90" w:type="dxa"/>
            </w:tcMar>
            <w:vAlign w:val="center"/>
          </w:tcPr>
          <w:p w14:paraId="5CE926FE" w14:textId="77777777" w:rsidR="0003755E" w:rsidRPr="007D6409" w:rsidRDefault="00000000">
            <w:pPr>
              <w:rPr>
                <w:rFonts w:cs="Arial"/>
                <w:sz w:val="24"/>
                <w:szCs w:val="24"/>
              </w:rPr>
            </w:pPr>
            <w:r w:rsidRPr="007D6409">
              <w:rPr>
                <w:rFonts w:cs="Arial"/>
                <w:sz w:val="24"/>
                <w:szCs w:val="24"/>
              </w:rPr>
              <w:t>Penyedia</w:t>
            </w:r>
          </w:p>
        </w:tc>
        <w:tc>
          <w:tcPr>
            <w:tcW w:w="360" w:type="dxa"/>
            <w:tcMar>
              <w:top w:w="80" w:type="dxa"/>
              <w:left w:w="90" w:type="dxa"/>
              <w:bottom w:w="80" w:type="dxa"/>
              <w:right w:w="90" w:type="dxa"/>
            </w:tcMar>
            <w:vAlign w:val="center"/>
          </w:tcPr>
          <w:p w14:paraId="7789CE4A"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7CBBDBEC" w14:textId="77777777" w:rsidR="0003755E" w:rsidRPr="007D6409" w:rsidRDefault="00000000">
            <w:pPr>
              <w:rPr>
                <w:rFonts w:cs="Arial"/>
                <w:sz w:val="24"/>
                <w:szCs w:val="24"/>
              </w:rPr>
            </w:pPr>
            <w:r w:rsidRPr="007D6409">
              <w:rPr>
                <w:rFonts w:cs="Arial"/>
                <w:sz w:val="24"/>
                <w:szCs w:val="24"/>
              </w:rPr>
              <w:t>[PT CV Nama Penyedia]</w:t>
            </w:r>
          </w:p>
        </w:tc>
      </w:tr>
      <w:tr w:rsidR="0003755E" w:rsidRPr="007D6409" w14:paraId="617ABFD0" w14:textId="77777777">
        <w:tc>
          <w:tcPr>
            <w:tcW w:w="2088" w:type="dxa"/>
            <w:tcMar>
              <w:top w:w="80" w:type="dxa"/>
              <w:left w:w="90" w:type="dxa"/>
              <w:bottom w:w="80" w:type="dxa"/>
              <w:right w:w="90" w:type="dxa"/>
            </w:tcMar>
            <w:vAlign w:val="center"/>
          </w:tcPr>
          <w:p w14:paraId="2FDDF801" w14:textId="77777777" w:rsidR="0003755E" w:rsidRPr="007D6409" w:rsidRDefault="00000000">
            <w:pPr>
              <w:rPr>
                <w:rFonts w:cs="Arial"/>
                <w:sz w:val="24"/>
                <w:szCs w:val="24"/>
              </w:rPr>
            </w:pPr>
            <w:r w:rsidRPr="007D6409">
              <w:rPr>
                <w:rFonts w:cs="Arial"/>
                <w:sz w:val="24"/>
                <w:szCs w:val="24"/>
              </w:rPr>
              <w:t>Nomor kontrak</w:t>
            </w:r>
          </w:p>
        </w:tc>
        <w:tc>
          <w:tcPr>
            <w:tcW w:w="360" w:type="dxa"/>
            <w:tcMar>
              <w:top w:w="80" w:type="dxa"/>
              <w:left w:w="90" w:type="dxa"/>
              <w:bottom w:w="80" w:type="dxa"/>
              <w:right w:w="90" w:type="dxa"/>
            </w:tcMar>
            <w:vAlign w:val="center"/>
          </w:tcPr>
          <w:p w14:paraId="7180023F"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6E31A74" w14:textId="77777777" w:rsidR="0003755E" w:rsidRPr="007D6409" w:rsidRDefault="00000000">
            <w:pPr>
              <w:rPr>
                <w:rFonts w:cs="Arial"/>
                <w:sz w:val="24"/>
                <w:szCs w:val="24"/>
              </w:rPr>
            </w:pPr>
            <w:r w:rsidRPr="007D6409">
              <w:rPr>
                <w:rFonts w:cs="Arial"/>
                <w:sz w:val="24"/>
                <w:szCs w:val="24"/>
              </w:rPr>
              <w:t>[nomor kontrak]</w:t>
            </w:r>
          </w:p>
        </w:tc>
      </w:tr>
      <w:tr w:rsidR="0003755E" w:rsidRPr="007D6409" w14:paraId="7FE48F6F" w14:textId="77777777">
        <w:tc>
          <w:tcPr>
            <w:tcW w:w="2088" w:type="dxa"/>
            <w:tcMar>
              <w:top w:w="80" w:type="dxa"/>
              <w:left w:w="90" w:type="dxa"/>
              <w:bottom w:w="80" w:type="dxa"/>
              <w:right w:w="90" w:type="dxa"/>
            </w:tcMar>
            <w:vAlign w:val="center"/>
          </w:tcPr>
          <w:p w14:paraId="3D1D6914" w14:textId="77777777" w:rsidR="0003755E" w:rsidRPr="007D6409" w:rsidRDefault="00000000">
            <w:pPr>
              <w:rPr>
                <w:rFonts w:cs="Arial"/>
                <w:sz w:val="24"/>
                <w:szCs w:val="24"/>
              </w:rPr>
            </w:pPr>
            <w:r w:rsidRPr="007D6409">
              <w:rPr>
                <w:rFonts w:cs="Arial"/>
                <w:sz w:val="24"/>
                <w:szCs w:val="24"/>
              </w:rPr>
              <w:t>Uang muka awal</w:t>
            </w:r>
          </w:p>
        </w:tc>
        <w:tc>
          <w:tcPr>
            <w:tcW w:w="360" w:type="dxa"/>
            <w:tcMar>
              <w:top w:w="80" w:type="dxa"/>
              <w:left w:w="90" w:type="dxa"/>
              <w:bottom w:w="80" w:type="dxa"/>
              <w:right w:w="90" w:type="dxa"/>
            </w:tcMar>
            <w:vAlign w:val="center"/>
          </w:tcPr>
          <w:p w14:paraId="2C54E7ED"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05249C3" w14:textId="77777777" w:rsidR="0003755E" w:rsidRPr="007D6409" w:rsidRDefault="00000000">
            <w:pPr>
              <w:rPr>
                <w:rFonts w:cs="Arial"/>
                <w:sz w:val="24"/>
                <w:szCs w:val="24"/>
              </w:rPr>
            </w:pPr>
            <w:r w:rsidRPr="007D6409">
              <w:rPr>
                <w:rFonts w:cs="Arial"/>
                <w:sz w:val="24"/>
                <w:szCs w:val="24"/>
              </w:rPr>
              <w:t>Rp200.000.000,00</w:t>
            </w:r>
          </w:p>
        </w:tc>
      </w:tr>
      <w:tr w:rsidR="0003755E" w:rsidRPr="007D6409" w14:paraId="46A17B09" w14:textId="77777777">
        <w:tc>
          <w:tcPr>
            <w:tcW w:w="2088" w:type="dxa"/>
            <w:tcMar>
              <w:top w:w="80" w:type="dxa"/>
              <w:left w:w="90" w:type="dxa"/>
              <w:bottom w:w="80" w:type="dxa"/>
              <w:right w:w="90" w:type="dxa"/>
            </w:tcMar>
            <w:vAlign w:val="center"/>
          </w:tcPr>
          <w:p w14:paraId="7E5F8E1B" w14:textId="77777777" w:rsidR="0003755E" w:rsidRPr="007D6409" w:rsidRDefault="00000000">
            <w:pPr>
              <w:rPr>
                <w:rFonts w:cs="Arial"/>
                <w:sz w:val="24"/>
                <w:szCs w:val="24"/>
              </w:rPr>
            </w:pPr>
            <w:r w:rsidRPr="007D6409">
              <w:rPr>
                <w:rFonts w:cs="Arial"/>
                <w:sz w:val="24"/>
                <w:szCs w:val="24"/>
              </w:rPr>
              <w:t>Total pengembalian</w:t>
            </w:r>
          </w:p>
        </w:tc>
        <w:tc>
          <w:tcPr>
            <w:tcW w:w="360" w:type="dxa"/>
            <w:tcMar>
              <w:top w:w="80" w:type="dxa"/>
              <w:left w:w="90" w:type="dxa"/>
              <w:bottom w:w="80" w:type="dxa"/>
              <w:right w:w="90" w:type="dxa"/>
            </w:tcMar>
            <w:vAlign w:val="center"/>
          </w:tcPr>
          <w:p w14:paraId="32DB9A85"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2DC3ABC5" w14:textId="77777777" w:rsidR="0003755E" w:rsidRPr="007D6409" w:rsidRDefault="00000000">
            <w:pPr>
              <w:rPr>
                <w:rFonts w:cs="Arial"/>
                <w:sz w:val="24"/>
                <w:szCs w:val="24"/>
              </w:rPr>
            </w:pPr>
            <w:r w:rsidRPr="007D6409">
              <w:rPr>
                <w:rFonts w:cs="Arial"/>
                <w:sz w:val="24"/>
                <w:szCs w:val="24"/>
              </w:rPr>
              <w:t>Rp200.000.000,00</w:t>
            </w:r>
          </w:p>
        </w:tc>
      </w:tr>
      <w:tr w:rsidR="0003755E" w:rsidRPr="007D6409" w14:paraId="5AC27E13" w14:textId="77777777">
        <w:tc>
          <w:tcPr>
            <w:tcW w:w="2088" w:type="dxa"/>
            <w:tcMar>
              <w:top w:w="80" w:type="dxa"/>
              <w:left w:w="90" w:type="dxa"/>
              <w:bottom w:w="80" w:type="dxa"/>
              <w:right w:w="90" w:type="dxa"/>
            </w:tcMar>
            <w:vAlign w:val="center"/>
          </w:tcPr>
          <w:p w14:paraId="3BF9D346" w14:textId="77777777" w:rsidR="0003755E" w:rsidRPr="007D6409" w:rsidRDefault="00000000">
            <w:pPr>
              <w:rPr>
                <w:rFonts w:cs="Arial"/>
                <w:sz w:val="24"/>
                <w:szCs w:val="24"/>
              </w:rPr>
            </w:pPr>
            <w:r w:rsidRPr="007D6409">
              <w:rPr>
                <w:rFonts w:cs="Arial"/>
                <w:sz w:val="24"/>
                <w:szCs w:val="24"/>
              </w:rPr>
              <w:t>Sisa uang muka</w:t>
            </w:r>
          </w:p>
        </w:tc>
        <w:tc>
          <w:tcPr>
            <w:tcW w:w="360" w:type="dxa"/>
            <w:tcMar>
              <w:top w:w="80" w:type="dxa"/>
              <w:left w:w="90" w:type="dxa"/>
              <w:bottom w:w="80" w:type="dxa"/>
              <w:right w:w="90" w:type="dxa"/>
            </w:tcMar>
            <w:vAlign w:val="center"/>
          </w:tcPr>
          <w:p w14:paraId="7A2AF772" w14:textId="77777777" w:rsidR="0003755E" w:rsidRPr="007D6409" w:rsidRDefault="00000000">
            <w:pPr>
              <w:jc w:val="center"/>
              <w:rPr>
                <w:rFonts w:cs="Arial"/>
                <w:sz w:val="24"/>
                <w:szCs w:val="24"/>
              </w:rPr>
            </w:pPr>
            <w:r w:rsidRPr="007D6409">
              <w:rPr>
                <w:rFonts w:cs="Arial"/>
                <w:sz w:val="24"/>
                <w:szCs w:val="24"/>
              </w:rPr>
              <w:t>:</w:t>
            </w:r>
          </w:p>
        </w:tc>
        <w:tc>
          <w:tcPr>
            <w:tcW w:w="7632" w:type="dxa"/>
            <w:tcMar>
              <w:top w:w="80" w:type="dxa"/>
              <w:left w:w="90" w:type="dxa"/>
              <w:bottom w:w="80" w:type="dxa"/>
              <w:right w:w="90" w:type="dxa"/>
            </w:tcMar>
            <w:vAlign w:val="center"/>
          </w:tcPr>
          <w:p w14:paraId="5D63DA81" w14:textId="77777777" w:rsidR="0003755E" w:rsidRPr="007D6409" w:rsidRDefault="00000000">
            <w:pPr>
              <w:rPr>
                <w:rFonts w:cs="Arial"/>
                <w:sz w:val="24"/>
                <w:szCs w:val="24"/>
              </w:rPr>
            </w:pPr>
            <w:r w:rsidRPr="007D6409">
              <w:rPr>
                <w:rFonts w:cs="Arial"/>
                <w:sz w:val="24"/>
                <w:szCs w:val="24"/>
              </w:rPr>
              <w:t>Rp0,00</w:t>
            </w:r>
          </w:p>
        </w:tc>
      </w:tr>
    </w:tbl>
    <w:p w14:paraId="726B785D" w14:textId="77777777" w:rsidR="0003755E" w:rsidRPr="007D6409" w:rsidRDefault="0003755E">
      <w:pPr>
        <w:rPr>
          <w:rFonts w:cs="Arial"/>
          <w:sz w:val="24"/>
          <w:szCs w:val="24"/>
        </w:rPr>
      </w:pPr>
    </w:p>
    <w:p w14:paraId="1FF58358" w14:textId="77777777" w:rsidR="0003755E" w:rsidRPr="007D6409" w:rsidRDefault="00000000">
      <w:pPr>
        <w:jc w:val="both"/>
        <w:rPr>
          <w:rFonts w:cs="Arial"/>
          <w:sz w:val="24"/>
          <w:szCs w:val="24"/>
        </w:rPr>
      </w:pPr>
      <w:r w:rsidRPr="007D6409">
        <w:rPr>
          <w:rFonts w:cs="Arial"/>
          <w:sz w:val="24"/>
          <w:szCs w:val="24"/>
        </w:rPr>
        <w:t>Berdasarkan dokumen pembayaran dan Kartu Kendali Pengembalian Uang Muka, seluruh uang muka telah dikembalikan melalui pemotongan pembayaran prestasi. Dengan demikian, kewajiban pengembalian uang muka dinyatakan lunas.</w:t>
      </w:r>
    </w:p>
    <w:p w14:paraId="28BC8EAD" w14:textId="77777777" w:rsidR="0003755E" w:rsidRPr="007D6409" w:rsidRDefault="00000000">
      <w:pPr>
        <w:jc w:val="both"/>
        <w:rPr>
          <w:rFonts w:cs="Arial"/>
          <w:sz w:val="24"/>
          <w:szCs w:val="24"/>
        </w:rPr>
      </w:pPr>
      <w:r w:rsidRPr="007D6409">
        <w:rPr>
          <w:rFonts w:cs="Arial"/>
          <w:sz w:val="24"/>
          <w:szCs w:val="24"/>
        </w:rPr>
        <w:t>Tindak lanjut terhadap Jaminan Uang Muka dilakukan sesuai ketentuan kontrak dan prosedur administrasi yang berlaku.</w:t>
      </w:r>
    </w:p>
    <w:tbl>
      <w:tblPr>
        <w:tblW w:w="0" w:type="auto"/>
        <w:jc w:val="center"/>
        <w:tblLook w:val="04A0" w:firstRow="1" w:lastRow="0" w:firstColumn="1" w:lastColumn="0" w:noHBand="0" w:noVBand="1"/>
      </w:tblPr>
      <w:tblGrid>
        <w:gridCol w:w="5054"/>
        <w:gridCol w:w="5054"/>
      </w:tblGrid>
      <w:tr w:rsidR="0003755E" w:rsidRPr="007D6409" w14:paraId="1FF74693" w14:textId="77777777">
        <w:trPr>
          <w:jc w:val="center"/>
        </w:trPr>
        <w:tc>
          <w:tcPr>
            <w:tcW w:w="5054" w:type="dxa"/>
            <w:tcMar>
              <w:top w:w="80" w:type="dxa"/>
              <w:left w:w="90" w:type="dxa"/>
              <w:bottom w:w="80" w:type="dxa"/>
              <w:right w:w="90" w:type="dxa"/>
            </w:tcMar>
            <w:vAlign w:val="center"/>
          </w:tcPr>
          <w:p w14:paraId="64BA562A" w14:textId="77777777" w:rsidR="0003755E" w:rsidRPr="007D6409" w:rsidRDefault="00000000">
            <w:pPr>
              <w:jc w:val="center"/>
              <w:rPr>
                <w:rFonts w:cs="Arial"/>
                <w:sz w:val="24"/>
                <w:szCs w:val="24"/>
              </w:rPr>
            </w:pPr>
            <w:r w:rsidRPr="007D6409">
              <w:rPr>
                <w:rFonts w:cs="Arial"/>
                <w:sz w:val="24"/>
                <w:szCs w:val="24"/>
              </w:rPr>
              <w:t>Pengelola Administrasi Kontrak</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c>
          <w:tcPr>
            <w:tcW w:w="5054" w:type="dxa"/>
            <w:tcMar>
              <w:top w:w="80" w:type="dxa"/>
              <w:left w:w="90" w:type="dxa"/>
              <w:bottom w:w="80" w:type="dxa"/>
              <w:right w:w="90" w:type="dxa"/>
            </w:tcMar>
            <w:vAlign w:val="center"/>
          </w:tcPr>
          <w:p w14:paraId="5B8888DC" w14:textId="77777777" w:rsidR="0003755E" w:rsidRPr="007D6409" w:rsidRDefault="00000000">
            <w:pPr>
              <w:jc w:val="center"/>
              <w:rPr>
                <w:rFonts w:cs="Arial"/>
                <w:sz w:val="24"/>
                <w:szCs w:val="24"/>
              </w:rPr>
            </w:pPr>
            <w:r w:rsidRPr="007D6409">
              <w:rPr>
                <w:rFonts w:cs="Arial"/>
                <w:sz w:val="24"/>
                <w:szCs w:val="24"/>
              </w:rPr>
              <w:t>Pejabat Pembuat Komitmen</w:t>
            </w:r>
            <w:r w:rsidRPr="007D6409">
              <w:rPr>
                <w:rFonts w:cs="Arial"/>
                <w:sz w:val="24"/>
                <w:szCs w:val="24"/>
              </w:rPr>
              <w:br/>
            </w:r>
            <w:r w:rsidRPr="007D6409">
              <w:rPr>
                <w:rFonts w:cs="Arial"/>
                <w:sz w:val="24"/>
                <w:szCs w:val="24"/>
              </w:rPr>
              <w:br/>
            </w:r>
            <w:r w:rsidRPr="007D6409">
              <w:rPr>
                <w:rFonts w:cs="Arial"/>
                <w:sz w:val="24"/>
                <w:szCs w:val="24"/>
              </w:rPr>
              <w:br/>
            </w:r>
            <w:r w:rsidRPr="007D6409">
              <w:rPr>
                <w:rFonts w:cs="Arial"/>
                <w:sz w:val="24"/>
                <w:szCs w:val="24"/>
              </w:rPr>
              <w:br/>
              <w:t>[Nama]</w:t>
            </w:r>
            <w:r w:rsidRPr="007D6409">
              <w:rPr>
                <w:rFonts w:cs="Arial"/>
                <w:sz w:val="24"/>
                <w:szCs w:val="24"/>
              </w:rPr>
              <w:br/>
              <w:t>NIP. [NIP]</w:t>
            </w:r>
          </w:p>
        </w:tc>
      </w:tr>
    </w:tbl>
    <w:p w14:paraId="6C5B4965" w14:textId="77777777" w:rsidR="007924C0" w:rsidRPr="007D6409" w:rsidRDefault="007924C0">
      <w:pPr>
        <w:rPr>
          <w:rFonts w:cs="Arial"/>
          <w:sz w:val="24"/>
          <w:szCs w:val="24"/>
        </w:rPr>
      </w:pPr>
    </w:p>
    <w:sectPr w:rsidR="007924C0" w:rsidRPr="007D6409" w:rsidSect="00034616">
      <w:footerReference w:type="default" r:id="rId8"/>
      <w:pgSz w:w="12240" w:h="15840"/>
      <w:pgMar w:top="1008" w:right="1008"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12A40" w14:textId="77777777" w:rsidR="007924C0" w:rsidRDefault="007924C0">
      <w:pPr>
        <w:spacing w:after="0" w:line="240" w:lineRule="auto"/>
      </w:pPr>
      <w:r>
        <w:separator/>
      </w:r>
    </w:p>
  </w:endnote>
  <w:endnote w:type="continuationSeparator" w:id="0">
    <w:p w14:paraId="7BEDECA6" w14:textId="77777777" w:rsidR="007924C0" w:rsidRDefault="00792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D208" w14:textId="77777777" w:rsidR="0003755E" w:rsidRDefault="00000000">
    <w:pPr>
      <w:pStyle w:val="Footer"/>
      <w:jc w:val="center"/>
    </w:pPr>
    <w:r>
      <w:rPr>
        <w:color w:val="646464"/>
        <w:sz w:val="16"/>
      </w:rPr>
      <w:t>Paket Dokumen Administrasi Uang Muka PBJ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DA348" w14:textId="77777777" w:rsidR="007924C0" w:rsidRDefault="007924C0">
      <w:pPr>
        <w:spacing w:after="0" w:line="240" w:lineRule="auto"/>
      </w:pPr>
      <w:r>
        <w:separator/>
      </w:r>
    </w:p>
  </w:footnote>
  <w:footnote w:type="continuationSeparator" w:id="0">
    <w:p w14:paraId="5C3EC1F4" w14:textId="77777777" w:rsidR="007924C0" w:rsidRDefault="007924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9871272">
    <w:abstractNumId w:val="8"/>
  </w:num>
  <w:num w:numId="2" w16cid:durableId="1162283118">
    <w:abstractNumId w:val="6"/>
  </w:num>
  <w:num w:numId="3" w16cid:durableId="627593580">
    <w:abstractNumId w:val="5"/>
  </w:num>
  <w:num w:numId="4" w16cid:durableId="198974834">
    <w:abstractNumId w:val="4"/>
  </w:num>
  <w:num w:numId="5" w16cid:durableId="1855923236">
    <w:abstractNumId w:val="7"/>
  </w:num>
  <w:num w:numId="6" w16cid:durableId="1146892073">
    <w:abstractNumId w:val="3"/>
  </w:num>
  <w:num w:numId="7" w16cid:durableId="859397037">
    <w:abstractNumId w:val="2"/>
  </w:num>
  <w:num w:numId="8" w16cid:durableId="21133119">
    <w:abstractNumId w:val="1"/>
  </w:num>
  <w:num w:numId="9" w16cid:durableId="496926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55E"/>
    <w:rsid w:val="0006063C"/>
    <w:rsid w:val="0015074B"/>
    <w:rsid w:val="0029639D"/>
    <w:rsid w:val="002C4497"/>
    <w:rsid w:val="00326F90"/>
    <w:rsid w:val="007924C0"/>
    <w:rsid w:val="007D640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2B3DB"/>
  <w14:defaultImageDpi w14:val="300"/>
  <w15:docId w15:val="{1B33575F-7038-41B6-9713-073F1AF5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Paket Dokumen Administrasi Uang Muka PBJ</dc:title>
  <dc:subject>Sembilan model dokumen editable untuk PPK dan pengelola kontrak</dc:subject>
  <dc:creator>Sukri Almarosy</dc:creator>
  <cp:keywords/>
  <dc:description>generated by python-docx</dc:description>
  <cp:lastModifiedBy>User</cp:lastModifiedBy>
  <cp:revision>2</cp:revision>
  <dcterms:created xsi:type="dcterms:W3CDTF">2013-12-23T23:15:00Z</dcterms:created>
  <dcterms:modified xsi:type="dcterms:W3CDTF">2026-09-17T22:55:00Z</dcterms:modified>
  <cp:category/>
</cp:coreProperties>
</file>