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61B" w:rsidRPr="007C574D" w:rsidRDefault="00D8461B" w:rsidP="007C574D">
      <w:pPr>
        <w:spacing w:after="0" w:line="240" w:lineRule="auto"/>
        <w:jc w:val="center"/>
        <w:rPr>
          <w:rFonts w:cs="Times New Roman"/>
          <w:b/>
          <w:sz w:val="28"/>
          <w:szCs w:val="28"/>
        </w:rPr>
      </w:pPr>
      <w:r w:rsidRPr="007C574D">
        <w:rPr>
          <w:rFonts w:cs="Times New Roman"/>
          <w:b/>
          <w:sz w:val="26"/>
          <w:szCs w:val="28"/>
        </w:rPr>
        <w:t>KẾ HOẠCH BÀI DẠY MÔN TIẾNG VIỆT TUẦN 22</w:t>
      </w:r>
    </w:p>
    <w:p w:rsidR="00D8461B" w:rsidRPr="007C574D" w:rsidRDefault="00D8461B" w:rsidP="007C574D">
      <w:pPr>
        <w:spacing w:after="0" w:line="240" w:lineRule="auto"/>
        <w:jc w:val="center"/>
        <w:rPr>
          <w:rFonts w:cs="Times New Roman"/>
          <w:b/>
          <w:sz w:val="28"/>
          <w:szCs w:val="28"/>
        </w:rPr>
      </w:pPr>
      <w:r w:rsidRPr="007C574D">
        <w:rPr>
          <w:rFonts w:cs="Times New Roman"/>
          <w:b/>
          <w:sz w:val="26"/>
          <w:szCs w:val="28"/>
        </w:rPr>
        <w:t>BÀI 4: QUẠT CHO BÀ NGỦ</w:t>
      </w:r>
    </w:p>
    <w:p w:rsidR="002B708D" w:rsidRPr="007C574D" w:rsidRDefault="00D8461B" w:rsidP="007C574D">
      <w:pPr>
        <w:spacing w:after="0" w:line="240" w:lineRule="auto"/>
        <w:rPr>
          <w:rFonts w:cs="Times New Roman"/>
          <w:sz w:val="28"/>
          <w:szCs w:val="28"/>
        </w:rPr>
      </w:pPr>
      <w:r w:rsidRPr="007C574D">
        <w:rPr>
          <w:rFonts w:cs="Times New Roman"/>
          <w:b/>
          <w:sz w:val="26"/>
          <w:szCs w:val="28"/>
        </w:rPr>
        <w:t>I. YÊU CẦU CẦN ĐẠT</w:t>
      </w:r>
    </w:p>
    <w:p w:rsidR="002B708D" w:rsidRPr="007C574D" w:rsidRDefault="00D8461B" w:rsidP="007C574D">
      <w:pPr>
        <w:spacing w:after="0" w:line="240" w:lineRule="auto"/>
        <w:rPr>
          <w:rFonts w:cs="Times New Roman"/>
          <w:sz w:val="28"/>
          <w:szCs w:val="28"/>
        </w:rPr>
      </w:pPr>
      <w:r w:rsidRPr="007C574D">
        <w:rPr>
          <w:rFonts w:cs="Times New Roman"/>
          <w:b/>
          <w:sz w:val="26"/>
          <w:szCs w:val="28"/>
        </w:rPr>
        <w:t>1. Năng lực đặc thù (Tiếng Việt):</w:t>
      </w:r>
    </w:p>
    <w:p w:rsidR="002B708D" w:rsidRPr="007C574D" w:rsidRDefault="00D8461B" w:rsidP="007C574D">
      <w:pPr>
        <w:spacing w:after="0" w:line="240" w:lineRule="auto"/>
        <w:rPr>
          <w:rFonts w:cs="Times New Roman"/>
          <w:sz w:val="28"/>
          <w:szCs w:val="28"/>
        </w:rPr>
      </w:pPr>
      <w:r w:rsidRPr="007C574D">
        <w:rPr>
          <w:rFonts w:cs="Times New Roman"/>
          <w:sz w:val="26"/>
          <w:szCs w:val="28"/>
        </w:rPr>
        <w:t>- Đọc: đọc đúng, rõ ràng, bước đầu đọc diễn cảm bài thơ; ngắt nghỉ phù hợp nhịp thơ; đọc trôi chảy từng dòng/khổ/cả bài.</w:t>
      </w:r>
    </w:p>
    <w:p w:rsidR="002B708D" w:rsidRPr="007C574D" w:rsidRDefault="00D8461B" w:rsidP="007C574D">
      <w:pPr>
        <w:spacing w:after="0" w:line="240" w:lineRule="auto"/>
        <w:rPr>
          <w:rFonts w:cs="Times New Roman"/>
          <w:sz w:val="28"/>
          <w:szCs w:val="28"/>
        </w:rPr>
      </w:pPr>
      <w:r w:rsidRPr="007C574D">
        <w:rPr>
          <w:rFonts w:cs="Times New Roman"/>
          <w:sz w:val="26"/>
          <w:szCs w:val="28"/>
        </w:rPr>
        <w:t>- Đọc hiểu: hiểu nội dung bài thơ; trả lời đúng câu hỏi; nêu được việc làm và tình cảm của bạn nhỏ dành cho bà.</w:t>
      </w:r>
    </w:p>
    <w:p w:rsidR="002B708D" w:rsidRPr="007C574D" w:rsidRDefault="00D8461B" w:rsidP="007C574D">
      <w:pPr>
        <w:spacing w:after="0" w:line="240" w:lineRule="auto"/>
        <w:rPr>
          <w:rFonts w:cs="Times New Roman"/>
          <w:sz w:val="28"/>
          <w:szCs w:val="28"/>
        </w:rPr>
      </w:pPr>
      <w:r w:rsidRPr="007C574D">
        <w:rPr>
          <w:rFonts w:cs="Times New Roman"/>
          <w:sz w:val="26"/>
          <w:szCs w:val="28"/>
        </w:rPr>
        <w:t>- Kiến thức tiếng Việt: nhận biết tiếng cùng vần; tìm và nêu tiếng ngoài bài cùng vần với các tiếng: trắng, vườn, thơm.</w:t>
      </w:r>
    </w:p>
    <w:p w:rsidR="002B708D" w:rsidRPr="007C574D" w:rsidRDefault="00D8461B" w:rsidP="007C574D">
      <w:pPr>
        <w:spacing w:after="0" w:line="240" w:lineRule="auto"/>
        <w:rPr>
          <w:rFonts w:cs="Times New Roman"/>
          <w:sz w:val="28"/>
          <w:szCs w:val="28"/>
        </w:rPr>
      </w:pPr>
      <w:r w:rsidRPr="007C574D">
        <w:rPr>
          <w:rFonts w:cs="Times New Roman"/>
          <w:sz w:val="26"/>
          <w:szCs w:val="28"/>
        </w:rPr>
        <w:t>- Nói và nghe: trao đổi về nội dung bài thơ và tranh minh hoạ; trình bày ngắn gọn, rõ ý; lắng nghe, phản hồi lịch sự.</w:t>
      </w:r>
    </w:p>
    <w:p w:rsidR="002B708D" w:rsidRPr="007C574D" w:rsidRDefault="00D8461B" w:rsidP="007C574D">
      <w:pPr>
        <w:spacing w:after="0" w:line="240" w:lineRule="auto"/>
        <w:rPr>
          <w:rFonts w:cs="Times New Roman"/>
          <w:sz w:val="28"/>
          <w:szCs w:val="28"/>
        </w:rPr>
      </w:pPr>
      <w:r w:rsidRPr="007C574D">
        <w:rPr>
          <w:rFonts w:cs="Times New Roman"/>
          <w:b/>
          <w:sz w:val="26"/>
          <w:szCs w:val="28"/>
        </w:rPr>
        <w:t>2. Năng lực chung:</w:t>
      </w:r>
    </w:p>
    <w:p w:rsidR="002B708D" w:rsidRPr="007C574D" w:rsidRDefault="00D8461B" w:rsidP="007C574D">
      <w:pPr>
        <w:spacing w:after="0" w:line="240" w:lineRule="auto"/>
        <w:rPr>
          <w:rFonts w:cs="Times New Roman"/>
          <w:sz w:val="28"/>
          <w:szCs w:val="28"/>
        </w:rPr>
      </w:pPr>
      <w:r w:rsidRPr="007C574D">
        <w:rPr>
          <w:rFonts w:cs="Times New Roman"/>
          <w:sz w:val="26"/>
          <w:szCs w:val="28"/>
        </w:rPr>
        <w:t>- Tự chủ và tự học: chủ động luyện đọc, tự sửa lỗi; học thuộc lòng theo hướng dẫn; hoàn thành nhiệm vụ học tập.</w:t>
      </w:r>
    </w:p>
    <w:p w:rsidR="002B708D" w:rsidRPr="007C574D" w:rsidRDefault="00D8461B" w:rsidP="007C574D">
      <w:pPr>
        <w:spacing w:after="0" w:line="240" w:lineRule="auto"/>
        <w:rPr>
          <w:rFonts w:cs="Times New Roman"/>
          <w:sz w:val="28"/>
          <w:szCs w:val="28"/>
        </w:rPr>
      </w:pPr>
      <w:r w:rsidRPr="007C574D">
        <w:rPr>
          <w:rFonts w:cs="Times New Roman"/>
          <w:sz w:val="26"/>
          <w:szCs w:val="28"/>
        </w:rPr>
        <w:t>- Giao tiếp và hợp tác: tham gia hoạt động nhóm/cặp; chia sẻ ý kiến; biết lắng nghe và hỗ trợ bạn.</w:t>
      </w:r>
    </w:p>
    <w:p w:rsidR="002B708D" w:rsidRPr="007C574D" w:rsidRDefault="00D8461B" w:rsidP="007C574D">
      <w:pPr>
        <w:spacing w:after="0" w:line="240" w:lineRule="auto"/>
        <w:rPr>
          <w:rFonts w:cs="Times New Roman"/>
          <w:sz w:val="28"/>
          <w:szCs w:val="28"/>
        </w:rPr>
      </w:pPr>
      <w:r w:rsidRPr="007C574D">
        <w:rPr>
          <w:rFonts w:cs="Times New Roman"/>
          <w:sz w:val="26"/>
          <w:szCs w:val="28"/>
        </w:rPr>
        <w:t>- Giải quyết vấn đề và sáng tạo: suy luận từ tranh, từ ngữ trong bài; liên hệ bản thân để nêu việc làm phù hợp khi người thân ốm.</w:t>
      </w:r>
    </w:p>
    <w:p w:rsidR="002B708D" w:rsidRPr="007C574D" w:rsidRDefault="00D8461B" w:rsidP="007C574D">
      <w:pPr>
        <w:spacing w:after="0" w:line="240" w:lineRule="auto"/>
        <w:rPr>
          <w:rFonts w:cs="Times New Roman"/>
          <w:sz w:val="28"/>
          <w:szCs w:val="28"/>
        </w:rPr>
      </w:pPr>
      <w:r w:rsidRPr="007C574D">
        <w:rPr>
          <w:rFonts w:cs="Times New Roman"/>
          <w:b/>
          <w:sz w:val="26"/>
          <w:szCs w:val="28"/>
        </w:rPr>
        <w:t>3. Phẩm chất:</w:t>
      </w:r>
    </w:p>
    <w:p w:rsidR="002B708D" w:rsidRPr="007C574D" w:rsidRDefault="00D8461B" w:rsidP="007C574D">
      <w:pPr>
        <w:spacing w:after="0" w:line="240" w:lineRule="auto"/>
        <w:rPr>
          <w:rFonts w:cs="Times New Roman"/>
          <w:sz w:val="28"/>
          <w:szCs w:val="28"/>
        </w:rPr>
      </w:pPr>
      <w:r w:rsidRPr="007C574D">
        <w:rPr>
          <w:rFonts w:cs="Times New Roman"/>
          <w:sz w:val="26"/>
          <w:szCs w:val="28"/>
        </w:rPr>
        <w:t>- Nhân ái: yêu thương, kính trọng ông bà, người thân; biết quan tâm, chăm sóc khi người thân ốm mệt.</w:t>
      </w:r>
    </w:p>
    <w:p w:rsidR="002B708D" w:rsidRPr="007C574D" w:rsidRDefault="00D8461B" w:rsidP="007C574D">
      <w:pPr>
        <w:spacing w:after="0" w:line="240" w:lineRule="auto"/>
        <w:rPr>
          <w:rFonts w:cs="Times New Roman"/>
          <w:sz w:val="28"/>
          <w:szCs w:val="28"/>
        </w:rPr>
      </w:pPr>
      <w:r w:rsidRPr="007C574D">
        <w:rPr>
          <w:rFonts w:cs="Times New Roman"/>
          <w:sz w:val="26"/>
          <w:szCs w:val="28"/>
        </w:rPr>
        <w:t>- Chăm chỉ: tích cực luyện đọc, học thuộc; tham gia hoạt động học tập nghiêm túc.</w:t>
      </w:r>
    </w:p>
    <w:p w:rsidR="002B708D" w:rsidRPr="007C574D" w:rsidRDefault="00D8461B" w:rsidP="007C574D">
      <w:pPr>
        <w:spacing w:after="0" w:line="240" w:lineRule="auto"/>
        <w:rPr>
          <w:rFonts w:cs="Times New Roman"/>
          <w:sz w:val="28"/>
          <w:szCs w:val="28"/>
        </w:rPr>
      </w:pPr>
      <w:r w:rsidRPr="007C574D">
        <w:rPr>
          <w:rFonts w:cs="Times New Roman"/>
          <w:sz w:val="26"/>
          <w:szCs w:val="28"/>
        </w:rPr>
        <w:t>- Trách nhiệm: giữ trật tự, tạo không gian yên tĩnh khi cần; thực hiện việc nhỏ giúp đỡ gia đình phù hợp lứa tuổi.</w:t>
      </w:r>
    </w:p>
    <w:p w:rsidR="00DD330F" w:rsidRDefault="002918F3">
      <w:pPr>
        <w:spacing w:after="0"/>
      </w:pPr>
      <w:r>
        <w:rPr>
          <w:rFonts w:cs="Times New Roman"/>
          <w:b/>
          <w:color w:val="FF0000"/>
          <w:sz w:val="26"/>
          <w:szCs w:val="26"/>
        </w:rPr>
        <w:t>4. Tích hợp</w:t>
      </w:r>
    </w:p>
    <w:p w:rsidR="00DD330F" w:rsidRDefault="002918F3">
      <w:pPr>
        <w:spacing w:after="0"/>
      </w:pPr>
      <w:r>
        <w:rPr>
          <w:rFonts w:cs="Times New Roman"/>
          <w:color w:val="FF0000"/>
          <w:sz w:val="26"/>
          <w:szCs w:val="26"/>
        </w:rPr>
        <w:t>- Lý tưởng cách mạng, đạo đức, lối sống: Biết kính yêu, quan tâm, chăm sóc ông bà bằng những việc làm vừa sức; hình thành lòng hiếu thảo.</w:t>
      </w:r>
    </w:p>
    <w:p w:rsidR="002B708D" w:rsidRPr="007C574D" w:rsidRDefault="00D8461B" w:rsidP="007C574D">
      <w:pPr>
        <w:spacing w:after="0" w:line="240" w:lineRule="auto"/>
        <w:rPr>
          <w:rFonts w:cs="Times New Roman"/>
          <w:sz w:val="28"/>
          <w:szCs w:val="28"/>
        </w:rPr>
      </w:pPr>
      <w:r w:rsidRPr="007C574D">
        <w:rPr>
          <w:rFonts w:cs="Times New Roman"/>
          <w:b/>
          <w:sz w:val="26"/>
          <w:szCs w:val="28"/>
        </w:rPr>
        <w:t>II. ĐỒ DÙNG DẠY HỌC</w:t>
      </w:r>
    </w:p>
    <w:p w:rsidR="002B708D" w:rsidRPr="007C574D" w:rsidRDefault="00D8461B" w:rsidP="007C574D">
      <w:pPr>
        <w:spacing w:after="0" w:line="240" w:lineRule="auto"/>
        <w:rPr>
          <w:rFonts w:cs="Times New Roman"/>
          <w:sz w:val="28"/>
          <w:szCs w:val="28"/>
        </w:rPr>
      </w:pPr>
      <w:r w:rsidRPr="007C574D">
        <w:rPr>
          <w:rFonts w:cs="Times New Roman"/>
          <w:sz w:val="26"/>
          <w:szCs w:val="28"/>
        </w:rPr>
        <w:t>- Học liệu: SGK, KHDH, Bộ đồ dùng dạy học Tiếng Việt.</w:t>
      </w:r>
    </w:p>
    <w:p w:rsidR="002B708D" w:rsidRPr="007C574D" w:rsidRDefault="00D8461B" w:rsidP="007C574D">
      <w:pPr>
        <w:spacing w:after="0" w:line="240" w:lineRule="auto"/>
        <w:rPr>
          <w:rFonts w:cs="Times New Roman"/>
          <w:sz w:val="28"/>
          <w:szCs w:val="28"/>
        </w:rPr>
      </w:pPr>
      <w:r w:rsidRPr="007C574D">
        <w:rPr>
          <w:rFonts w:cs="Times New Roman"/>
          <w:sz w:val="26"/>
          <w:szCs w:val="28"/>
        </w:rPr>
        <w:t>- Thiết bị: Máy tính, máy chiếu.</w:t>
      </w:r>
    </w:p>
    <w:p w:rsidR="002B708D" w:rsidRPr="007C574D" w:rsidRDefault="00D8461B" w:rsidP="007C574D">
      <w:pPr>
        <w:spacing w:after="0" w:line="240" w:lineRule="auto"/>
        <w:rPr>
          <w:rFonts w:cs="Times New Roman"/>
          <w:sz w:val="28"/>
          <w:szCs w:val="28"/>
        </w:rPr>
      </w:pPr>
      <w:r w:rsidRPr="007C574D">
        <w:rPr>
          <w:rFonts w:cs="Times New Roman"/>
          <w:b/>
          <w:sz w:val="26"/>
          <w:szCs w:val="28"/>
        </w:rPr>
        <w:t>III. CÁC HOẠT ĐỘNG DẠY HỌC</w:t>
      </w:r>
    </w:p>
    <w:p w:rsidR="002B708D" w:rsidRPr="007C574D" w:rsidRDefault="00D8461B" w:rsidP="007C574D">
      <w:pPr>
        <w:spacing w:after="0" w:line="240" w:lineRule="auto"/>
        <w:rPr>
          <w:rFonts w:cs="Times New Roman"/>
          <w:sz w:val="28"/>
          <w:szCs w:val="28"/>
        </w:rPr>
      </w:pPr>
      <w:r w:rsidRPr="007C574D">
        <w:rPr>
          <w:rFonts w:cs="Times New Roman"/>
          <w:b/>
          <w:sz w:val="26"/>
          <w:szCs w:val="28"/>
        </w:rPr>
        <w:t>TIẾT 1</w:t>
      </w:r>
    </w:p>
    <w:tbl>
      <w:tblPr>
        <w:tblStyle w:val="TableGrid"/>
        <w:tblW w:w="0" w:type="auto"/>
        <w:jc w:val="center"/>
        <w:tblBorders>
          <w:insideH w:val="none" w:sz="0" w:space="0" w:color="auto"/>
        </w:tblBorders>
        <w:tblLook w:val="04A0" w:firstRow="1" w:lastRow="0" w:firstColumn="1" w:lastColumn="0" w:noHBand="0" w:noVBand="1"/>
      </w:tblPr>
      <w:tblGrid>
        <w:gridCol w:w="4428"/>
        <w:gridCol w:w="4428"/>
      </w:tblGrid>
      <w:tr w:rsidR="002B708D" w:rsidRPr="007C574D" w:rsidTr="006F4373">
        <w:trPr>
          <w:jc w:val="center"/>
        </w:trPr>
        <w:tc>
          <w:tcPr>
            <w:tcW w:w="4428" w:type="dxa"/>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b/>
                <w:sz w:val="26"/>
                <w:szCs w:val="28"/>
              </w:rPr>
              <w:t>Hoạt động của GV</w:t>
            </w:r>
          </w:p>
        </w:tc>
        <w:tc>
          <w:tcPr>
            <w:tcW w:w="4428" w:type="dxa"/>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b/>
                <w:sz w:val="26"/>
                <w:szCs w:val="28"/>
              </w:rPr>
              <w:t>Hoạt động của HS</w:t>
            </w:r>
          </w:p>
        </w:tc>
      </w:tr>
      <w:tr w:rsidR="00D8461B" w:rsidRPr="007C574D" w:rsidTr="006F4373">
        <w:trPr>
          <w:jc w:val="center"/>
        </w:trPr>
        <w:tc>
          <w:tcPr>
            <w:tcW w:w="8856" w:type="dxa"/>
            <w:gridSpan w:val="2"/>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1. HĐ Khởi động</w:t>
            </w:r>
          </w:p>
          <w:p w:rsidR="00D8461B" w:rsidRPr="007C574D" w:rsidRDefault="00D8461B"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Ôn bài cũ; quan sát tranh để gợi mở nội dung bài mới; tạo tâm thế hứng thú trước khi đọc bài thơ.</w:t>
            </w:r>
          </w:p>
        </w:tc>
      </w:tr>
      <w:tr w:rsidR="002B708D" w:rsidRPr="007C574D" w:rsidTr="006F4373">
        <w:trPr>
          <w:jc w:val="center"/>
        </w:trPr>
        <w:tc>
          <w:tcPr>
            <w:tcW w:w="4428" w:type="dxa"/>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GV tổ chức ôn bài cũ: yêu cầu HS đọc lại bài “Cả nhà đi chơi núi”.</w:t>
            </w:r>
          </w:p>
        </w:tc>
        <w:tc>
          <w:tcPr>
            <w:tcW w:w="4428" w:type="dxa"/>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đọc lại bài theo yêu cầu.</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mời 2–3 HS đọc nối tiếp; nhắc HS đọc to rõ, đúng ngắt nghỉ.</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- 2–3 HS đọc nối tiếp; HS khác lắng nghe.</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xml:space="preserve">- GV giữ câu kết luận: GVNX (nhận </w:t>
            </w:r>
            <w:r w:rsidRPr="007C574D">
              <w:rPr>
                <w:rFonts w:cs="Times New Roman"/>
                <w:sz w:val="26"/>
                <w:szCs w:val="28"/>
              </w:rPr>
              <w:lastRenderedPageBreak/>
              <w:t>xét, khen HS đọc tốt; nhắc HS cần sửa lỗi phát âm nếu có).</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lastRenderedPageBreak/>
              <w:t>- HS lắng nghe GVNX và ghi nhớ.</w:t>
            </w:r>
          </w:p>
        </w:tc>
      </w:tr>
      <w:tr w:rsidR="002B708D"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lastRenderedPageBreak/>
              <w:t>- GV yêu cầu HS quan sát tranh minh hoạ và trả lời câu hỏi a.</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quan sát tranh.</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hỏi: a. Em thấy cảnh gì trong tranh?</w:t>
            </w:r>
          </w:p>
        </w:tc>
        <w:tc>
          <w:tcPr>
            <w:tcW w:w="4428" w:type="dxa"/>
            <w:shd w:val="clear" w:color="auto" w:fill="auto"/>
          </w:tcPr>
          <w:p w:rsidR="00DD330F" w:rsidRDefault="002918F3">
            <w:pPr>
              <w:spacing w:line="276" w:lineRule="auto"/>
            </w:pPr>
            <w:r>
              <w:rPr>
                <w:rFonts w:cs="Times New Roman"/>
                <w:sz w:val="26"/>
                <w:szCs w:val="26"/>
              </w:rPr>
              <w:t>- HS trả lời: “Tranh vẽ bạn nhỏ đang ngồi bên giường, quạt cho bà ngủ.”</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hỏi tiếp: b. Khi người thân bị ốm, em thường làm gì?</w:t>
            </w:r>
          </w:p>
        </w:tc>
        <w:tc>
          <w:tcPr>
            <w:tcW w:w="4428" w:type="dxa"/>
            <w:shd w:val="clear" w:color="auto" w:fill="auto"/>
          </w:tcPr>
          <w:p w:rsidR="00DD330F" w:rsidRDefault="002918F3">
            <w:pPr>
              <w:spacing w:line="276" w:lineRule="auto"/>
            </w:pPr>
            <w:r>
              <w:rPr>
                <w:rFonts w:cs="Times New Roman"/>
                <w:sz w:val="26"/>
                <w:szCs w:val="26"/>
              </w:rPr>
              <w:t>- HS trả lời: “Em hỏi thăm, lấy nước, quạt mát và giúp người thân những việc vừa sức.”</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mời vài HS chia sẻ; nhắc HS nói ngắn gọn, lễ phép, thể hiện tình cảm.</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chia sẻ; HS khác lắng nghe.</w:t>
            </w:r>
          </w:p>
        </w:tc>
      </w:tr>
      <w:tr w:rsidR="002B708D" w:rsidRPr="007C574D" w:rsidTr="006F4373">
        <w:trPr>
          <w:jc w:val="center"/>
        </w:trPr>
        <w:tc>
          <w:tcPr>
            <w:tcW w:w="4428" w:type="dxa"/>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GV dẫn dắt và giới thiệu bài thơ: “Quạt cho bà ngủ”.</w:t>
            </w:r>
          </w:p>
        </w:tc>
        <w:tc>
          <w:tcPr>
            <w:tcW w:w="4428" w:type="dxa"/>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mở SGK sẵn sàng học bài.</w:t>
            </w:r>
          </w:p>
        </w:tc>
      </w:tr>
      <w:tr w:rsidR="00D8461B" w:rsidRPr="007C574D" w:rsidTr="006F4373">
        <w:trPr>
          <w:jc w:val="center"/>
        </w:trPr>
        <w:tc>
          <w:tcPr>
            <w:tcW w:w="8856" w:type="dxa"/>
            <w:gridSpan w:val="2"/>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2. HĐ Hình thành kiến thức mới – Đọc</w:t>
            </w:r>
          </w:p>
          <w:p w:rsidR="00D8461B" w:rsidRPr="007C574D" w:rsidRDefault="00D8461B"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Phát triển kĩ năng đọc đúng, rõ ràng; biết ngắt nghỉ theo nhịp thơ; hiểu nghĩa từ khó; đọc được từng dòng/khổ/cả bài.</w:t>
            </w:r>
          </w:p>
        </w:tc>
      </w:tr>
      <w:tr w:rsidR="002B708D" w:rsidRPr="007C574D" w:rsidTr="006F4373">
        <w:trPr>
          <w:jc w:val="center"/>
        </w:trPr>
        <w:tc>
          <w:tcPr>
            <w:tcW w:w="4428"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đọc mẫu cả bài thơ; chú ý đọc diễn cảm, ngắt nghỉ đúng nhịp thơ.</w:t>
            </w:r>
          </w:p>
        </w:tc>
        <w:tc>
          <w:tcPr>
            <w:tcW w:w="4428" w:type="dxa"/>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GV đọc mẫu.</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yêu cầu HS đọc từng dòng thơ (đọc nối tiếp).</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đọc từng dòng thơ theo lượt.</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mời một số HS đọc nối tiếp từng dòng; sửa lỗi phát âm, nhắc đọc rõ tiếng.</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Một số HS đọc nối tiếp; HS khác lắng nghe.</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hướng dẫn HS luyện đọc từ khó: “ngắn nắng”, “thiu thiu”, “lim dim”.</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luyện đọc từ khó theo hướng dẫn.</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hướng dẫn cách ngắt nghỉ đúng dòng thơ, nhịp thơ (làm mẫu 1–2 dòng).</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đọc theo nhịp, ngắt nghỉ theo mẫu.</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hướng dẫn HS nhận biết khổ thơ.</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và nhận biết khổ thơ.</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mời một số HS đọc nối tiếp từng khổ.</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đọc nối tiếp từng khổ.</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giải thích nghĩa từ khó: “ngắn nắng” (dấu vết ánh nắng in trên tường); “thiu thiu” (vừa mới ngủ, chưa say); “lim dim” (mắt nhắm chưa khít, còn hơi hé).</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ghi nhớ nghĩa từ.</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tổ chức cho HS đọc lại từng khổ; bạn nghe nhận xét, góp ý.</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đọc lại khổ thơ; nhận xét bạn.</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yêu cầu HS đọc cả bài thơ; nhắc HS đọc liền mạch, rõ ràng.</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đọc cả bài thơ.</w:t>
            </w:r>
          </w:p>
        </w:tc>
      </w:tr>
      <w:tr w:rsidR="002B708D" w:rsidRPr="007C574D" w:rsidTr="006F4373">
        <w:trPr>
          <w:jc w:val="center"/>
        </w:trPr>
        <w:tc>
          <w:tcPr>
            <w:tcW w:w="4428" w:type="dxa"/>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xml:space="preserve">- GV giữ câu kết luận cuối phần đọc: GVNX (nhận xét chung, khen HS tiến bộ; nhắc HS luyện thêm từ khó và nhịp </w:t>
            </w:r>
            <w:r w:rsidRPr="007C574D">
              <w:rPr>
                <w:rFonts w:cs="Times New Roman"/>
                <w:sz w:val="26"/>
                <w:szCs w:val="28"/>
              </w:rPr>
              <w:lastRenderedPageBreak/>
              <w:t>thơ).</w:t>
            </w:r>
          </w:p>
        </w:tc>
        <w:tc>
          <w:tcPr>
            <w:tcW w:w="4428" w:type="dxa"/>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lastRenderedPageBreak/>
              <w:t>- HS lắng nghe GVNX và ghi nhớ.</w:t>
            </w:r>
          </w:p>
        </w:tc>
      </w:tr>
      <w:tr w:rsidR="00D8461B" w:rsidRPr="007C574D" w:rsidTr="006F4373">
        <w:trPr>
          <w:jc w:val="center"/>
        </w:trPr>
        <w:tc>
          <w:tcPr>
            <w:tcW w:w="8856" w:type="dxa"/>
            <w:gridSpan w:val="2"/>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lastRenderedPageBreak/>
              <w:t>3. Tìm tiếng cùng vần với mỗi tiếng: trắng, vườn, thơm</w:t>
            </w:r>
          </w:p>
          <w:p w:rsidR="00D8461B" w:rsidRPr="007C574D" w:rsidRDefault="00D8461B"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Củng cố kiến thức về vần; rèn kĩ năng tìm tiếng cùng vần trong và ngoài bài; phát triển hợp tác nhóm và trình bày kết quả.</w:t>
            </w:r>
          </w:p>
        </w:tc>
      </w:tr>
      <w:tr w:rsidR="002B708D" w:rsidRPr="007C574D" w:rsidTr="006F4373">
        <w:trPr>
          <w:jc w:val="center"/>
        </w:trPr>
        <w:tc>
          <w:tcPr>
            <w:tcW w:w="4428"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hướng dẫn HS đọc lại bài thơ để thực hiện nhiệm vụ tìm tiếng cùng vần.</w:t>
            </w:r>
          </w:p>
        </w:tc>
        <w:tc>
          <w:tcPr>
            <w:tcW w:w="4428" w:type="dxa"/>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đọc lại bài thơ theo hướng dẫn.</w:t>
            </w:r>
          </w:p>
        </w:tc>
      </w:tr>
      <w:tr w:rsidR="002B708D"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nêu nhiệm vụ: tìm tiếng ngoài bài cùng vần với “trắng”, “vườn”, “thơm”.</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nhiệm vụ.</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tổ chức HS làm việc nhóm/cặp: mỗi nhóm lập 3 cột (trắng – vườn – thơm) và ghi tiếng tìm được.</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làm việc nhóm/cặp, ghi tiếng tìm được vào 3 cột.</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đi đến các nhóm, hỗ trợ nhóm còn lúng túng; nhắc HS chỉ chọn tiếng có vần giống.</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nhận hỗ trợ và điều chỉnh khi cần.</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mời một số nhóm/HS trình bày kết quả theo từng cột.</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Đại diện nhóm/HS trình bày kết quả.</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yêu cầu HS đọc lại các tiếng vừa tìm được để cả lớp kiểm tra.</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đọc những tiếng tìm được.</w:t>
            </w:r>
          </w:p>
        </w:tc>
      </w:tr>
      <w:tr w:rsidR="002B708D" w:rsidRPr="007C574D" w:rsidTr="006F4373">
        <w:trPr>
          <w:jc w:val="center"/>
        </w:trPr>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nhận xét (GVNX): khen nhóm tìm được nhiều tiếng đúng; nhắc nhóm còn nhầm cần sửa lại.</w:t>
            </w:r>
          </w:p>
        </w:tc>
        <w:tc>
          <w:tcPr>
            <w:tcW w:w="4428"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GVNX và ghi nhớ.</w:t>
            </w:r>
          </w:p>
        </w:tc>
      </w:tr>
    </w:tbl>
    <w:p w:rsidR="002B708D" w:rsidRPr="007C574D" w:rsidRDefault="00D8461B" w:rsidP="007C574D">
      <w:pPr>
        <w:spacing w:after="0" w:line="240" w:lineRule="auto"/>
        <w:rPr>
          <w:rFonts w:cs="Times New Roman"/>
          <w:sz w:val="28"/>
          <w:szCs w:val="28"/>
        </w:rPr>
      </w:pP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t>TIẾT 2</w:t>
      </w:r>
    </w:p>
    <w:tbl>
      <w:tblPr>
        <w:tblStyle w:val="TableGrid"/>
        <w:tblW w:w="0" w:type="auto"/>
        <w:jc w:val="center"/>
        <w:tblBorders>
          <w:insideH w:val="none" w:sz="0" w:space="0" w:color="auto"/>
        </w:tblBorders>
        <w:tblLook w:val="04A0" w:firstRow="1" w:lastRow="0" w:firstColumn="1" w:lastColumn="0" w:noHBand="0" w:noVBand="1"/>
      </w:tblPr>
      <w:tblGrid>
        <w:gridCol w:w="4432"/>
        <w:gridCol w:w="10"/>
        <w:gridCol w:w="4414"/>
      </w:tblGrid>
      <w:tr w:rsidR="002B708D" w:rsidRPr="007C574D" w:rsidTr="006F4373">
        <w:trPr>
          <w:jc w:val="center"/>
        </w:trPr>
        <w:tc>
          <w:tcPr>
            <w:tcW w:w="4432" w:type="dxa"/>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b/>
                <w:sz w:val="26"/>
                <w:szCs w:val="28"/>
              </w:rPr>
              <w:t>Hoạt động của GV</w:t>
            </w:r>
          </w:p>
        </w:tc>
        <w:tc>
          <w:tcPr>
            <w:tcW w:w="4424" w:type="dxa"/>
            <w:gridSpan w:val="2"/>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b/>
                <w:sz w:val="26"/>
                <w:szCs w:val="28"/>
              </w:rPr>
              <w:t>Hoạt động của HS</w:t>
            </w:r>
          </w:p>
        </w:tc>
      </w:tr>
      <w:tr w:rsidR="00D8461B" w:rsidRPr="007C574D" w:rsidTr="006F4373">
        <w:trPr>
          <w:jc w:val="center"/>
        </w:trPr>
        <w:tc>
          <w:tcPr>
            <w:tcW w:w="8856" w:type="dxa"/>
            <w:gridSpan w:val="3"/>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4. Trả lời câu hỏi (tích hợp lý tưởng cách mạng, đạo đức, lối sống)</w:t>
            </w:r>
          </w:p>
          <w:p w:rsidR="00D8461B" w:rsidRPr="007C574D" w:rsidRDefault="00D8461B"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hiểu nội dung bài thơ và trả lời đúng câu hỏi; biết bày tỏ cảm xúc, thái độ hiếu thảo; hình thành hành vi ứng xử văn minh, sống có trách nhiệm với gia đình (tích hợp GD lý tưởng cách mạng, đạo đức, lối sống).</w:t>
            </w:r>
          </w:p>
          <w:p w:rsidR="00DD330F" w:rsidRDefault="002918F3">
            <w:r>
              <w:rPr>
                <w:b/>
                <w:color w:val="FF0000"/>
              </w:rPr>
              <w:t>- Mục tiêu tích hợp: Bồi dưỡng lòng hiếu thảo; biết quan tâm, chăm sóc ông bà bằng việc vừa sức.</w:t>
            </w:r>
          </w:p>
        </w:tc>
      </w:tr>
      <w:tr w:rsidR="002B708D" w:rsidRPr="007C574D" w:rsidTr="006F4373">
        <w:trPr>
          <w:jc w:val="center"/>
        </w:trPr>
        <w:tc>
          <w:tcPr>
            <w:tcW w:w="4432" w:type="dxa"/>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GV yêu cầu HS đọc thầm lại bài thơ, tìm chi tiết liên quan đến các câu hỏi.</w:t>
            </w:r>
          </w:p>
        </w:tc>
        <w:tc>
          <w:tcPr>
            <w:tcW w:w="4424" w:type="dxa"/>
            <w:gridSpan w:val="2"/>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đọc thầm lại bài thơ, tìm thông tin.</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nêu câu hỏi a: “Vì sao bạn nhỏ không muốn chích chòe hót nữa?”</w:t>
            </w:r>
          </w:p>
        </w:tc>
        <w:tc>
          <w:tcPr>
            <w:tcW w:w="4424" w:type="dxa"/>
            <w:gridSpan w:val="2"/>
            <w:shd w:val="clear" w:color="auto" w:fill="auto"/>
          </w:tcPr>
          <w:p w:rsidR="00DD330F" w:rsidRDefault="002918F3">
            <w:pPr>
              <w:spacing w:line="276" w:lineRule="auto"/>
            </w:pPr>
            <w:r>
              <w:rPr>
                <w:rFonts w:cs="Times New Roman"/>
                <w:sz w:val="26"/>
                <w:szCs w:val="26"/>
              </w:rPr>
              <w:t>- HS trả lời: “Vì bạn muốn giữ yên lặng để bà ngủ ngon.”</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mời 1–2 HS trả lời; khuyến khích HS chỉ ra chi tiết thể hiện sự yên lặng để bà ngủ.</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trả lời: vì cần yên lặng để bà ngủ.</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nêu câu hỏi b: “Bạn nhỏ làm gì trong lúc bà ngủ?”</w:t>
            </w:r>
          </w:p>
        </w:tc>
        <w:tc>
          <w:tcPr>
            <w:tcW w:w="4424" w:type="dxa"/>
            <w:gridSpan w:val="2"/>
            <w:shd w:val="clear" w:color="auto" w:fill="auto"/>
          </w:tcPr>
          <w:p w:rsidR="00DD330F" w:rsidRDefault="002918F3">
            <w:pPr>
              <w:spacing w:line="276" w:lineRule="auto"/>
            </w:pPr>
            <w:r>
              <w:rPr>
                <w:rFonts w:cs="Times New Roman"/>
                <w:sz w:val="26"/>
                <w:szCs w:val="26"/>
              </w:rPr>
              <w:t>- HS trả lời: “Bạn nhỏ quạt cho bà ngủ.”</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mời 1–2 HS trả lời; nhắc HS nói trọn câu.</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trả lời: bạn nhỏ quạt cho bà.</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nêu câu hỏi c: “Em nghĩ gì về bạn nhỏ trong bài thơ?”</w:t>
            </w:r>
          </w:p>
        </w:tc>
        <w:tc>
          <w:tcPr>
            <w:tcW w:w="4424" w:type="dxa"/>
            <w:gridSpan w:val="2"/>
            <w:shd w:val="clear" w:color="auto" w:fill="auto"/>
          </w:tcPr>
          <w:p w:rsidR="00DD330F" w:rsidRDefault="002918F3">
            <w:pPr>
              <w:spacing w:line="276" w:lineRule="auto"/>
            </w:pPr>
            <w:r>
              <w:rPr>
                <w:rFonts w:cs="Times New Roman"/>
                <w:sz w:val="26"/>
                <w:szCs w:val="26"/>
              </w:rPr>
              <w:t>- HS trả lời: “Bạn nhỏ rất hiếu thảo, biết yêu thương và chăm sóc bà.”</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lastRenderedPageBreak/>
              <w:t>- GV mời 2–3 HS trình bày cảm nghĩ; gợi ý dùng từ: hiếu thảo, biết quan tâm, chăm sóc, lễ phép.</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nêu cảm nghĩ: bạn nhỏ hiếu thảo, biết quan tâm chăm sóc bà.</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giữ câu chốt đáp án theo đề: GV nêu câu trả lời: (a) Vì cần giữ yên lặng để bà ngủ; (b) Bạn nhỏ quạt cho bà; (c) Bạn nhỏ rất yêu thương bà/biết quan tâm chăm sóc khi bà bị ốm.</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đáp án chốt của GV và ghi nhớ.</w:t>
            </w:r>
          </w:p>
        </w:tc>
      </w:tr>
      <w:tr w:rsidR="002B708D" w:rsidRPr="007C574D" w:rsidTr="006F4373">
        <w:trPr>
          <w:jc w:val="center"/>
        </w:trPr>
        <w:tc>
          <w:tcPr>
            <w:tcW w:w="4432" w:type="dxa"/>
            <w:shd w:val="clear" w:color="auto" w:fill="auto"/>
          </w:tcPr>
          <w:p w:rsidR="002B708D" w:rsidRPr="007C574D" w:rsidRDefault="00D8461B" w:rsidP="007C574D">
            <w:pPr>
              <w:rPr>
                <w:rFonts w:cs="Times New Roman"/>
                <w:color w:val="FF0000"/>
                <w:sz w:val="28"/>
                <w:szCs w:val="28"/>
              </w:rPr>
            </w:pPr>
            <w:r w:rsidRPr="007C574D">
              <w:rPr>
                <w:rFonts w:cs="Times New Roman"/>
                <w:color w:val="FF0000"/>
                <w:sz w:val="26"/>
                <w:szCs w:val="28"/>
              </w:rPr>
              <w:t>- GV tích hợp giáo dục đạo đức, lối sống: hỏi HS “Khi trong nhà có ông bà/người thân đang nghỉ, em nên nói và làm như thế nào?”</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trả lời: nói nhỏ, đi nhẹ, không làm ồn, giúp việc phù hợp…</w:t>
            </w:r>
          </w:p>
        </w:tc>
      </w:tr>
      <w:tr w:rsidR="002B708D" w:rsidRPr="007C574D" w:rsidTr="006F4373">
        <w:trPr>
          <w:jc w:val="center"/>
        </w:trPr>
        <w:tc>
          <w:tcPr>
            <w:tcW w:w="4432" w:type="dxa"/>
            <w:shd w:val="clear" w:color="auto" w:fill="auto"/>
          </w:tcPr>
          <w:p w:rsidR="002B708D" w:rsidRPr="007C574D" w:rsidRDefault="00D8461B" w:rsidP="007C574D">
            <w:pPr>
              <w:rPr>
                <w:rFonts w:cs="Times New Roman"/>
                <w:color w:val="FF0000"/>
                <w:sz w:val="28"/>
                <w:szCs w:val="28"/>
              </w:rPr>
            </w:pPr>
            <w:r w:rsidRPr="007C574D">
              <w:rPr>
                <w:rFonts w:cs="Times New Roman"/>
                <w:color w:val="FF0000"/>
                <w:sz w:val="26"/>
                <w:szCs w:val="28"/>
              </w:rPr>
              <w:t>- GV gợi mở: những việc nhỏ thể hiện lòng hiếu thảo (nói khẽ, đi nhẹ, giúp việc vừa sức, hỏi thăm, lấy nước…).</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nêu thêm việc làm cụ thể.</w:t>
            </w:r>
          </w:p>
        </w:tc>
      </w:tr>
      <w:tr w:rsidR="002B708D" w:rsidRPr="007C574D" w:rsidTr="006F4373">
        <w:trPr>
          <w:jc w:val="center"/>
        </w:trPr>
        <w:tc>
          <w:tcPr>
            <w:tcW w:w="4432" w:type="dxa"/>
            <w:shd w:val="clear" w:color="auto" w:fill="auto"/>
          </w:tcPr>
          <w:p w:rsidR="002B708D" w:rsidRPr="007C574D" w:rsidRDefault="00D8461B" w:rsidP="007C574D">
            <w:pPr>
              <w:rPr>
                <w:rFonts w:cs="Times New Roman"/>
                <w:color w:val="FF0000"/>
                <w:sz w:val="28"/>
                <w:szCs w:val="28"/>
              </w:rPr>
            </w:pPr>
            <w:r w:rsidRPr="007C574D">
              <w:rPr>
                <w:rFonts w:cs="Times New Roman"/>
                <w:color w:val="FF0000"/>
                <w:sz w:val="26"/>
                <w:szCs w:val="28"/>
              </w:rPr>
              <w:t>- GV liên hệ lý tưởng sống đẹp: mỗi ngày làm một việc tốt cho gia đình; biết ơn người thân; sống có trách nhiệm từ việc nhỏ.</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và tự liên hệ bản thân.</w:t>
            </w:r>
          </w:p>
        </w:tc>
      </w:tr>
      <w:tr w:rsidR="00DD330F" w:rsidTr="006F4373">
        <w:trPr>
          <w:jc w:val="center"/>
        </w:trPr>
        <w:tc>
          <w:tcPr>
            <w:tcW w:w="4432" w:type="dxa"/>
            <w:shd w:val="clear" w:color="auto" w:fill="auto"/>
          </w:tcPr>
          <w:p w:rsidR="00DD330F" w:rsidRDefault="002918F3">
            <w:r>
              <w:rPr>
                <w:rFonts w:cs="Times New Roman"/>
                <w:color w:val="FF0000"/>
                <w:sz w:val="26"/>
              </w:rPr>
              <w:t>- GV hỏi: “Trong bài thơ, bạn nhỏ đã làm gì để bà ngủ ngon? Việc làm ấy thể hiện tình cảm gì?”</w:t>
            </w:r>
          </w:p>
        </w:tc>
        <w:tc>
          <w:tcPr>
            <w:tcW w:w="4424" w:type="dxa"/>
            <w:gridSpan w:val="2"/>
            <w:shd w:val="clear" w:color="auto" w:fill="auto"/>
          </w:tcPr>
          <w:p w:rsidR="00DD330F" w:rsidRDefault="002918F3">
            <w:r>
              <w:rPr>
                <w:rFonts w:cs="Times New Roman"/>
                <w:color w:val="FF0000"/>
                <w:sz w:val="26"/>
              </w:rPr>
              <w:t>- HS trả lời: “Bạn nhỏ quạt cho bà, giữ yên lặng để bà ngủ; bạn rất yêu thương và hiếu thảo với bà.”</w:t>
            </w:r>
          </w:p>
        </w:tc>
      </w:tr>
      <w:tr w:rsidR="00DD330F" w:rsidTr="006F4373">
        <w:trPr>
          <w:jc w:val="center"/>
        </w:trPr>
        <w:tc>
          <w:tcPr>
            <w:tcW w:w="4432" w:type="dxa"/>
            <w:shd w:val="clear" w:color="auto" w:fill="auto"/>
          </w:tcPr>
          <w:p w:rsidR="00DD330F" w:rsidRDefault="002918F3">
            <w:r>
              <w:rPr>
                <w:rFonts w:cs="Times New Roman"/>
                <w:color w:val="FF0000"/>
                <w:sz w:val="26"/>
              </w:rPr>
              <w:t>- GV hỏi: “Khi ông bà hoặc người thân bị mệt, em có thể làm những việc nào vừa sức để chăm sóc?”</w:t>
            </w:r>
          </w:p>
        </w:tc>
        <w:tc>
          <w:tcPr>
            <w:tcW w:w="4424" w:type="dxa"/>
            <w:gridSpan w:val="2"/>
            <w:shd w:val="clear" w:color="auto" w:fill="auto"/>
          </w:tcPr>
          <w:p w:rsidR="00DD330F" w:rsidRDefault="002918F3">
            <w:r>
              <w:rPr>
                <w:rFonts w:cs="Times New Roman"/>
                <w:color w:val="FF0000"/>
                <w:sz w:val="26"/>
              </w:rPr>
              <w:t>- HS nêu: “Em hỏi thăm, lấy nước, quạt mát, đi nhẹ nói khẽ, giúp dọn đồ dùng và báo người lớn khi cần.”</w:t>
            </w:r>
          </w:p>
        </w:tc>
      </w:tr>
      <w:tr w:rsidR="00DD330F" w:rsidTr="006F4373">
        <w:trPr>
          <w:jc w:val="center"/>
        </w:trPr>
        <w:tc>
          <w:tcPr>
            <w:tcW w:w="4432" w:type="dxa"/>
            <w:shd w:val="clear" w:color="auto" w:fill="auto"/>
          </w:tcPr>
          <w:p w:rsidR="00DD330F" w:rsidRDefault="002918F3">
            <w:r>
              <w:rPr>
                <w:rFonts w:cs="Times New Roman"/>
                <w:color w:val="FF0000"/>
                <w:sz w:val="26"/>
              </w:rPr>
              <w:t>- GV diễn giải: Hiếu thảo không phải là việc lớn xa vời; với học sinh lớp 1, lòng kính yêu ông bà được thể hiện bằng lời chào lễ phép, biết hỏi thăm, giữ yên lặng khi ông bà nghỉ, sẵn sàng làm việc nhỏ phù hợp và luôn nghe lời người thân. Mỗi việc tốt hằng ngày giúp gia đình ấm áp hơn, đồng thời rèn cho các em lối sống nhân ái, biết ơn và có trách nhiệm.</w:t>
            </w:r>
          </w:p>
        </w:tc>
        <w:tc>
          <w:tcPr>
            <w:tcW w:w="4424" w:type="dxa"/>
            <w:gridSpan w:val="2"/>
            <w:shd w:val="clear" w:color="auto" w:fill="auto"/>
          </w:tcPr>
          <w:p w:rsidR="00DD330F" w:rsidRDefault="002918F3">
            <w:r>
              <w:rPr>
                <w:rFonts w:cs="Times New Roman"/>
                <w:color w:val="FF0000"/>
                <w:sz w:val="26"/>
              </w:rPr>
              <w:t>- HS lắng nghe, liên hệ và chọn một việc làm cụ thể sẽ thực hiện ở nhà để thể hiện tình yêu thương với ông bà/người thân.</w:t>
            </w:r>
          </w:p>
        </w:tc>
      </w:tr>
      <w:tr w:rsidR="00DD330F" w:rsidTr="006F4373">
        <w:trPr>
          <w:jc w:val="center"/>
        </w:trPr>
        <w:tc>
          <w:tcPr>
            <w:tcW w:w="4432" w:type="dxa"/>
            <w:shd w:val="clear" w:color="auto" w:fill="auto"/>
          </w:tcPr>
          <w:p w:rsidR="00DD330F" w:rsidRDefault="002918F3">
            <w:r>
              <w:rPr>
                <w:rFonts w:cs="Times New Roman"/>
                <w:color w:val="FF0000"/>
                <w:sz w:val="26"/>
              </w:rPr>
              <w:t>- GV chốt: “Biết kính yêu, quan tâm, chăm sóc ông bà bằng việc làm vừa sức chính là biểu hiện của lòng hiếu thảo.”</w:t>
            </w:r>
          </w:p>
        </w:tc>
        <w:tc>
          <w:tcPr>
            <w:tcW w:w="4424" w:type="dxa"/>
            <w:gridSpan w:val="2"/>
            <w:shd w:val="clear" w:color="auto" w:fill="auto"/>
          </w:tcPr>
          <w:p w:rsidR="00DD330F" w:rsidRDefault="002918F3">
            <w:r>
              <w:rPr>
                <w:rFonts w:cs="Times New Roman"/>
                <w:color w:val="FF0000"/>
                <w:sz w:val="26"/>
              </w:rPr>
              <w:t>- HS nhắc lại thông điệp và cam kết thực hiện việc làm phù hợp.</w:t>
            </w:r>
          </w:p>
        </w:tc>
      </w:tr>
      <w:tr w:rsidR="002B708D" w:rsidRPr="007C574D" w:rsidTr="006F4373">
        <w:trPr>
          <w:jc w:val="center"/>
        </w:trPr>
        <w:tc>
          <w:tcPr>
            <w:tcW w:w="4432" w:type="dxa"/>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GV kết luận và giữ câu nhận xét: GVNX (khen HS trả lời đúng, biết liên hệ hành vi hiếu thảo; nhắc HS thực hành ứng xử văn minh ở nhà và ở lớp).</w:t>
            </w:r>
          </w:p>
        </w:tc>
        <w:tc>
          <w:tcPr>
            <w:tcW w:w="4424" w:type="dxa"/>
            <w:gridSpan w:val="2"/>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GVNX.</w:t>
            </w:r>
          </w:p>
        </w:tc>
      </w:tr>
      <w:tr w:rsidR="00D8461B" w:rsidRPr="007C574D" w:rsidTr="006F4373">
        <w:trPr>
          <w:jc w:val="center"/>
        </w:trPr>
        <w:tc>
          <w:tcPr>
            <w:tcW w:w="8856" w:type="dxa"/>
            <w:gridSpan w:val="3"/>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5. Học thuộc lòng</w:t>
            </w:r>
          </w:p>
          <w:p w:rsidR="00D8461B" w:rsidRPr="007C574D" w:rsidRDefault="00D8461B" w:rsidP="007C574D">
            <w:pPr>
              <w:rPr>
                <w:rFonts w:cs="Times New Roman"/>
                <w:sz w:val="28"/>
                <w:szCs w:val="28"/>
              </w:rPr>
            </w:pPr>
            <w:r w:rsidRPr="007C574D">
              <w:rPr>
                <w:rFonts w:cs="Times New Roman"/>
                <w:b/>
                <w:sz w:val="26"/>
                <w:szCs w:val="28"/>
              </w:rPr>
              <w:lastRenderedPageBreak/>
              <w:t xml:space="preserve">Mục tiêu: </w:t>
            </w:r>
            <w:r w:rsidRPr="007C574D">
              <w:rPr>
                <w:rFonts w:cs="Times New Roman"/>
                <w:sz w:val="26"/>
                <w:szCs w:val="28"/>
              </w:rPr>
              <w:t>HS đọc diễn cảm và học thuộc hai khổ thơ (khổ 2 và 3); rèn trí nhớ, tự tin trình bày trước lớp.</w:t>
            </w:r>
          </w:p>
        </w:tc>
      </w:tr>
      <w:tr w:rsidR="002B708D" w:rsidRPr="007C574D" w:rsidTr="006F4373">
        <w:trPr>
          <w:jc w:val="center"/>
        </w:trPr>
        <w:tc>
          <w:tcPr>
            <w:tcW w:w="4432" w:type="dxa"/>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lastRenderedPageBreak/>
              <w:t>- GV cho HS đọc khổ thơ thứ hai và thứ ba (đồng thanh, sau đó đọc cá nhân).</w:t>
            </w:r>
          </w:p>
        </w:tc>
        <w:tc>
          <w:tcPr>
            <w:tcW w:w="4424" w:type="dxa"/>
            <w:gridSpan w:val="2"/>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đọc thành tiếng khổ 2 và khổ 3.</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hướng dẫn HS học thuộc lòng bằng cách xoá/che dần một số từ ngữ trong hai khổ thơ.</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học thuộc theo cách xoá/che dần từ ngữ.</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nhắc HS chú ý giữ lại từ ngữ quan trọng ở những lần che đầu để dễ nhớ.</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chú ý từ quan trọng để ghi nhớ.</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tổ chức HS luyện đọc theo cặp/nhóm: một bạn đọc, một bạn kiểm tra và nhắc.</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luyện đọc theo cặp/nhóm, hỗ trợ nhau.</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mời 2–3 HS đọc thuộc trước lớp; nhắc đọc đúng nhịp, rõ ràng.</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- 2–3 HS đọc thuộc trước lớp; HS khác lắng nghe.</w:t>
            </w:r>
          </w:p>
        </w:tc>
      </w:tr>
      <w:tr w:rsidR="002B708D" w:rsidRPr="007C574D" w:rsidTr="006F4373">
        <w:trPr>
          <w:jc w:val="center"/>
        </w:trPr>
        <w:tc>
          <w:tcPr>
            <w:tcW w:w="4432" w:type="dxa"/>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GV nhận xét, tuyên dương HS đọc thuộc tốt (GVNX) và động viên HS chưa thuộc tiếp tục luyện.</w:t>
            </w:r>
          </w:p>
        </w:tc>
        <w:tc>
          <w:tcPr>
            <w:tcW w:w="4424" w:type="dxa"/>
            <w:gridSpan w:val="2"/>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GVNX.</w:t>
            </w:r>
          </w:p>
        </w:tc>
      </w:tr>
      <w:tr w:rsidR="00D8461B" w:rsidRPr="007C574D" w:rsidTr="006F4373">
        <w:trPr>
          <w:jc w:val="center"/>
        </w:trPr>
        <w:tc>
          <w:tcPr>
            <w:tcW w:w="8856" w:type="dxa"/>
            <w:gridSpan w:val="3"/>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6. Hát một bài hát về tình cảm bà cháu</w:t>
            </w:r>
          </w:p>
          <w:p w:rsidR="00D8461B" w:rsidRPr="007C574D" w:rsidRDefault="00D8461B"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Bồi dưỡng tình cảm gia đình; tạo không khí nhẹ nhàng; rèn kĩ năng nghe – hát và thể hiện cảm xúc tích cực.</w:t>
            </w:r>
          </w:p>
        </w:tc>
      </w:tr>
      <w:tr w:rsidR="002B708D" w:rsidRPr="007C574D" w:rsidTr="006F4373">
        <w:trPr>
          <w:jc w:val="center"/>
        </w:trPr>
        <w:tc>
          <w:tcPr>
            <w:tcW w:w="4432"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cho HS nghe bài hát về tình cảm bà cháu (2–3 lần).</w:t>
            </w:r>
          </w:p>
        </w:tc>
        <w:tc>
          <w:tcPr>
            <w:tcW w:w="4424" w:type="dxa"/>
            <w:gridSpan w:val="2"/>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nghe bài hát (2–3 lần).</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hướng dẫn HS hát theo: nghe nhạc, hát theo lời, chú ý nhịp.</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hát theo hướng dẫn của GV.</w:t>
            </w:r>
          </w:p>
        </w:tc>
      </w:tr>
      <w:tr w:rsidR="002B708D" w:rsidRPr="007C574D" w:rsidTr="006F4373">
        <w:trPr>
          <w:jc w:val="center"/>
        </w:trPr>
        <w:tc>
          <w:tcPr>
            <w:tcW w:w="4432" w:type="dxa"/>
            <w:shd w:val="clear" w:color="auto" w:fill="auto"/>
          </w:tcPr>
          <w:p w:rsidR="002B708D" w:rsidRPr="007C574D" w:rsidRDefault="00D8461B" w:rsidP="007C574D">
            <w:pPr>
              <w:rPr>
                <w:rFonts w:cs="Times New Roman"/>
                <w:sz w:val="28"/>
                <w:szCs w:val="28"/>
              </w:rPr>
            </w:pPr>
            <w:r w:rsidRPr="007C574D">
              <w:rPr>
                <w:rFonts w:cs="Times New Roman"/>
                <w:sz w:val="26"/>
                <w:szCs w:val="28"/>
              </w:rPr>
              <w:t>- GV mời cả lớp hát cả bài; khuyến khích thể hiện tình cảm.</w:t>
            </w:r>
          </w:p>
        </w:tc>
        <w:tc>
          <w:tcPr>
            <w:tcW w:w="4424"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HS hát cả bài.</w:t>
            </w:r>
          </w:p>
        </w:tc>
      </w:tr>
      <w:tr w:rsidR="002B708D" w:rsidRPr="007C574D" w:rsidTr="006F4373">
        <w:trPr>
          <w:jc w:val="center"/>
        </w:trPr>
        <w:tc>
          <w:tcPr>
            <w:tcW w:w="4432" w:type="dxa"/>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GV nhận xét (GVNX): khen HS hát to rõ, đúng nhịp.</w:t>
            </w:r>
          </w:p>
        </w:tc>
        <w:tc>
          <w:tcPr>
            <w:tcW w:w="4424" w:type="dxa"/>
            <w:gridSpan w:val="2"/>
            <w:tcBorders>
              <w:bottom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GVNX.</w:t>
            </w:r>
          </w:p>
        </w:tc>
      </w:tr>
      <w:tr w:rsidR="00D8461B" w:rsidRPr="007C574D" w:rsidTr="006F4373">
        <w:trPr>
          <w:jc w:val="center"/>
        </w:trPr>
        <w:tc>
          <w:tcPr>
            <w:tcW w:w="8856" w:type="dxa"/>
            <w:gridSpan w:val="3"/>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7. HĐ Vận dụng</w:t>
            </w:r>
          </w:p>
          <w:p w:rsidR="00D8461B" w:rsidRPr="007C574D" w:rsidRDefault="00D8461B"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nhắc lại nội dung đã học; vận dụng vào đời sống bằng việc thực hiện hành vi hiếu thảo, quan tâm người thân; chuẩn bị bài học tiếp theo.</w:t>
            </w:r>
          </w:p>
        </w:tc>
      </w:tr>
      <w:tr w:rsidR="002B708D" w:rsidRPr="007C574D" w:rsidTr="006F4373">
        <w:trPr>
          <w:jc w:val="center"/>
        </w:trPr>
        <w:tc>
          <w:tcPr>
            <w:tcW w:w="4442" w:type="dxa"/>
            <w:gridSpan w:val="2"/>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GV yêu cầu HS nhắc lại những nội dung đã học (đọc – hiểu – tìm vần – học thuộc – hát).</w:t>
            </w:r>
          </w:p>
        </w:tc>
        <w:tc>
          <w:tcPr>
            <w:tcW w:w="4414" w:type="dxa"/>
            <w:tcBorders>
              <w:top w:val="single" w:sz="4" w:space="0" w:color="auto"/>
            </w:tcBorders>
            <w:shd w:val="clear" w:color="auto" w:fill="auto"/>
          </w:tcPr>
          <w:p w:rsidR="002B708D" w:rsidRPr="007C574D" w:rsidRDefault="00D8461B" w:rsidP="007C574D">
            <w:pPr>
              <w:rPr>
                <w:rFonts w:cs="Times New Roman"/>
                <w:sz w:val="28"/>
                <w:szCs w:val="28"/>
              </w:rPr>
            </w:pPr>
            <w:r w:rsidRPr="007C574D">
              <w:rPr>
                <w:rFonts w:cs="Times New Roman"/>
                <w:sz w:val="26"/>
                <w:szCs w:val="28"/>
              </w:rPr>
              <w:t>- HS nhắc lại nội dung đã học.</w:t>
            </w:r>
          </w:p>
        </w:tc>
      </w:tr>
      <w:tr w:rsidR="002B708D" w:rsidRPr="007C574D" w:rsidTr="006F4373">
        <w:trPr>
          <w:jc w:val="center"/>
        </w:trPr>
        <w:tc>
          <w:tcPr>
            <w:tcW w:w="4442"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GV mời 2–3 HS chia sẻ một việc em sẽ làm trong tuần để thể hiện tình cảm với bà/ông/người thân.</w:t>
            </w:r>
          </w:p>
        </w:tc>
        <w:tc>
          <w:tcPr>
            <w:tcW w:w="4414"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chia sẻ việc sẽ làm (hỏi thăm, lấy nước, quạt, giúp việc nhỏ, chào hỏi lễ phép…).</w:t>
            </w:r>
          </w:p>
        </w:tc>
      </w:tr>
      <w:tr w:rsidR="002B708D" w:rsidRPr="007C574D" w:rsidTr="006F4373">
        <w:trPr>
          <w:jc w:val="center"/>
        </w:trPr>
        <w:tc>
          <w:tcPr>
            <w:tcW w:w="4442"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GV tóm tắt lại những nội dung chính của bài học.</w:t>
            </w:r>
          </w:p>
        </w:tc>
        <w:tc>
          <w:tcPr>
            <w:tcW w:w="4414"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tóm tắt.</w:t>
            </w:r>
          </w:p>
        </w:tc>
      </w:tr>
      <w:tr w:rsidR="002B708D" w:rsidRPr="007C574D" w:rsidTr="006F4373">
        <w:trPr>
          <w:jc w:val="center"/>
        </w:trPr>
        <w:tc>
          <w:tcPr>
            <w:tcW w:w="4442"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GV giữ câu kết luận: GV nhận xét.</w:t>
            </w:r>
          </w:p>
        </w:tc>
        <w:tc>
          <w:tcPr>
            <w:tcW w:w="4414"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lắng nghe nhận xét.</w:t>
            </w:r>
          </w:p>
        </w:tc>
      </w:tr>
      <w:tr w:rsidR="002B708D" w:rsidRPr="007C574D" w:rsidTr="006F4373">
        <w:trPr>
          <w:jc w:val="center"/>
        </w:trPr>
        <w:tc>
          <w:tcPr>
            <w:tcW w:w="4442" w:type="dxa"/>
            <w:gridSpan w:val="2"/>
            <w:shd w:val="clear" w:color="auto" w:fill="auto"/>
          </w:tcPr>
          <w:p w:rsidR="002B708D" w:rsidRPr="007C574D" w:rsidRDefault="00D8461B" w:rsidP="007C574D">
            <w:pPr>
              <w:rPr>
                <w:rFonts w:cs="Times New Roman"/>
                <w:sz w:val="28"/>
                <w:szCs w:val="28"/>
              </w:rPr>
            </w:pPr>
            <w:r w:rsidRPr="007C574D">
              <w:rPr>
                <w:rFonts w:cs="Times New Roman"/>
                <w:sz w:val="26"/>
                <w:szCs w:val="28"/>
              </w:rPr>
              <w:t>- GV dặn: Chuẩn bị bài “Bữa cơm gia đình”.</w:t>
            </w:r>
          </w:p>
        </w:tc>
        <w:tc>
          <w:tcPr>
            <w:tcW w:w="4414" w:type="dxa"/>
            <w:shd w:val="clear" w:color="auto" w:fill="auto"/>
          </w:tcPr>
          <w:p w:rsidR="002B708D" w:rsidRPr="007C574D" w:rsidRDefault="00D8461B" w:rsidP="007C574D">
            <w:pPr>
              <w:rPr>
                <w:rFonts w:cs="Times New Roman"/>
                <w:sz w:val="28"/>
                <w:szCs w:val="28"/>
              </w:rPr>
            </w:pPr>
            <w:r w:rsidRPr="007C574D">
              <w:rPr>
                <w:rFonts w:cs="Times New Roman"/>
                <w:sz w:val="26"/>
                <w:szCs w:val="28"/>
              </w:rPr>
              <w:t>- HS ghi nhớ chuẩn bị bài mới.</w:t>
            </w:r>
          </w:p>
        </w:tc>
      </w:tr>
    </w:tbl>
    <w:p w:rsidR="002B708D" w:rsidRPr="007C574D" w:rsidRDefault="002B708D" w:rsidP="007C574D">
      <w:pPr>
        <w:spacing w:after="0" w:line="240" w:lineRule="auto"/>
        <w:rPr>
          <w:rFonts w:cs="Times New Roman"/>
          <w:b/>
          <w:sz w:val="28"/>
          <w:szCs w:val="28"/>
        </w:rPr>
      </w:pPr>
    </w:p>
    <w:p w:rsidR="002B708D" w:rsidRPr="007C574D" w:rsidRDefault="00D8461B" w:rsidP="007C574D">
      <w:pPr>
        <w:spacing w:after="0" w:line="240" w:lineRule="auto"/>
        <w:rPr>
          <w:rFonts w:cs="Times New Roman"/>
          <w:b/>
          <w:sz w:val="28"/>
          <w:szCs w:val="28"/>
        </w:rPr>
      </w:pPr>
      <w:r w:rsidRPr="007C574D">
        <w:rPr>
          <w:rFonts w:cs="Times New Roman"/>
          <w:b/>
          <w:sz w:val="26"/>
          <w:szCs w:val="28"/>
        </w:rPr>
        <w:lastRenderedPageBreak/>
        <w:t>IV. ĐIỀU CHỈNH SAU BÀI DẠY</w:t>
      </w:r>
    </w:p>
    <w:p w:rsidR="002B708D" w:rsidRPr="007C574D" w:rsidRDefault="00D8461B" w:rsidP="007C574D">
      <w:pPr>
        <w:spacing w:after="0" w:line="240" w:lineRule="auto"/>
        <w:rPr>
          <w:rFonts w:cs="Times New Roman"/>
          <w:sz w:val="28"/>
          <w:szCs w:val="28"/>
        </w:rPr>
      </w:pPr>
      <w:r w:rsidRPr="007C574D">
        <w:rPr>
          <w:rFonts w:cs="Times New Roman"/>
          <w:sz w:val="26"/>
          <w:szCs w:val="28"/>
        </w:rPr>
        <w:t>…………………………………………………………………………………….</w:t>
      </w:r>
    </w:p>
    <w:p w:rsidR="002B708D" w:rsidRPr="007C574D" w:rsidRDefault="00D8461B" w:rsidP="007C574D">
      <w:pPr>
        <w:spacing w:after="0" w:line="240" w:lineRule="auto"/>
        <w:rPr>
          <w:rFonts w:cs="Times New Roman"/>
          <w:sz w:val="28"/>
          <w:szCs w:val="28"/>
        </w:rPr>
      </w:pPr>
      <w:r w:rsidRPr="007C574D">
        <w:rPr>
          <w:rFonts w:cs="Times New Roman"/>
          <w:sz w:val="26"/>
          <w:szCs w:val="28"/>
        </w:rPr>
        <w:t>…………………………………………………………………………………….</w:t>
      </w:r>
    </w:p>
    <w:p w:rsidR="002B708D" w:rsidRPr="007C574D" w:rsidRDefault="00D8461B" w:rsidP="007C574D">
      <w:pPr>
        <w:spacing w:after="0" w:line="240" w:lineRule="auto"/>
        <w:rPr>
          <w:rFonts w:cs="Times New Roman"/>
          <w:sz w:val="28"/>
          <w:szCs w:val="28"/>
        </w:rPr>
      </w:pPr>
      <w:r w:rsidRPr="007C574D">
        <w:rPr>
          <w:rFonts w:cs="Times New Roman"/>
          <w:sz w:val="26"/>
          <w:szCs w:val="28"/>
        </w:rPr>
        <w:t>…………………………………………………………………………………….</w:t>
      </w:r>
    </w:p>
    <w:p w:rsidR="00D8461B" w:rsidRPr="007C574D" w:rsidRDefault="00D8461B" w:rsidP="007C574D">
      <w:pPr>
        <w:spacing w:after="0" w:line="240" w:lineRule="auto"/>
        <w:jc w:val="center"/>
        <w:rPr>
          <w:rFonts w:cs="Times New Roman"/>
          <w:b/>
          <w:sz w:val="28"/>
          <w:szCs w:val="28"/>
        </w:rPr>
      </w:pPr>
      <w:r w:rsidRPr="007C574D">
        <w:rPr>
          <w:rFonts w:cs="Times New Roman"/>
          <w:b/>
          <w:sz w:val="26"/>
          <w:szCs w:val="28"/>
        </w:rPr>
        <w:t>KẾ HOẠCH BÀI DẠY MÔN TIẾNG VIỆT TUẦN 22</w:t>
      </w:r>
    </w:p>
    <w:p w:rsidR="00D8461B" w:rsidRPr="007C574D" w:rsidRDefault="00D8461B" w:rsidP="007C574D">
      <w:pPr>
        <w:spacing w:after="0" w:line="240" w:lineRule="auto"/>
        <w:jc w:val="center"/>
        <w:rPr>
          <w:rFonts w:cs="Times New Roman"/>
          <w:sz w:val="28"/>
          <w:szCs w:val="28"/>
        </w:rPr>
      </w:pPr>
      <w:r w:rsidRPr="007C574D">
        <w:rPr>
          <w:rFonts w:cs="Times New Roman"/>
          <w:b/>
          <w:sz w:val="26"/>
          <w:szCs w:val="28"/>
        </w:rPr>
        <w:t xml:space="preserve">BÀI 5: BỮA CƠM GIA ĐÌNH (TIẾT 1, 2) </w:t>
      </w:r>
    </w:p>
    <w:p w:rsidR="00D8461B" w:rsidRPr="007C574D" w:rsidRDefault="00D8461B" w:rsidP="007C574D">
      <w:pPr>
        <w:spacing w:after="0" w:line="240" w:lineRule="auto"/>
        <w:rPr>
          <w:rFonts w:cs="Times New Roman"/>
          <w:sz w:val="28"/>
          <w:szCs w:val="28"/>
        </w:rPr>
      </w:pPr>
    </w:p>
    <w:p w:rsidR="00D8461B" w:rsidRPr="007C574D" w:rsidRDefault="00D8461B" w:rsidP="007C574D">
      <w:pPr>
        <w:spacing w:after="0" w:line="240" w:lineRule="auto"/>
        <w:rPr>
          <w:rFonts w:cs="Times New Roman"/>
          <w:sz w:val="28"/>
          <w:szCs w:val="28"/>
        </w:rPr>
      </w:pPr>
      <w:r w:rsidRPr="007C574D">
        <w:rPr>
          <w:rFonts w:cs="Times New Roman"/>
          <w:b/>
          <w:sz w:val="26"/>
          <w:szCs w:val="28"/>
        </w:rPr>
        <w:t>I. YÊU CẦU CẦN ĐẠT</w:t>
      </w:r>
    </w:p>
    <w:p w:rsidR="00D8461B" w:rsidRPr="007C574D" w:rsidRDefault="00D8461B" w:rsidP="007C574D">
      <w:pPr>
        <w:spacing w:after="0" w:line="240" w:lineRule="auto"/>
        <w:rPr>
          <w:rFonts w:cs="Times New Roman"/>
          <w:sz w:val="28"/>
          <w:szCs w:val="28"/>
        </w:rPr>
      </w:pPr>
      <w:r w:rsidRPr="007C574D">
        <w:rPr>
          <w:rFonts w:cs="Times New Roman"/>
          <w:b/>
          <w:sz w:val="26"/>
          <w:szCs w:val="28"/>
        </w:rPr>
        <w:t>1. Năng lực đặc thù (Tiếng Việt)</w:t>
      </w:r>
    </w:p>
    <w:p w:rsidR="00D8461B" w:rsidRPr="007C574D" w:rsidRDefault="00D8461B" w:rsidP="007C574D">
      <w:pPr>
        <w:spacing w:after="0" w:line="240" w:lineRule="auto"/>
        <w:rPr>
          <w:rFonts w:cs="Times New Roman"/>
          <w:sz w:val="28"/>
          <w:szCs w:val="28"/>
        </w:rPr>
      </w:pPr>
      <w:r w:rsidRPr="007C574D">
        <w:rPr>
          <w:rFonts w:cs="Times New Roman"/>
          <w:sz w:val="26"/>
          <w:szCs w:val="28"/>
        </w:rPr>
        <w:t>- Đọc đúng, rõ ràng văn bản tự sự ngắn; bước đầu biết đọc diễn cảm phù hợp nội dung và lời thoại.</w:t>
      </w:r>
    </w:p>
    <w:p w:rsidR="00D8461B" w:rsidRPr="007C574D" w:rsidRDefault="00D8461B" w:rsidP="007C574D">
      <w:pPr>
        <w:spacing w:after="0" w:line="240" w:lineRule="auto"/>
        <w:rPr>
          <w:rFonts w:cs="Times New Roman"/>
          <w:sz w:val="28"/>
          <w:szCs w:val="28"/>
        </w:rPr>
      </w:pPr>
      <w:r w:rsidRPr="007C574D">
        <w:rPr>
          <w:rFonts w:cs="Times New Roman"/>
          <w:sz w:val="26"/>
          <w:szCs w:val="28"/>
        </w:rPr>
        <w:t>- Đọc đúng vần oong và các tiếng/từ ngữ có chứa vần oong trong bài (ví dụ: xoong); luyện phát âm từ khó.</w:t>
      </w:r>
    </w:p>
    <w:p w:rsidR="00D8461B" w:rsidRPr="007C574D" w:rsidRDefault="00D8461B" w:rsidP="007C574D">
      <w:pPr>
        <w:spacing w:after="0" w:line="240" w:lineRule="auto"/>
        <w:rPr>
          <w:rFonts w:cs="Times New Roman"/>
          <w:sz w:val="28"/>
          <w:szCs w:val="28"/>
        </w:rPr>
      </w:pPr>
      <w:r w:rsidRPr="007C574D">
        <w:rPr>
          <w:rFonts w:cs="Times New Roman"/>
          <w:sz w:val="26"/>
          <w:szCs w:val="28"/>
        </w:rPr>
        <w:t>- Hiểu nội dung văn bản; trả lời đúng các câu hỏi; nêu được thông tin cơ bản về Ngày Gia đình Việt Nam và hoạt động của gia đình Chi.</w:t>
      </w:r>
    </w:p>
    <w:p w:rsidR="00D8461B" w:rsidRPr="007C574D" w:rsidRDefault="00D8461B" w:rsidP="007C574D">
      <w:pPr>
        <w:spacing w:after="0" w:line="240" w:lineRule="auto"/>
        <w:rPr>
          <w:rFonts w:cs="Times New Roman"/>
          <w:sz w:val="28"/>
          <w:szCs w:val="28"/>
        </w:rPr>
      </w:pPr>
      <w:r w:rsidRPr="007C574D">
        <w:rPr>
          <w:rFonts w:cs="Times New Roman"/>
          <w:sz w:val="26"/>
          <w:szCs w:val="28"/>
        </w:rPr>
        <w:t>- Quan sát tranh, nhận biết chi tiết và suy luận nội dung từ tranh; trao đổi ý kiến về tranh và bài đọc.</w:t>
      </w:r>
    </w:p>
    <w:p w:rsidR="00D8461B" w:rsidRPr="007C574D" w:rsidRDefault="00D8461B" w:rsidP="007C574D">
      <w:pPr>
        <w:spacing w:after="0" w:line="240" w:lineRule="auto"/>
        <w:rPr>
          <w:rFonts w:cs="Times New Roman"/>
          <w:sz w:val="28"/>
          <w:szCs w:val="28"/>
        </w:rPr>
      </w:pPr>
      <w:r w:rsidRPr="007C574D">
        <w:rPr>
          <w:rFonts w:cs="Times New Roman"/>
          <w:b/>
          <w:sz w:val="26"/>
          <w:szCs w:val="28"/>
        </w:rPr>
        <w:t>2. Năng lực chung</w:t>
      </w:r>
    </w:p>
    <w:p w:rsidR="00D8461B" w:rsidRPr="007C574D" w:rsidRDefault="00D8461B" w:rsidP="007C574D">
      <w:pPr>
        <w:spacing w:after="0" w:line="240" w:lineRule="auto"/>
        <w:rPr>
          <w:rFonts w:cs="Times New Roman"/>
          <w:sz w:val="28"/>
          <w:szCs w:val="28"/>
        </w:rPr>
      </w:pPr>
      <w:r w:rsidRPr="007C574D">
        <w:rPr>
          <w:rFonts w:cs="Times New Roman"/>
          <w:sz w:val="26"/>
          <w:szCs w:val="28"/>
        </w:rPr>
        <w:t>- Tự chủ và tự học: chủ động luyện đọc, tự sửa lỗi; hoàn thành nhiệm vụ học tập theo yêu cầu.</w:t>
      </w:r>
    </w:p>
    <w:p w:rsidR="00D8461B" w:rsidRPr="007C574D" w:rsidRDefault="00D8461B" w:rsidP="007C574D">
      <w:pPr>
        <w:spacing w:after="0" w:line="240" w:lineRule="auto"/>
        <w:rPr>
          <w:rFonts w:cs="Times New Roman"/>
          <w:sz w:val="28"/>
          <w:szCs w:val="28"/>
        </w:rPr>
      </w:pPr>
      <w:r w:rsidRPr="007C574D">
        <w:rPr>
          <w:rFonts w:cs="Times New Roman"/>
          <w:sz w:val="26"/>
          <w:szCs w:val="28"/>
        </w:rPr>
        <w:t>- Giao tiếp và hợp tác: tham gia thảo luận nhóm/cặp; lắng nghe bạn; trình bày ý kiến rõ ràng.</w:t>
      </w:r>
    </w:p>
    <w:p w:rsidR="00D8461B" w:rsidRPr="007C574D" w:rsidRDefault="00D8461B" w:rsidP="007C574D">
      <w:pPr>
        <w:spacing w:after="0" w:line="240" w:lineRule="auto"/>
        <w:rPr>
          <w:rFonts w:cs="Times New Roman"/>
          <w:sz w:val="28"/>
          <w:szCs w:val="28"/>
        </w:rPr>
      </w:pPr>
      <w:r w:rsidRPr="007C574D">
        <w:rPr>
          <w:rFonts w:cs="Times New Roman"/>
          <w:sz w:val="26"/>
          <w:szCs w:val="28"/>
        </w:rPr>
        <w:t>- Giải quyết vấn đề và sáng tạo: suy luận từ chi tiết trong bài/tranh; liên hệ bản thân về ý nghĩa bữa cơm gia đình.</w:t>
      </w:r>
    </w:p>
    <w:p w:rsidR="00D8461B" w:rsidRPr="007C574D" w:rsidRDefault="00D8461B" w:rsidP="007C574D">
      <w:pPr>
        <w:spacing w:after="0" w:line="240" w:lineRule="auto"/>
        <w:rPr>
          <w:rFonts w:cs="Times New Roman"/>
          <w:sz w:val="28"/>
          <w:szCs w:val="28"/>
        </w:rPr>
      </w:pPr>
      <w:r w:rsidRPr="007C574D">
        <w:rPr>
          <w:rFonts w:cs="Times New Roman"/>
          <w:b/>
          <w:sz w:val="26"/>
          <w:szCs w:val="28"/>
        </w:rPr>
        <w:t>3. Phẩm chất</w:t>
      </w:r>
    </w:p>
    <w:p w:rsidR="00D8461B" w:rsidRPr="007C574D" w:rsidRDefault="00D8461B" w:rsidP="007C574D">
      <w:pPr>
        <w:spacing w:after="0" w:line="240" w:lineRule="auto"/>
        <w:rPr>
          <w:rFonts w:cs="Times New Roman"/>
          <w:sz w:val="28"/>
          <w:szCs w:val="28"/>
        </w:rPr>
      </w:pPr>
      <w:r w:rsidRPr="007C574D">
        <w:rPr>
          <w:rFonts w:cs="Times New Roman"/>
          <w:sz w:val="26"/>
          <w:szCs w:val="28"/>
        </w:rPr>
        <w:t>- Nhân ái: yêu thương, gắn bó với gia đình, người thân; biết quan tâm, chia sẻ.</w:t>
      </w:r>
    </w:p>
    <w:p w:rsidR="00D8461B" w:rsidRPr="007C574D" w:rsidRDefault="00D8461B" w:rsidP="007C574D">
      <w:pPr>
        <w:spacing w:after="0" w:line="240" w:lineRule="auto"/>
        <w:rPr>
          <w:rFonts w:cs="Times New Roman"/>
          <w:sz w:val="28"/>
          <w:szCs w:val="28"/>
        </w:rPr>
      </w:pPr>
      <w:r w:rsidRPr="007C574D">
        <w:rPr>
          <w:rFonts w:cs="Times New Roman"/>
          <w:sz w:val="26"/>
          <w:szCs w:val="28"/>
        </w:rPr>
        <w:t>- Chăm chỉ: tích cực tham gia đọc – hiểu – viết; hoàn thành nhiệm vụ được giao.</w:t>
      </w:r>
    </w:p>
    <w:p w:rsidR="00D8461B" w:rsidRPr="007C574D" w:rsidRDefault="00D8461B" w:rsidP="007C574D">
      <w:pPr>
        <w:spacing w:after="0" w:line="240" w:lineRule="auto"/>
        <w:rPr>
          <w:rFonts w:cs="Times New Roman"/>
          <w:sz w:val="28"/>
          <w:szCs w:val="28"/>
        </w:rPr>
      </w:pPr>
      <w:r w:rsidRPr="007C574D">
        <w:rPr>
          <w:rFonts w:cs="Times New Roman"/>
          <w:sz w:val="26"/>
          <w:szCs w:val="28"/>
        </w:rPr>
        <w:t>- Trách nhiệm: giữ trật tự khi bạn đọc; hợp tác trong nhóm; có ý thức xây dựng không khí bữa cơm gia đình ấm áp.</w:t>
      </w:r>
    </w:p>
    <w:p w:rsidR="00DD330F" w:rsidRDefault="002918F3">
      <w:pPr>
        <w:spacing w:after="0"/>
      </w:pPr>
      <w:r>
        <w:rPr>
          <w:rFonts w:cs="Times New Roman"/>
          <w:b/>
          <w:color w:val="FF0000"/>
          <w:sz w:val="26"/>
          <w:szCs w:val="26"/>
        </w:rPr>
        <w:t>4. Tích hợp</w:t>
      </w:r>
    </w:p>
    <w:p w:rsidR="00DD330F" w:rsidRDefault="002918F3">
      <w:pPr>
        <w:spacing w:after="0"/>
      </w:pPr>
      <w:r>
        <w:rPr>
          <w:rFonts w:cs="Times New Roman"/>
          <w:color w:val="FF0000"/>
          <w:sz w:val="26"/>
          <w:szCs w:val="26"/>
        </w:rPr>
        <w:t>- Lý tưởng cách mạng, đạo đức, lối sống: Biết trân trọng bữa cơm gia đình, phụ giúp người thân, ăn uống gọn gàng và không lãng phí thức ăn.</w:t>
      </w:r>
    </w:p>
    <w:p w:rsidR="00DD330F" w:rsidRDefault="002918F3">
      <w:pPr>
        <w:spacing w:after="0"/>
      </w:pPr>
      <w:r>
        <w:rPr>
          <w:rFonts w:cs="Times New Roman"/>
          <w:color w:val="FF0000"/>
          <w:sz w:val="26"/>
          <w:szCs w:val="26"/>
        </w:rPr>
        <w:t>- Tích hợp AI 1.A2.2: Kể tên một số thiết bị AI như robot hút bụi, nồi thông minh giúp gia đình tiết kiệm thời gian; chỉ sử dụng khi có người lớn hướng dẫn.</w:t>
      </w:r>
    </w:p>
    <w:p w:rsidR="00D8461B" w:rsidRPr="007C574D" w:rsidRDefault="00D8461B" w:rsidP="007C574D">
      <w:pPr>
        <w:spacing w:after="0" w:line="240" w:lineRule="auto"/>
        <w:rPr>
          <w:rFonts w:cs="Times New Roman"/>
          <w:sz w:val="28"/>
          <w:szCs w:val="28"/>
        </w:rPr>
      </w:pPr>
      <w:r w:rsidRPr="007C574D">
        <w:rPr>
          <w:rFonts w:cs="Times New Roman"/>
          <w:b/>
          <w:sz w:val="26"/>
          <w:szCs w:val="28"/>
        </w:rPr>
        <w:t>II. ĐỒ DÙNG DẠY HỌC</w:t>
      </w:r>
    </w:p>
    <w:p w:rsidR="00D8461B" w:rsidRPr="007C574D" w:rsidRDefault="00D8461B" w:rsidP="007C574D">
      <w:pPr>
        <w:spacing w:after="0" w:line="240" w:lineRule="auto"/>
        <w:rPr>
          <w:rFonts w:cs="Times New Roman"/>
          <w:sz w:val="28"/>
          <w:szCs w:val="28"/>
        </w:rPr>
      </w:pPr>
      <w:r w:rsidRPr="007C574D">
        <w:rPr>
          <w:rFonts w:cs="Times New Roman"/>
          <w:sz w:val="26"/>
          <w:szCs w:val="28"/>
        </w:rPr>
        <w:t>- Học liệu: SGK, KHDH, Bộ đồ dùng dạy học Tiếng Việt.</w:t>
      </w:r>
    </w:p>
    <w:p w:rsidR="00DD330F" w:rsidRDefault="002918F3">
      <w:pPr>
        <w:spacing w:after="0" w:line="240" w:lineRule="auto"/>
      </w:pPr>
      <w:r>
        <w:rPr>
          <w:rFonts w:cs="Times New Roman"/>
          <w:color w:val="FF0000"/>
          <w:sz w:val="26"/>
        </w:rPr>
        <w:t>- Tích hợp AI 1.A2.2: Kể tên một số thiết bị AI như robot hút bụi, nồi thông minh giúp gia đình tiết kiệm thời gian; chỉ sử dụng khi có người lớn hướng dẫn.</w:t>
      </w:r>
    </w:p>
    <w:p w:rsidR="00D8461B" w:rsidRPr="007C574D" w:rsidRDefault="00D8461B" w:rsidP="007C574D">
      <w:pPr>
        <w:spacing w:after="0" w:line="240" w:lineRule="auto"/>
        <w:rPr>
          <w:rFonts w:cs="Times New Roman"/>
          <w:sz w:val="28"/>
          <w:szCs w:val="28"/>
        </w:rPr>
      </w:pPr>
      <w:r w:rsidRPr="007C574D">
        <w:rPr>
          <w:rFonts w:cs="Times New Roman"/>
          <w:sz w:val="26"/>
          <w:szCs w:val="28"/>
        </w:rPr>
        <w:t>- Thiết bị: Máy tính, máy chiếu.</w:t>
      </w:r>
    </w:p>
    <w:p w:rsidR="00D8461B" w:rsidRDefault="00D8461B" w:rsidP="007C574D">
      <w:pPr>
        <w:spacing w:after="0" w:line="240" w:lineRule="auto"/>
        <w:rPr>
          <w:rFonts w:cs="Times New Roman"/>
          <w:b/>
          <w:sz w:val="26"/>
          <w:szCs w:val="28"/>
        </w:rPr>
      </w:pPr>
      <w:r w:rsidRPr="007C574D">
        <w:rPr>
          <w:rFonts w:cs="Times New Roman"/>
          <w:b/>
          <w:sz w:val="26"/>
          <w:szCs w:val="28"/>
        </w:rPr>
        <w:t>III. CÁC HOẠT ĐỘNG DẠY HỌC</w:t>
      </w:r>
    </w:p>
    <w:p w:rsidR="006F4373" w:rsidRDefault="006F4373" w:rsidP="007C574D">
      <w:pPr>
        <w:spacing w:after="0" w:line="240" w:lineRule="auto"/>
        <w:rPr>
          <w:rFonts w:cs="Times New Roman"/>
          <w:b/>
          <w:sz w:val="26"/>
          <w:szCs w:val="28"/>
        </w:rPr>
      </w:pPr>
    </w:p>
    <w:p w:rsidR="006F4373" w:rsidRPr="007C574D" w:rsidRDefault="006F4373" w:rsidP="007C574D">
      <w:pPr>
        <w:spacing w:after="0" w:line="240" w:lineRule="auto"/>
        <w:rPr>
          <w:rFonts w:cs="Times New Roman"/>
          <w:sz w:val="28"/>
          <w:szCs w:val="28"/>
        </w:rPr>
      </w:pPr>
    </w:p>
    <w:p w:rsidR="00D8461B" w:rsidRPr="007C574D" w:rsidRDefault="00D8461B" w:rsidP="007C574D">
      <w:pPr>
        <w:spacing w:after="0" w:line="240" w:lineRule="auto"/>
        <w:rPr>
          <w:rFonts w:cs="Times New Roman"/>
          <w:sz w:val="28"/>
          <w:szCs w:val="28"/>
        </w:rPr>
      </w:pPr>
      <w:r w:rsidRPr="007C574D">
        <w:rPr>
          <w:rFonts w:cs="Times New Roman"/>
          <w:b/>
          <w:sz w:val="26"/>
          <w:szCs w:val="28"/>
        </w:rPr>
        <w:lastRenderedPageBreak/>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t>TIẾT 1</w:t>
      </w:r>
    </w:p>
    <w:tbl>
      <w:tblPr>
        <w:tblStyle w:val="TableGrid"/>
        <w:tblW w:w="0" w:type="auto"/>
        <w:jc w:val="center"/>
        <w:tblBorders>
          <w:insideH w:val="none" w:sz="0" w:space="0" w:color="auto"/>
        </w:tblBorders>
        <w:tblLook w:val="04A0" w:firstRow="1" w:lastRow="0" w:firstColumn="1" w:lastColumn="0" w:noHBand="0" w:noVBand="1"/>
      </w:tblPr>
      <w:tblGrid>
        <w:gridCol w:w="4405"/>
        <w:gridCol w:w="24"/>
        <w:gridCol w:w="4427"/>
      </w:tblGrid>
      <w:tr w:rsidR="00D8461B" w:rsidRPr="007C574D" w:rsidTr="006F4373">
        <w:trPr>
          <w:jc w:val="center"/>
        </w:trPr>
        <w:tc>
          <w:tcPr>
            <w:tcW w:w="4405"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Hoạt động của GV</w:t>
            </w:r>
          </w:p>
        </w:tc>
        <w:tc>
          <w:tcPr>
            <w:tcW w:w="4451" w:type="dxa"/>
            <w:gridSpan w:val="2"/>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Hoạt động của HS</w:t>
            </w:r>
          </w:p>
        </w:tc>
      </w:tr>
      <w:tr w:rsidR="00D8461B" w:rsidRPr="007C574D" w:rsidTr="006F4373">
        <w:trPr>
          <w:jc w:val="center"/>
        </w:trPr>
        <w:tc>
          <w:tcPr>
            <w:tcW w:w="8856" w:type="dxa"/>
            <w:gridSpan w:val="3"/>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1. HĐ Khởi động</w:t>
            </w:r>
          </w:p>
          <w:p w:rsidR="00D8461B" w:rsidRPr="007C574D" w:rsidRDefault="00D8461B"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Ôn lại bài cũ; quan sát tranh để gợi mở nội dung bài mới; tạo tâm thế hứng thú trước khi đọc văn bản.</w:t>
            </w:r>
          </w:p>
        </w:tc>
      </w:tr>
      <w:tr w:rsidR="00D8461B" w:rsidRPr="007C574D" w:rsidTr="006F4373">
        <w:trPr>
          <w:jc w:val="center"/>
        </w:trPr>
        <w:tc>
          <w:tcPr>
            <w:tcW w:w="4405"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tổ chức ôn bài cũ: yêu cầu HS đọc lại bài thơ “Quạt cho bà ngủ”.</w:t>
            </w:r>
          </w:p>
        </w:tc>
        <w:tc>
          <w:tcPr>
            <w:tcW w:w="4451" w:type="dxa"/>
            <w:gridSpan w:val="2"/>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đọc lại bài thơ theo yêu cầu.</w:t>
            </w:r>
          </w:p>
        </w:tc>
      </w:tr>
      <w:tr w:rsidR="00D8461B" w:rsidRPr="007C574D" w:rsidTr="006F4373">
        <w:trPr>
          <w:jc w:val="center"/>
        </w:trPr>
        <w:tc>
          <w:tcPr>
            <w:tcW w:w="4405"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mời 2–3 HS đọc nối tiếp; nhắc HS đọc to rõ, đúng ngắt nghỉ.</w:t>
            </w:r>
          </w:p>
        </w:tc>
        <w:tc>
          <w:tcPr>
            <w:tcW w:w="4451"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- 2–3 HS đọc nối tiếp; HS khác lắng nghe.</w:t>
            </w:r>
          </w:p>
        </w:tc>
      </w:tr>
      <w:tr w:rsidR="00D8461B" w:rsidRPr="007C574D" w:rsidTr="006F4373">
        <w:trPr>
          <w:jc w:val="center"/>
        </w:trPr>
        <w:tc>
          <w:tcPr>
            <w:tcW w:w="4405"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giữ câu kết luận: GVNX (nhận xét, khen HS đọc tốt; nhắc HS cần chú ý phát âm và nhịp thơ).</w:t>
            </w:r>
          </w:p>
        </w:tc>
        <w:tc>
          <w:tcPr>
            <w:tcW w:w="4451"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GVNX và ghi nhớ.</w:t>
            </w:r>
          </w:p>
        </w:tc>
      </w:tr>
      <w:tr w:rsidR="00D8461B" w:rsidRPr="007C574D" w:rsidTr="006F4373">
        <w:trPr>
          <w:jc w:val="center"/>
        </w:trPr>
        <w:tc>
          <w:tcPr>
            <w:tcW w:w="4405"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yêu cầu HS quan sát tranh bài “Bữa cơm gia đình” và nói về những gì quan sát được.</w:t>
            </w:r>
          </w:p>
        </w:tc>
        <w:tc>
          <w:tcPr>
            <w:tcW w:w="4451"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quan sát tranh và nêu điều mình thấy.</w:t>
            </w:r>
          </w:p>
        </w:tc>
      </w:tr>
      <w:tr w:rsidR="00D8461B" w:rsidRPr="007C574D" w:rsidTr="006F4373">
        <w:trPr>
          <w:jc w:val="center"/>
        </w:trPr>
        <w:tc>
          <w:tcPr>
            <w:tcW w:w="4405"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gợi ý: Trong tranh có những ai? Mọi người đang làm gì? Trên bàn có những món gì?</w:t>
            </w:r>
          </w:p>
        </w:tc>
        <w:tc>
          <w:tcPr>
            <w:tcW w:w="4451"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trả lời theo gợi ý: nêu người/vật/hoạt động trong tranh.</w:t>
            </w:r>
          </w:p>
        </w:tc>
      </w:tr>
      <w:tr w:rsidR="00D8461B" w:rsidRPr="007C574D" w:rsidTr="006F4373">
        <w:trPr>
          <w:jc w:val="center"/>
        </w:trPr>
        <w:tc>
          <w:tcPr>
            <w:tcW w:w="4405"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mời một số HS chia sẻ; khuyến khích HS nói trọn câu, lễ phép.</w:t>
            </w:r>
          </w:p>
        </w:tc>
        <w:tc>
          <w:tcPr>
            <w:tcW w:w="4451"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chia sẻ; HS khác lắng nghe.</w:t>
            </w:r>
          </w:p>
        </w:tc>
      </w:tr>
      <w:tr w:rsidR="00D8461B" w:rsidRPr="007C574D" w:rsidTr="006F4373">
        <w:trPr>
          <w:jc w:val="center"/>
        </w:trPr>
        <w:tc>
          <w:tcPr>
            <w:tcW w:w="4405"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dẫn dắt: Bữa cơm gia đình là lúc mọi người quây quần, yêu thương nhau.</w:t>
            </w:r>
          </w:p>
        </w:tc>
        <w:tc>
          <w:tcPr>
            <w:tcW w:w="4451"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và liên hệ bữa cơm gia đình của mình.</w:t>
            </w:r>
          </w:p>
        </w:tc>
      </w:tr>
      <w:tr w:rsidR="00D8461B" w:rsidRPr="007C574D" w:rsidTr="006F4373">
        <w:trPr>
          <w:jc w:val="center"/>
        </w:trPr>
        <w:tc>
          <w:tcPr>
            <w:tcW w:w="4405"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giới thiệu bài: “Bữa cơm gia đình”.</w:t>
            </w:r>
          </w:p>
        </w:tc>
        <w:tc>
          <w:tcPr>
            <w:tcW w:w="4451" w:type="dxa"/>
            <w:gridSpan w:val="2"/>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mở SGK sẵn sàng học bài.</w:t>
            </w:r>
          </w:p>
        </w:tc>
      </w:tr>
      <w:tr w:rsidR="00D8461B" w:rsidRPr="007C574D" w:rsidTr="006F4373">
        <w:trPr>
          <w:jc w:val="center"/>
        </w:trPr>
        <w:tc>
          <w:tcPr>
            <w:tcW w:w="8856" w:type="dxa"/>
            <w:gridSpan w:val="3"/>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2. HĐ Hình thành kiến thức mới – Đọc</w:t>
            </w:r>
          </w:p>
          <w:p w:rsidR="00D8461B" w:rsidRPr="007C574D" w:rsidRDefault="00D8461B"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Phát triển kĩ năng đọc: đọc đúng, rõ ràng văn bản tự sự; đọc đúng vần oong; hiểu nghĩa từ khó; đọc được câu/đoạn/cả bài.</w:t>
            </w:r>
          </w:p>
        </w:tc>
      </w:tr>
      <w:tr w:rsidR="00D8461B" w:rsidRPr="007C574D" w:rsidTr="006F4373">
        <w:trPr>
          <w:jc w:val="center"/>
        </w:trPr>
        <w:tc>
          <w:tcPr>
            <w:tcW w:w="4429" w:type="dxa"/>
            <w:gridSpan w:val="2"/>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đọc mẫu toàn văn bản; chú ý giọng đọc tự nhiên, rõ ràng, thể hiện lời thoại phù hợp.</w:t>
            </w:r>
          </w:p>
        </w:tc>
        <w:tc>
          <w:tcPr>
            <w:tcW w:w="4427"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GV đọc mẫu.</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yêu cầu HS tìm từ ngữ chứa vần mới trong văn bản (xoong).</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tìm từ ngữ chứa vần mới: “xoong”.</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đưa từ “xoong” lên bảng; đọc mẫu vần oong và từ xoong; hướng dẫn HS đọc (cá nhân – nhóm – cả lớp).</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đọc vần oong và tiếng xoong theo hướng dẫn.</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mời HS đọc nối tiếp từng câu; theo dõi và sửa lỗi phát âm.</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đọc nối tiếp từng câu; HS khác lắng nghe.</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hướng dẫn HS luyện đọc từ khó: “liên hoan”, “quây quần”, “tuyệt”.</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luyện đọc từ khó theo hướng dẫn.</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hướng dẫn HS đọc câu dài và ngắt nghỉ phù hợp: “Ông bà trông em bé / để mẹ nấu ăn.”; “Chi thích ngày nào cũng là Ngày Gia đình Việt Nam.”</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luyện đọc câu dài, ngắt nghỉ theo mẫu.</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lastRenderedPageBreak/>
              <w:t>- GV chia văn bản thành 2 đoạn: đoạn 1 (từ đầu đến “nhà mình liên hoan con ạ”), đoạn 2 (phần còn lại).</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cách chia đoạn.</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mời HS đọc nối tiếp từng đoạn; nhắc HS đọc to rõ, liền mạch.</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đọc nối tiếp từng đoạn.</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giải thích nghĩa từ: “liên hoan” (cuộc vui chung có nhiều người tham gia nhân một dịp gì đó); “quây quần” (tụ tập lại trong không khí thân mật, đầm ấm).</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ghi nhớ nghĩa từ.</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mời HS đọc lại đoạn; bạn nghe nhận xét, góp ý.</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đọc lại đoạn; nhận xét bạn.</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đọc lại toàn văn bản để HS cảm nhận nội dung.</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GV đọc lại.</w:t>
            </w:r>
          </w:p>
        </w:tc>
      </w:tr>
      <w:tr w:rsidR="00D8461B" w:rsidRPr="007C574D" w:rsidTr="006F4373">
        <w:trPr>
          <w:jc w:val="center"/>
        </w:trPr>
        <w:tc>
          <w:tcPr>
            <w:tcW w:w="4429"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nhận xét (GVNX): khen HS đọc đúng vần oong, đọc rõ; nhắc HS luyện thêm các từ khó.</w:t>
            </w:r>
          </w:p>
        </w:tc>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GVNX và ghi nhớ.</w:t>
            </w:r>
          </w:p>
        </w:tc>
      </w:tr>
    </w:tbl>
    <w:p w:rsidR="00D8461B" w:rsidRPr="007C574D" w:rsidRDefault="00D8461B" w:rsidP="007C574D">
      <w:pPr>
        <w:spacing w:after="0" w:line="240" w:lineRule="auto"/>
        <w:rPr>
          <w:rFonts w:cs="Times New Roman"/>
          <w:sz w:val="28"/>
          <w:szCs w:val="28"/>
        </w:rPr>
      </w:pP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t>TIẾT 2</w:t>
      </w:r>
    </w:p>
    <w:tbl>
      <w:tblPr>
        <w:tblStyle w:val="TableGrid"/>
        <w:tblW w:w="0" w:type="auto"/>
        <w:jc w:val="center"/>
        <w:tblBorders>
          <w:insideH w:val="none" w:sz="0" w:space="0" w:color="auto"/>
        </w:tblBorders>
        <w:tblLook w:val="04A0" w:firstRow="1" w:lastRow="0" w:firstColumn="1" w:lastColumn="0" w:noHBand="0" w:noVBand="1"/>
      </w:tblPr>
      <w:tblGrid>
        <w:gridCol w:w="4424"/>
        <w:gridCol w:w="8"/>
        <w:gridCol w:w="4424"/>
      </w:tblGrid>
      <w:tr w:rsidR="00D8461B" w:rsidRPr="007C574D" w:rsidTr="006F4373">
        <w:trPr>
          <w:jc w:val="center"/>
        </w:trPr>
        <w:tc>
          <w:tcPr>
            <w:tcW w:w="4432" w:type="dxa"/>
            <w:gridSpan w:val="2"/>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Hoạt động của GV</w:t>
            </w:r>
          </w:p>
        </w:tc>
        <w:tc>
          <w:tcPr>
            <w:tcW w:w="4424"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Hoạt động của HS</w:t>
            </w:r>
          </w:p>
        </w:tc>
      </w:tr>
      <w:tr w:rsidR="00D8461B" w:rsidRPr="007C574D" w:rsidTr="006F4373">
        <w:trPr>
          <w:jc w:val="center"/>
        </w:trPr>
        <w:tc>
          <w:tcPr>
            <w:tcW w:w="8856" w:type="dxa"/>
            <w:gridSpan w:val="3"/>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3. Trả lời câu hỏi (tích hợp lý tưởng cách mạng, đạo đức, lối sống)</w:t>
            </w:r>
          </w:p>
          <w:p w:rsidR="00D8461B" w:rsidRPr="007C574D" w:rsidRDefault="00D8461B"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hiểu nội dung bài đọc và trả lời đúng câu hỏi; biết bày tỏ cảm xúc về bữa cơm gia đình; hình thành lối sống yêu thương, biết ơn, trách nhiệm với gia đình.</w:t>
            </w:r>
          </w:p>
          <w:p w:rsidR="00DD330F" w:rsidRDefault="002918F3">
            <w:r>
              <w:rPr>
                <w:b/>
                <w:color w:val="FF0000"/>
              </w:rPr>
              <w:t>- Mục tiêu tích hợp: Biết trân trọng bữa cơm gia đình; phụ giúp người thân; ăn uống gọn gàng, không lãng phí.</w:t>
            </w:r>
          </w:p>
          <w:p w:rsidR="00DD330F" w:rsidRDefault="002918F3">
            <w:r>
              <w:rPr>
                <w:b/>
                <w:color w:val="FF0000"/>
              </w:rPr>
              <w:t>- Mục tiêu tích hợp: Kể tên được thiết bị AI hỗ trợ việc nhà; biết sử dụng an toàn khi có người lớn hướng dẫn.</w:t>
            </w:r>
          </w:p>
        </w:tc>
      </w:tr>
      <w:tr w:rsidR="00D8461B" w:rsidRPr="007C574D" w:rsidTr="006F4373">
        <w:trPr>
          <w:jc w:val="center"/>
        </w:trPr>
        <w:tc>
          <w:tcPr>
            <w:tcW w:w="4432" w:type="dxa"/>
            <w:gridSpan w:val="2"/>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yêu cầu HS đọc thầm lại bài và tìm thông tin để trả lời câu hỏi.</w:t>
            </w:r>
          </w:p>
        </w:tc>
        <w:tc>
          <w:tcPr>
            <w:tcW w:w="4424"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đọc thầm lại bài và tìm thông tin.</w:t>
            </w:r>
          </w:p>
        </w:tc>
      </w:tr>
      <w:tr w:rsidR="00D8461B" w:rsidRPr="007C574D" w:rsidTr="006F4373">
        <w:trPr>
          <w:jc w:val="center"/>
        </w:trPr>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nêu câu hỏi a: “Ngày Gia đình Việt Nam là ngày nào?”</w:t>
            </w:r>
          </w:p>
        </w:tc>
        <w:tc>
          <w:tcPr>
            <w:tcW w:w="4424" w:type="dxa"/>
            <w:shd w:val="clear" w:color="auto" w:fill="auto"/>
          </w:tcPr>
          <w:p w:rsidR="00DD330F" w:rsidRDefault="002918F3">
            <w:pPr>
              <w:spacing w:line="276" w:lineRule="auto"/>
            </w:pPr>
            <w:r>
              <w:rPr>
                <w:rFonts w:cs="Times New Roman"/>
                <w:sz w:val="26"/>
                <w:szCs w:val="26"/>
              </w:rPr>
              <w:t>- HS trả lời: “Ngày Gia đình Việt Nam là ngày 28 tháng 6.”</w:t>
            </w:r>
          </w:p>
        </w:tc>
      </w:tr>
      <w:tr w:rsidR="00D8461B" w:rsidRPr="007C574D" w:rsidTr="006F4373">
        <w:trPr>
          <w:jc w:val="center"/>
        </w:trPr>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mời 1–2 HS trả lời; nhắc HS nói rõ ngày, tháng.</w:t>
            </w:r>
          </w:p>
        </w:tc>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trả lời: “Ngày 28 tháng 6.”</w:t>
            </w:r>
          </w:p>
        </w:tc>
      </w:tr>
      <w:tr w:rsidR="00D8461B" w:rsidRPr="007C574D" w:rsidTr="006F4373">
        <w:trPr>
          <w:jc w:val="center"/>
        </w:trPr>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nêu câu hỏi b: “Vào ngày này, gia đình Chi làm gì?”</w:t>
            </w:r>
          </w:p>
        </w:tc>
        <w:tc>
          <w:tcPr>
            <w:tcW w:w="4424" w:type="dxa"/>
            <w:shd w:val="clear" w:color="auto" w:fill="auto"/>
          </w:tcPr>
          <w:p w:rsidR="00DD330F" w:rsidRDefault="002918F3">
            <w:pPr>
              <w:spacing w:line="276" w:lineRule="auto"/>
            </w:pPr>
            <w:r>
              <w:rPr>
                <w:rFonts w:cs="Times New Roman"/>
                <w:sz w:val="26"/>
                <w:szCs w:val="26"/>
              </w:rPr>
              <w:t>- HS trả lời: “Vào ngày này, gia đình Chi liên hoan.”</w:t>
            </w:r>
          </w:p>
        </w:tc>
      </w:tr>
      <w:tr w:rsidR="00D8461B" w:rsidRPr="007C574D" w:rsidTr="006F4373">
        <w:trPr>
          <w:jc w:val="center"/>
        </w:trPr>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mời 1–2 HS trả lời; yêu cầu HS nói trọn câu.</w:t>
            </w:r>
          </w:p>
        </w:tc>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trả lời: “Vào ngày này, gia đình Chi liên hoan.”</w:t>
            </w:r>
          </w:p>
        </w:tc>
      </w:tr>
      <w:tr w:rsidR="00D8461B" w:rsidRPr="007C574D" w:rsidTr="006F4373">
        <w:trPr>
          <w:jc w:val="center"/>
        </w:trPr>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nêu câu hỏi c: “Theo em, vì sao Chi rất vui?”</w:t>
            </w:r>
          </w:p>
        </w:tc>
        <w:tc>
          <w:tcPr>
            <w:tcW w:w="4424" w:type="dxa"/>
            <w:shd w:val="clear" w:color="auto" w:fill="auto"/>
          </w:tcPr>
          <w:p w:rsidR="00DD330F" w:rsidRDefault="002918F3">
            <w:pPr>
              <w:spacing w:line="276" w:lineRule="auto"/>
            </w:pPr>
            <w:r>
              <w:rPr>
                <w:rFonts w:cs="Times New Roman"/>
                <w:sz w:val="26"/>
                <w:szCs w:val="26"/>
              </w:rPr>
              <w:t>- HS trả lời: “Vì cả nhà quây quần, cùng dùng bữa trong không khí vui vẻ, ấm áp.”</w:t>
            </w:r>
          </w:p>
        </w:tc>
      </w:tr>
      <w:tr w:rsidR="00D8461B" w:rsidRPr="007C574D" w:rsidTr="006F4373">
        <w:trPr>
          <w:jc w:val="center"/>
        </w:trPr>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mời 2–3 HS trình bày; khuyến khích HS nêu lí do dựa vào bài.</w:t>
            </w:r>
          </w:p>
        </w:tc>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xml:space="preserve">- HS trả lời theo suy nghĩ (dựa vào bài): “Vì bữa cơm rất vui, cả nhà quây </w:t>
            </w:r>
            <w:r w:rsidRPr="007C574D">
              <w:rPr>
                <w:rFonts w:cs="Times New Roman"/>
                <w:sz w:val="26"/>
                <w:szCs w:val="28"/>
              </w:rPr>
              <w:lastRenderedPageBreak/>
              <w:t>quần…”</w:t>
            </w:r>
          </w:p>
        </w:tc>
      </w:tr>
      <w:tr w:rsidR="00D8461B" w:rsidRPr="007C574D" w:rsidTr="006F4373">
        <w:trPr>
          <w:jc w:val="center"/>
        </w:trPr>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lastRenderedPageBreak/>
              <w:t>- GV nêu câu trả lời: Ngày Gia đình Việt Nam là ngày 28 tháng 6; Vào ngày này, gia đình Chi liên hoan; Câu trả lời mở, ví dụ: Bữa cơm thật tuyệt, cả nhà quây quần bên nhau.</w:t>
            </w:r>
          </w:p>
        </w:tc>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đáp án chốt của GV và ghi nhớ.</w:t>
            </w:r>
          </w:p>
        </w:tc>
      </w:tr>
      <w:tr w:rsidR="00D8461B" w:rsidRPr="007C574D" w:rsidTr="006F4373">
        <w:trPr>
          <w:jc w:val="center"/>
        </w:trPr>
        <w:tc>
          <w:tcPr>
            <w:tcW w:w="4432" w:type="dxa"/>
            <w:gridSpan w:val="2"/>
            <w:shd w:val="clear" w:color="auto" w:fill="auto"/>
          </w:tcPr>
          <w:p w:rsidR="00D8461B" w:rsidRPr="007C574D" w:rsidRDefault="00D8461B" w:rsidP="007C574D">
            <w:pPr>
              <w:rPr>
                <w:rFonts w:cs="Times New Roman"/>
                <w:color w:val="FF0000"/>
                <w:sz w:val="28"/>
                <w:szCs w:val="28"/>
              </w:rPr>
            </w:pPr>
            <w:r w:rsidRPr="007C574D">
              <w:rPr>
                <w:rFonts w:cs="Times New Roman"/>
                <w:color w:val="FF0000"/>
                <w:sz w:val="26"/>
                <w:szCs w:val="28"/>
              </w:rPr>
              <w:t>- GV tích hợp giáo dục đạo đức – lối sống: hỏi HS “Để bữa cơm gia đình vui, em có thể làm gì?”</w:t>
            </w:r>
          </w:p>
        </w:tc>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trả lời: phụ dọn bàn, mời cơm, nói chuyện nhẹ nhàng, giúp dọn dẹp…</w:t>
            </w:r>
          </w:p>
        </w:tc>
      </w:tr>
      <w:tr w:rsidR="00D8461B" w:rsidRPr="007C574D" w:rsidTr="006F4373">
        <w:trPr>
          <w:jc w:val="center"/>
        </w:trPr>
        <w:tc>
          <w:tcPr>
            <w:tcW w:w="4432" w:type="dxa"/>
            <w:gridSpan w:val="2"/>
            <w:shd w:val="clear" w:color="auto" w:fill="auto"/>
          </w:tcPr>
          <w:p w:rsidR="00D8461B" w:rsidRPr="007C574D" w:rsidRDefault="00D8461B" w:rsidP="007C574D">
            <w:pPr>
              <w:rPr>
                <w:rFonts w:cs="Times New Roman"/>
                <w:color w:val="FF0000"/>
                <w:sz w:val="28"/>
                <w:szCs w:val="28"/>
              </w:rPr>
            </w:pPr>
            <w:r w:rsidRPr="007C574D">
              <w:rPr>
                <w:rFonts w:cs="Times New Roman"/>
                <w:color w:val="FF0000"/>
                <w:sz w:val="26"/>
                <w:szCs w:val="28"/>
              </w:rPr>
              <w:t>- GV gợi ý việc làm phù hợp lứa tuổi: phụ dọn bàn, mời cơm, nói lời lễ phép, giúp dọn dẹp sau bữa ăn.</w:t>
            </w:r>
          </w:p>
        </w:tc>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nêu thêm việc làm cụ thể.</w:t>
            </w:r>
          </w:p>
        </w:tc>
      </w:tr>
      <w:tr w:rsidR="00D8461B" w:rsidRPr="007C574D" w:rsidTr="006F4373">
        <w:trPr>
          <w:jc w:val="center"/>
        </w:trPr>
        <w:tc>
          <w:tcPr>
            <w:tcW w:w="4432" w:type="dxa"/>
            <w:gridSpan w:val="2"/>
            <w:shd w:val="clear" w:color="auto" w:fill="auto"/>
          </w:tcPr>
          <w:p w:rsidR="00D8461B" w:rsidRPr="007C574D" w:rsidRDefault="00D8461B" w:rsidP="007C574D">
            <w:pPr>
              <w:rPr>
                <w:rFonts w:cs="Times New Roman"/>
                <w:color w:val="FF0000"/>
                <w:sz w:val="28"/>
                <w:szCs w:val="28"/>
              </w:rPr>
            </w:pPr>
            <w:r w:rsidRPr="007C574D">
              <w:rPr>
                <w:rFonts w:cs="Times New Roman"/>
                <w:color w:val="FF0000"/>
                <w:sz w:val="26"/>
                <w:szCs w:val="28"/>
              </w:rPr>
              <w:t>- GV liên hệ lý tưởng sống đẹp: yêu thương từ việc nhỏ; biết ơn người thân; cùng xây dựng gia đình hạnh phúc.</w:t>
            </w:r>
          </w:p>
        </w:tc>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và tự liên hệ bản thân.</w:t>
            </w:r>
          </w:p>
        </w:tc>
      </w:tr>
      <w:tr w:rsidR="00DD330F" w:rsidTr="006F4373">
        <w:trPr>
          <w:jc w:val="center"/>
        </w:trPr>
        <w:tc>
          <w:tcPr>
            <w:tcW w:w="4424" w:type="dxa"/>
            <w:shd w:val="clear" w:color="auto" w:fill="auto"/>
          </w:tcPr>
          <w:p w:rsidR="00DD330F" w:rsidRDefault="002918F3">
            <w:r>
              <w:rPr>
                <w:rFonts w:cs="Times New Roman"/>
                <w:color w:val="FF0000"/>
                <w:sz w:val="26"/>
              </w:rPr>
              <w:t>- GV hỏi: “Bữa cơm gia đình đem lại điều gì cho mỗi người? Trước, trong và sau bữa ăn, em có thể giúp gia đình việc gì?”</w:t>
            </w:r>
          </w:p>
        </w:tc>
        <w:tc>
          <w:tcPr>
            <w:tcW w:w="4432" w:type="dxa"/>
            <w:gridSpan w:val="2"/>
            <w:shd w:val="clear" w:color="auto" w:fill="auto"/>
          </w:tcPr>
          <w:p w:rsidR="00DD330F" w:rsidRDefault="002918F3">
            <w:r>
              <w:rPr>
                <w:rFonts w:cs="Times New Roman"/>
                <w:color w:val="FF0000"/>
                <w:sz w:val="26"/>
              </w:rPr>
              <w:t>- HS trả lời: “Bữa cơm giúp gia đình quây quần, yêu thương; em có thể mời cơm, lấy bát đũa, ăn gọn gàng và dọn cùng người lớn.”</w:t>
            </w:r>
          </w:p>
        </w:tc>
      </w:tr>
      <w:tr w:rsidR="00DD330F" w:rsidTr="006F4373">
        <w:trPr>
          <w:jc w:val="center"/>
        </w:trPr>
        <w:tc>
          <w:tcPr>
            <w:tcW w:w="4424" w:type="dxa"/>
            <w:shd w:val="clear" w:color="auto" w:fill="auto"/>
          </w:tcPr>
          <w:p w:rsidR="00DD330F" w:rsidRDefault="002918F3">
            <w:r>
              <w:rPr>
                <w:rFonts w:cs="Times New Roman"/>
                <w:color w:val="FF0000"/>
                <w:sz w:val="26"/>
              </w:rPr>
              <w:t>- GV hỏi: “Vì sao chúng ta không nên bỏ thừa thức ăn?”</w:t>
            </w:r>
          </w:p>
        </w:tc>
        <w:tc>
          <w:tcPr>
            <w:tcW w:w="4432" w:type="dxa"/>
            <w:gridSpan w:val="2"/>
            <w:shd w:val="clear" w:color="auto" w:fill="auto"/>
          </w:tcPr>
          <w:p w:rsidR="00DD330F" w:rsidRDefault="002918F3">
            <w:r>
              <w:rPr>
                <w:rFonts w:cs="Times New Roman"/>
                <w:color w:val="FF0000"/>
                <w:sz w:val="26"/>
              </w:rPr>
              <w:t>- HS trả lời: “Vì thức ăn do người thân chuẩn bị vất vả; bỏ thừa là lãng phí.”</w:t>
            </w:r>
          </w:p>
        </w:tc>
      </w:tr>
      <w:tr w:rsidR="00DD330F" w:rsidTr="006F4373">
        <w:trPr>
          <w:jc w:val="center"/>
        </w:trPr>
        <w:tc>
          <w:tcPr>
            <w:tcW w:w="4424" w:type="dxa"/>
            <w:shd w:val="clear" w:color="auto" w:fill="auto"/>
          </w:tcPr>
          <w:p w:rsidR="00DD330F" w:rsidRDefault="002918F3">
            <w:r>
              <w:rPr>
                <w:rFonts w:cs="Times New Roman"/>
                <w:color w:val="FF0000"/>
                <w:sz w:val="26"/>
              </w:rPr>
              <w:t>- GV diễn giải: Bữa cơm là thời gian các thành viên được gặp gỡ, hỏi thăm và chia sẻ. Em thể hiện nếp sống đẹp bằng cách lễ phép mời cơm, ngồi ăn ngay ngắn, không kén chọn hoặc làm rơi vãi thức ăn, biết lấy lượng vừa đủ và phụ giúp công việc phù hợp. Trân trọng bữa cơm cũng là biết yêu thương công sức của cha mẹ, ông bà và hình thành thói quen tiết kiệm.</w:t>
            </w:r>
          </w:p>
        </w:tc>
        <w:tc>
          <w:tcPr>
            <w:tcW w:w="4432" w:type="dxa"/>
            <w:gridSpan w:val="2"/>
            <w:shd w:val="clear" w:color="auto" w:fill="auto"/>
          </w:tcPr>
          <w:p w:rsidR="00DD330F" w:rsidRDefault="002918F3">
            <w:r>
              <w:rPr>
                <w:rFonts w:cs="Times New Roman"/>
                <w:color w:val="FF0000"/>
                <w:sz w:val="26"/>
              </w:rPr>
              <w:t>- HS lắng nghe; nêu một việc sẽ làm trong bữa cơm gia đình tối nay.</w:t>
            </w:r>
          </w:p>
        </w:tc>
      </w:tr>
      <w:tr w:rsidR="00DD330F" w:rsidTr="006F4373">
        <w:trPr>
          <w:jc w:val="center"/>
        </w:trPr>
        <w:tc>
          <w:tcPr>
            <w:tcW w:w="4424" w:type="dxa"/>
            <w:shd w:val="clear" w:color="auto" w:fill="auto"/>
          </w:tcPr>
          <w:p w:rsidR="00DD330F" w:rsidRDefault="002918F3">
            <w:r>
              <w:rPr>
                <w:rFonts w:cs="Times New Roman"/>
                <w:color w:val="FF0000"/>
                <w:sz w:val="26"/>
              </w:rPr>
              <w:t>- GV chốt: “Mỗi bữa cơm vui và gọn gàng bắt đầu từ sự lễ phép, chia sẻ và không lãng phí.”</w:t>
            </w:r>
          </w:p>
        </w:tc>
        <w:tc>
          <w:tcPr>
            <w:tcW w:w="4432" w:type="dxa"/>
            <w:gridSpan w:val="2"/>
            <w:shd w:val="clear" w:color="auto" w:fill="auto"/>
          </w:tcPr>
          <w:p w:rsidR="00DD330F" w:rsidRDefault="002918F3">
            <w:r>
              <w:rPr>
                <w:rFonts w:cs="Times New Roman"/>
                <w:color w:val="FF0000"/>
                <w:sz w:val="26"/>
              </w:rPr>
              <w:t>- HS nhắc lại điều cần thực hiện.</w:t>
            </w:r>
          </w:p>
        </w:tc>
      </w:tr>
      <w:tr w:rsidR="00DD330F" w:rsidTr="006F4373">
        <w:trPr>
          <w:jc w:val="center"/>
        </w:trPr>
        <w:tc>
          <w:tcPr>
            <w:tcW w:w="4424" w:type="dxa"/>
            <w:shd w:val="clear" w:color="auto" w:fill="auto"/>
          </w:tcPr>
          <w:p w:rsidR="00DD330F" w:rsidRDefault="002918F3">
            <w:r>
              <w:rPr>
                <w:rFonts w:cs="Times New Roman"/>
                <w:color w:val="FF0000"/>
                <w:sz w:val="26"/>
              </w:rPr>
              <w:t>- GV hỏi: “Trong gia đình, em đã thấy thiết bị nào có thể tự làm hoặc hỗ trợ một số việc nhà như dọn sàn, nấu cơm?”</w:t>
            </w:r>
          </w:p>
        </w:tc>
        <w:tc>
          <w:tcPr>
            <w:tcW w:w="4432" w:type="dxa"/>
            <w:gridSpan w:val="2"/>
            <w:shd w:val="clear" w:color="auto" w:fill="auto"/>
          </w:tcPr>
          <w:p w:rsidR="00DD330F" w:rsidRDefault="002918F3">
            <w:r>
              <w:rPr>
                <w:rFonts w:cs="Times New Roman"/>
                <w:color w:val="FF0000"/>
                <w:sz w:val="26"/>
              </w:rPr>
              <w:t>- HS trả lời theo hiểu biết: “Robot hút bụi, nồi cơm/nồi thông minh...”</w:t>
            </w:r>
          </w:p>
        </w:tc>
      </w:tr>
      <w:tr w:rsidR="00DD330F" w:rsidTr="006F4373">
        <w:trPr>
          <w:jc w:val="center"/>
        </w:trPr>
        <w:tc>
          <w:tcPr>
            <w:tcW w:w="4424" w:type="dxa"/>
            <w:shd w:val="clear" w:color="auto" w:fill="auto"/>
          </w:tcPr>
          <w:p w:rsidR="00DD330F" w:rsidRDefault="002918F3">
            <w:r>
              <w:rPr>
                <w:rFonts w:cs="Times New Roman"/>
                <w:color w:val="FF0000"/>
                <w:sz w:val="26"/>
              </w:rPr>
              <w:t>- GV hỏi: “Khi thấy robot hút bụi hoặc nồi thông minh đang hoạt động, em có tự ý bấm nút, tháo mở hay chạm vào không? Vì sao?”</w:t>
            </w:r>
          </w:p>
        </w:tc>
        <w:tc>
          <w:tcPr>
            <w:tcW w:w="4432" w:type="dxa"/>
            <w:gridSpan w:val="2"/>
            <w:shd w:val="clear" w:color="auto" w:fill="auto"/>
          </w:tcPr>
          <w:p w:rsidR="00DD330F" w:rsidRDefault="002918F3">
            <w:r>
              <w:rPr>
                <w:rFonts w:cs="Times New Roman"/>
                <w:color w:val="FF0000"/>
                <w:sz w:val="26"/>
              </w:rPr>
              <w:t>- HS trả lời: “Không tự ý sử dụng; cần có người lớn hướng dẫn để an toàn.”</w:t>
            </w:r>
          </w:p>
        </w:tc>
      </w:tr>
      <w:tr w:rsidR="00DD330F" w:rsidTr="006F4373">
        <w:trPr>
          <w:jc w:val="center"/>
        </w:trPr>
        <w:tc>
          <w:tcPr>
            <w:tcW w:w="4424" w:type="dxa"/>
            <w:shd w:val="clear" w:color="auto" w:fill="auto"/>
          </w:tcPr>
          <w:p w:rsidR="00DD330F" w:rsidRDefault="002918F3">
            <w:r>
              <w:rPr>
                <w:rFonts w:cs="Times New Roman"/>
                <w:color w:val="FF0000"/>
                <w:sz w:val="26"/>
              </w:rPr>
              <w:t xml:space="preserve">- GV diễn giải: Một số thiết bị thông </w:t>
            </w:r>
            <w:r>
              <w:rPr>
                <w:rFonts w:cs="Times New Roman"/>
                <w:color w:val="FF0000"/>
                <w:sz w:val="26"/>
              </w:rPr>
              <w:lastRenderedPageBreak/>
              <w:t>minh có thể nhận lệnh, tự di chuyển hoặc hỗ trợ điều chỉnh thời gian nấu, nhờ đó người lớn tiết kiệm thời gian làm việc nhà. Tuy nhiên, thiết bị chỉ hỗ trợ con người; các em không được tự ý điều khiển, chạm vào bộ phận nóng, ổ điện hoặc nghịch thiết bị. Việc phụ giúp gia đình vẫn cần bắt đầu từ hành động phù hợp với lứa tuổi và thực hiện theo hướng dẫn của người lớn.</w:t>
            </w:r>
          </w:p>
        </w:tc>
        <w:tc>
          <w:tcPr>
            <w:tcW w:w="4432" w:type="dxa"/>
            <w:gridSpan w:val="2"/>
            <w:shd w:val="clear" w:color="auto" w:fill="auto"/>
          </w:tcPr>
          <w:p w:rsidR="00DD330F" w:rsidRDefault="002918F3">
            <w:r>
              <w:rPr>
                <w:rFonts w:cs="Times New Roman"/>
                <w:color w:val="FF0000"/>
                <w:sz w:val="26"/>
              </w:rPr>
              <w:lastRenderedPageBreak/>
              <w:t xml:space="preserve">- HS lắng nghe; nêu quy tắc an toàn: chỉ </w:t>
            </w:r>
            <w:r>
              <w:rPr>
                <w:rFonts w:cs="Times New Roman"/>
                <w:color w:val="FF0000"/>
                <w:sz w:val="26"/>
              </w:rPr>
              <w:lastRenderedPageBreak/>
              <w:t>quan sát hoặc sử dụng khi có người lớn hướng dẫn.</w:t>
            </w:r>
          </w:p>
        </w:tc>
      </w:tr>
      <w:tr w:rsidR="00DD330F" w:rsidTr="006F4373">
        <w:trPr>
          <w:jc w:val="center"/>
        </w:trPr>
        <w:tc>
          <w:tcPr>
            <w:tcW w:w="4424" w:type="dxa"/>
            <w:shd w:val="clear" w:color="auto" w:fill="auto"/>
          </w:tcPr>
          <w:p w:rsidR="00DD330F" w:rsidRDefault="002918F3">
            <w:r>
              <w:rPr>
                <w:rFonts w:cs="Times New Roman"/>
                <w:color w:val="FF0000"/>
                <w:sz w:val="26"/>
              </w:rPr>
              <w:lastRenderedPageBreak/>
              <w:t>- GV chốt: “Thiết bị thông minh hỗ trợ gia đình, còn con người phải sử dụng đúng cách và an toàn.”</w:t>
            </w:r>
          </w:p>
        </w:tc>
        <w:tc>
          <w:tcPr>
            <w:tcW w:w="4432" w:type="dxa"/>
            <w:gridSpan w:val="2"/>
            <w:shd w:val="clear" w:color="auto" w:fill="auto"/>
          </w:tcPr>
          <w:p w:rsidR="00DD330F" w:rsidRDefault="002918F3">
            <w:r>
              <w:rPr>
                <w:rFonts w:cs="Times New Roman"/>
                <w:color w:val="FF0000"/>
                <w:sz w:val="26"/>
              </w:rPr>
              <w:t>- HS ghi nhớ quy tắc sử dụng thiết bị an toàn.</w:t>
            </w:r>
          </w:p>
        </w:tc>
      </w:tr>
      <w:tr w:rsidR="00D8461B" w:rsidRPr="007C574D" w:rsidTr="006F4373">
        <w:trPr>
          <w:jc w:val="center"/>
        </w:trPr>
        <w:tc>
          <w:tcPr>
            <w:tcW w:w="4432" w:type="dxa"/>
            <w:gridSpan w:val="2"/>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nhận xét (GVNX): khen HS trả lời đúng; tuyên dương HS biết liên hệ việc làm tốt trong gia đình.</w:t>
            </w:r>
          </w:p>
        </w:tc>
        <w:tc>
          <w:tcPr>
            <w:tcW w:w="4424"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GVNX.</w:t>
            </w:r>
          </w:p>
        </w:tc>
      </w:tr>
      <w:tr w:rsidR="00D8461B" w:rsidRPr="007C574D" w:rsidTr="006F4373">
        <w:trPr>
          <w:jc w:val="center"/>
        </w:trPr>
        <w:tc>
          <w:tcPr>
            <w:tcW w:w="8856" w:type="dxa"/>
            <w:gridSpan w:val="3"/>
            <w:tcBorders>
              <w:top w:val="single" w:sz="4" w:space="0" w:color="auto"/>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4. Viết vào vở câu trả lời cho câu hỏi ở mục 3</w:t>
            </w:r>
          </w:p>
          <w:p w:rsidR="00D8461B" w:rsidRPr="007C574D" w:rsidRDefault="00D8461B"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viết đúng câu trả lời; viết hoa đúng quy tắc; đặt dấu chấm, dấu phẩy đúng vị trí; rèn chữ viết cẩn thận.</w:t>
            </w:r>
          </w:p>
        </w:tc>
      </w:tr>
      <w:tr w:rsidR="00D8461B" w:rsidRPr="007C574D" w:rsidTr="006F4373">
        <w:trPr>
          <w:jc w:val="center"/>
        </w:trPr>
        <w:tc>
          <w:tcPr>
            <w:tcW w:w="4424"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nhắc lại câu trả lời đúng cho câu hỏi b.</w:t>
            </w:r>
          </w:p>
        </w:tc>
        <w:tc>
          <w:tcPr>
            <w:tcW w:w="4432" w:type="dxa"/>
            <w:gridSpan w:val="2"/>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câu trả lời đúng.</w:t>
            </w:r>
          </w:p>
        </w:tc>
      </w:tr>
      <w:tr w:rsidR="00D8461B" w:rsidRPr="007C574D" w:rsidTr="006F4373">
        <w:trPr>
          <w:jc w:val="center"/>
        </w:trPr>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yêu cầu HS viết vào vở câu: “Vào ngày này, gia đình Chi liên hoan.”</w:t>
            </w:r>
          </w:p>
        </w:tc>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viết câu trả lời vào vở.</w:t>
            </w:r>
          </w:p>
        </w:tc>
      </w:tr>
      <w:tr w:rsidR="00D8461B" w:rsidRPr="007C574D" w:rsidTr="006F4373">
        <w:trPr>
          <w:jc w:val="center"/>
        </w:trPr>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lưu ý HS viết hoa chữ cái đầu câu và tên riêng “Chi”; đặt dấu phẩy, dấu chấm đúng vị trí.</w:t>
            </w:r>
          </w:p>
        </w:tc>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chú ý viết hoa và đặt dấu câu đúng.</w:t>
            </w:r>
          </w:p>
        </w:tc>
      </w:tr>
      <w:tr w:rsidR="00D8461B" w:rsidRPr="007C574D" w:rsidTr="006F4373">
        <w:trPr>
          <w:jc w:val="center"/>
        </w:trPr>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quan sát, nhắc tư thế ngồi viết, cách cầm bút; hỗ trợ HS còn chậm.</w:t>
            </w:r>
          </w:p>
        </w:tc>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viết bài nghiêm túc, chỉnh sửa khi GV nhắc.</w:t>
            </w:r>
          </w:p>
        </w:tc>
      </w:tr>
      <w:tr w:rsidR="00D8461B" w:rsidRPr="007C574D" w:rsidTr="006F4373">
        <w:trPr>
          <w:jc w:val="center"/>
        </w:trPr>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mời 2–3 HS đọc lại câu mình viết để kiểm tra.</w:t>
            </w:r>
          </w:p>
        </w:tc>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- 2–3 HS đọc lại câu đã viết; HS khác lắng nghe.</w:t>
            </w:r>
          </w:p>
        </w:tc>
      </w:tr>
      <w:tr w:rsidR="00D8461B" w:rsidRPr="007C574D" w:rsidTr="006F4373">
        <w:trPr>
          <w:jc w:val="center"/>
        </w:trPr>
        <w:tc>
          <w:tcPr>
            <w:tcW w:w="442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giữ câu kết luận: GV nhận xét bài của một số HS.</w:t>
            </w:r>
          </w:p>
        </w:tc>
        <w:tc>
          <w:tcPr>
            <w:tcW w:w="443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nhận xét và sửa lỗi (nếu có).</w:t>
            </w:r>
          </w:p>
        </w:tc>
      </w:tr>
    </w:tbl>
    <w:p w:rsidR="00D8461B" w:rsidRPr="007C574D" w:rsidRDefault="00D8461B" w:rsidP="007C574D">
      <w:pPr>
        <w:spacing w:after="0" w:line="240" w:lineRule="auto"/>
        <w:rPr>
          <w:rFonts w:cs="Times New Roman"/>
          <w:sz w:val="28"/>
          <w:szCs w:val="28"/>
        </w:rPr>
      </w:pPr>
    </w:p>
    <w:p w:rsidR="00D8461B" w:rsidRPr="007C574D" w:rsidRDefault="00D8461B" w:rsidP="007C574D">
      <w:pPr>
        <w:spacing w:after="0" w:line="240" w:lineRule="auto"/>
        <w:rPr>
          <w:rFonts w:cs="Times New Roman"/>
          <w:sz w:val="28"/>
          <w:szCs w:val="28"/>
        </w:rPr>
      </w:pPr>
      <w:r w:rsidRPr="007C574D">
        <w:rPr>
          <w:rFonts w:cs="Times New Roman"/>
          <w:sz w:val="26"/>
          <w:szCs w:val="28"/>
        </w:rPr>
        <w:t>IV. ĐIỀU CHỈNH SAU BÀI DẠY</w:t>
      </w:r>
    </w:p>
    <w:p w:rsidR="00D8461B" w:rsidRPr="007C574D" w:rsidRDefault="00D8461B" w:rsidP="007C574D">
      <w:pPr>
        <w:spacing w:after="0" w:line="240" w:lineRule="auto"/>
        <w:rPr>
          <w:rFonts w:cs="Times New Roman"/>
          <w:sz w:val="28"/>
          <w:szCs w:val="28"/>
        </w:rPr>
      </w:pPr>
      <w:r w:rsidRPr="007C574D">
        <w:rPr>
          <w:rFonts w:cs="Times New Roman"/>
          <w:sz w:val="26"/>
          <w:szCs w:val="28"/>
        </w:rPr>
        <w:t>…………………………………………………………………………………….</w:t>
      </w:r>
    </w:p>
    <w:p w:rsidR="00D8461B" w:rsidRPr="007C574D" w:rsidRDefault="00D8461B" w:rsidP="007C574D">
      <w:pPr>
        <w:spacing w:after="0" w:line="240" w:lineRule="auto"/>
        <w:rPr>
          <w:rFonts w:cs="Times New Roman"/>
          <w:sz w:val="28"/>
          <w:szCs w:val="28"/>
        </w:rPr>
      </w:pPr>
      <w:r w:rsidRPr="007C574D">
        <w:rPr>
          <w:rFonts w:cs="Times New Roman"/>
          <w:sz w:val="26"/>
          <w:szCs w:val="28"/>
        </w:rPr>
        <w:t>………………………………………………………………………………</w:t>
      </w:r>
    </w:p>
    <w:p w:rsidR="007C574D" w:rsidRPr="007C574D" w:rsidRDefault="007C574D" w:rsidP="007C574D">
      <w:pPr>
        <w:spacing w:after="0" w:line="240" w:lineRule="auto"/>
        <w:jc w:val="center"/>
        <w:rPr>
          <w:rFonts w:cs="Times New Roman"/>
          <w:b/>
          <w:sz w:val="28"/>
          <w:szCs w:val="28"/>
        </w:rPr>
      </w:pPr>
      <w:r w:rsidRPr="007C574D">
        <w:rPr>
          <w:rFonts w:cs="Times New Roman"/>
          <w:b/>
          <w:sz w:val="26"/>
          <w:szCs w:val="28"/>
        </w:rPr>
        <w:t>KẾ HOẠCH BÀI DẠY MÔN TIẾNG VIỆT TUẦN 22</w:t>
      </w:r>
    </w:p>
    <w:p w:rsidR="00D8461B" w:rsidRPr="007C574D" w:rsidRDefault="00D8461B" w:rsidP="007C574D">
      <w:pPr>
        <w:spacing w:after="0" w:line="240" w:lineRule="auto"/>
        <w:jc w:val="center"/>
        <w:rPr>
          <w:rFonts w:cs="Times New Roman"/>
          <w:sz w:val="28"/>
          <w:szCs w:val="28"/>
        </w:rPr>
      </w:pPr>
      <w:r w:rsidRPr="007C574D">
        <w:rPr>
          <w:rFonts w:cs="Times New Roman"/>
          <w:b/>
          <w:sz w:val="26"/>
          <w:szCs w:val="28"/>
        </w:rPr>
        <w:t xml:space="preserve">BÀI 5: BỮA CƠM GIA ĐÌNH (TIẾT 3, 4) </w:t>
      </w:r>
    </w:p>
    <w:p w:rsidR="00D8461B" w:rsidRPr="007C574D" w:rsidRDefault="00D8461B" w:rsidP="007C574D">
      <w:pPr>
        <w:spacing w:after="0" w:line="240" w:lineRule="auto"/>
        <w:rPr>
          <w:rFonts w:cs="Times New Roman"/>
          <w:sz w:val="28"/>
          <w:szCs w:val="28"/>
        </w:rPr>
      </w:pPr>
    </w:p>
    <w:p w:rsidR="00D8461B" w:rsidRPr="007C574D" w:rsidRDefault="00D8461B" w:rsidP="007C574D">
      <w:pPr>
        <w:spacing w:after="0" w:line="240" w:lineRule="auto"/>
        <w:rPr>
          <w:rFonts w:cs="Times New Roman"/>
          <w:sz w:val="28"/>
          <w:szCs w:val="28"/>
        </w:rPr>
      </w:pPr>
      <w:r w:rsidRPr="007C574D">
        <w:rPr>
          <w:rFonts w:cs="Times New Roman"/>
          <w:b/>
          <w:sz w:val="26"/>
          <w:szCs w:val="28"/>
        </w:rPr>
        <w:t>I. YÊU CẦU CẦN ĐẠT</w:t>
      </w:r>
    </w:p>
    <w:p w:rsidR="00D8461B" w:rsidRPr="007C574D" w:rsidRDefault="00D8461B" w:rsidP="007C574D">
      <w:pPr>
        <w:spacing w:after="0" w:line="240" w:lineRule="auto"/>
        <w:rPr>
          <w:rFonts w:cs="Times New Roman"/>
          <w:sz w:val="28"/>
          <w:szCs w:val="28"/>
        </w:rPr>
      </w:pPr>
      <w:r w:rsidRPr="007C574D">
        <w:rPr>
          <w:rFonts w:cs="Times New Roman"/>
          <w:b/>
          <w:sz w:val="26"/>
          <w:szCs w:val="28"/>
        </w:rPr>
        <w:t>1. Năng lực đặc thù (Tiếng Việt)</w:t>
      </w:r>
    </w:p>
    <w:p w:rsidR="00D8461B" w:rsidRPr="007C574D" w:rsidRDefault="00D8461B" w:rsidP="007C574D">
      <w:pPr>
        <w:spacing w:after="0" w:line="240" w:lineRule="auto"/>
        <w:rPr>
          <w:rFonts w:cs="Times New Roman"/>
          <w:sz w:val="28"/>
          <w:szCs w:val="28"/>
        </w:rPr>
      </w:pPr>
      <w:r w:rsidRPr="007C574D">
        <w:rPr>
          <w:rFonts w:cs="Times New Roman"/>
          <w:sz w:val="26"/>
          <w:szCs w:val="28"/>
        </w:rPr>
        <w:t>- Đọc: đọc đúng, rõ ràng văn bản; củng cố đọc đúng vần oong và các tiếng/từ ngữ có chứa vần oong trong bài.</w:t>
      </w:r>
    </w:p>
    <w:p w:rsidR="00D8461B" w:rsidRPr="007C574D" w:rsidRDefault="00D8461B" w:rsidP="007C574D">
      <w:pPr>
        <w:spacing w:after="0" w:line="240" w:lineRule="auto"/>
        <w:rPr>
          <w:rFonts w:cs="Times New Roman"/>
          <w:sz w:val="28"/>
          <w:szCs w:val="28"/>
        </w:rPr>
      </w:pPr>
      <w:r w:rsidRPr="007C574D">
        <w:rPr>
          <w:rFonts w:cs="Times New Roman"/>
          <w:sz w:val="26"/>
          <w:szCs w:val="28"/>
        </w:rPr>
        <w:lastRenderedPageBreak/>
        <w:t>- Viết: hoàn thiện câu dựa vào từ ngữ cho sẵn và viết lại đúng câu đã hoàn thiện; nghe – viết đúng chính tả; trình bày sạch đẹp.</w:t>
      </w:r>
    </w:p>
    <w:p w:rsidR="00D8461B" w:rsidRPr="007C574D" w:rsidRDefault="00D8461B" w:rsidP="007C574D">
      <w:pPr>
        <w:spacing w:after="0" w:line="240" w:lineRule="auto"/>
        <w:rPr>
          <w:rFonts w:cs="Times New Roman"/>
          <w:sz w:val="28"/>
          <w:szCs w:val="28"/>
        </w:rPr>
      </w:pPr>
      <w:r w:rsidRPr="007C574D">
        <w:rPr>
          <w:rFonts w:cs="Times New Roman"/>
          <w:sz w:val="26"/>
          <w:szCs w:val="28"/>
        </w:rPr>
        <w:t>- Kiến thức tiếng Việt: củng cố quy tắc chính tả g/gh thông qua bài tập chọn chữ phù hợp; đọc lại từ/cụm từ sau khi hoàn thiện.</w:t>
      </w:r>
    </w:p>
    <w:p w:rsidR="00D8461B" w:rsidRPr="007C574D" w:rsidRDefault="00D8461B" w:rsidP="007C574D">
      <w:pPr>
        <w:spacing w:after="0" w:line="240" w:lineRule="auto"/>
        <w:rPr>
          <w:rFonts w:cs="Times New Roman"/>
          <w:sz w:val="28"/>
          <w:szCs w:val="28"/>
        </w:rPr>
      </w:pPr>
      <w:r w:rsidRPr="007C574D">
        <w:rPr>
          <w:rFonts w:cs="Times New Roman"/>
          <w:sz w:val="26"/>
          <w:szCs w:val="28"/>
        </w:rPr>
        <w:t>- Nói và nghe: quan sát tranh và nói theo tranh; trình bày ý kiến rõ ràng; lắng nghe, phản hồi lịch</w:t>
      </w:r>
      <w:r w:rsidR="00F82514" w:rsidRPr="007C574D">
        <w:rPr>
          <w:rFonts w:cs="Times New Roman"/>
          <w:sz w:val="26"/>
          <w:szCs w:val="28"/>
        </w:rPr>
        <w:t xml:space="preserve"> sự; hợp tác khi chơi trò chơi.</w:t>
      </w:r>
    </w:p>
    <w:p w:rsidR="00D8461B" w:rsidRPr="007C574D" w:rsidRDefault="00D8461B" w:rsidP="007C574D">
      <w:pPr>
        <w:spacing w:after="0" w:line="240" w:lineRule="auto"/>
        <w:rPr>
          <w:rFonts w:cs="Times New Roman"/>
          <w:sz w:val="28"/>
          <w:szCs w:val="28"/>
        </w:rPr>
      </w:pPr>
      <w:r w:rsidRPr="007C574D">
        <w:rPr>
          <w:rFonts w:cs="Times New Roman"/>
          <w:b/>
          <w:sz w:val="26"/>
          <w:szCs w:val="28"/>
        </w:rPr>
        <w:t>2. Năng lực chung</w:t>
      </w:r>
    </w:p>
    <w:p w:rsidR="00D8461B" w:rsidRPr="007C574D" w:rsidRDefault="00D8461B" w:rsidP="007C574D">
      <w:pPr>
        <w:spacing w:after="0" w:line="240" w:lineRule="auto"/>
        <w:rPr>
          <w:rFonts w:cs="Times New Roman"/>
          <w:sz w:val="28"/>
          <w:szCs w:val="28"/>
        </w:rPr>
      </w:pPr>
      <w:r w:rsidRPr="007C574D">
        <w:rPr>
          <w:rFonts w:cs="Times New Roman"/>
          <w:sz w:val="26"/>
          <w:szCs w:val="28"/>
        </w:rPr>
        <w:t>- Tự chủ và tự học: chủ động thực hiện nhiệm vụ viết – nghe viết; tự kiểm tra, sửa lỗi sau khi viết.</w:t>
      </w:r>
    </w:p>
    <w:p w:rsidR="00D8461B" w:rsidRPr="007C574D" w:rsidRDefault="00D8461B" w:rsidP="007C574D">
      <w:pPr>
        <w:spacing w:after="0" w:line="240" w:lineRule="auto"/>
        <w:rPr>
          <w:rFonts w:cs="Times New Roman"/>
          <w:sz w:val="28"/>
          <w:szCs w:val="28"/>
        </w:rPr>
      </w:pPr>
      <w:r w:rsidRPr="007C574D">
        <w:rPr>
          <w:rFonts w:cs="Times New Roman"/>
          <w:sz w:val="26"/>
          <w:szCs w:val="28"/>
        </w:rPr>
        <w:t>- Giao tiếp và hợp tác: làm việc cặp/nhóm khi nói theo tranh và tham gia trò chơi; biết chia sẻ, hỗ trợ bạn.</w:t>
      </w:r>
    </w:p>
    <w:p w:rsidR="00D8461B" w:rsidRPr="007C574D" w:rsidRDefault="00D8461B" w:rsidP="007C574D">
      <w:pPr>
        <w:spacing w:after="0" w:line="240" w:lineRule="auto"/>
        <w:rPr>
          <w:rFonts w:cs="Times New Roman"/>
          <w:sz w:val="28"/>
          <w:szCs w:val="28"/>
        </w:rPr>
      </w:pPr>
      <w:r w:rsidRPr="007C574D">
        <w:rPr>
          <w:rFonts w:cs="Times New Roman"/>
          <w:sz w:val="26"/>
          <w:szCs w:val="28"/>
        </w:rPr>
        <w:t>- Giải quyết vấn đề và sáng tạo: lựa chọn từ phù hợp để hoàn thiện câu; lựa chọn chữ đúng theo quy tắc; sáng tạo khi th</w:t>
      </w:r>
      <w:r w:rsidR="00F82514" w:rsidRPr="007C574D">
        <w:rPr>
          <w:rFonts w:cs="Times New Roman"/>
          <w:sz w:val="26"/>
          <w:szCs w:val="28"/>
        </w:rPr>
        <w:t>am gia trò chơi “Cây gia đình”.</w:t>
      </w:r>
    </w:p>
    <w:p w:rsidR="00D8461B" w:rsidRPr="007C574D" w:rsidRDefault="00D8461B" w:rsidP="007C574D">
      <w:pPr>
        <w:spacing w:after="0" w:line="240" w:lineRule="auto"/>
        <w:rPr>
          <w:rFonts w:cs="Times New Roman"/>
          <w:sz w:val="28"/>
          <w:szCs w:val="28"/>
        </w:rPr>
      </w:pPr>
      <w:r w:rsidRPr="007C574D">
        <w:rPr>
          <w:rFonts w:cs="Times New Roman"/>
          <w:b/>
          <w:sz w:val="26"/>
          <w:szCs w:val="28"/>
        </w:rPr>
        <w:t>3. Phẩm chất</w:t>
      </w:r>
    </w:p>
    <w:p w:rsidR="00D8461B" w:rsidRPr="007C574D" w:rsidRDefault="00D8461B" w:rsidP="007C574D">
      <w:pPr>
        <w:spacing w:after="0" w:line="240" w:lineRule="auto"/>
        <w:rPr>
          <w:rFonts w:cs="Times New Roman"/>
          <w:sz w:val="28"/>
          <w:szCs w:val="28"/>
        </w:rPr>
      </w:pPr>
      <w:r w:rsidRPr="007C574D">
        <w:rPr>
          <w:rFonts w:cs="Times New Roman"/>
          <w:sz w:val="26"/>
          <w:szCs w:val="28"/>
        </w:rPr>
        <w:t>- Nhân ái: yêu thương, gắn bó với gia đình; biết quan tâm, chia sẻ với người thân.</w:t>
      </w:r>
    </w:p>
    <w:p w:rsidR="00D8461B" w:rsidRPr="007C574D" w:rsidRDefault="00D8461B" w:rsidP="007C574D">
      <w:pPr>
        <w:spacing w:after="0" w:line="240" w:lineRule="auto"/>
        <w:rPr>
          <w:rFonts w:cs="Times New Roman"/>
          <w:sz w:val="28"/>
          <w:szCs w:val="28"/>
        </w:rPr>
      </w:pPr>
      <w:r w:rsidRPr="007C574D">
        <w:rPr>
          <w:rFonts w:cs="Times New Roman"/>
          <w:sz w:val="26"/>
          <w:szCs w:val="28"/>
        </w:rPr>
        <w:t>- Chăm chỉ: tích cực hoàn thành nhiệm vụ học tập; luyện viết và sửa lỗi cẩn thận.</w:t>
      </w:r>
    </w:p>
    <w:p w:rsidR="00D8461B" w:rsidRPr="007C574D" w:rsidRDefault="00D8461B" w:rsidP="007C574D">
      <w:pPr>
        <w:spacing w:after="0" w:line="240" w:lineRule="auto"/>
        <w:rPr>
          <w:rFonts w:cs="Times New Roman"/>
          <w:sz w:val="28"/>
          <w:szCs w:val="28"/>
        </w:rPr>
      </w:pPr>
      <w:r w:rsidRPr="007C574D">
        <w:rPr>
          <w:rFonts w:cs="Times New Roman"/>
          <w:sz w:val="26"/>
          <w:szCs w:val="28"/>
        </w:rPr>
        <w:t>- Trách nhiệm: có ý thức giữ trật tự khi nghe viết; làm việc nhóm nghiê</w:t>
      </w:r>
      <w:r w:rsidR="00F82514" w:rsidRPr="007C574D">
        <w:rPr>
          <w:rFonts w:cs="Times New Roman"/>
          <w:sz w:val="26"/>
          <w:szCs w:val="28"/>
        </w:rPr>
        <w:t>m túc; giữ gìn đồ dùng học tập.</w:t>
      </w:r>
    </w:p>
    <w:p w:rsidR="00D8461B" w:rsidRPr="007C574D" w:rsidRDefault="00D8461B" w:rsidP="007C574D">
      <w:pPr>
        <w:spacing w:after="0" w:line="240" w:lineRule="auto"/>
        <w:rPr>
          <w:rFonts w:cs="Times New Roman"/>
          <w:sz w:val="28"/>
          <w:szCs w:val="28"/>
        </w:rPr>
      </w:pPr>
      <w:r w:rsidRPr="007C574D">
        <w:rPr>
          <w:rFonts w:cs="Times New Roman"/>
          <w:b/>
          <w:sz w:val="26"/>
          <w:szCs w:val="28"/>
        </w:rPr>
        <w:t>II. ĐỒ DÙNG DẠY HỌC</w:t>
      </w:r>
    </w:p>
    <w:p w:rsidR="00D8461B" w:rsidRPr="007C574D" w:rsidRDefault="00D8461B" w:rsidP="007C574D">
      <w:pPr>
        <w:spacing w:after="0" w:line="240" w:lineRule="auto"/>
        <w:rPr>
          <w:rFonts w:cs="Times New Roman"/>
          <w:sz w:val="28"/>
          <w:szCs w:val="28"/>
        </w:rPr>
      </w:pPr>
      <w:r w:rsidRPr="007C574D">
        <w:rPr>
          <w:rFonts w:cs="Times New Roman"/>
          <w:sz w:val="26"/>
          <w:szCs w:val="28"/>
        </w:rPr>
        <w:t>- Học liệu: SGK, KHDH, Bộ đồ dùng dạy học Tiếng Việt.</w:t>
      </w:r>
    </w:p>
    <w:p w:rsidR="00D8461B" w:rsidRPr="007C574D" w:rsidRDefault="00D8461B" w:rsidP="007C574D">
      <w:pPr>
        <w:spacing w:after="0" w:line="240" w:lineRule="auto"/>
        <w:rPr>
          <w:rFonts w:cs="Times New Roman"/>
          <w:sz w:val="28"/>
          <w:szCs w:val="28"/>
        </w:rPr>
      </w:pPr>
      <w:r w:rsidRPr="007C574D">
        <w:rPr>
          <w:rFonts w:cs="Times New Roman"/>
          <w:sz w:val="26"/>
          <w:szCs w:val="28"/>
        </w:rPr>
        <w:t xml:space="preserve">- Thiết bị: Máy </w:t>
      </w:r>
      <w:r w:rsidR="00F82514" w:rsidRPr="007C574D">
        <w:rPr>
          <w:rFonts w:cs="Times New Roman"/>
          <w:sz w:val="26"/>
          <w:szCs w:val="28"/>
        </w:rPr>
        <w:t>tính, máy chiếu.</w:t>
      </w:r>
    </w:p>
    <w:p w:rsidR="00D8461B" w:rsidRPr="007C574D" w:rsidRDefault="00D8461B" w:rsidP="007C574D">
      <w:pPr>
        <w:spacing w:after="0" w:line="240" w:lineRule="auto"/>
        <w:rPr>
          <w:rFonts w:cs="Times New Roman"/>
          <w:sz w:val="28"/>
          <w:szCs w:val="28"/>
        </w:rPr>
      </w:pPr>
      <w:r w:rsidRPr="007C574D">
        <w:rPr>
          <w:rFonts w:cs="Times New Roman"/>
          <w:b/>
          <w:sz w:val="26"/>
          <w:szCs w:val="28"/>
        </w:rPr>
        <w:t>III. CÁC HOẠT ĐỘNG DẠY HỌC</w:t>
      </w:r>
    </w:p>
    <w:p w:rsidR="00D8461B" w:rsidRPr="007C574D" w:rsidRDefault="00F82514" w:rsidP="007C574D">
      <w:pPr>
        <w:spacing w:after="0" w:line="240" w:lineRule="auto"/>
        <w:rPr>
          <w:rFonts w:cs="Times New Roman"/>
          <w:sz w:val="28"/>
          <w:szCs w:val="28"/>
        </w:rPr>
      </w:pP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00D8461B" w:rsidRPr="007C574D">
        <w:rPr>
          <w:rFonts w:cs="Times New Roman"/>
          <w:b/>
          <w:sz w:val="26"/>
          <w:szCs w:val="28"/>
        </w:rPr>
        <w:t>TIẾT 3</w:t>
      </w:r>
    </w:p>
    <w:tbl>
      <w:tblPr>
        <w:tblStyle w:val="TableGrid"/>
        <w:tblW w:w="0" w:type="auto"/>
        <w:jc w:val="center"/>
        <w:tblBorders>
          <w:insideH w:val="none" w:sz="0" w:space="0" w:color="auto"/>
        </w:tblBorders>
        <w:tblLook w:val="04A0" w:firstRow="1" w:lastRow="0" w:firstColumn="1" w:lastColumn="0" w:noHBand="0" w:noVBand="1"/>
      </w:tblPr>
      <w:tblGrid>
        <w:gridCol w:w="4426"/>
        <w:gridCol w:w="4430"/>
      </w:tblGrid>
      <w:tr w:rsidR="00D8461B" w:rsidRPr="007C574D" w:rsidTr="006F4373">
        <w:trPr>
          <w:jc w:val="center"/>
        </w:trPr>
        <w:tc>
          <w:tcPr>
            <w:tcW w:w="4427"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Hoạt động của GV</w:t>
            </w:r>
          </w:p>
        </w:tc>
        <w:tc>
          <w:tcPr>
            <w:tcW w:w="4429"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Hoạt động của HS</w:t>
            </w:r>
          </w:p>
        </w:tc>
      </w:tr>
      <w:tr w:rsidR="00F82514" w:rsidRPr="007C574D" w:rsidTr="006F4373">
        <w:trPr>
          <w:jc w:val="center"/>
        </w:trPr>
        <w:tc>
          <w:tcPr>
            <w:tcW w:w="8856" w:type="dxa"/>
            <w:gridSpan w:val="2"/>
            <w:tcBorders>
              <w:top w:val="single" w:sz="4" w:space="0" w:color="auto"/>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5. Chọn từ ngữ để hoàn thiện câu và viết câu vào vở</w:t>
            </w:r>
          </w:p>
          <w:p w:rsidR="00F82514" w:rsidRPr="007C574D" w:rsidRDefault="00F82514"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chọn đúng từ ngữ để hoàn thiện câu; viết đúng câu hoàn chỉnh; rèn viết hoa, đặt dấu câu và trình bày sạch đẹp.</w:t>
            </w:r>
          </w:p>
        </w:tc>
      </w:tr>
      <w:tr w:rsidR="00D8461B" w:rsidRPr="007C574D" w:rsidTr="006F4373">
        <w:trPr>
          <w:jc w:val="center"/>
        </w:trPr>
        <w:tc>
          <w:tcPr>
            <w:tcW w:w="4427" w:type="dxa"/>
            <w:tcBorders>
              <w:top w:val="single" w:sz="4" w:space="0" w:color="auto"/>
            </w:tcBorders>
            <w:shd w:val="clear" w:color="auto" w:fill="auto"/>
          </w:tcPr>
          <w:p w:rsidR="00F82514" w:rsidRPr="007C574D" w:rsidRDefault="00D8461B" w:rsidP="007C574D">
            <w:pPr>
              <w:rPr>
                <w:rFonts w:cs="Times New Roman"/>
                <w:sz w:val="28"/>
                <w:szCs w:val="28"/>
              </w:rPr>
            </w:pPr>
            <w:r w:rsidRPr="007C574D">
              <w:rPr>
                <w:rFonts w:cs="Times New Roman"/>
                <w:sz w:val="26"/>
                <w:szCs w:val="28"/>
              </w:rPr>
              <w:t>- GV nêu yêu cầu hoạt động: chọn từ ngữ trong khung để hoàn thiện câu và viết câu vào vở.</w:t>
            </w:r>
          </w:p>
        </w:tc>
        <w:tc>
          <w:tcPr>
            <w:tcW w:w="4429"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yêu cầu.</w:t>
            </w:r>
          </w:p>
        </w:tc>
      </w:tr>
      <w:tr w:rsidR="00D8461B" w:rsidRPr="007C574D" w:rsidTr="006F4373">
        <w:trPr>
          <w:jc w:val="center"/>
        </w:trPr>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hướng dẫn HS đọc kĩ các từ ngữ cho sẵn; hiểu nghĩa để chọn đúng.</w:t>
            </w:r>
          </w:p>
        </w:tc>
        <w:tc>
          <w:tcPr>
            <w:tcW w:w="4429"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đọc các từ ngữ cho sẵn và suy nghĩ lựa chọn.</w:t>
            </w:r>
          </w:p>
        </w:tc>
      </w:tr>
      <w:tr w:rsidR="00D8461B" w:rsidRPr="007C574D" w:rsidTr="006F4373">
        <w:trPr>
          <w:jc w:val="center"/>
        </w:trPr>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gợi ý: câu nói về sinh hoạt buổi tối của gia đình; thường có hoạt động “quây quần bên nhau”.</w:t>
            </w:r>
          </w:p>
        </w:tc>
        <w:tc>
          <w:tcPr>
            <w:tcW w:w="4429"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gợi ý của GV.</w:t>
            </w:r>
          </w:p>
        </w:tc>
      </w:tr>
      <w:tr w:rsidR="00D8461B" w:rsidRPr="007C574D" w:rsidTr="006F4373">
        <w:trPr>
          <w:jc w:val="center"/>
        </w:trPr>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cho HS làm việc cá nhân: chọn từ phù hợp và hoàn thiện câu vào SGK bằng bút chì.</w:t>
            </w:r>
          </w:p>
        </w:tc>
        <w:tc>
          <w:tcPr>
            <w:tcW w:w="4429"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chọn từ phù hợp và hoàn thiện câu bằng bút chì.</w:t>
            </w:r>
          </w:p>
        </w:tc>
      </w:tr>
      <w:tr w:rsidR="00D8461B" w:rsidRPr="007C574D" w:rsidTr="006F4373">
        <w:trPr>
          <w:jc w:val="center"/>
        </w:trPr>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mời 2–3 HS đọc câu đã hoàn thiện; yêu cầu HS nói rõ từ đã chọn.</w:t>
            </w:r>
          </w:p>
        </w:tc>
        <w:tc>
          <w:tcPr>
            <w:tcW w:w="4429" w:type="dxa"/>
            <w:shd w:val="clear" w:color="auto" w:fill="auto"/>
          </w:tcPr>
          <w:p w:rsidR="00D8461B" w:rsidRPr="007C574D" w:rsidRDefault="00D8461B" w:rsidP="007C574D">
            <w:pPr>
              <w:rPr>
                <w:rFonts w:cs="Times New Roman"/>
                <w:sz w:val="28"/>
                <w:szCs w:val="28"/>
              </w:rPr>
            </w:pPr>
            <w:r w:rsidRPr="007C574D">
              <w:rPr>
                <w:rFonts w:cs="Times New Roman"/>
                <w:sz w:val="26"/>
                <w:szCs w:val="28"/>
              </w:rPr>
              <w:t>- 2–3 HS đọc câu đã hoàn thiện; HS khác lắng nghe.</w:t>
            </w:r>
          </w:p>
        </w:tc>
      </w:tr>
      <w:tr w:rsidR="00D8461B" w:rsidRPr="007C574D" w:rsidTr="006F4373">
        <w:trPr>
          <w:jc w:val="center"/>
        </w:trPr>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giữ câu chốt: GV nêu câu hoàn chỉnh: “Buổi tối, gia đình em thường quây quần bên nhau.”</w:t>
            </w:r>
          </w:p>
        </w:tc>
        <w:tc>
          <w:tcPr>
            <w:tcW w:w="4429"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câu chốt và ghi nhớ.</w:t>
            </w:r>
          </w:p>
        </w:tc>
      </w:tr>
      <w:tr w:rsidR="00D8461B" w:rsidRPr="007C574D" w:rsidTr="006F4373">
        <w:trPr>
          <w:jc w:val="center"/>
        </w:trPr>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lastRenderedPageBreak/>
              <w:t>- GV yêu cầu HS viết câu hoàn chỉnh vào vở; nhắc HS viết hoa chữ cái đầu câu, đặt dấu phẩy và dấu chấm đúng.</w:t>
            </w:r>
          </w:p>
        </w:tc>
        <w:tc>
          <w:tcPr>
            <w:tcW w:w="4429"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viết câu hoàn chỉnh vào vở.</w:t>
            </w:r>
          </w:p>
        </w:tc>
      </w:tr>
      <w:tr w:rsidR="00D8461B" w:rsidRPr="007C574D" w:rsidTr="006F4373">
        <w:trPr>
          <w:jc w:val="center"/>
        </w:trPr>
        <w:tc>
          <w:tcPr>
            <w:tcW w:w="4427"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quan sát, nhắc tư thế ngồi viết, cách cầm bút; hỗ trợ HS còn chậm.</w:t>
            </w:r>
          </w:p>
        </w:tc>
        <w:tc>
          <w:tcPr>
            <w:tcW w:w="4429"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viết nghiêm túc, điều chỉnh theo nhắc nhở.</w:t>
            </w:r>
          </w:p>
        </w:tc>
      </w:tr>
      <w:tr w:rsidR="00D8461B" w:rsidRPr="007C574D" w:rsidTr="006F4373">
        <w:trPr>
          <w:jc w:val="center"/>
        </w:trPr>
        <w:tc>
          <w:tcPr>
            <w:tcW w:w="4427"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giữ câu kết luận: GV nhận xét bài của một số HS.</w:t>
            </w:r>
          </w:p>
        </w:tc>
        <w:tc>
          <w:tcPr>
            <w:tcW w:w="4429"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nhận xét và sửa lỗi (nếu có).</w:t>
            </w:r>
          </w:p>
        </w:tc>
      </w:tr>
      <w:tr w:rsidR="00F82514" w:rsidRPr="007C574D" w:rsidTr="006F4373">
        <w:trPr>
          <w:jc w:val="center"/>
        </w:trPr>
        <w:tc>
          <w:tcPr>
            <w:tcW w:w="8856" w:type="dxa"/>
            <w:gridSpan w:val="2"/>
            <w:tcBorders>
              <w:top w:val="single" w:sz="4" w:space="0" w:color="auto"/>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6. Quan sát tranh và dùng từ ngữ trong khung để nói theo tranh</w:t>
            </w:r>
          </w:p>
          <w:p w:rsidR="00F82514" w:rsidRPr="007C574D" w:rsidRDefault="00F82514"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quan sát tranh, nhận biết chi tiết; sử dụng từ ngữ gợi ý để nói theo tranh thành câu/đoạn ngắn; rèn kĩ năng nói – nghe và hợp tác.</w:t>
            </w:r>
          </w:p>
        </w:tc>
      </w:tr>
      <w:tr w:rsidR="00D8461B" w:rsidRPr="007C574D" w:rsidTr="006F4373">
        <w:trPr>
          <w:jc w:val="center"/>
        </w:trPr>
        <w:tc>
          <w:tcPr>
            <w:tcW w:w="4426"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giới thiệu tranh và nêu nhiệm vụ: dùng từ ngữ trong khung để nói theo tranh.</w:t>
            </w:r>
          </w:p>
        </w:tc>
        <w:tc>
          <w:tcPr>
            <w:tcW w:w="4430"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và quan sát tranh.</w:t>
            </w:r>
          </w:p>
        </w:tc>
      </w:tr>
      <w:tr w:rsidR="00D8461B" w:rsidRPr="007C574D" w:rsidTr="006F4373">
        <w:trPr>
          <w:jc w:val="center"/>
        </w:trPr>
        <w:tc>
          <w:tcPr>
            <w:tcW w:w="4426"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hướng dẫn HS quan sát theo trình tự: ai – làm gì – ở đâu – cảm xúc thế nào.</w:t>
            </w:r>
          </w:p>
        </w:tc>
        <w:tc>
          <w:tcPr>
            <w:tcW w:w="4430"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quan sát theo hướng dẫn.</w:t>
            </w:r>
          </w:p>
        </w:tc>
      </w:tr>
      <w:tr w:rsidR="00D8461B" w:rsidRPr="007C574D" w:rsidTr="006F4373">
        <w:trPr>
          <w:jc w:val="center"/>
        </w:trPr>
        <w:tc>
          <w:tcPr>
            <w:tcW w:w="4426"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nhắc HS sử dụng từ gợi ý để câu nói đúng nội dung tranh; nói trọn câu, lễ phép.</w:t>
            </w:r>
          </w:p>
        </w:tc>
        <w:tc>
          <w:tcPr>
            <w:tcW w:w="4430"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lựa chọn từ ngữ trong khung để chuẩn bị nói.</w:t>
            </w:r>
          </w:p>
        </w:tc>
      </w:tr>
      <w:tr w:rsidR="00D8461B" w:rsidRPr="007C574D" w:rsidTr="006F4373">
        <w:trPr>
          <w:jc w:val="center"/>
        </w:trPr>
        <w:tc>
          <w:tcPr>
            <w:tcW w:w="4426"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tổ chức HS làm việc theo cặp/nhóm nhỏ: mỗi bạn nói 1–2 câu, bạn còn lại lắng nghe và góp ý.</w:t>
            </w:r>
          </w:p>
        </w:tc>
        <w:tc>
          <w:tcPr>
            <w:tcW w:w="4430"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nói theo cặp/nhóm; góp ý cho nhau.</w:t>
            </w:r>
          </w:p>
        </w:tc>
      </w:tr>
      <w:tr w:rsidR="00D8461B" w:rsidRPr="007C574D" w:rsidTr="006F4373">
        <w:trPr>
          <w:jc w:val="center"/>
        </w:trPr>
        <w:tc>
          <w:tcPr>
            <w:tcW w:w="4426"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mời một số HS/nhóm trình bày trước lớp.</w:t>
            </w:r>
          </w:p>
        </w:tc>
        <w:tc>
          <w:tcPr>
            <w:tcW w:w="4430"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HS/nhóm trình bày trước lớp.</w:t>
            </w:r>
          </w:p>
        </w:tc>
      </w:tr>
      <w:tr w:rsidR="00D8461B" w:rsidRPr="007C574D" w:rsidTr="006F4373">
        <w:trPr>
          <w:jc w:val="center"/>
        </w:trPr>
        <w:tc>
          <w:tcPr>
            <w:tcW w:w="4426"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hỏi thêm để mở rộng: “Ở nhà em thường làm gì để giúp bố mẹ khi chuẩn bị bữa cơm?”</w:t>
            </w:r>
          </w:p>
        </w:tc>
        <w:tc>
          <w:tcPr>
            <w:tcW w:w="4430"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trả lời, nêu việc em giúp bố mẹ (nhặt rau, bày bát, mời cơm…).</w:t>
            </w:r>
          </w:p>
        </w:tc>
      </w:tr>
      <w:tr w:rsidR="00D8461B" w:rsidRPr="007C574D" w:rsidTr="006F4373">
        <w:trPr>
          <w:jc w:val="center"/>
        </w:trPr>
        <w:tc>
          <w:tcPr>
            <w:tcW w:w="4426" w:type="dxa"/>
            <w:shd w:val="clear" w:color="auto" w:fill="auto"/>
          </w:tcPr>
          <w:p w:rsidR="00D8461B" w:rsidRPr="007C574D" w:rsidRDefault="00F82514" w:rsidP="007C574D">
            <w:pPr>
              <w:rPr>
                <w:rFonts w:cs="Times New Roman"/>
                <w:sz w:val="28"/>
                <w:szCs w:val="28"/>
              </w:rPr>
            </w:pPr>
            <w:r w:rsidRPr="007C574D">
              <w:rPr>
                <w:rFonts w:cs="Times New Roman"/>
                <w:sz w:val="26"/>
                <w:szCs w:val="28"/>
              </w:rPr>
              <w:t>- GV nhận xét</w:t>
            </w:r>
            <w:r w:rsidR="00D8461B" w:rsidRPr="007C574D">
              <w:rPr>
                <w:rFonts w:cs="Times New Roman"/>
                <w:sz w:val="26"/>
                <w:szCs w:val="28"/>
              </w:rPr>
              <w:t>: khen HS nói đúng nội dung, dùng từ phù hợp; nhắc HS nói to rõ, lắng nghe bạn.</w:t>
            </w:r>
          </w:p>
        </w:tc>
        <w:tc>
          <w:tcPr>
            <w:tcW w:w="4430"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GVNX và ghi nhớ.</w:t>
            </w:r>
          </w:p>
        </w:tc>
      </w:tr>
    </w:tbl>
    <w:p w:rsidR="00D8461B" w:rsidRPr="007C574D" w:rsidRDefault="00D8461B" w:rsidP="007C574D">
      <w:pPr>
        <w:spacing w:after="0" w:line="240" w:lineRule="auto"/>
        <w:rPr>
          <w:rFonts w:cs="Times New Roman"/>
          <w:sz w:val="28"/>
          <w:szCs w:val="28"/>
        </w:rPr>
      </w:pPr>
    </w:p>
    <w:p w:rsidR="00D8461B" w:rsidRPr="007C574D" w:rsidRDefault="00F82514" w:rsidP="007C574D">
      <w:pPr>
        <w:spacing w:after="0" w:line="240" w:lineRule="auto"/>
        <w:rPr>
          <w:rFonts w:cs="Times New Roman"/>
          <w:sz w:val="28"/>
          <w:szCs w:val="28"/>
        </w:rPr>
      </w:pP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00D8461B" w:rsidRPr="007C574D">
        <w:rPr>
          <w:rFonts w:cs="Times New Roman"/>
          <w:b/>
          <w:sz w:val="26"/>
          <w:szCs w:val="28"/>
        </w:rPr>
        <w:t>TIẾT 4</w:t>
      </w:r>
    </w:p>
    <w:tbl>
      <w:tblPr>
        <w:tblStyle w:val="TableGrid"/>
        <w:tblW w:w="0" w:type="auto"/>
        <w:jc w:val="center"/>
        <w:tblBorders>
          <w:insideH w:val="none" w:sz="0" w:space="0" w:color="auto"/>
        </w:tblBorders>
        <w:tblLook w:val="04A0" w:firstRow="1" w:lastRow="0" w:firstColumn="1" w:lastColumn="0" w:noHBand="0" w:noVBand="1"/>
      </w:tblPr>
      <w:tblGrid>
        <w:gridCol w:w="4430"/>
        <w:gridCol w:w="11"/>
        <w:gridCol w:w="4415"/>
      </w:tblGrid>
      <w:tr w:rsidR="00D8461B" w:rsidRPr="007C574D" w:rsidTr="006F4373">
        <w:trPr>
          <w:jc w:val="center"/>
        </w:trPr>
        <w:tc>
          <w:tcPr>
            <w:tcW w:w="4428"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Hoạt động của GV</w:t>
            </w:r>
          </w:p>
        </w:tc>
        <w:tc>
          <w:tcPr>
            <w:tcW w:w="4428" w:type="dxa"/>
            <w:gridSpan w:val="2"/>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b/>
                <w:sz w:val="26"/>
                <w:szCs w:val="28"/>
              </w:rPr>
              <w:t>Hoạt động của HS</w:t>
            </w:r>
          </w:p>
        </w:tc>
      </w:tr>
      <w:tr w:rsidR="00F82514" w:rsidRPr="007C574D" w:rsidTr="006F4373">
        <w:trPr>
          <w:jc w:val="center"/>
        </w:trPr>
        <w:tc>
          <w:tcPr>
            <w:tcW w:w="8856" w:type="dxa"/>
            <w:gridSpan w:val="3"/>
            <w:tcBorders>
              <w:top w:val="single" w:sz="4" w:space="0" w:color="auto"/>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7. Nghe viết</w:t>
            </w:r>
          </w:p>
          <w:p w:rsidR="00F82514" w:rsidRPr="007C574D" w:rsidRDefault="00F82514"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nghe – viết đúng hai câu; rèn chính tả và trình bày; chú ý viết hoa, dấu câu và các tiếng dễ sai; giữ trật tự và tư thế đúng khi viết.</w:t>
            </w:r>
          </w:p>
        </w:tc>
      </w:tr>
      <w:tr w:rsidR="00D8461B" w:rsidRPr="007C574D" w:rsidTr="006F4373">
        <w:trPr>
          <w:jc w:val="center"/>
        </w:trPr>
        <w:tc>
          <w:tcPr>
            <w:tcW w:w="4428"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nêu nhiệm vụ nghe viết; yêu cầu HS chuẩn bị vở, bút, ngồi ngay ngắn.</w:t>
            </w:r>
          </w:p>
        </w:tc>
        <w:tc>
          <w:tcPr>
            <w:tcW w:w="4428" w:type="dxa"/>
            <w:gridSpan w:val="2"/>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chuẩn bị vở, bút và ngồi ngay ngắn.</w:t>
            </w:r>
          </w:p>
        </w:tc>
      </w:tr>
      <w:tr w:rsidR="00D8461B"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đọc cả hai câu: “Ngày nghỉ lễ, gia đình Chi quây quần bên nhau. Chi thích ngày nào cũng vậy.”</w:t>
            </w:r>
          </w:p>
        </w:tc>
        <w:tc>
          <w:tcPr>
            <w:tcW w:w="4428"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GV đọc cả hai câu.</w:t>
            </w:r>
          </w:p>
        </w:tc>
      </w:tr>
      <w:tr w:rsidR="00D8461B"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t xml:space="preserve">- GV lưu ý chính tả: viết lùi đầu dòng; viết hoa chữ cái đầu câu và tên riêng </w:t>
            </w:r>
            <w:r w:rsidRPr="007C574D">
              <w:rPr>
                <w:rFonts w:cs="Times New Roman"/>
                <w:sz w:val="26"/>
                <w:szCs w:val="28"/>
              </w:rPr>
              <w:lastRenderedPageBreak/>
              <w:t>Chi; kết thúc câu có dấu chấm.</w:t>
            </w:r>
          </w:p>
        </w:tc>
        <w:tc>
          <w:tcPr>
            <w:tcW w:w="4428"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lastRenderedPageBreak/>
              <w:t>- HS ghi nhớ lưu ý viết hoa và dấu câu.</w:t>
            </w:r>
          </w:p>
        </w:tc>
      </w:tr>
      <w:tr w:rsidR="00D8461B"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lastRenderedPageBreak/>
              <w:t>- GV nhắc chữ dễ viết sai: “quây quần”, “ngày”.</w:t>
            </w:r>
          </w:p>
        </w:tc>
        <w:tc>
          <w:tcPr>
            <w:tcW w:w="4428"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chú ý các tiếng dễ sai.</w:t>
            </w:r>
          </w:p>
        </w:tc>
      </w:tr>
      <w:tr w:rsidR="00D8461B"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yêu cầu HS ngồi đúng tư thế, cầm bút đúng cách; giữ trật tự để nghe rõ.</w:t>
            </w:r>
          </w:p>
        </w:tc>
        <w:tc>
          <w:tcPr>
            <w:tcW w:w="4428"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ngồi đúng tư thế, cầm bút đúng cách, giữ trật tự.</w:t>
            </w:r>
          </w:p>
        </w:tc>
      </w:tr>
      <w:tr w:rsidR="00D8461B"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đọc cho HS viết (đọc cụm từ – ngắt nhịp); quan sát hỗ trợ HS.</w:t>
            </w:r>
          </w:p>
        </w:tc>
        <w:tc>
          <w:tcPr>
            <w:tcW w:w="4428"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nghe và viết chính tả.</w:t>
            </w:r>
          </w:p>
        </w:tc>
      </w:tr>
      <w:tr w:rsidR="00D8461B"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đọc lại toàn đoạn để HS soát lỗi; nhắc HS dò từng tiếng và dấu câu.</w:t>
            </w:r>
          </w:p>
        </w:tc>
        <w:tc>
          <w:tcPr>
            <w:tcW w:w="4428"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soát lỗi và sửa lỗi nếu có.</w:t>
            </w:r>
          </w:p>
        </w:tc>
      </w:tr>
      <w:tr w:rsidR="00D8461B" w:rsidRPr="007C574D" w:rsidTr="006F4373">
        <w:trPr>
          <w:jc w:val="center"/>
        </w:trPr>
        <w:tc>
          <w:tcPr>
            <w:tcW w:w="4428"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giữ câu kết luận: GV nhận xét bài của một số HS.</w:t>
            </w:r>
          </w:p>
        </w:tc>
        <w:tc>
          <w:tcPr>
            <w:tcW w:w="4428" w:type="dxa"/>
            <w:gridSpan w:val="2"/>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nhận xét và rút kinh nghiệm.</w:t>
            </w:r>
          </w:p>
        </w:tc>
      </w:tr>
      <w:tr w:rsidR="00F82514" w:rsidRPr="007C574D" w:rsidTr="006F4373">
        <w:trPr>
          <w:jc w:val="center"/>
        </w:trPr>
        <w:tc>
          <w:tcPr>
            <w:tcW w:w="8856" w:type="dxa"/>
            <w:gridSpan w:val="3"/>
            <w:tcBorders>
              <w:top w:val="single" w:sz="4" w:space="0" w:color="auto"/>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8. Chọn chữ phù hợp thay bông hoa</w:t>
            </w:r>
          </w:p>
          <w:p w:rsidR="00F82514" w:rsidRPr="007C574D" w:rsidRDefault="00F82514"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Củng cố quy tắc chính tả g/gh; HS chọn chữ đúng để hoàn thiện từ; đọc lại từ đã hoàn thiện; rèn tính cẩn thận.</w:t>
            </w:r>
          </w:p>
        </w:tc>
      </w:tr>
      <w:tr w:rsidR="00D8461B" w:rsidRPr="007C574D" w:rsidTr="006F4373">
        <w:trPr>
          <w:jc w:val="center"/>
        </w:trPr>
        <w:tc>
          <w:tcPr>
            <w:tcW w:w="4442" w:type="dxa"/>
            <w:gridSpan w:val="2"/>
            <w:tcBorders>
              <w:top w:val="single" w:sz="4" w:space="0" w:color="auto"/>
            </w:tcBorders>
            <w:shd w:val="clear" w:color="auto" w:fill="auto"/>
          </w:tcPr>
          <w:p w:rsidR="00F82514" w:rsidRPr="007C574D" w:rsidRDefault="00D8461B" w:rsidP="007C574D">
            <w:pPr>
              <w:rPr>
                <w:rFonts w:cs="Times New Roman"/>
                <w:sz w:val="28"/>
                <w:szCs w:val="28"/>
              </w:rPr>
            </w:pPr>
            <w:r w:rsidRPr="007C574D">
              <w:rPr>
                <w:rFonts w:cs="Times New Roman"/>
                <w:sz w:val="26"/>
                <w:szCs w:val="28"/>
              </w:rPr>
              <w:t>- GV hướng dẫn HS thực hiện yêu cầu: chọn chữ phù hợp (g/gh)</w:t>
            </w:r>
            <w:r w:rsidR="006F4373">
              <w:rPr>
                <w:rFonts w:cs="Times New Roman"/>
                <w:sz w:val="26"/>
                <w:szCs w:val="28"/>
              </w:rPr>
              <w:t xml:space="preserve"> thay bông hoa để hoàn thiện từ.</w:t>
            </w:r>
          </w:p>
        </w:tc>
        <w:tc>
          <w:tcPr>
            <w:tcW w:w="4414"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yêu cầu.</w:t>
            </w:r>
          </w:p>
        </w:tc>
      </w:tr>
      <w:tr w:rsidR="00D8461B" w:rsidRPr="007C574D" w:rsidTr="006F4373">
        <w:trPr>
          <w:jc w:val="center"/>
        </w:trPr>
        <w:tc>
          <w:tcPr>
            <w:tcW w:w="444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nhắc lại quy tắc nhanh: gh đi với i, e, ê; g đi với a, o, ô, ơ, u, ư.</w:t>
            </w:r>
          </w:p>
        </w:tc>
        <w:tc>
          <w:tcPr>
            <w:tcW w:w="441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và ghi nhớ quy tắc.</w:t>
            </w:r>
          </w:p>
        </w:tc>
      </w:tr>
      <w:tr w:rsidR="00D8461B" w:rsidRPr="007C574D" w:rsidTr="006F4373">
        <w:trPr>
          <w:jc w:val="center"/>
        </w:trPr>
        <w:tc>
          <w:tcPr>
            <w:tcW w:w="444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cho HS làm bài cá nhân; khuyến khích khoanh/điền bằng bút chì.</w:t>
            </w:r>
          </w:p>
        </w:tc>
        <w:tc>
          <w:tcPr>
            <w:tcW w:w="441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thực hiện yêu cầu (làm bài cá nhân).</w:t>
            </w:r>
          </w:p>
        </w:tc>
      </w:tr>
      <w:tr w:rsidR="00D8461B" w:rsidRPr="007C574D" w:rsidTr="006F4373">
        <w:trPr>
          <w:jc w:val="center"/>
        </w:trPr>
        <w:tc>
          <w:tcPr>
            <w:tcW w:w="444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mời HS nêu kết quả và giải thích vì sao chọn g/gh.</w:t>
            </w:r>
          </w:p>
        </w:tc>
        <w:tc>
          <w:tcPr>
            <w:tcW w:w="441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nêu kết quả và giải thích.</w:t>
            </w:r>
          </w:p>
        </w:tc>
      </w:tr>
      <w:tr w:rsidR="00D8461B" w:rsidRPr="007C574D" w:rsidTr="006F4373">
        <w:trPr>
          <w:jc w:val="center"/>
        </w:trPr>
        <w:tc>
          <w:tcPr>
            <w:tcW w:w="4442"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GV giữ câu theo đề: HS đọc to các từ ngữ đã hoàn thiện.</w:t>
            </w:r>
          </w:p>
        </w:tc>
        <w:tc>
          <w:tcPr>
            <w:tcW w:w="4414" w:type="dxa"/>
            <w:shd w:val="clear" w:color="auto" w:fill="auto"/>
          </w:tcPr>
          <w:p w:rsidR="00D8461B" w:rsidRPr="007C574D" w:rsidRDefault="00D8461B" w:rsidP="007C574D">
            <w:pPr>
              <w:rPr>
                <w:rFonts w:cs="Times New Roman"/>
                <w:sz w:val="28"/>
                <w:szCs w:val="28"/>
              </w:rPr>
            </w:pPr>
            <w:r w:rsidRPr="007C574D">
              <w:rPr>
                <w:rFonts w:cs="Times New Roman"/>
                <w:sz w:val="26"/>
                <w:szCs w:val="28"/>
              </w:rPr>
              <w:t>- HS đọc to các từ ngữ đã hoàn thiện.</w:t>
            </w:r>
          </w:p>
        </w:tc>
      </w:tr>
      <w:tr w:rsidR="00D8461B" w:rsidRPr="007C574D" w:rsidTr="006F4373">
        <w:trPr>
          <w:jc w:val="center"/>
        </w:trPr>
        <w:tc>
          <w:tcPr>
            <w:tcW w:w="4442" w:type="dxa"/>
            <w:gridSpan w:val="2"/>
            <w:tcBorders>
              <w:bottom w:val="single" w:sz="4" w:space="0" w:color="auto"/>
            </w:tcBorders>
            <w:shd w:val="clear" w:color="auto" w:fill="auto"/>
          </w:tcPr>
          <w:p w:rsidR="00D8461B" w:rsidRPr="007C574D" w:rsidRDefault="00F82514" w:rsidP="007C574D">
            <w:pPr>
              <w:rPr>
                <w:rFonts w:cs="Times New Roman"/>
                <w:sz w:val="28"/>
                <w:szCs w:val="28"/>
              </w:rPr>
            </w:pPr>
            <w:r w:rsidRPr="007C574D">
              <w:rPr>
                <w:rFonts w:cs="Times New Roman"/>
                <w:sz w:val="26"/>
                <w:szCs w:val="28"/>
              </w:rPr>
              <w:t>- GV nhận xét:</w:t>
            </w:r>
            <w:r w:rsidR="00D8461B" w:rsidRPr="007C574D">
              <w:rPr>
                <w:rFonts w:cs="Times New Roman"/>
                <w:sz w:val="26"/>
                <w:szCs w:val="28"/>
              </w:rPr>
              <w:t xml:space="preserve"> khen HS làm đúng; nhắc HS nhớ quy tắc để viết đúng chính tả.</w:t>
            </w:r>
          </w:p>
        </w:tc>
        <w:tc>
          <w:tcPr>
            <w:tcW w:w="4414"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GVNX.</w:t>
            </w:r>
          </w:p>
        </w:tc>
      </w:tr>
      <w:tr w:rsidR="00F82514" w:rsidRPr="007C574D" w:rsidTr="006F4373">
        <w:trPr>
          <w:jc w:val="center"/>
        </w:trPr>
        <w:tc>
          <w:tcPr>
            <w:tcW w:w="8856" w:type="dxa"/>
            <w:gridSpan w:val="3"/>
            <w:tcBorders>
              <w:top w:val="single" w:sz="4" w:space="0" w:color="auto"/>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9. Trò chơi: Cây gia đình</w:t>
            </w:r>
          </w:p>
          <w:p w:rsidR="00F82514" w:rsidRPr="007C574D" w:rsidRDefault="00F82514"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Tạo hứng thú học tập; củng cố vốn từ/câu về gia đình; rèn giao tiếp, hợp tác và trách nhiệm khi làm việc nhóm.</w:t>
            </w:r>
          </w:p>
        </w:tc>
      </w:tr>
      <w:tr w:rsidR="00D8461B" w:rsidRPr="007C574D" w:rsidTr="006F4373">
        <w:trPr>
          <w:jc w:val="center"/>
        </w:trPr>
        <w:tc>
          <w:tcPr>
            <w:tcW w:w="4428" w:type="dxa"/>
            <w:tcBorders>
              <w:top w:val="single" w:sz="4" w:space="0" w:color="auto"/>
            </w:tcBorders>
            <w:shd w:val="clear" w:color="auto" w:fill="auto"/>
          </w:tcPr>
          <w:p w:rsidR="00F82514" w:rsidRPr="007C574D" w:rsidRDefault="00D8461B" w:rsidP="007C574D">
            <w:pPr>
              <w:rPr>
                <w:rFonts w:cs="Times New Roman"/>
                <w:sz w:val="28"/>
                <w:szCs w:val="28"/>
              </w:rPr>
            </w:pPr>
            <w:r w:rsidRPr="007C574D">
              <w:rPr>
                <w:rFonts w:cs="Times New Roman"/>
                <w:sz w:val="26"/>
                <w:szCs w:val="28"/>
              </w:rPr>
              <w:t>- GV giới thiệu trò chơi “Cây gia đình”; nêu mục đích và luật chơi.</w:t>
            </w:r>
          </w:p>
        </w:tc>
        <w:tc>
          <w:tcPr>
            <w:tcW w:w="4428" w:type="dxa"/>
            <w:gridSpan w:val="2"/>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luật chơi.</w:t>
            </w:r>
          </w:p>
        </w:tc>
      </w:tr>
      <w:tr w:rsidR="00D8461B"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chia lớp thành nhóm/cặp; giao nhiệm vụ mỗi lượt viết/gắn một “lá” là từ/câu về gia đình hoặc việc làm trong gia đình.</w:t>
            </w:r>
          </w:p>
        </w:tc>
        <w:tc>
          <w:tcPr>
            <w:tcW w:w="4428"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về nhóm/cặp, nhận nhiệm vụ.</w:t>
            </w:r>
          </w:p>
        </w:tc>
      </w:tr>
      <w:tr w:rsidR="00D8461B"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hướng dẫn cách chơi: lần lượt từng bạn thêm từ/câu; nhóm nào đủ nhiều “lá” đúng nội dung sẽ thắng.</w:t>
            </w:r>
          </w:p>
        </w:tc>
        <w:tc>
          <w:tcPr>
            <w:tcW w:w="4428"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thực hiện theo lượt, thêm từ/câu phù hợp.</w:t>
            </w:r>
          </w:p>
        </w:tc>
      </w:tr>
      <w:tr w:rsidR="00D8461B"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tổ chức cho HS chơi trong thời gian quy định; theo dõi, hỗ trợ.</w:t>
            </w:r>
          </w:p>
        </w:tc>
        <w:tc>
          <w:tcPr>
            <w:tcW w:w="4428"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tham gia trò chơi với bạn.</w:t>
            </w:r>
          </w:p>
        </w:tc>
      </w:tr>
      <w:tr w:rsidR="00D8461B" w:rsidRPr="007C574D" w:rsidTr="006F4373">
        <w:trPr>
          <w:jc w:val="center"/>
        </w:trPr>
        <w:tc>
          <w:tcPr>
            <w:tcW w:w="4428"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mời đại diện nhóm giới thiệu “cây gia đình” của nhóm.</w:t>
            </w:r>
          </w:p>
        </w:tc>
        <w:tc>
          <w:tcPr>
            <w:tcW w:w="4428"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Đại diện nhóm giới thiệu sản phẩm.</w:t>
            </w:r>
          </w:p>
        </w:tc>
      </w:tr>
      <w:tr w:rsidR="00D8461B" w:rsidRPr="007C574D" w:rsidTr="006F4373">
        <w:trPr>
          <w:jc w:val="center"/>
        </w:trPr>
        <w:tc>
          <w:tcPr>
            <w:tcW w:w="4428" w:type="dxa"/>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lastRenderedPageBreak/>
              <w:t xml:space="preserve">- GV nhận xét, tuyên </w:t>
            </w:r>
            <w:r w:rsidR="00F82514" w:rsidRPr="007C574D">
              <w:rPr>
                <w:rFonts w:cs="Times New Roman"/>
                <w:sz w:val="26"/>
                <w:szCs w:val="28"/>
              </w:rPr>
              <w:t>dương nhóm tích cực, đúng luật.</w:t>
            </w:r>
          </w:p>
        </w:tc>
        <w:tc>
          <w:tcPr>
            <w:tcW w:w="4428" w:type="dxa"/>
            <w:gridSpan w:val="2"/>
            <w:tcBorders>
              <w:bottom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nhận xét, vỗ tay tuyên dương.</w:t>
            </w:r>
          </w:p>
        </w:tc>
      </w:tr>
      <w:tr w:rsidR="00F82514" w:rsidRPr="007C574D" w:rsidTr="006F4373">
        <w:trPr>
          <w:jc w:val="center"/>
        </w:trPr>
        <w:tc>
          <w:tcPr>
            <w:tcW w:w="8856" w:type="dxa"/>
            <w:gridSpan w:val="3"/>
            <w:tcBorders>
              <w:top w:val="single" w:sz="4" w:space="0" w:color="auto"/>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10. HĐ Vận dụng</w:t>
            </w:r>
          </w:p>
          <w:p w:rsidR="00F82514" w:rsidRPr="007C574D" w:rsidRDefault="00F82514"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nhắc lại nội dung đã học; vận dụng vào đời sống bằng việc làm cụ thể giúp gia đình; chuẩn bị bài học tiếp theo.</w:t>
            </w:r>
          </w:p>
        </w:tc>
      </w:tr>
      <w:tr w:rsidR="00D8461B" w:rsidRPr="007C574D" w:rsidTr="006F4373">
        <w:trPr>
          <w:jc w:val="center"/>
        </w:trPr>
        <w:tc>
          <w:tcPr>
            <w:tcW w:w="4431" w:type="dxa"/>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GV yêu cầu HS nhắc lại những nội dung đã học (hoàn thiện câu, nói theo tranh, nghe viết, g/gh, trò chơi).</w:t>
            </w:r>
          </w:p>
        </w:tc>
        <w:tc>
          <w:tcPr>
            <w:tcW w:w="4425" w:type="dxa"/>
            <w:gridSpan w:val="2"/>
            <w:tcBorders>
              <w:top w:val="single" w:sz="4" w:space="0" w:color="auto"/>
            </w:tcBorders>
            <w:shd w:val="clear" w:color="auto" w:fill="auto"/>
          </w:tcPr>
          <w:p w:rsidR="00D8461B" w:rsidRPr="007C574D" w:rsidRDefault="00D8461B" w:rsidP="007C574D">
            <w:pPr>
              <w:rPr>
                <w:rFonts w:cs="Times New Roman"/>
                <w:sz w:val="28"/>
                <w:szCs w:val="28"/>
              </w:rPr>
            </w:pPr>
            <w:r w:rsidRPr="007C574D">
              <w:rPr>
                <w:rFonts w:cs="Times New Roman"/>
                <w:sz w:val="26"/>
                <w:szCs w:val="28"/>
              </w:rPr>
              <w:t>- HS nhắc lại những nội dung đã học.</w:t>
            </w:r>
          </w:p>
        </w:tc>
      </w:tr>
      <w:tr w:rsidR="00D8461B" w:rsidRPr="007C574D" w:rsidTr="006F4373">
        <w:trPr>
          <w:jc w:val="center"/>
        </w:trPr>
        <w:tc>
          <w:tcPr>
            <w:tcW w:w="4431"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mời 2–3 HS chia sẻ một việc em sẽ làm để bữa cơm gia đình vui hơn (phụ dọn bàn, mời cơm, dọn dẹp…).</w:t>
            </w:r>
          </w:p>
        </w:tc>
        <w:tc>
          <w:tcPr>
            <w:tcW w:w="4425"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chia sẻ việc sẽ làm để bữa cơm gia đình vui hơn.</w:t>
            </w:r>
          </w:p>
        </w:tc>
      </w:tr>
      <w:tr w:rsidR="00D8461B" w:rsidRPr="007C574D" w:rsidTr="006F4373">
        <w:trPr>
          <w:jc w:val="center"/>
        </w:trPr>
        <w:tc>
          <w:tcPr>
            <w:tcW w:w="4431"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tóm tắt lại những nội dung chính.</w:t>
            </w:r>
          </w:p>
        </w:tc>
        <w:tc>
          <w:tcPr>
            <w:tcW w:w="4425"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tóm tắt.</w:t>
            </w:r>
          </w:p>
        </w:tc>
      </w:tr>
      <w:tr w:rsidR="00D8461B" w:rsidRPr="007C574D" w:rsidTr="006F4373">
        <w:trPr>
          <w:jc w:val="center"/>
        </w:trPr>
        <w:tc>
          <w:tcPr>
            <w:tcW w:w="4431"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giữ câu kết luận: GV nhận xét.</w:t>
            </w:r>
          </w:p>
        </w:tc>
        <w:tc>
          <w:tcPr>
            <w:tcW w:w="4425"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lắng nghe nhận xét.</w:t>
            </w:r>
          </w:p>
        </w:tc>
      </w:tr>
      <w:tr w:rsidR="00D8461B" w:rsidRPr="007C574D" w:rsidTr="006F4373">
        <w:trPr>
          <w:jc w:val="center"/>
        </w:trPr>
        <w:tc>
          <w:tcPr>
            <w:tcW w:w="4431" w:type="dxa"/>
            <w:shd w:val="clear" w:color="auto" w:fill="auto"/>
          </w:tcPr>
          <w:p w:rsidR="00D8461B" w:rsidRPr="007C574D" w:rsidRDefault="00D8461B" w:rsidP="007C574D">
            <w:pPr>
              <w:rPr>
                <w:rFonts w:cs="Times New Roman"/>
                <w:sz w:val="28"/>
                <w:szCs w:val="28"/>
              </w:rPr>
            </w:pPr>
            <w:r w:rsidRPr="007C574D">
              <w:rPr>
                <w:rFonts w:cs="Times New Roman"/>
                <w:sz w:val="26"/>
                <w:szCs w:val="28"/>
              </w:rPr>
              <w:t>- GV dặn: Chuẩn bị bài “Ngôi nhà”.</w:t>
            </w:r>
          </w:p>
        </w:tc>
        <w:tc>
          <w:tcPr>
            <w:tcW w:w="4425" w:type="dxa"/>
            <w:gridSpan w:val="2"/>
            <w:shd w:val="clear" w:color="auto" w:fill="auto"/>
          </w:tcPr>
          <w:p w:rsidR="00D8461B" w:rsidRPr="007C574D" w:rsidRDefault="00D8461B" w:rsidP="007C574D">
            <w:pPr>
              <w:rPr>
                <w:rFonts w:cs="Times New Roman"/>
                <w:sz w:val="28"/>
                <w:szCs w:val="28"/>
              </w:rPr>
            </w:pPr>
            <w:r w:rsidRPr="007C574D">
              <w:rPr>
                <w:rFonts w:cs="Times New Roman"/>
                <w:sz w:val="26"/>
                <w:szCs w:val="28"/>
              </w:rPr>
              <w:t>- HS ghi nhớ chuẩn bị bài mới.</w:t>
            </w:r>
          </w:p>
        </w:tc>
      </w:tr>
    </w:tbl>
    <w:p w:rsidR="00D8461B" w:rsidRPr="007C574D" w:rsidRDefault="00D8461B" w:rsidP="007C574D">
      <w:pPr>
        <w:spacing w:after="0" w:line="240" w:lineRule="auto"/>
        <w:rPr>
          <w:rFonts w:cs="Times New Roman"/>
          <w:sz w:val="28"/>
          <w:szCs w:val="28"/>
        </w:rPr>
      </w:pPr>
    </w:p>
    <w:p w:rsidR="00D8461B" w:rsidRPr="007C574D" w:rsidRDefault="00D8461B" w:rsidP="007C574D">
      <w:pPr>
        <w:spacing w:after="0" w:line="240" w:lineRule="auto"/>
        <w:rPr>
          <w:rFonts w:cs="Times New Roman"/>
          <w:b/>
          <w:sz w:val="28"/>
          <w:szCs w:val="28"/>
        </w:rPr>
      </w:pPr>
      <w:r w:rsidRPr="007C574D">
        <w:rPr>
          <w:rFonts w:cs="Times New Roman"/>
          <w:b/>
          <w:sz w:val="26"/>
          <w:szCs w:val="28"/>
        </w:rPr>
        <w:t>IV. ĐIỀU CHỈNH SAU BÀI DẠY</w:t>
      </w:r>
    </w:p>
    <w:p w:rsidR="007C574D" w:rsidRDefault="007C574D" w:rsidP="007C574D">
      <w:pPr>
        <w:spacing w:after="0" w:line="240" w:lineRule="auto"/>
        <w:jc w:val="center"/>
        <w:rPr>
          <w:rFonts w:cs="Times New Roman"/>
          <w:sz w:val="28"/>
          <w:szCs w:val="28"/>
        </w:rPr>
      </w:pPr>
    </w:p>
    <w:p w:rsidR="007C574D" w:rsidRPr="007C574D" w:rsidRDefault="007C574D" w:rsidP="007C574D">
      <w:pPr>
        <w:spacing w:after="0" w:line="240" w:lineRule="auto"/>
        <w:jc w:val="center"/>
        <w:rPr>
          <w:rFonts w:cs="Times New Roman"/>
          <w:b/>
          <w:sz w:val="28"/>
          <w:szCs w:val="28"/>
        </w:rPr>
      </w:pPr>
      <w:r w:rsidRPr="007C574D">
        <w:rPr>
          <w:rFonts w:cs="Times New Roman"/>
          <w:b/>
          <w:sz w:val="26"/>
          <w:szCs w:val="28"/>
        </w:rPr>
        <w:t>KẾ HOẠCH BÀI DẠY MÔN TIẾNG VIỆT TUẦN 22</w:t>
      </w:r>
    </w:p>
    <w:p w:rsidR="00F82514" w:rsidRPr="007C574D" w:rsidRDefault="00F82514" w:rsidP="007C574D">
      <w:pPr>
        <w:spacing w:after="0" w:line="240" w:lineRule="auto"/>
        <w:jc w:val="center"/>
        <w:rPr>
          <w:rFonts w:cs="Times New Roman"/>
          <w:sz w:val="28"/>
          <w:szCs w:val="28"/>
        </w:rPr>
      </w:pPr>
      <w:r w:rsidRPr="007C574D">
        <w:rPr>
          <w:rFonts w:cs="Times New Roman"/>
          <w:b/>
          <w:sz w:val="26"/>
          <w:szCs w:val="28"/>
        </w:rPr>
        <w:t xml:space="preserve">BÀI 6: NGÔI NHÀ (TIẾT 1, 2) </w:t>
      </w:r>
    </w:p>
    <w:p w:rsidR="00F82514" w:rsidRPr="007C574D" w:rsidRDefault="00F82514" w:rsidP="007C574D">
      <w:pPr>
        <w:spacing w:after="0" w:line="240" w:lineRule="auto"/>
        <w:rPr>
          <w:rFonts w:cs="Times New Roman"/>
          <w:sz w:val="28"/>
          <w:szCs w:val="28"/>
        </w:rPr>
      </w:pPr>
      <w:r w:rsidRPr="007C574D">
        <w:rPr>
          <w:rFonts w:cs="Times New Roman"/>
          <w:b/>
          <w:sz w:val="26"/>
          <w:szCs w:val="28"/>
        </w:rPr>
        <w:t>I. YÊU CẦU CẦN ĐẠT</w:t>
      </w:r>
    </w:p>
    <w:p w:rsidR="00F82514" w:rsidRPr="007C574D" w:rsidRDefault="00F82514" w:rsidP="007C574D">
      <w:pPr>
        <w:spacing w:after="0" w:line="240" w:lineRule="auto"/>
        <w:rPr>
          <w:rFonts w:cs="Times New Roman"/>
          <w:sz w:val="28"/>
          <w:szCs w:val="28"/>
        </w:rPr>
      </w:pPr>
      <w:r w:rsidRPr="007C574D">
        <w:rPr>
          <w:rFonts w:cs="Times New Roman"/>
          <w:b/>
          <w:sz w:val="26"/>
          <w:szCs w:val="28"/>
        </w:rPr>
        <w:t>1. Năng lực đặc thù (Tiếng Việt)</w:t>
      </w:r>
    </w:p>
    <w:p w:rsidR="00F82514" w:rsidRPr="007C574D" w:rsidRDefault="00F82514" w:rsidP="007C574D">
      <w:pPr>
        <w:spacing w:after="0" w:line="240" w:lineRule="auto"/>
        <w:rPr>
          <w:rFonts w:cs="Times New Roman"/>
          <w:sz w:val="28"/>
          <w:szCs w:val="28"/>
        </w:rPr>
      </w:pPr>
      <w:r w:rsidRPr="007C574D">
        <w:rPr>
          <w:rFonts w:cs="Times New Roman"/>
          <w:sz w:val="26"/>
          <w:szCs w:val="28"/>
        </w:rPr>
        <w:t>- Đọc: đọc đúng, rõ ràng, bước đầu đọc diễn cảm bài thơ; ngắt nghỉ phù hợp nhịp thơ; đọc trôi chảy từng dòng/khổ/cả bài.</w:t>
      </w:r>
    </w:p>
    <w:p w:rsidR="00F82514" w:rsidRPr="007C574D" w:rsidRDefault="00F82514" w:rsidP="007C574D">
      <w:pPr>
        <w:spacing w:after="0" w:line="240" w:lineRule="auto"/>
        <w:rPr>
          <w:rFonts w:cs="Times New Roman"/>
          <w:sz w:val="28"/>
          <w:szCs w:val="28"/>
        </w:rPr>
      </w:pPr>
      <w:r w:rsidRPr="007C574D">
        <w:rPr>
          <w:rFonts w:cs="Times New Roman"/>
          <w:sz w:val="26"/>
          <w:szCs w:val="28"/>
        </w:rPr>
        <w:t>- Đọc hiểu: hiểu nội dung bài thơ; trả lời đúng câu hỏi; nêu được hình ảnh trước ngõ nhà, âm thanh tiếng chim, hình ảnh mái nhà; bày tỏ cảm xúc về ngôi nhà.</w:t>
      </w:r>
    </w:p>
    <w:p w:rsidR="00F82514" w:rsidRPr="007C574D" w:rsidRDefault="00F82514" w:rsidP="007C574D">
      <w:pPr>
        <w:spacing w:after="0" w:line="240" w:lineRule="auto"/>
        <w:rPr>
          <w:rFonts w:cs="Times New Roman"/>
          <w:sz w:val="28"/>
          <w:szCs w:val="28"/>
        </w:rPr>
      </w:pPr>
      <w:r w:rsidRPr="007C574D">
        <w:rPr>
          <w:rFonts w:cs="Times New Roman"/>
          <w:sz w:val="26"/>
          <w:szCs w:val="28"/>
        </w:rPr>
        <w:t>- Kiến thức tiếng Việt: tìm tiếng cùng vần; tìm tiếng ngoài bài cùng vần với các tiếng: chùm, phơi, nước; đọc lại các tiếng tìm được.</w:t>
      </w:r>
    </w:p>
    <w:p w:rsidR="00F82514" w:rsidRPr="007C574D" w:rsidRDefault="00F82514" w:rsidP="007C574D">
      <w:pPr>
        <w:spacing w:after="0" w:line="240" w:lineRule="auto"/>
        <w:rPr>
          <w:rFonts w:cs="Times New Roman"/>
          <w:sz w:val="28"/>
          <w:szCs w:val="28"/>
        </w:rPr>
      </w:pPr>
      <w:r w:rsidRPr="007C574D">
        <w:rPr>
          <w:rFonts w:cs="Times New Roman"/>
          <w:sz w:val="26"/>
          <w:szCs w:val="28"/>
        </w:rPr>
        <w:t>- Nói và nghe: quan sát tranh, thảo luận; trình bày ý kiến rõ ràng; lắng nghe, phản hồi lịch sự; chia sẻ về ngôi nhà em yêu thích.</w:t>
      </w:r>
    </w:p>
    <w:p w:rsidR="00F82514" w:rsidRPr="007C574D" w:rsidRDefault="00F82514" w:rsidP="007C574D">
      <w:pPr>
        <w:spacing w:after="0" w:line="240" w:lineRule="auto"/>
        <w:rPr>
          <w:rFonts w:cs="Times New Roman"/>
          <w:sz w:val="28"/>
          <w:szCs w:val="28"/>
        </w:rPr>
      </w:pPr>
      <w:r w:rsidRPr="007C574D">
        <w:rPr>
          <w:rFonts w:cs="Times New Roman"/>
          <w:b/>
          <w:sz w:val="26"/>
          <w:szCs w:val="28"/>
        </w:rPr>
        <w:t>2. Năng lực chung</w:t>
      </w:r>
    </w:p>
    <w:p w:rsidR="00F82514" w:rsidRPr="007C574D" w:rsidRDefault="00F82514" w:rsidP="007C574D">
      <w:pPr>
        <w:spacing w:after="0" w:line="240" w:lineRule="auto"/>
        <w:rPr>
          <w:rFonts w:cs="Times New Roman"/>
          <w:sz w:val="28"/>
          <w:szCs w:val="28"/>
        </w:rPr>
      </w:pPr>
      <w:r w:rsidRPr="007C574D">
        <w:rPr>
          <w:rFonts w:cs="Times New Roman"/>
          <w:sz w:val="26"/>
          <w:szCs w:val="28"/>
        </w:rPr>
        <w:t>- Tự chủ và tự học: chủ động luyện đọc, tự sửa lỗi; tự học thuộc lòng theo hướng dẫn; hoàn thành nhiệm vụ vẽ và đặt tên tranh.</w:t>
      </w:r>
    </w:p>
    <w:p w:rsidR="00F82514" w:rsidRPr="007C574D" w:rsidRDefault="00F82514" w:rsidP="007C574D">
      <w:pPr>
        <w:spacing w:after="0" w:line="240" w:lineRule="auto"/>
        <w:rPr>
          <w:rFonts w:cs="Times New Roman"/>
          <w:sz w:val="28"/>
          <w:szCs w:val="28"/>
        </w:rPr>
      </w:pPr>
      <w:r w:rsidRPr="007C574D">
        <w:rPr>
          <w:rFonts w:cs="Times New Roman"/>
          <w:sz w:val="26"/>
          <w:szCs w:val="28"/>
        </w:rPr>
        <w:t>- Giao tiếp và hợp tác: làm việc nhóm khi giải câu đố, tìm vần; chia sẻ ý tưởng khi vẽ tranh; tôn trọng lượt nói của bạn.</w:t>
      </w:r>
    </w:p>
    <w:p w:rsidR="00F82514" w:rsidRPr="007C574D" w:rsidRDefault="00F82514" w:rsidP="007C574D">
      <w:pPr>
        <w:spacing w:after="0" w:line="240" w:lineRule="auto"/>
        <w:rPr>
          <w:rFonts w:cs="Times New Roman"/>
          <w:sz w:val="28"/>
          <w:szCs w:val="28"/>
        </w:rPr>
      </w:pPr>
      <w:r w:rsidRPr="007C574D">
        <w:rPr>
          <w:rFonts w:cs="Times New Roman"/>
          <w:sz w:val="26"/>
          <w:szCs w:val="28"/>
        </w:rPr>
        <w:t>- Giải quyết vấn đề và sáng tạo: suy luận từ tranh và câu đố; tìm tiếng cùng vần; sáng tạo khi thiết kế bức tranh ngôi nhà và đặt tên.</w:t>
      </w:r>
    </w:p>
    <w:p w:rsidR="00F82514" w:rsidRPr="007C574D" w:rsidRDefault="00F82514" w:rsidP="007C574D">
      <w:pPr>
        <w:spacing w:after="0" w:line="240" w:lineRule="auto"/>
        <w:rPr>
          <w:rFonts w:cs="Times New Roman"/>
          <w:sz w:val="28"/>
          <w:szCs w:val="28"/>
        </w:rPr>
      </w:pPr>
      <w:r w:rsidRPr="007C574D">
        <w:rPr>
          <w:rFonts w:cs="Times New Roman"/>
          <w:b/>
          <w:sz w:val="26"/>
          <w:szCs w:val="28"/>
        </w:rPr>
        <w:t>3. Phẩm chất</w:t>
      </w:r>
    </w:p>
    <w:p w:rsidR="00F82514" w:rsidRPr="007C574D" w:rsidRDefault="007C574D" w:rsidP="007C574D">
      <w:pPr>
        <w:spacing w:after="0" w:line="240" w:lineRule="auto"/>
        <w:rPr>
          <w:rFonts w:cs="Times New Roman"/>
          <w:sz w:val="28"/>
          <w:szCs w:val="28"/>
        </w:rPr>
      </w:pPr>
      <w:r>
        <w:rPr>
          <w:rFonts w:cs="Times New Roman"/>
          <w:sz w:val="26"/>
          <w:szCs w:val="28"/>
        </w:rPr>
        <w:t>- Nhân ái</w:t>
      </w:r>
      <w:r w:rsidR="00F82514" w:rsidRPr="007C574D">
        <w:rPr>
          <w:rFonts w:cs="Times New Roman"/>
          <w:sz w:val="26"/>
          <w:szCs w:val="28"/>
        </w:rPr>
        <w:t>: thể hiện tình yêu với gia đình, trân trọng mái ấm và người thân.</w:t>
      </w:r>
    </w:p>
    <w:p w:rsidR="00F82514" w:rsidRPr="007C574D" w:rsidRDefault="00F82514" w:rsidP="007C574D">
      <w:pPr>
        <w:spacing w:after="0" w:line="240" w:lineRule="auto"/>
        <w:rPr>
          <w:rFonts w:cs="Times New Roman"/>
          <w:sz w:val="28"/>
          <w:szCs w:val="28"/>
        </w:rPr>
      </w:pPr>
      <w:r w:rsidRPr="007C574D">
        <w:rPr>
          <w:rFonts w:cs="Times New Roman"/>
          <w:sz w:val="26"/>
          <w:szCs w:val="28"/>
        </w:rPr>
        <w:t>- Chăm chỉ: tích cực tham gia đọc – hiểu – học thuộc – hoạt động vẽ tranh.</w:t>
      </w:r>
    </w:p>
    <w:p w:rsidR="00F82514" w:rsidRPr="007C574D" w:rsidRDefault="00F82514" w:rsidP="007C574D">
      <w:pPr>
        <w:spacing w:after="0" w:line="240" w:lineRule="auto"/>
        <w:rPr>
          <w:rFonts w:cs="Times New Roman"/>
          <w:sz w:val="28"/>
          <w:szCs w:val="28"/>
        </w:rPr>
      </w:pPr>
      <w:r w:rsidRPr="007C574D">
        <w:rPr>
          <w:rFonts w:cs="Times New Roman"/>
          <w:sz w:val="26"/>
          <w:szCs w:val="28"/>
        </w:rPr>
        <w:t>- Trách nhiệm: giữ trật tự khi bạn đọc; hoàn thành nhiệm vụ nhóm/cá nhân; giữ gìn đồ dùng học tập.</w:t>
      </w:r>
    </w:p>
    <w:p w:rsidR="00DD330F" w:rsidRDefault="002918F3">
      <w:pPr>
        <w:spacing w:after="0"/>
      </w:pPr>
      <w:r>
        <w:rPr>
          <w:rFonts w:cs="Times New Roman"/>
          <w:b/>
          <w:color w:val="FF0000"/>
          <w:sz w:val="26"/>
          <w:szCs w:val="26"/>
        </w:rPr>
        <w:t>4. Tích hợp</w:t>
      </w:r>
    </w:p>
    <w:p w:rsidR="00DD330F" w:rsidRDefault="002918F3">
      <w:pPr>
        <w:spacing w:after="0"/>
      </w:pPr>
      <w:r>
        <w:rPr>
          <w:rFonts w:cs="Times New Roman"/>
          <w:color w:val="FF0000"/>
          <w:sz w:val="26"/>
          <w:szCs w:val="26"/>
        </w:rPr>
        <w:lastRenderedPageBreak/>
        <w:t>- Quyền con người: HS biết trẻ em có quyền được sống trong mái ấm an toàn, được yêu thương và bảo vệ.</w:t>
      </w:r>
    </w:p>
    <w:p w:rsidR="00DD330F" w:rsidRDefault="002918F3">
      <w:pPr>
        <w:spacing w:after="0"/>
      </w:pPr>
      <w:r>
        <w:rPr>
          <w:rFonts w:cs="Times New Roman"/>
          <w:color w:val="FF0000"/>
          <w:sz w:val="26"/>
          <w:szCs w:val="26"/>
        </w:rPr>
        <w:t>- Kĩ năng sống: Biết giữ nhà cửa gọn gàng và thực hiện quy tắc an toàn đơn giản trong gia đình.</w:t>
      </w:r>
    </w:p>
    <w:p w:rsidR="00F82514" w:rsidRPr="007C574D" w:rsidRDefault="00F82514" w:rsidP="007C574D">
      <w:pPr>
        <w:spacing w:after="0" w:line="240" w:lineRule="auto"/>
        <w:rPr>
          <w:rFonts w:cs="Times New Roman"/>
          <w:sz w:val="28"/>
          <w:szCs w:val="28"/>
        </w:rPr>
      </w:pPr>
      <w:r w:rsidRPr="007C574D">
        <w:rPr>
          <w:rFonts w:cs="Times New Roman"/>
          <w:b/>
          <w:sz w:val="26"/>
          <w:szCs w:val="28"/>
        </w:rPr>
        <w:t>II. ĐỒ DÙNG DẠY HỌC</w:t>
      </w:r>
    </w:p>
    <w:p w:rsidR="00F82514" w:rsidRPr="007C574D" w:rsidRDefault="00F82514" w:rsidP="007C574D">
      <w:pPr>
        <w:spacing w:after="0" w:line="240" w:lineRule="auto"/>
        <w:rPr>
          <w:rFonts w:cs="Times New Roman"/>
          <w:sz w:val="28"/>
          <w:szCs w:val="28"/>
        </w:rPr>
      </w:pPr>
      <w:r w:rsidRPr="007C574D">
        <w:rPr>
          <w:rFonts w:cs="Times New Roman"/>
          <w:sz w:val="26"/>
          <w:szCs w:val="28"/>
        </w:rPr>
        <w:t>- Học liệu: SGK, KHDH, Bộ đồ dùng dạy học Tiếng Việt.</w:t>
      </w:r>
    </w:p>
    <w:p w:rsidR="00DD330F" w:rsidRDefault="002918F3">
      <w:pPr>
        <w:spacing w:after="0" w:line="240" w:lineRule="auto"/>
      </w:pPr>
      <w:r>
        <w:rPr>
          <w:rFonts w:cs="Times New Roman"/>
          <w:color w:val="FF0000"/>
          <w:sz w:val="26"/>
        </w:rPr>
        <w:t>- Kĩ năng sống: Biết giữ nhà cửa gọn gàng và thực hiện quy tắc an toàn đơn giản trong gia đình.</w:t>
      </w:r>
    </w:p>
    <w:p w:rsidR="00F82514" w:rsidRPr="007C574D" w:rsidRDefault="00F82514" w:rsidP="007C574D">
      <w:pPr>
        <w:spacing w:after="0" w:line="240" w:lineRule="auto"/>
        <w:rPr>
          <w:rFonts w:cs="Times New Roman"/>
          <w:sz w:val="28"/>
          <w:szCs w:val="28"/>
        </w:rPr>
      </w:pPr>
      <w:r w:rsidRPr="007C574D">
        <w:rPr>
          <w:rFonts w:cs="Times New Roman"/>
          <w:sz w:val="26"/>
          <w:szCs w:val="28"/>
        </w:rPr>
        <w:t>- Thiết bị: Máy tính, máy chiếu.</w:t>
      </w:r>
    </w:p>
    <w:p w:rsidR="00F82514" w:rsidRPr="007C574D" w:rsidRDefault="00F82514" w:rsidP="007C574D">
      <w:pPr>
        <w:spacing w:after="0" w:line="240" w:lineRule="auto"/>
        <w:rPr>
          <w:rFonts w:cs="Times New Roman"/>
          <w:sz w:val="28"/>
          <w:szCs w:val="28"/>
        </w:rPr>
      </w:pPr>
      <w:r w:rsidRPr="007C574D">
        <w:rPr>
          <w:rFonts w:cs="Times New Roman"/>
          <w:b/>
          <w:sz w:val="26"/>
          <w:szCs w:val="28"/>
        </w:rPr>
        <w:t>III. CÁC HOẠT ĐỘNG DẠY HỌC</w:t>
      </w:r>
    </w:p>
    <w:p w:rsidR="00F82514" w:rsidRPr="007C574D" w:rsidRDefault="007C574D" w:rsidP="007C574D">
      <w:pPr>
        <w:spacing w:after="0" w:line="240" w:lineRule="auto"/>
        <w:rPr>
          <w:rFonts w:cs="Times New Roman"/>
          <w:sz w:val="28"/>
          <w:szCs w:val="28"/>
        </w:rPr>
      </w:pP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00F82514" w:rsidRPr="007C574D">
        <w:rPr>
          <w:rFonts w:cs="Times New Roman"/>
          <w:b/>
          <w:sz w:val="26"/>
          <w:szCs w:val="28"/>
        </w:rPr>
        <w:t>TIẾT 1</w:t>
      </w:r>
    </w:p>
    <w:tbl>
      <w:tblPr>
        <w:tblStyle w:val="TableGrid"/>
        <w:tblW w:w="0" w:type="auto"/>
        <w:jc w:val="center"/>
        <w:tblBorders>
          <w:insideH w:val="none" w:sz="0" w:space="0" w:color="auto"/>
        </w:tblBorders>
        <w:tblLook w:val="04A0" w:firstRow="1" w:lastRow="0" w:firstColumn="1" w:lastColumn="0" w:noHBand="0" w:noVBand="1"/>
      </w:tblPr>
      <w:tblGrid>
        <w:gridCol w:w="4431"/>
        <w:gridCol w:w="4425"/>
      </w:tblGrid>
      <w:tr w:rsidR="00F82514" w:rsidRPr="007C574D" w:rsidTr="006F4373">
        <w:trPr>
          <w:jc w:val="center"/>
        </w:trPr>
        <w:tc>
          <w:tcPr>
            <w:tcW w:w="4433" w:type="dxa"/>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Hoạt động của GV</w:t>
            </w:r>
          </w:p>
        </w:tc>
        <w:tc>
          <w:tcPr>
            <w:tcW w:w="4423" w:type="dxa"/>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Hoạt động của HS</w:t>
            </w:r>
          </w:p>
        </w:tc>
      </w:tr>
      <w:tr w:rsidR="00F82514" w:rsidRPr="007C574D" w:rsidTr="006F4373">
        <w:trPr>
          <w:jc w:val="center"/>
        </w:trPr>
        <w:tc>
          <w:tcPr>
            <w:tcW w:w="8856" w:type="dxa"/>
            <w:gridSpan w:val="2"/>
            <w:tcBorders>
              <w:top w:val="single" w:sz="4" w:space="0" w:color="auto"/>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1. HĐ khởi động</w:t>
            </w:r>
          </w:p>
          <w:p w:rsidR="00F82514" w:rsidRPr="007C574D" w:rsidRDefault="00F82514"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Ôn bài cũ; quan sát tranh và giải câu đố để gợi mở nội dung bài mới; tạo hứng thú trước khi đọc thơ.</w:t>
            </w:r>
          </w:p>
        </w:tc>
      </w:tr>
      <w:tr w:rsidR="00F82514" w:rsidRPr="007C574D" w:rsidTr="006F4373">
        <w:trPr>
          <w:jc w:val="center"/>
        </w:trPr>
        <w:tc>
          <w:tcPr>
            <w:tcW w:w="4433" w:type="dxa"/>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GV tổ chức ôn bài cũ: yêu cầu HS đọc lại bài “Bữa cơm gia đình”.</w:t>
            </w:r>
          </w:p>
        </w:tc>
        <w:tc>
          <w:tcPr>
            <w:tcW w:w="4423" w:type="dxa"/>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đọc lại bài theo yêu cầu.</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mời 2–3 HS đọc nối tiếp; nhắc HS đọc to rõ, lễ phép khi trình bày.</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- 2–3 HS đọc nối tiếp; HS khác lắng nghe.</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giữ câu kết luận: GVNX (nhận xét, khen HS đọc tốt; nhắc HS luyện thêm nếu còn sai).</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GVNX và ghi nhớ.</w:t>
            </w:r>
          </w:p>
        </w:tc>
      </w:tr>
      <w:tr w:rsidR="00F82514" w:rsidRPr="007C574D" w:rsidTr="006F4373">
        <w:trPr>
          <w:jc w:val="center"/>
        </w:trPr>
        <w:tc>
          <w:tcPr>
            <w:tcW w:w="4433" w:type="dxa"/>
            <w:shd w:val="clear" w:color="auto" w:fill="auto"/>
          </w:tcPr>
          <w:p w:rsidR="007C574D" w:rsidRPr="007C574D" w:rsidRDefault="00F82514" w:rsidP="007C574D">
            <w:pPr>
              <w:rPr>
                <w:rFonts w:cs="Times New Roman"/>
                <w:sz w:val="28"/>
                <w:szCs w:val="28"/>
              </w:rPr>
            </w:pPr>
            <w:r w:rsidRPr="007C574D">
              <w:rPr>
                <w:rFonts w:cs="Times New Roman"/>
                <w:sz w:val="26"/>
                <w:szCs w:val="28"/>
              </w:rPr>
              <w:t xml:space="preserve">- GV tổ chức khởi động: yêu cầu HS quan sát tranh và trao đổi nhóm để giải câu đố: “Cái gì để tránh nắng mưa. Đêm được </w:t>
            </w:r>
            <w:proofErr w:type="gramStart"/>
            <w:r w:rsidRPr="007C574D">
              <w:rPr>
                <w:rFonts w:cs="Times New Roman"/>
                <w:sz w:val="26"/>
                <w:szCs w:val="28"/>
              </w:rPr>
              <w:t>an</w:t>
            </w:r>
            <w:proofErr w:type="gramEnd"/>
            <w:r w:rsidRPr="007C574D">
              <w:rPr>
                <w:rFonts w:cs="Times New Roman"/>
                <w:sz w:val="26"/>
                <w:szCs w:val="28"/>
              </w:rPr>
              <w:t xml:space="preserve"> giấc, từ xưa vẫn cần?”</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quan sát tranh và tham gia giải câu đố.</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chia nhóm/cặp, yêu cầu HS thảo luận nhanh và thống nhất đáp án.</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thảo luận theo nhóm/cặp và thống nhất đáp án.</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mời đại diện 2–3 nhóm nêu đáp án; yêu cầu nhóm nói rõ lí do.</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Đại diện nhóm nêu đáp án và giải thích.</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chốt đáp án (ngôi nhà); liên hệ quyền con người: ai cũng cần nơi ở an toàn để nghỉ ngơi, che nắng mưa.</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chốt đáp án và liên hệ.</w:t>
            </w:r>
          </w:p>
        </w:tc>
      </w:tr>
      <w:tr w:rsidR="00F82514" w:rsidRPr="007C574D" w:rsidTr="006F4373">
        <w:trPr>
          <w:jc w:val="center"/>
        </w:trPr>
        <w:tc>
          <w:tcPr>
            <w:tcW w:w="4433" w:type="dxa"/>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GV giới thiệu bài thơ: “Ngôi nhà”.</w:t>
            </w:r>
          </w:p>
        </w:tc>
        <w:tc>
          <w:tcPr>
            <w:tcW w:w="4423" w:type="dxa"/>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mở SGK sẵn sàng học bài.</w:t>
            </w:r>
          </w:p>
        </w:tc>
      </w:tr>
      <w:tr w:rsidR="00F82514" w:rsidRPr="007C574D" w:rsidTr="006F4373">
        <w:trPr>
          <w:jc w:val="center"/>
        </w:trPr>
        <w:tc>
          <w:tcPr>
            <w:tcW w:w="8856" w:type="dxa"/>
            <w:gridSpan w:val="2"/>
            <w:tcBorders>
              <w:top w:val="single" w:sz="4" w:space="0" w:color="auto"/>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2. HĐ Hình thành kiến thức mới – Đọc</w:t>
            </w:r>
          </w:p>
          <w:p w:rsidR="00F82514" w:rsidRPr="007C574D" w:rsidRDefault="00F82514"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Phát triển kĩ năng đọc đúng, rõ ràng; biết ngắt nghỉ theo nhịp thơ; hiểu nghĩa từ khó; đọc trôi chảy từng dòng/khổ/cả bài.</w:t>
            </w:r>
          </w:p>
        </w:tc>
      </w:tr>
      <w:tr w:rsidR="00F82514" w:rsidRPr="007C574D" w:rsidTr="006F4373">
        <w:trPr>
          <w:jc w:val="center"/>
        </w:trPr>
        <w:tc>
          <w:tcPr>
            <w:tcW w:w="4433" w:type="dxa"/>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GV đọc mẫu toàn bài thơ; chú ý đọc diễn cảm, ngắt nghỉ đúng nhịp thơ.</w:t>
            </w:r>
          </w:p>
        </w:tc>
        <w:tc>
          <w:tcPr>
            <w:tcW w:w="4423" w:type="dxa"/>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GV đọc mẫu.</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yêu cầu HS đọc từng dòng thơ (đọc nối tiếp).</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đọc từng dòng thơ theo lượt.</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lastRenderedPageBreak/>
              <w:t>- GV mời HS đọc nối tiếp từng dòng; sửa lỗi phát âm, nhắc đọc rõ tiếng.</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đọc nối tiếp; HS khác lắng nghe.</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hướng dẫn HS luyện phát âm các từ khó: “xao xuyến”, “nở”, “lảnh lót”, “nước”.</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luyện đọc từ khó theo hướng dẫn.</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hướng dẫn HS cách ngắt nghỉ theo nhịp (làm mẫu 1–2 dòng).</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tập ngắt nghỉ theo nhịp.</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hướng dẫn HS nhận biết khổ thơ; nhắc cách xuống dòng theo khổ.</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và nhận biết khổ thơ.</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mời HS đọc nối tiếp từng khổ; khuyến khích đọc đúng nhịp, rõ ý.</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đọc nối tiếp từng khổ thơ.</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giải nghĩa từ: “xao xuyến” (trạng thái xúc động kéo dài); “đầu hồi” (phần tường hai đầu nhà); “lảnh lót” (âm thanh cao, trong, vang); “mái vàng” (mái rạ màu vàng, mộc mạc); “rạ” (phần cây lúa còn lại sau khi gặt).</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ghi nhớ nghĩa từ.</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mời HS đọc từng khổ; yêu cầu các bạn nhận xét, góp ý cách đọc.</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đọc khổ thơ; nhận xét bạn.</w:t>
            </w:r>
          </w:p>
        </w:tc>
      </w:tr>
      <w:tr w:rsidR="00F82514" w:rsidRPr="007C574D" w:rsidTr="006F4373">
        <w:trPr>
          <w:jc w:val="center"/>
        </w:trPr>
        <w:tc>
          <w:tcPr>
            <w:tcW w:w="443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yêu cầu HS đọc cả bài thơ; nhắc HS đọc liền mạch, rõ ràng.</w:t>
            </w:r>
          </w:p>
        </w:tc>
        <w:tc>
          <w:tcPr>
            <w:tcW w:w="4423"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đọc cả bài thơ.</w:t>
            </w:r>
          </w:p>
        </w:tc>
      </w:tr>
      <w:tr w:rsidR="00F82514" w:rsidRPr="007C574D" w:rsidTr="006F4373">
        <w:trPr>
          <w:jc w:val="center"/>
        </w:trPr>
        <w:tc>
          <w:tcPr>
            <w:tcW w:w="4433" w:type="dxa"/>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GV nhận xét: khen HS đọc tiến bộ; nhắc HS luyện thêm từ khó và nhịp thơ.</w:t>
            </w:r>
          </w:p>
        </w:tc>
        <w:tc>
          <w:tcPr>
            <w:tcW w:w="4423" w:type="dxa"/>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GVNX và ghi nhớ.</w:t>
            </w:r>
          </w:p>
        </w:tc>
      </w:tr>
      <w:tr w:rsidR="00F82514" w:rsidRPr="007C574D" w:rsidTr="006F4373">
        <w:trPr>
          <w:jc w:val="center"/>
        </w:trPr>
        <w:tc>
          <w:tcPr>
            <w:tcW w:w="8856" w:type="dxa"/>
            <w:gridSpan w:val="2"/>
            <w:tcBorders>
              <w:top w:val="single" w:sz="4" w:space="0" w:color="auto"/>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3. Tìm tiếng cùng vần với mỗi tiếng: chùm, phơi, nước</w:t>
            </w:r>
          </w:p>
          <w:p w:rsidR="00F82514" w:rsidRPr="007C574D" w:rsidRDefault="00F82514"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Củng cố kiến thức về vần; rèn kĩ năng tìm tiếng cùng vần trong và ngoài bài; phát triển hợp tác nhóm và trình bày kết quả.</w:t>
            </w:r>
          </w:p>
        </w:tc>
      </w:tr>
      <w:tr w:rsidR="00F82514" w:rsidRPr="007C574D" w:rsidTr="006F4373">
        <w:trPr>
          <w:jc w:val="center"/>
        </w:trPr>
        <w:tc>
          <w:tcPr>
            <w:tcW w:w="4428" w:type="dxa"/>
            <w:tcBorders>
              <w:top w:val="single" w:sz="4" w:space="0" w:color="auto"/>
            </w:tcBorders>
            <w:shd w:val="clear" w:color="auto" w:fill="auto"/>
          </w:tcPr>
          <w:p w:rsidR="007C574D" w:rsidRPr="007C574D" w:rsidRDefault="00F82514" w:rsidP="007C574D">
            <w:pPr>
              <w:rPr>
                <w:rFonts w:cs="Times New Roman"/>
                <w:sz w:val="28"/>
                <w:szCs w:val="28"/>
              </w:rPr>
            </w:pPr>
            <w:r w:rsidRPr="007C574D">
              <w:rPr>
                <w:rFonts w:cs="Times New Roman"/>
                <w:sz w:val="26"/>
                <w:szCs w:val="28"/>
              </w:rPr>
              <w:t>- GV hướng dẫn HS đọc lại bài thơ để thực hiện nhiệm vụ tìm tiếng cùng vần.</w:t>
            </w:r>
          </w:p>
        </w:tc>
        <w:tc>
          <w:tcPr>
            <w:tcW w:w="4428" w:type="dxa"/>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đọc lại bài thơ theo hướng dẫn.</w:t>
            </w:r>
          </w:p>
        </w:tc>
      </w:tr>
      <w:tr w:rsidR="00F82514" w:rsidRPr="007C574D" w:rsidTr="006F4373">
        <w:trPr>
          <w:jc w:val="center"/>
        </w:trPr>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nêu nhiệm vụ: tìm tiếng ngoài bài cùng vần với “chùm”, “phơi”, “nước”.</w:t>
            </w:r>
          </w:p>
        </w:tc>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nhiệm vụ.</w:t>
            </w:r>
          </w:p>
        </w:tc>
      </w:tr>
      <w:tr w:rsidR="00F82514" w:rsidRPr="007C574D" w:rsidTr="006F4373">
        <w:trPr>
          <w:jc w:val="center"/>
        </w:trPr>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tổ chức HS làm việc nhóm/cặp: lập 3 cột và ghi tiếng tìm được.</w:t>
            </w:r>
          </w:p>
        </w:tc>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làm việc nhóm/cặp, ghi tiếng tìm được.</w:t>
            </w:r>
          </w:p>
        </w:tc>
      </w:tr>
      <w:tr w:rsidR="00F82514" w:rsidRPr="007C574D" w:rsidTr="006F4373">
        <w:trPr>
          <w:jc w:val="center"/>
        </w:trPr>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quan sát, hỗ trợ nhóm còn lúng túng; nhắc HS chọn tiếng có vần giống.</w:t>
            </w:r>
          </w:p>
        </w:tc>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nhận hỗ trợ và điều chỉnh khi cần.</w:t>
            </w:r>
          </w:p>
        </w:tc>
      </w:tr>
      <w:tr w:rsidR="00F82514" w:rsidRPr="007C574D" w:rsidTr="006F4373">
        <w:trPr>
          <w:jc w:val="center"/>
        </w:trPr>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mời một số nhóm/HS trình bày kết quả theo từng cột.</w:t>
            </w:r>
          </w:p>
        </w:tc>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Đại diện nhóm/HS trình bày kết quả.</w:t>
            </w:r>
          </w:p>
        </w:tc>
      </w:tr>
      <w:tr w:rsidR="00F82514" w:rsidRPr="007C574D" w:rsidTr="006F4373">
        <w:trPr>
          <w:jc w:val="center"/>
        </w:trPr>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yêu cầu HS đọc lại những tiếng vừa tìm được để cả lớp kiểm tra.</w:t>
            </w:r>
          </w:p>
        </w:tc>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đọc những tiếng vừa tìm được.</w:t>
            </w:r>
          </w:p>
        </w:tc>
      </w:tr>
      <w:tr w:rsidR="00F82514" w:rsidRPr="007C574D" w:rsidTr="006F4373">
        <w:trPr>
          <w:jc w:val="center"/>
        </w:trPr>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nhận xét (GVNX): khen nhóm tìm đúng; nhắc HS sửa tiếng chưa đúng vần.</w:t>
            </w:r>
          </w:p>
        </w:tc>
        <w:tc>
          <w:tcPr>
            <w:tcW w:w="4428"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GVNX và ghi nhớ.</w:t>
            </w:r>
          </w:p>
        </w:tc>
      </w:tr>
    </w:tbl>
    <w:p w:rsidR="00F82514" w:rsidRDefault="00F82514" w:rsidP="007C574D">
      <w:pPr>
        <w:spacing w:after="0" w:line="240" w:lineRule="auto"/>
        <w:rPr>
          <w:rFonts w:cs="Times New Roman"/>
          <w:sz w:val="28"/>
          <w:szCs w:val="28"/>
        </w:rPr>
      </w:pPr>
    </w:p>
    <w:p w:rsidR="006F4373" w:rsidRDefault="006F4373" w:rsidP="007C574D">
      <w:pPr>
        <w:spacing w:after="0" w:line="240" w:lineRule="auto"/>
        <w:rPr>
          <w:rFonts w:cs="Times New Roman"/>
          <w:sz w:val="28"/>
          <w:szCs w:val="28"/>
        </w:rPr>
      </w:pPr>
    </w:p>
    <w:p w:rsidR="006F4373" w:rsidRDefault="006F4373" w:rsidP="007C574D">
      <w:pPr>
        <w:spacing w:after="0" w:line="240" w:lineRule="auto"/>
        <w:rPr>
          <w:rFonts w:cs="Times New Roman"/>
          <w:b/>
          <w:sz w:val="26"/>
          <w:szCs w:val="28"/>
        </w:rPr>
      </w:pPr>
    </w:p>
    <w:p w:rsidR="00F82514" w:rsidRPr="007C574D" w:rsidRDefault="007C574D" w:rsidP="007C574D">
      <w:pPr>
        <w:spacing w:after="0" w:line="240" w:lineRule="auto"/>
        <w:rPr>
          <w:rFonts w:cs="Times New Roman"/>
          <w:sz w:val="28"/>
          <w:szCs w:val="28"/>
        </w:rPr>
      </w:pPr>
      <w:r w:rsidRPr="007C574D">
        <w:rPr>
          <w:rFonts w:cs="Times New Roman"/>
          <w:b/>
          <w:sz w:val="26"/>
          <w:szCs w:val="28"/>
        </w:rPr>
        <w:lastRenderedPageBreak/>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00F82514" w:rsidRPr="007C574D">
        <w:rPr>
          <w:rFonts w:cs="Times New Roman"/>
          <w:b/>
          <w:sz w:val="26"/>
          <w:szCs w:val="28"/>
        </w:rPr>
        <w:t>TIẾT 2</w:t>
      </w:r>
    </w:p>
    <w:tbl>
      <w:tblPr>
        <w:tblStyle w:val="TableGrid"/>
        <w:tblW w:w="0" w:type="auto"/>
        <w:jc w:val="center"/>
        <w:tblBorders>
          <w:insideH w:val="none" w:sz="0" w:space="0" w:color="auto"/>
        </w:tblBorders>
        <w:tblLook w:val="04A0" w:firstRow="1" w:lastRow="0" w:firstColumn="1" w:lastColumn="0" w:noHBand="0" w:noVBand="1"/>
      </w:tblPr>
      <w:tblGrid>
        <w:gridCol w:w="4431"/>
        <w:gridCol w:w="26"/>
        <w:gridCol w:w="4399"/>
      </w:tblGrid>
      <w:tr w:rsidR="00F82514" w:rsidRPr="007C574D" w:rsidTr="006F4373">
        <w:trPr>
          <w:jc w:val="center"/>
        </w:trPr>
        <w:tc>
          <w:tcPr>
            <w:tcW w:w="4430" w:type="dxa"/>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Hoạt động của GV</w:t>
            </w:r>
          </w:p>
        </w:tc>
        <w:tc>
          <w:tcPr>
            <w:tcW w:w="4426" w:type="dxa"/>
            <w:gridSpan w:val="2"/>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Hoạt động của HS</w:t>
            </w:r>
          </w:p>
        </w:tc>
      </w:tr>
      <w:tr w:rsidR="00F82514" w:rsidRPr="007C574D" w:rsidTr="006F4373">
        <w:trPr>
          <w:jc w:val="center"/>
        </w:trPr>
        <w:tc>
          <w:tcPr>
            <w:tcW w:w="8856" w:type="dxa"/>
            <w:gridSpan w:val="3"/>
            <w:tcBorders>
              <w:top w:val="single" w:sz="4" w:space="0" w:color="auto"/>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b/>
                <w:sz w:val="26"/>
                <w:szCs w:val="28"/>
              </w:rPr>
              <w:t>4. Trả lời câu hỏi (tích hợp quyền con người)</w:t>
            </w:r>
          </w:p>
          <w:p w:rsidR="00F82514" w:rsidRPr="007C574D" w:rsidRDefault="00F82514"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hiểu nội dung bài thơ và trả lời đúng câu hỏi; biết bày tỏ cảm xúc về ngôi nhà; hình thành nhận thức về quyền được sống trong mái ấm an toàn và trách nhiệm giữ gìn nhà cửa.</w:t>
            </w:r>
          </w:p>
          <w:p w:rsidR="00DD330F" w:rsidRDefault="002918F3">
            <w:r>
              <w:rPr>
                <w:b/>
                <w:color w:val="FF0000"/>
              </w:rPr>
              <w:t>- Mục tiêu tích hợp: Nhận biết quyền được sống trong mái ấm an toàn, được yêu thương và bảo vệ.</w:t>
            </w:r>
          </w:p>
          <w:p w:rsidR="00DD330F" w:rsidRDefault="002918F3">
            <w:r>
              <w:rPr>
                <w:b/>
                <w:color w:val="FF0000"/>
              </w:rPr>
              <w:t>- Mục tiêu tích hợp: Biết giữ nhà cửa gọn gàng và thực hiện quy tắc an toàn đơn giản trong gia đình.</w:t>
            </w:r>
          </w:p>
        </w:tc>
      </w:tr>
      <w:tr w:rsidR="00F82514" w:rsidRPr="007C574D" w:rsidTr="006F4373">
        <w:trPr>
          <w:jc w:val="center"/>
        </w:trPr>
        <w:tc>
          <w:tcPr>
            <w:tcW w:w="4430" w:type="dxa"/>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GV yêu cầu HS đọc thầm lại bài thơ, tìm chi tiết liên quan đến câu hỏi.</w:t>
            </w:r>
          </w:p>
        </w:tc>
        <w:tc>
          <w:tcPr>
            <w:tcW w:w="4426" w:type="dxa"/>
            <w:gridSpan w:val="2"/>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đọc thầm lại bài thơ và tìm thông tin.</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nêu câu hỏi a: “Trước ngõ nhà của bạn nhỏ có gì?”</w:t>
            </w:r>
          </w:p>
        </w:tc>
        <w:tc>
          <w:tcPr>
            <w:tcW w:w="4426" w:type="dxa"/>
            <w:gridSpan w:val="2"/>
            <w:shd w:val="clear" w:color="auto" w:fill="auto"/>
          </w:tcPr>
          <w:p w:rsidR="00DD330F" w:rsidRDefault="002918F3">
            <w:pPr>
              <w:spacing w:line="276" w:lineRule="auto"/>
            </w:pPr>
            <w:r>
              <w:rPr>
                <w:rFonts w:cs="Times New Roman"/>
                <w:sz w:val="26"/>
                <w:szCs w:val="26"/>
              </w:rPr>
              <w:t>- HS trả lời: “Trước ngõ nhà của bạn nhỏ có hàng xoan.”</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mời 1–2 HS trả lời; yêu cầu HS nói trọn câu.</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trả lời: trước ngõ có hàng xoan.</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nêu câu hỏi b: “Tiếng chim hót ở đầu hồi như thế nào?”</w:t>
            </w:r>
          </w:p>
        </w:tc>
        <w:tc>
          <w:tcPr>
            <w:tcW w:w="4426" w:type="dxa"/>
            <w:gridSpan w:val="2"/>
            <w:shd w:val="clear" w:color="auto" w:fill="auto"/>
          </w:tcPr>
          <w:p w:rsidR="00DD330F" w:rsidRDefault="002918F3">
            <w:pPr>
              <w:spacing w:line="276" w:lineRule="auto"/>
            </w:pPr>
            <w:r>
              <w:rPr>
                <w:rFonts w:cs="Times New Roman"/>
                <w:sz w:val="26"/>
                <w:szCs w:val="26"/>
              </w:rPr>
              <w:t>- HS trả lời: “Tiếng chim hót lảnh lót ở đầu hồi.”</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mời 1–2 HS trả lời; khuyến khích HS dùng từ trong bài thơ.</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trả lời: tiếng chim hót lảnh lót.</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nêu câu hỏi c: “Câu thơ nào nói về hình ảnh mái nhà?”</w:t>
            </w:r>
          </w:p>
        </w:tc>
        <w:tc>
          <w:tcPr>
            <w:tcW w:w="4426" w:type="dxa"/>
            <w:gridSpan w:val="2"/>
            <w:shd w:val="clear" w:color="auto" w:fill="auto"/>
          </w:tcPr>
          <w:p w:rsidR="00DD330F" w:rsidRDefault="002918F3">
            <w:pPr>
              <w:spacing w:line="276" w:lineRule="auto"/>
            </w:pPr>
            <w:r>
              <w:rPr>
                <w:rFonts w:cs="Times New Roman"/>
                <w:sz w:val="26"/>
                <w:szCs w:val="26"/>
              </w:rPr>
              <w:t>- HS trả lời: “Mái vàng thơm phức.”</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mời 2–3 HS nêu câu thơ và đọc lại câu thơ đó.</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nêu và đọc câu thơ: “Mái vàng thơm phức”.</w:t>
            </w:r>
          </w:p>
        </w:tc>
      </w:tr>
      <w:tr w:rsidR="00DD330F" w:rsidTr="006F4373">
        <w:trPr>
          <w:jc w:val="center"/>
        </w:trPr>
        <w:tc>
          <w:tcPr>
            <w:tcW w:w="4431" w:type="dxa"/>
            <w:shd w:val="clear" w:color="auto" w:fill="auto"/>
          </w:tcPr>
          <w:p w:rsidR="00DD330F" w:rsidRDefault="002918F3">
            <w:r>
              <w:rPr>
                <w:rFonts w:cs="Times New Roman"/>
                <w:color w:val="FF0000"/>
                <w:sz w:val="26"/>
              </w:rPr>
              <w:t>- GV hỏi: “Ngôi nhà đem lại cho em những điều gì? Trong gia đình, ai chăm sóc và bảo vệ em?”</w:t>
            </w:r>
          </w:p>
        </w:tc>
        <w:tc>
          <w:tcPr>
            <w:tcW w:w="4425" w:type="dxa"/>
            <w:gridSpan w:val="2"/>
            <w:shd w:val="clear" w:color="auto" w:fill="auto"/>
          </w:tcPr>
          <w:p w:rsidR="00DD330F" w:rsidRDefault="002918F3">
            <w:r>
              <w:rPr>
                <w:rFonts w:cs="Times New Roman"/>
                <w:color w:val="FF0000"/>
                <w:sz w:val="26"/>
              </w:rPr>
              <w:t>- HS trả lời: “Ngôi nhà che nắng mưa, cho em nghỉ ngơi; ông bà, cha mẹ chăm sóc và bảo vệ em.”</w:t>
            </w:r>
          </w:p>
        </w:tc>
      </w:tr>
      <w:tr w:rsidR="00DD330F" w:rsidTr="006F4373">
        <w:trPr>
          <w:jc w:val="center"/>
        </w:trPr>
        <w:tc>
          <w:tcPr>
            <w:tcW w:w="4431" w:type="dxa"/>
            <w:shd w:val="clear" w:color="auto" w:fill="auto"/>
          </w:tcPr>
          <w:p w:rsidR="00DD330F" w:rsidRDefault="002918F3">
            <w:r>
              <w:rPr>
                <w:rFonts w:cs="Times New Roman"/>
                <w:color w:val="FF0000"/>
                <w:sz w:val="26"/>
              </w:rPr>
              <w:t>- GV diễn giải: Mỗi trẻ em đều có quyền được sống trong mái ấm an toàn, được người thân yêu thương, chăm sóc và bảo vệ. Vì vậy, các em cần biết trân trọng ngôi nhà, mạnh dạn nói với người lớn đáng tin cậy khi cảm thấy lo sợ hoặc gặp điều không an toàn, đồng thời yêu thương và lễ phép với các thành viên trong gia đình.</w:t>
            </w:r>
          </w:p>
        </w:tc>
        <w:tc>
          <w:tcPr>
            <w:tcW w:w="4425" w:type="dxa"/>
            <w:gridSpan w:val="2"/>
            <w:shd w:val="clear" w:color="auto" w:fill="auto"/>
          </w:tcPr>
          <w:p w:rsidR="00DD330F" w:rsidRDefault="002918F3">
            <w:r>
              <w:rPr>
                <w:rFonts w:cs="Times New Roman"/>
                <w:color w:val="FF0000"/>
                <w:sz w:val="26"/>
              </w:rPr>
              <w:t>- HS lắng nghe; nêu người em có thể tìm đến khi cần được bảo vệ.</w:t>
            </w:r>
          </w:p>
        </w:tc>
      </w:tr>
      <w:tr w:rsidR="00DD330F" w:rsidTr="006F4373">
        <w:trPr>
          <w:jc w:val="center"/>
        </w:trPr>
        <w:tc>
          <w:tcPr>
            <w:tcW w:w="4431" w:type="dxa"/>
            <w:shd w:val="clear" w:color="auto" w:fill="auto"/>
          </w:tcPr>
          <w:p w:rsidR="00DD330F" w:rsidRDefault="002918F3">
            <w:r>
              <w:rPr>
                <w:rFonts w:cs="Times New Roman"/>
                <w:color w:val="FF0000"/>
                <w:sz w:val="26"/>
              </w:rPr>
              <w:t>- GV chốt: “Mái ấm an toàn là nơi trẻ em được sống, được yêu thương và được bảo vệ.”</w:t>
            </w:r>
          </w:p>
        </w:tc>
        <w:tc>
          <w:tcPr>
            <w:tcW w:w="4425" w:type="dxa"/>
            <w:gridSpan w:val="2"/>
            <w:shd w:val="clear" w:color="auto" w:fill="auto"/>
          </w:tcPr>
          <w:p w:rsidR="00DD330F" w:rsidRDefault="002918F3">
            <w:r>
              <w:rPr>
                <w:rFonts w:cs="Times New Roman"/>
                <w:color w:val="FF0000"/>
                <w:sz w:val="26"/>
              </w:rPr>
              <w:t>- HS nhắc lại nội dung quyền được bảo vệ trong gia đình.</w:t>
            </w:r>
          </w:p>
        </w:tc>
      </w:tr>
      <w:tr w:rsidR="00DD330F" w:rsidTr="006F4373">
        <w:trPr>
          <w:jc w:val="center"/>
        </w:trPr>
        <w:tc>
          <w:tcPr>
            <w:tcW w:w="4431" w:type="dxa"/>
            <w:shd w:val="clear" w:color="auto" w:fill="auto"/>
          </w:tcPr>
          <w:p w:rsidR="00DD330F" w:rsidRDefault="002918F3">
            <w:r>
              <w:rPr>
                <w:rFonts w:cs="Times New Roman"/>
                <w:color w:val="FF0000"/>
                <w:sz w:val="26"/>
              </w:rPr>
              <w:t>- GV hỏi: “Em làm gì để ngôi nhà sạch, gọn và an toàn? Những đồ vật nào em không được tự ý nghịch?”</w:t>
            </w:r>
          </w:p>
        </w:tc>
        <w:tc>
          <w:tcPr>
            <w:tcW w:w="4425" w:type="dxa"/>
            <w:gridSpan w:val="2"/>
            <w:shd w:val="clear" w:color="auto" w:fill="auto"/>
          </w:tcPr>
          <w:p w:rsidR="00DD330F" w:rsidRDefault="002918F3">
            <w:r>
              <w:rPr>
                <w:rFonts w:cs="Times New Roman"/>
                <w:color w:val="FF0000"/>
                <w:sz w:val="26"/>
              </w:rPr>
              <w:t>- HS trả lời: “Em cất đồ đúng chỗ, bỏ rác đúng nơi; không nghịch ổ điện, bếp nóng, vật sắc nhọn hoặc thuốc.”</w:t>
            </w:r>
          </w:p>
        </w:tc>
      </w:tr>
      <w:tr w:rsidR="00DD330F" w:rsidTr="006F4373">
        <w:trPr>
          <w:jc w:val="center"/>
        </w:trPr>
        <w:tc>
          <w:tcPr>
            <w:tcW w:w="4431" w:type="dxa"/>
            <w:shd w:val="clear" w:color="auto" w:fill="auto"/>
          </w:tcPr>
          <w:p w:rsidR="00DD330F" w:rsidRDefault="002918F3">
            <w:r>
              <w:rPr>
                <w:rFonts w:cs="Times New Roman"/>
                <w:color w:val="FF0000"/>
                <w:sz w:val="26"/>
              </w:rPr>
              <w:lastRenderedPageBreak/>
              <w:t>- GV diễn giải: Giữ nhà gọn gàng giúp mọi người dễ sinh hoạt, tránh vấp ngã và tạo không gian sống vui vẻ. Ở nhà, học sinh lớp 1 có thể xếp sách vở, cất đồ chơi, bỏ rác đúng nơi; đồng thời cần nhớ không chạm vào ổ điện, bếp, phích nước nóng, vật sắc nhọn hoặc thuốc khi không có người lớn. Khi phát hiện nguy hiểm, em cần báo ngay cho người thân.</w:t>
            </w:r>
          </w:p>
        </w:tc>
        <w:tc>
          <w:tcPr>
            <w:tcW w:w="4425" w:type="dxa"/>
            <w:gridSpan w:val="2"/>
            <w:shd w:val="clear" w:color="auto" w:fill="auto"/>
          </w:tcPr>
          <w:p w:rsidR="00DD330F" w:rsidRDefault="002918F3">
            <w:r>
              <w:rPr>
                <w:rFonts w:cs="Times New Roman"/>
                <w:color w:val="FF0000"/>
                <w:sz w:val="26"/>
              </w:rPr>
              <w:t>- HS nêu một việc giữ nhà gọn gàng và một quy tắc an toàn sẽ thực hiện.</w:t>
            </w:r>
          </w:p>
        </w:tc>
      </w:tr>
      <w:tr w:rsidR="00DD330F" w:rsidTr="006F4373">
        <w:trPr>
          <w:jc w:val="center"/>
        </w:trPr>
        <w:tc>
          <w:tcPr>
            <w:tcW w:w="4431" w:type="dxa"/>
            <w:shd w:val="clear" w:color="auto" w:fill="auto"/>
          </w:tcPr>
          <w:p w:rsidR="00DD330F" w:rsidRDefault="002918F3">
            <w:r>
              <w:rPr>
                <w:rFonts w:cs="Times New Roman"/>
                <w:color w:val="FF0000"/>
                <w:sz w:val="26"/>
              </w:rPr>
              <w:t>- GV chốt: “Yêu ngôi nhà là biết giữ gìn gọn gàng và chủ động tránh nguy hiểm.”</w:t>
            </w:r>
          </w:p>
        </w:tc>
        <w:tc>
          <w:tcPr>
            <w:tcW w:w="4425" w:type="dxa"/>
            <w:gridSpan w:val="2"/>
            <w:shd w:val="clear" w:color="auto" w:fill="auto"/>
          </w:tcPr>
          <w:p w:rsidR="00DD330F" w:rsidRDefault="002918F3">
            <w:r>
              <w:rPr>
                <w:rFonts w:cs="Times New Roman"/>
                <w:color w:val="FF0000"/>
                <w:sz w:val="26"/>
              </w:rPr>
              <w:t>- HS ghi nhớ và thực hiện trong gia đình.</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chốt đáp án theo đề: GV nêu câu trả lời: (a) Hàng xoan; (b) Tiếng chim hót lảnh lót; (c) “Mái vàng thơm phức”.</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đáp án chốt và ghi nhớ.</w:t>
            </w:r>
          </w:p>
        </w:tc>
      </w:tr>
      <w:tr w:rsidR="00F82514" w:rsidRPr="007C574D" w:rsidTr="006F4373">
        <w:trPr>
          <w:jc w:val="center"/>
        </w:trPr>
        <w:tc>
          <w:tcPr>
            <w:tcW w:w="4430" w:type="dxa"/>
            <w:shd w:val="clear" w:color="auto" w:fill="auto"/>
          </w:tcPr>
          <w:p w:rsidR="00F82514" w:rsidRPr="007C574D" w:rsidRDefault="00F82514" w:rsidP="007C574D">
            <w:pPr>
              <w:rPr>
                <w:rFonts w:cs="Times New Roman"/>
                <w:color w:val="FF0000"/>
                <w:sz w:val="28"/>
                <w:szCs w:val="28"/>
              </w:rPr>
            </w:pPr>
            <w:r w:rsidRPr="007C574D">
              <w:rPr>
                <w:rFonts w:cs="Times New Roman"/>
                <w:color w:val="FF0000"/>
                <w:sz w:val="26"/>
                <w:szCs w:val="28"/>
              </w:rPr>
              <w:t>- GV tích hợp quyền con người: gợi hỏi “Ngôi nhà giúp chúng ta có quyền gì?” (được che chở, nghỉ ngơi an toàn, được yêu thương).</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trả lời: được sống an toàn, được che chở, được nghỉ ngơi, được yêu thương…</w:t>
            </w:r>
          </w:p>
        </w:tc>
      </w:tr>
      <w:tr w:rsidR="00F82514" w:rsidRPr="007C574D" w:rsidTr="006F4373">
        <w:trPr>
          <w:jc w:val="center"/>
        </w:trPr>
        <w:tc>
          <w:tcPr>
            <w:tcW w:w="4430" w:type="dxa"/>
            <w:shd w:val="clear" w:color="auto" w:fill="auto"/>
          </w:tcPr>
          <w:p w:rsidR="00F82514" w:rsidRPr="007C574D" w:rsidRDefault="00F82514" w:rsidP="007C574D">
            <w:pPr>
              <w:rPr>
                <w:rFonts w:cs="Times New Roman"/>
                <w:color w:val="FF0000"/>
                <w:sz w:val="28"/>
                <w:szCs w:val="28"/>
              </w:rPr>
            </w:pPr>
            <w:r w:rsidRPr="007C574D">
              <w:rPr>
                <w:rFonts w:cs="Times New Roman"/>
                <w:color w:val="FF0000"/>
                <w:sz w:val="26"/>
                <w:szCs w:val="28"/>
              </w:rPr>
              <w:t>- GV nhấn mạnh trách nhiệm: để quyền được sống an toàn được đảm bảo, mỗi người cần giữ gìn nhà cửa sạch đẹp, an toàn; không làm hỏng đồ dùng, biết dọn dẹp.</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và ghi nhớ trách nhiệm.</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mời HS nêu 1–2 việc em có thể làm để giữ ngôi nhà sạch đẹp và an toàn.</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nêu việc làm: dọn phòng, sắp xếp đồ, không nghịch điện, bỏ rác đúng chỗ…</w:t>
            </w:r>
          </w:p>
        </w:tc>
      </w:tr>
      <w:tr w:rsidR="00F82514" w:rsidRPr="007C574D" w:rsidTr="006F4373">
        <w:trPr>
          <w:jc w:val="center"/>
        </w:trPr>
        <w:tc>
          <w:tcPr>
            <w:tcW w:w="4430" w:type="dxa"/>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GV nhận xét: khen HS trả lời đúng và biết liên hệ việc làm cụ thể.</w:t>
            </w:r>
          </w:p>
        </w:tc>
        <w:tc>
          <w:tcPr>
            <w:tcW w:w="4426" w:type="dxa"/>
            <w:gridSpan w:val="2"/>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GVNX.</w:t>
            </w:r>
          </w:p>
        </w:tc>
      </w:tr>
      <w:tr w:rsidR="007C574D" w:rsidRPr="007C574D" w:rsidTr="006F4373">
        <w:trPr>
          <w:jc w:val="center"/>
        </w:trPr>
        <w:tc>
          <w:tcPr>
            <w:tcW w:w="8856" w:type="dxa"/>
            <w:gridSpan w:val="3"/>
            <w:tcBorders>
              <w:top w:val="single" w:sz="4" w:space="0" w:color="auto"/>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5. Học thuộc lòng</w:t>
            </w:r>
          </w:p>
          <w:p w:rsidR="007C574D" w:rsidRPr="007C574D" w:rsidRDefault="007C574D"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đọc diễn cảm và học thuộc hai khổ thơ đầu; rèn trí nhớ; tự tin trình bày trước lớp.</w:t>
            </w:r>
          </w:p>
        </w:tc>
      </w:tr>
      <w:tr w:rsidR="00F82514" w:rsidRPr="007C574D" w:rsidTr="006F4373">
        <w:trPr>
          <w:jc w:val="center"/>
        </w:trPr>
        <w:tc>
          <w:tcPr>
            <w:tcW w:w="4430" w:type="dxa"/>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GV cho HS đọc hai khổ thơ đầu (đồng thanh, sau đó đọc cá nhân).</w:t>
            </w:r>
          </w:p>
        </w:tc>
        <w:tc>
          <w:tcPr>
            <w:tcW w:w="4426" w:type="dxa"/>
            <w:gridSpan w:val="2"/>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đọc thành tiếng hai khổ thơ đầu.</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hướng dẫn HS học thuộc lòng bằng cách xoá dần một số từ ngữ trong hai khổ thơ cho đến khi xoá hết.</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học thuộc theo cách xoá dần từ ngữ.</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nhắc HS chú ý các từ ngữ quan trọng để ghi nhớ nhịp thơ và hình ảnh.</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chú ý từ quan trọng để ghi nhớ.</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tổ chức HS luyện thuộc theo cặp: một bạn đọc, một bạn kiểm tra và nhắc.</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luyện thuộc theo cặp, hỗ trợ nhau.</w:t>
            </w:r>
          </w:p>
        </w:tc>
      </w:tr>
      <w:tr w:rsidR="00F82514" w:rsidRPr="007C574D" w:rsidTr="006F4373">
        <w:trPr>
          <w:jc w:val="center"/>
        </w:trPr>
        <w:tc>
          <w:tcPr>
            <w:tcW w:w="4430"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mời 2–3 HS đọc thuộc trước lớp; nhắc đọc đúng nhịp, rõ ràng.</w:t>
            </w:r>
          </w:p>
        </w:tc>
        <w:tc>
          <w:tcPr>
            <w:tcW w:w="4426"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- 2–3 HS đọc thuộc trước lớp; HS khác lắng nghe.</w:t>
            </w:r>
          </w:p>
        </w:tc>
      </w:tr>
      <w:tr w:rsidR="00F82514" w:rsidRPr="007C574D" w:rsidTr="006F4373">
        <w:trPr>
          <w:jc w:val="center"/>
        </w:trPr>
        <w:tc>
          <w:tcPr>
            <w:tcW w:w="4430" w:type="dxa"/>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lastRenderedPageBreak/>
              <w:t>- GV nhận xét, tuy</w:t>
            </w:r>
            <w:r w:rsidR="007C574D" w:rsidRPr="007C574D">
              <w:rPr>
                <w:rFonts w:cs="Times New Roman"/>
                <w:sz w:val="26"/>
                <w:szCs w:val="28"/>
              </w:rPr>
              <w:t>ên dương HS đọc thuộc tốt</w:t>
            </w:r>
            <w:r w:rsidRPr="007C574D">
              <w:rPr>
                <w:rFonts w:cs="Times New Roman"/>
                <w:sz w:val="26"/>
                <w:szCs w:val="28"/>
              </w:rPr>
              <w:t>.</w:t>
            </w:r>
          </w:p>
        </w:tc>
        <w:tc>
          <w:tcPr>
            <w:tcW w:w="4426" w:type="dxa"/>
            <w:gridSpan w:val="2"/>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GVNX.</w:t>
            </w:r>
          </w:p>
        </w:tc>
      </w:tr>
      <w:tr w:rsidR="007C574D" w:rsidRPr="007C574D" w:rsidTr="006F4373">
        <w:trPr>
          <w:jc w:val="center"/>
        </w:trPr>
        <w:tc>
          <w:tcPr>
            <w:tcW w:w="8856" w:type="dxa"/>
            <w:gridSpan w:val="3"/>
            <w:tcBorders>
              <w:top w:val="single" w:sz="4" w:space="0" w:color="auto"/>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6. Vẽ ngôi nhà mà em yêu thích và đặt tên cho bức tranh em vẽ</w:t>
            </w:r>
          </w:p>
          <w:p w:rsidR="007C574D" w:rsidRPr="007C574D" w:rsidRDefault="007C574D"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sáng tạo vẽ ngôi nhà yêu thích; đặt tên cho bức tranh; trình bày ý tưởng; tôn trọng quyền được bày tỏ ý kiến và cảm xúc của bản thân.</w:t>
            </w:r>
          </w:p>
        </w:tc>
      </w:tr>
      <w:tr w:rsidR="00F82514" w:rsidRPr="007C574D" w:rsidTr="006F4373">
        <w:trPr>
          <w:jc w:val="center"/>
        </w:trPr>
        <w:tc>
          <w:tcPr>
            <w:tcW w:w="4457" w:type="dxa"/>
            <w:gridSpan w:val="2"/>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GV đưa ra một số bức tranh vẽ ngôi nhà; giới thiệu khái quát về các kiểu nhà trong tranh.</w:t>
            </w:r>
          </w:p>
        </w:tc>
        <w:tc>
          <w:tcPr>
            <w:tcW w:w="4399" w:type="dxa"/>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quan sát tranh mẫu và lắng nghe giới thiệu.</w:t>
            </w:r>
          </w:p>
        </w:tc>
      </w:tr>
      <w:tr w:rsidR="00F82514" w:rsidRPr="007C574D" w:rsidTr="006F4373">
        <w:trPr>
          <w:jc w:val="center"/>
        </w:trPr>
        <w:tc>
          <w:tcPr>
            <w:tcW w:w="4457"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GV nêu nhiệm vụ: vẽ ngôi nhà em yêu thích vào vở và đặt tên cho bức tranh.</w:t>
            </w:r>
          </w:p>
        </w:tc>
        <w:tc>
          <w:tcPr>
            <w:tcW w:w="4399"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nhận nhiệm vụ vẽ và đặt tên tranh.</w:t>
            </w:r>
          </w:p>
        </w:tc>
      </w:tr>
      <w:tr w:rsidR="00F82514" w:rsidRPr="007C574D" w:rsidTr="006F4373">
        <w:trPr>
          <w:jc w:val="center"/>
        </w:trPr>
        <w:tc>
          <w:tcPr>
            <w:tcW w:w="4457"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GV gợi ý: em vẽ ngôi nhà vào thời điểm nào trong ngày (sáng/chiều/tối).</w:t>
            </w:r>
          </w:p>
        </w:tc>
        <w:tc>
          <w:tcPr>
            <w:tcW w:w="4399"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xác định thời điểm trong ngày để vẽ.</w:t>
            </w:r>
          </w:p>
        </w:tc>
      </w:tr>
      <w:tr w:rsidR="00F82514" w:rsidRPr="007C574D" w:rsidTr="006F4373">
        <w:trPr>
          <w:jc w:val="center"/>
        </w:trPr>
        <w:tc>
          <w:tcPr>
            <w:tcW w:w="4457"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GV gợi ý: ngôi nhà có những bộ phận gì (mái, cửa, sân, hàng rào…).</w:t>
            </w:r>
          </w:p>
        </w:tc>
        <w:tc>
          <w:tcPr>
            <w:tcW w:w="4399"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vẽ các bộ phận của ngôi nhà.</w:t>
            </w:r>
          </w:p>
        </w:tc>
      </w:tr>
      <w:tr w:rsidR="00F82514" w:rsidRPr="007C574D" w:rsidTr="006F4373">
        <w:trPr>
          <w:jc w:val="center"/>
        </w:trPr>
        <w:tc>
          <w:tcPr>
            <w:tcW w:w="4457"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GV gợi ý: có cảnh vật gì xung quanh ngôi nhà (cây, hoa, con vật, đường, ao…).</w:t>
            </w:r>
          </w:p>
        </w:tc>
        <w:tc>
          <w:tcPr>
            <w:tcW w:w="4399"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vẽ cảnh vật xung quanh phù hợp.</w:t>
            </w:r>
          </w:p>
        </w:tc>
      </w:tr>
      <w:tr w:rsidR="00F82514" w:rsidRPr="007C574D" w:rsidTr="006F4373">
        <w:trPr>
          <w:jc w:val="center"/>
        </w:trPr>
        <w:tc>
          <w:tcPr>
            <w:tcW w:w="4457"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GV gợi ý: em định đặt tên bức tranh là gì và vì sao.</w:t>
            </w:r>
          </w:p>
        </w:tc>
        <w:tc>
          <w:tcPr>
            <w:tcW w:w="4399"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nghĩ tên cho bức tranh và nêu lí do.</w:t>
            </w:r>
          </w:p>
        </w:tc>
      </w:tr>
      <w:tr w:rsidR="00F82514" w:rsidRPr="007C574D" w:rsidTr="006F4373">
        <w:trPr>
          <w:jc w:val="center"/>
        </w:trPr>
        <w:tc>
          <w:tcPr>
            <w:tcW w:w="4457"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GV cho HS vẽ trong thời gian quy định; quan sát và hỗ trợ HS.</w:t>
            </w:r>
          </w:p>
        </w:tc>
        <w:tc>
          <w:tcPr>
            <w:tcW w:w="4399" w:type="dxa"/>
            <w:shd w:val="clear" w:color="auto" w:fill="auto"/>
          </w:tcPr>
          <w:p w:rsidR="00F82514" w:rsidRPr="007C574D" w:rsidRDefault="00F82514" w:rsidP="007C574D">
            <w:pPr>
              <w:rPr>
                <w:rFonts w:cs="Times New Roman"/>
                <w:sz w:val="28"/>
                <w:szCs w:val="28"/>
              </w:rPr>
            </w:pPr>
            <w:r w:rsidRPr="007C574D">
              <w:rPr>
                <w:rFonts w:cs="Times New Roman"/>
                <w:sz w:val="26"/>
                <w:szCs w:val="28"/>
              </w:rPr>
              <w:t>- HS vẽ tranh vào vở theo thời gian quy định.</w:t>
            </w:r>
          </w:p>
        </w:tc>
      </w:tr>
      <w:tr w:rsidR="00F82514" w:rsidRPr="007C574D" w:rsidTr="006F4373">
        <w:trPr>
          <w:jc w:val="center"/>
        </w:trPr>
        <w:tc>
          <w:tcPr>
            <w:tcW w:w="4457"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GV mời một số HS giới thiệu tranh và tên tranh; khuyến khích HS nói về điều em yêu thích ở ngôi nhà đó.</w:t>
            </w:r>
          </w:p>
        </w:tc>
        <w:tc>
          <w:tcPr>
            <w:tcW w:w="4399" w:type="dxa"/>
            <w:shd w:val="clear" w:color="auto" w:fill="auto"/>
          </w:tcPr>
          <w:p w:rsidR="00F82514" w:rsidRPr="007C574D" w:rsidRDefault="00F82514" w:rsidP="007C574D">
            <w:pPr>
              <w:rPr>
                <w:rFonts w:cs="Times New Roman"/>
                <w:sz w:val="28"/>
                <w:szCs w:val="28"/>
              </w:rPr>
            </w:pPr>
            <w:r w:rsidRPr="007C574D">
              <w:rPr>
                <w:rFonts w:cs="Times New Roman"/>
                <w:sz w:val="26"/>
                <w:szCs w:val="28"/>
              </w:rPr>
              <w:t>- Một số HS giới thiệu tranh, tên tranh và điều em yêu thích.</w:t>
            </w:r>
          </w:p>
        </w:tc>
      </w:tr>
      <w:tr w:rsidR="00F82514" w:rsidRPr="007C574D" w:rsidTr="006F4373">
        <w:trPr>
          <w:jc w:val="center"/>
        </w:trPr>
        <w:tc>
          <w:tcPr>
            <w:tcW w:w="4457" w:type="dxa"/>
            <w:gridSpan w:val="2"/>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GV nhận xét, tuyên dương sản phẩm đẹp/ý tưởng hay (GVNX); nhắc HS giữ gìn vở sạch đẹp.</w:t>
            </w:r>
          </w:p>
        </w:tc>
        <w:tc>
          <w:tcPr>
            <w:tcW w:w="4399" w:type="dxa"/>
            <w:tcBorders>
              <w:bottom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GVNX và ghi nhớ.</w:t>
            </w:r>
          </w:p>
        </w:tc>
      </w:tr>
      <w:tr w:rsidR="007C574D" w:rsidRPr="007C574D" w:rsidTr="006F4373">
        <w:trPr>
          <w:jc w:val="center"/>
        </w:trPr>
        <w:tc>
          <w:tcPr>
            <w:tcW w:w="8856" w:type="dxa"/>
            <w:gridSpan w:val="3"/>
            <w:tcBorders>
              <w:top w:val="single" w:sz="4" w:space="0" w:color="auto"/>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7. HĐ Vận dụng</w:t>
            </w:r>
          </w:p>
          <w:p w:rsidR="007C574D" w:rsidRPr="007C574D" w:rsidRDefault="007C574D"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HS nhắc lại nội dung đã học; vận dụng vào thực tế bằng việc trân trọng mái ấm, giữ gìn ngôi nhà an toàn; chuẩn bị bài ôn tập.</w:t>
            </w:r>
          </w:p>
        </w:tc>
      </w:tr>
      <w:tr w:rsidR="00F82514" w:rsidRPr="007C574D" w:rsidTr="006F4373">
        <w:trPr>
          <w:jc w:val="center"/>
        </w:trPr>
        <w:tc>
          <w:tcPr>
            <w:tcW w:w="4431" w:type="dxa"/>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GV yêu cầu HS nhắc lại những nội dung đã học (đọc thơ, tìm vần, trả lời câu hỏi, học thuộc, vẽ tranh).</w:t>
            </w:r>
          </w:p>
        </w:tc>
        <w:tc>
          <w:tcPr>
            <w:tcW w:w="4425" w:type="dxa"/>
            <w:gridSpan w:val="2"/>
            <w:tcBorders>
              <w:top w:val="single" w:sz="4" w:space="0" w:color="auto"/>
            </w:tcBorders>
            <w:shd w:val="clear" w:color="auto" w:fill="auto"/>
          </w:tcPr>
          <w:p w:rsidR="00F82514" w:rsidRPr="007C574D" w:rsidRDefault="00F82514" w:rsidP="007C574D">
            <w:pPr>
              <w:rPr>
                <w:rFonts w:cs="Times New Roman"/>
                <w:sz w:val="28"/>
                <w:szCs w:val="28"/>
              </w:rPr>
            </w:pPr>
            <w:r w:rsidRPr="007C574D">
              <w:rPr>
                <w:rFonts w:cs="Times New Roman"/>
                <w:sz w:val="26"/>
                <w:szCs w:val="28"/>
              </w:rPr>
              <w:t>- HS nhắc lại những nội dung đã học.</w:t>
            </w:r>
          </w:p>
        </w:tc>
      </w:tr>
      <w:tr w:rsidR="00F82514" w:rsidRPr="007C574D" w:rsidTr="006F4373">
        <w:trPr>
          <w:jc w:val="center"/>
        </w:trPr>
        <w:tc>
          <w:tcPr>
            <w:tcW w:w="4431"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tóm tắt lại những nội dung chính.</w:t>
            </w:r>
          </w:p>
        </w:tc>
        <w:tc>
          <w:tcPr>
            <w:tcW w:w="4425"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phần tóm tắt.</w:t>
            </w:r>
          </w:p>
        </w:tc>
      </w:tr>
      <w:tr w:rsidR="00F82514" w:rsidRPr="007C574D" w:rsidTr="006F4373">
        <w:trPr>
          <w:jc w:val="center"/>
        </w:trPr>
        <w:tc>
          <w:tcPr>
            <w:tcW w:w="4431"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giao nhiệm vụ: HS tìm một bài thơ hoặc một câu chuyện về gia đình để chia sẻ.</w:t>
            </w:r>
          </w:p>
        </w:tc>
        <w:tc>
          <w:tcPr>
            <w:tcW w:w="4425"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ghi nhớ nhiệm vụ tìm thơ/câu chuyện về gia đình.</w:t>
            </w:r>
          </w:p>
        </w:tc>
      </w:tr>
      <w:tr w:rsidR="00F82514" w:rsidRPr="007C574D" w:rsidTr="006F4373">
        <w:trPr>
          <w:jc w:val="center"/>
        </w:trPr>
        <w:tc>
          <w:tcPr>
            <w:tcW w:w="4431"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dặn: Chuẩn bị bài: Ôn tập.</w:t>
            </w:r>
          </w:p>
        </w:tc>
        <w:tc>
          <w:tcPr>
            <w:tcW w:w="4425"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ghi nhớ chuẩn bị bài Ôn tập.</w:t>
            </w:r>
          </w:p>
        </w:tc>
      </w:tr>
      <w:tr w:rsidR="00F82514" w:rsidRPr="007C574D" w:rsidTr="006F4373">
        <w:trPr>
          <w:jc w:val="center"/>
        </w:trPr>
        <w:tc>
          <w:tcPr>
            <w:tcW w:w="4431" w:type="dxa"/>
            <w:shd w:val="clear" w:color="auto" w:fill="auto"/>
          </w:tcPr>
          <w:p w:rsidR="00F82514" w:rsidRPr="007C574D" w:rsidRDefault="00F82514" w:rsidP="007C574D">
            <w:pPr>
              <w:rPr>
                <w:rFonts w:cs="Times New Roman"/>
                <w:sz w:val="28"/>
                <w:szCs w:val="28"/>
              </w:rPr>
            </w:pPr>
            <w:r w:rsidRPr="007C574D">
              <w:rPr>
                <w:rFonts w:cs="Times New Roman"/>
                <w:sz w:val="26"/>
                <w:szCs w:val="28"/>
              </w:rPr>
              <w:t>- GV nhận xét (GVNX) và kết thúc tiết học.</w:t>
            </w:r>
          </w:p>
        </w:tc>
        <w:tc>
          <w:tcPr>
            <w:tcW w:w="4425" w:type="dxa"/>
            <w:gridSpan w:val="2"/>
            <w:shd w:val="clear" w:color="auto" w:fill="auto"/>
          </w:tcPr>
          <w:p w:rsidR="00F82514" w:rsidRPr="007C574D" w:rsidRDefault="00F82514" w:rsidP="007C574D">
            <w:pPr>
              <w:rPr>
                <w:rFonts w:cs="Times New Roman"/>
                <w:sz w:val="28"/>
                <w:szCs w:val="28"/>
              </w:rPr>
            </w:pPr>
            <w:r w:rsidRPr="007C574D">
              <w:rPr>
                <w:rFonts w:cs="Times New Roman"/>
                <w:sz w:val="26"/>
                <w:szCs w:val="28"/>
              </w:rPr>
              <w:t>- HS lắng nghe GVNX.</w:t>
            </w:r>
          </w:p>
        </w:tc>
      </w:tr>
    </w:tbl>
    <w:p w:rsidR="00F82514" w:rsidRPr="007C574D" w:rsidRDefault="00F82514" w:rsidP="007C574D">
      <w:pPr>
        <w:spacing w:after="0" w:line="240" w:lineRule="auto"/>
        <w:rPr>
          <w:rFonts w:cs="Times New Roman"/>
          <w:b/>
          <w:sz w:val="28"/>
          <w:szCs w:val="28"/>
        </w:rPr>
      </w:pPr>
      <w:r w:rsidRPr="007C574D">
        <w:rPr>
          <w:rFonts w:cs="Times New Roman"/>
          <w:b/>
          <w:sz w:val="26"/>
          <w:szCs w:val="28"/>
        </w:rPr>
        <w:t>IV. ĐIỀU CHỈNH SAU BÀI DẠY</w:t>
      </w:r>
    </w:p>
    <w:p w:rsidR="007C574D" w:rsidRDefault="00F82514" w:rsidP="007C574D">
      <w:pPr>
        <w:spacing w:after="0" w:line="240" w:lineRule="auto"/>
        <w:rPr>
          <w:rFonts w:cs="Times New Roman"/>
          <w:sz w:val="28"/>
          <w:szCs w:val="28"/>
        </w:rPr>
      </w:pPr>
      <w:r w:rsidRPr="007C574D">
        <w:rPr>
          <w:rFonts w:cs="Times New Roman"/>
          <w:sz w:val="26"/>
          <w:szCs w:val="28"/>
        </w:rPr>
        <w:t>…</w:t>
      </w:r>
      <w:r w:rsidR="007C574D">
        <w:rPr>
          <w:rFonts w:cs="Times New Roman"/>
          <w:sz w:val="26"/>
          <w:szCs w:val="28"/>
        </w:rPr>
        <w:t>…………………………………………………………………………</w:t>
      </w:r>
    </w:p>
    <w:p w:rsidR="007C574D" w:rsidRPr="007C574D" w:rsidRDefault="007C574D" w:rsidP="007C574D">
      <w:pPr>
        <w:spacing w:after="0" w:line="240" w:lineRule="auto"/>
        <w:jc w:val="center"/>
        <w:rPr>
          <w:rFonts w:cs="Times New Roman"/>
          <w:b/>
          <w:sz w:val="28"/>
          <w:szCs w:val="28"/>
        </w:rPr>
      </w:pPr>
      <w:r w:rsidRPr="007C574D">
        <w:rPr>
          <w:rFonts w:cs="Times New Roman"/>
          <w:b/>
          <w:sz w:val="26"/>
          <w:szCs w:val="28"/>
        </w:rPr>
        <w:t>KẾ HOẠCH BÀI DẠY MÔN TIẾNG VIỆT TUẦN 22</w:t>
      </w:r>
    </w:p>
    <w:p w:rsidR="007C574D" w:rsidRPr="007C574D" w:rsidRDefault="007C574D" w:rsidP="007C574D">
      <w:pPr>
        <w:spacing w:after="0" w:line="240" w:lineRule="auto"/>
        <w:rPr>
          <w:rFonts w:cs="Times New Roman"/>
          <w:sz w:val="28"/>
          <w:szCs w:val="28"/>
        </w:rPr>
      </w:pPr>
      <w:r>
        <w:rPr>
          <w:rFonts w:cs="Times New Roman"/>
          <w:b/>
          <w:sz w:val="26"/>
          <w:szCs w:val="28"/>
        </w:rPr>
        <w:lastRenderedPageBreak/>
        <w:tab/>
      </w:r>
      <w:r>
        <w:rPr>
          <w:rFonts w:cs="Times New Roman"/>
          <w:b/>
          <w:sz w:val="26"/>
          <w:szCs w:val="28"/>
        </w:rPr>
        <w:tab/>
        <w:t xml:space="preserve">BÀI: </w:t>
      </w:r>
      <w:r w:rsidRPr="007C574D">
        <w:rPr>
          <w:rFonts w:cs="Times New Roman"/>
          <w:b/>
          <w:sz w:val="26"/>
          <w:szCs w:val="28"/>
        </w:rPr>
        <w:t>ÔN TẬP (CHỦ ĐIỂM: MÁI ẤM GIA ĐÌNH)</w:t>
      </w:r>
    </w:p>
    <w:p w:rsidR="007C574D" w:rsidRPr="007C574D" w:rsidRDefault="007C574D" w:rsidP="007C574D">
      <w:pPr>
        <w:spacing w:after="0" w:line="240" w:lineRule="auto"/>
        <w:rPr>
          <w:rFonts w:cs="Times New Roman"/>
          <w:sz w:val="28"/>
          <w:szCs w:val="28"/>
        </w:rPr>
      </w:pPr>
    </w:p>
    <w:p w:rsidR="007C574D" w:rsidRPr="007C574D" w:rsidRDefault="007C574D" w:rsidP="007C574D">
      <w:pPr>
        <w:spacing w:after="0" w:line="240" w:lineRule="auto"/>
        <w:rPr>
          <w:rFonts w:cs="Times New Roman"/>
          <w:sz w:val="28"/>
          <w:szCs w:val="28"/>
        </w:rPr>
      </w:pPr>
      <w:r w:rsidRPr="007C574D">
        <w:rPr>
          <w:rFonts w:cs="Times New Roman"/>
          <w:b/>
          <w:sz w:val="26"/>
          <w:szCs w:val="28"/>
        </w:rPr>
        <w:t>I. YÊU CẦU CẦN ĐẠT</w:t>
      </w:r>
    </w:p>
    <w:p w:rsidR="007C574D" w:rsidRPr="007C574D" w:rsidRDefault="007C574D" w:rsidP="007C574D">
      <w:pPr>
        <w:spacing w:after="0" w:line="240" w:lineRule="auto"/>
        <w:rPr>
          <w:rFonts w:cs="Times New Roman"/>
          <w:sz w:val="28"/>
          <w:szCs w:val="28"/>
        </w:rPr>
      </w:pPr>
      <w:r w:rsidRPr="007C574D">
        <w:rPr>
          <w:rFonts w:cs="Times New Roman"/>
          <w:b/>
          <w:sz w:val="26"/>
          <w:szCs w:val="28"/>
        </w:rPr>
        <w:t>1. Năng lực đặc thù (Tiếng Việt)</w:t>
      </w:r>
    </w:p>
    <w:p w:rsidR="007C574D" w:rsidRPr="007C574D" w:rsidRDefault="007C574D" w:rsidP="007C574D">
      <w:pPr>
        <w:spacing w:after="0" w:line="240" w:lineRule="auto"/>
        <w:rPr>
          <w:rFonts w:cs="Times New Roman"/>
          <w:sz w:val="28"/>
          <w:szCs w:val="28"/>
        </w:rPr>
      </w:pPr>
      <w:r w:rsidRPr="007C574D">
        <w:rPr>
          <w:rFonts w:cs="Times New Roman"/>
          <w:sz w:val="26"/>
          <w:szCs w:val="28"/>
        </w:rPr>
        <w:t>- Đọc: nhận biết và đọc đúng các tiếng/từ ngữ có vần khó đã học (uya, uây, uyp, uynh, uych, uyu, uyn, oong); đọc rõ ràng, đúng phát âm.</w:t>
      </w:r>
    </w:p>
    <w:p w:rsidR="007C574D" w:rsidRPr="007C574D" w:rsidRDefault="007C574D" w:rsidP="007C574D">
      <w:pPr>
        <w:spacing w:after="0" w:line="240" w:lineRule="auto"/>
        <w:rPr>
          <w:rFonts w:cs="Times New Roman"/>
          <w:sz w:val="28"/>
          <w:szCs w:val="28"/>
        </w:rPr>
      </w:pPr>
      <w:r w:rsidRPr="007C574D">
        <w:rPr>
          <w:rFonts w:cs="Times New Roman"/>
          <w:sz w:val="26"/>
          <w:szCs w:val="28"/>
        </w:rPr>
        <w:t>- Mở rộng vốn từ: tìm và sử dụng được từ ngữ nói về gia đình và người có quan hệ họ hàng; phân loại từ ngữ chỉ người thân trong gia đình.</w:t>
      </w:r>
    </w:p>
    <w:p w:rsidR="007C574D" w:rsidRPr="007C574D" w:rsidRDefault="007C574D" w:rsidP="007C574D">
      <w:pPr>
        <w:spacing w:after="0" w:line="240" w:lineRule="auto"/>
        <w:rPr>
          <w:rFonts w:cs="Times New Roman"/>
          <w:sz w:val="28"/>
          <w:szCs w:val="28"/>
        </w:rPr>
      </w:pPr>
      <w:r w:rsidRPr="007C574D">
        <w:rPr>
          <w:rFonts w:cs="Times New Roman"/>
          <w:sz w:val="26"/>
          <w:szCs w:val="28"/>
        </w:rPr>
        <w:t>- Nói và nghe: trình bày về gia đình em theo gợi ý; lắng nghe bạn; đặt câu hỏi/nhận xét lịch sự.</w:t>
      </w:r>
    </w:p>
    <w:p w:rsidR="007C574D" w:rsidRPr="007C574D" w:rsidRDefault="007C574D" w:rsidP="007C574D">
      <w:pPr>
        <w:spacing w:after="0" w:line="240" w:lineRule="auto"/>
        <w:rPr>
          <w:rFonts w:cs="Times New Roman"/>
          <w:sz w:val="28"/>
          <w:szCs w:val="28"/>
        </w:rPr>
      </w:pPr>
      <w:r w:rsidRPr="007C574D">
        <w:rPr>
          <w:rFonts w:cs="Times New Roman"/>
          <w:sz w:val="26"/>
          <w:szCs w:val="28"/>
        </w:rPr>
        <w:t>- Viết: viết 1–2 câu về gia đình em đúng chính tả, viết hoa, dấu câu; trình bày sạch đẹp.</w:t>
      </w:r>
    </w:p>
    <w:p w:rsidR="007C574D" w:rsidRPr="007C574D" w:rsidRDefault="007C574D" w:rsidP="007C574D">
      <w:pPr>
        <w:spacing w:after="0" w:line="240" w:lineRule="auto"/>
        <w:rPr>
          <w:rFonts w:cs="Times New Roman"/>
          <w:sz w:val="28"/>
          <w:szCs w:val="28"/>
        </w:rPr>
      </w:pPr>
      <w:r w:rsidRPr="007C574D">
        <w:rPr>
          <w:rFonts w:cs="Times New Roman"/>
          <w:sz w:val="26"/>
          <w:szCs w:val="28"/>
        </w:rPr>
        <w:t>- Đọc mở rộng: đọc/kể một bài thơ hoặc câu chuyện về gia đình; nêu được cảm nghĩ về bài thơ/câu chuyện/tranh.</w:t>
      </w:r>
    </w:p>
    <w:p w:rsidR="007C574D" w:rsidRPr="007C574D" w:rsidRDefault="007C574D" w:rsidP="007C574D">
      <w:pPr>
        <w:spacing w:after="0" w:line="240" w:lineRule="auto"/>
        <w:rPr>
          <w:rFonts w:cs="Times New Roman"/>
          <w:sz w:val="28"/>
          <w:szCs w:val="28"/>
        </w:rPr>
      </w:pPr>
      <w:r w:rsidRPr="007C574D">
        <w:rPr>
          <w:rFonts w:cs="Times New Roman"/>
          <w:b/>
          <w:sz w:val="26"/>
          <w:szCs w:val="28"/>
        </w:rPr>
        <w:t>2. Năng lực chung</w:t>
      </w:r>
    </w:p>
    <w:p w:rsidR="007C574D" w:rsidRPr="007C574D" w:rsidRDefault="007C574D" w:rsidP="007C574D">
      <w:pPr>
        <w:spacing w:after="0" w:line="240" w:lineRule="auto"/>
        <w:rPr>
          <w:rFonts w:cs="Times New Roman"/>
          <w:sz w:val="28"/>
          <w:szCs w:val="28"/>
        </w:rPr>
      </w:pPr>
      <w:r w:rsidRPr="007C574D">
        <w:rPr>
          <w:rFonts w:cs="Times New Roman"/>
          <w:sz w:val="26"/>
          <w:szCs w:val="28"/>
        </w:rPr>
        <w:t>- Tự chủ và tự học: chủ động ôn tập, tự tìm từ ngữ theo yêu cầu; tự kiểm tra và sửa lỗi khi đọc/viết.</w:t>
      </w:r>
    </w:p>
    <w:p w:rsidR="007C574D" w:rsidRPr="007C574D" w:rsidRDefault="007C574D" w:rsidP="007C574D">
      <w:pPr>
        <w:spacing w:after="0" w:line="240" w:lineRule="auto"/>
        <w:rPr>
          <w:rFonts w:cs="Times New Roman"/>
          <w:sz w:val="28"/>
          <w:szCs w:val="28"/>
        </w:rPr>
      </w:pPr>
      <w:r w:rsidRPr="007C574D">
        <w:rPr>
          <w:rFonts w:cs="Times New Roman"/>
          <w:sz w:val="26"/>
          <w:szCs w:val="28"/>
        </w:rPr>
        <w:t>- Giao tiếp và hợp tác: tham gia làm việc nhóm/cặp khi tìm từ; chia sẻ ý kiến; tôn trọng lượt nói của bạn.</w:t>
      </w:r>
    </w:p>
    <w:p w:rsidR="007C574D" w:rsidRPr="007C574D" w:rsidRDefault="007C574D" w:rsidP="007C574D">
      <w:pPr>
        <w:spacing w:after="0" w:line="240" w:lineRule="auto"/>
        <w:rPr>
          <w:rFonts w:cs="Times New Roman"/>
          <w:sz w:val="28"/>
          <w:szCs w:val="28"/>
        </w:rPr>
      </w:pPr>
      <w:r w:rsidRPr="007C574D">
        <w:rPr>
          <w:rFonts w:cs="Times New Roman"/>
          <w:sz w:val="26"/>
          <w:szCs w:val="28"/>
        </w:rPr>
        <w:t>- Giải quyết vấn đề và sáng tạo: lựa chọn từ phù hợp theo từng vần; viết câu theo ý tưởng riêng; đọc/kể chuyện sáng tạo, thể hiện cảm xúc.</w:t>
      </w:r>
    </w:p>
    <w:p w:rsidR="007C574D" w:rsidRPr="007C574D" w:rsidRDefault="007C574D" w:rsidP="007C574D">
      <w:pPr>
        <w:spacing w:after="0" w:line="240" w:lineRule="auto"/>
        <w:rPr>
          <w:rFonts w:cs="Times New Roman"/>
          <w:sz w:val="28"/>
          <w:szCs w:val="28"/>
        </w:rPr>
      </w:pPr>
      <w:r w:rsidRPr="007C574D">
        <w:rPr>
          <w:rFonts w:cs="Times New Roman"/>
          <w:b/>
          <w:sz w:val="26"/>
          <w:szCs w:val="28"/>
        </w:rPr>
        <w:t>3. Phẩm chất</w:t>
      </w:r>
    </w:p>
    <w:p w:rsidR="007C574D" w:rsidRPr="007C574D" w:rsidRDefault="007C574D" w:rsidP="007C574D">
      <w:pPr>
        <w:spacing w:after="0" w:line="240" w:lineRule="auto"/>
        <w:rPr>
          <w:rFonts w:cs="Times New Roman"/>
          <w:sz w:val="28"/>
          <w:szCs w:val="28"/>
        </w:rPr>
      </w:pPr>
      <w:r w:rsidRPr="007C574D">
        <w:rPr>
          <w:rFonts w:cs="Times New Roman"/>
          <w:sz w:val="26"/>
          <w:szCs w:val="28"/>
        </w:rPr>
        <w:t>- Nhân ái: yêu thương, trân trọng gia đình và người thân; biết quan tâm, chia sẻ.</w:t>
      </w:r>
    </w:p>
    <w:p w:rsidR="007C574D" w:rsidRPr="007C574D" w:rsidRDefault="007C574D" w:rsidP="007C574D">
      <w:pPr>
        <w:spacing w:after="0" w:line="240" w:lineRule="auto"/>
        <w:rPr>
          <w:rFonts w:cs="Times New Roman"/>
          <w:sz w:val="28"/>
          <w:szCs w:val="28"/>
        </w:rPr>
      </w:pPr>
      <w:r w:rsidRPr="007C574D">
        <w:rPr>
          <w:rFonts w:cs="Times New Roman"/>
          <w:sz w:val="26"/>
          <w:szCs w:val="28"/>
        </w:rPr>
        <w:t>- Chăm chỉ: tích cực thực hành đọc, nói, viết; hoàn thành nhiệm vụ ôn tập đầy đủ.</w:t>
      </w:r>
    </w:p>
    <w:p w:rsidR="007C574D" w:rsidRPr="007C574D" w:rsidRDefault="007C574D" w:rsidP="007C574D">
      <w:pPr>
        <w:spacing w:after="0" w:line="240" w:lineRule="auto"/>
        <w:rPr>
          <w:rFonts w:cs="Times New Roman"/>
          <w:sz w:val="28"/>
          <w:szCs w:val="28"/>
        </w:rPr>
      </w:pPr>
      <w:r w:rsidRPr="007C574D">
        <w:rPr>
          <w:rFonts w:cs="Times New Roman"/>
          <w:sz w:val="26"/>
          <w:szCs w:val="28"/>
        </w:rPr>
        <w:t>- Trách nhiệm: nghiêm túc tham gia hoạt động chung; giữ trật tự khi bạn đọc/kể; giữ gìn sách vở, đồ dùng học tập.</w:t>
      </w:r>
    </w:p>
    <w:p w:rsidR="007C574D" w:rsidRPr="007C574D" w:rsidRDefault="007C574D" w:rsidP="007C574D">
      <w:pPr>
        <w:spacing w:after="0" w:line="240" w:lineRule="auto"/>
        <w:rPr>
          <w:rFonts w:cs="Times New Roman"/>
          <w:color w:val="FF0000"/>
          <w:sz w:val="28"/>
          <w:szCs w:val="28"/>
        </w:rPr>
      </w:pPr>
      <w:r w:rsidRPr="007C574D">
        <w:rPr>
          <w:rStyle w:val="Strong"/>
          <w:rFonts w:cs="Times New Roman"/>
          <w:color w:val="FF0000"/>
          <w:sz w:val="26"/>
          <w:szCs w:val="28"/>
        </w:rPr>
        <w:t>NLS 1.1.CB1a:</w:t>
      </w:r>
      <w:r w:rsidRPr="007C574D">
        <w:rPr>
          <w:rFonts w:cs="Times New Roman"/>
          <w:color w:val="FF0000"/>
          <w:sz w:val="26"/>
          <w:szCs w:val="28"/>
        </w:rPr>
        <w:t xml:space="preserve"> HS biết </w:t>
      </w:r>
      <w:r w:rsidRPr="007C574D">
        <w:rPr>
          <w:rStyle w:val="Strong"/>
          <w:rFonts w:cs="Times New Roman"/>
          <w:color w:val="FF0000"/>
          <w:sz w:val="26"/>
          <w:szCs w:val="28"/>
        </w:rPr>
        <w:t>xác định thông tin cần tìm</w:t>
      </w:r>
      <w:r w:rsidRPr="007C574D">
        <w:rPr>
          <w:rFonts w:cs="Times New Roman"/>
          <w:color w:val="FF0000"/>
          <w:sz w:val="26"/>
          <w:szCs w:val="28"/>
        </w:rPr>
        <w:t xml:space="preserve">, </w:t>
      </w:r>
      <w:r w:rsidRPr="007C574D">
        <w:rPr>
          <w:rStyle w:val="Strong"/>
          <w:rFonts w:cs="Times New Roman"/>
          <w:color w:val="FF0000"/>
          <w:sz w:val="26"/>
          <w:szCs w:val="28"/>
        </w:rPr>
        <w:t>tìm kiếm đơn giản trong môi trường số</w:t>
      </w:r>
      <w:r w:rsidRPr="007C574D">
        <w:rPr>
          <w:rFonts w:cs="Times New Roman"/>
          <w:color w:val="FF0000"/>
          <w:sz w:val="26"/>
          <w:szCs w:val="28"/>
        </w:rPr>
        <w:t xml:space="preserve"> và </w:t>
      </w:r>
      <w:r w:rsidRPr="007C574D">
        <w:rPr>
          <w:rStyle w:val="Strong"/>
          <w:rFonts w:cs="Times New Roman"/>
          <w:color w:val="FF0000"/>
          <w:sz w:val="26"/>
          <w:szCs w:val="28"/>
        </w:rPr>
        <w:t>chọn lọc nội dung phù hợp</w:t>
      </w:r>
      <w:r w:rsidRPr="007C574D">
        <w:rPr>
          <w:rFonts w:cs="Times New Roman"/>
          <w:color w:val="FF0000"/>
          <w:sz w:val="26"/>
          <w:szCs w:val="28"/>
        </w:rPr>
        <w:t xml:space="preserve"> (đúng chủ đề gia đình, ngắn gọn, phù hợp lứa tuổi).</w:t>
      </w:r>
    </w:p>
    <w:p w:rsidR="007C574D" w:rsidRPr="007C574D" w:rsidRDefault="007C574D" w:rsidP="007C574D">
      <w:pPr>
        <w:spacing w:after="0" w:line="240" w:lineRule="auto"/>
        <w:rPr>
          <w:rFonts w:cs="Times New Roman"/>
          <w:sz w:val="28"/>
          <w:szCs w:val="28"/>
        </w:rPr>
      </w:pPr>
      <w:r w:rsidRPr="007C574D">
        <w:rPr>
          <w:rFonts w:cs="Times New Roman"/>
          <w:b/>
          <w:sz w:val="26"/>
          <w:szCs w:val="28"/>
        </w:rPr>
        <w:t>II. ĐỒ DÙNG DẠY HỌC</w:t>
      </w:r>
    </w:p>
    <w:p w:rsidR="007C574D" w:rsidRPr="007C574D" w:rsidRDefault="007C574D" w:rsidP="007C574D">
      <w:pPr>
        <w:spacing w:after="0" w:line="240" w:lineRule="auto"/>
        <w:rPr>
          <w:rFonts w:cs="Times New Roman"/>
          <w:sz w:val="28"/>
          <w:szCs w:val="28"/>
        </w:rPr>
      </w:pPr>
      <w:r w:rsidRPr="007C574D">
        <w:rPr>
          <w:rFonts w:cs="Times New Roman"/>
          <w:sz w:val="26"/>
          <w:szCs w:val="28"/>
        </w:rPr>
        <w:t>- Học liệu: SGK, KHDH, Bộ đồ dùng dạy học Tiếng Việt.</w:t>
      </w:r>
    </w:p>
    <w:p w:rsidR="007C574D" w:rsidRPr="007C574D" w:rsidRDefault="007C574D" w:rsidP="007C574D">
      <w:pPr>
        <w:spacing w:after="0" w:line="240" w:lineRule="auto"/>
        <w:rPr>
          <w:rFonts w:cs="Times New Roman"/>
          <w:sz w:val="28"/>
          <w:szCs w:val="28"/>
        </w:rPr>
      </w:pPr>
      <w:r w:rsidRPr="007C574D">
        <w:rPr>
          <w:rFonts w:cs="Times New Roman"/>
          <w:sz w:val="26"/>
          <w:szCs w:val="28"/>
        </w:rPr>
        <w:t>- Thiết bị: Máy tính, máy chiếu.</w:t>
      </w:r>
    </w:p>
    <w:p w:rsidR="007C574D" w:rsidRPr="007C574D" w:rsidRDefault="007C574D" w:rsidP="007C574D">
      <w:pPr>
        <w:spacing w:after="0" w:line="240" w:lineRule="auto"/>
        <w:rPr>
          <w:rFonts w:cs="Times New Roman"/>
          <w:sz w:val="28"/>
          <w:szCs w:val="28"/>
        </w:rPr>
      </w:pPr>
      <w:r w:rsidRPr="007C574D">
        <w:rPr>
          <w:rFonts w:cs="Times New Roman"/>
          <w:b/>
          <w:sz w:val="26"/>
          <w:szCs w:val="28"/>
        </w:rPr>
        <w:t>III. CÁC HOẠT ĐỘNG DẠY HỌC</w:t>
      </w:r>
    </w:p>
    <w:p w:rsidR="007C574D" w:rsidRPr="007C574D" w:rsidRDefault="007C574D" w:rsidP="007C574D">
      <w:pPr>
        <w:spacing w:after="0" w:line="240" w:lineRule="auto"/>
        <w:rPr>
          <w:rFonts w:cs="Times New Roman"/>
          <w:sz w:val="28"/>
          <w:szCs w:val="28"/>
        </w:rPr>
      </w:pPr>
      <w:r w:rsidRPr="007C574D">
        <w:rPr>
          <w:rFonts w:cs="Times New Roman"/>
          <w:b/>
          <w:sz w:val="26"/>
          <w:szCs w:val="28"/>
        </w:rPr>
        <w:t>TIẾT 1</w:t>
      </w:r>
    </w:p>
    <w:tbl>
      <w:tblPr>
        <w:tblStyle w:val="TableGrid"/>
        <w:tblW w:w="0" w:type="auto"/>
        <w:jc w:val="center"/>
        <w:tblBorders>
          <w:insideH w:val="none" w:sz="0" w:space="0" w:color="auto"/>
        </w:tblBorders>
        <w:tblLook w:val="04A0" w:firstRow="1" w:lastRow="0" w:firstColumn="1" w:lastColumn="0" w:noHBand="0" w:noVBand="1"/>
      </w:tblPr>
      <w:tblGrid>
        <w:gridCol w:w="4430"/>
        <w:gridCol w:w="18"/>
        <w:gridCol w:w="4408"/>
      </w:tblGrid>
      <w:tr w:rsidR="007C574D" w:rsidRPr="007C574D" w:rsidTr="006F4373">
        <w:trPr>
          <w:jc w:val="center"/>
        </w:trPr>
        <w:tc>
          <w:tcPr>
            <w:tcW w:w="4430"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Hoạt động của GV</w:t>
            </w:r>
          </w:p>
        </w:tc>
        <w:tc>
          <w:tcPr>
            <w:tcW w:w="4426" w:type="dxa"/>
            <w:gridSpan w:val="2"/>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Hoạt động của HS</w:t>
            </w:r>
          </w:p>
        </w:tc>
      </w:tr>
      <w:tr w:rsidR="007C574D" w:rsidRPr="007C574D" w:rsidTr="006F4373">
        <w:trPr>
          <w:jc w:val="center"/>
        </w:trPr>
        <w:tc>
          <w:tcPr>
            <w:tcW w:w="8856" w:type="dxa"/>
            <w:gridSpan w:val="3"/>
            <w:tcBorders>
              <w:top w:val="single" w:sz="4" w:space="0" w:color="auto"/>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1. HĐ khởi động</w:t>
            </w:r>
          </w:p>
          <w:p w:rsidR="007C574D" w:rsidRPr="007C574D" w:rsidRDefault="007C574D"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Tạo không khí vui tươi, gắn kết; khơi gợi chủ điểm gia đình trước khi vào ôn tập.</w:t>
            </w:r>
          </w:p>
        </w:tc>
      </w:tr>
      <w:tr w:rsidR="007C574D" w:rsidRPr="007C574D" w:rsidTr="006F4373">
        <w:trPr>
          <w:jc w:val="center"/>
        </w:trPr>
        <w:tc>
          <w:tcPr>
            <w:tcW w:w="4430"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tổ chức cho HS nghe và hát bài “Gia đình nhỏ, hạnh phúc to”.</w:t>
            </w:r>
          </w:p>
        </w:tc>
        <w:tc>
          <w:tcPr>
            <w:tcW w:w="4426" w:type="dxa"/>
            <w:gridSpan w:val="2"/>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nghe và hát theo bài hát.</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khuyến khích HS hát đúng nhịp, vỗ tay theo phách; chú ý an toàn khi vận động tại chỗ.</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HS hát đúng nhịp, vỗ tay theo phách.</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lastRenderedPageBreak/>
              <w:t>- GV hỏi nhanh: Bài hát nói về điều gì? Em cảm thấy thế nào khi hát về gia đình?</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HS trả lời: bài hát nói về gia đình; nêu cảm xúc của mình.</w:t>
            </w:r>
          </w:p>
        </w:tc>
      </w:tr>
      <w:tr w:rsidR="007C574D" w:rsidRPr="007C574D" w:rsidTr="006F4373">
        <w:trPr>
          <w:jc w:val="center"/>
        </w:trPr>
        <w:tc>
          <w:tcPr>
            <w:tcW w:w="4430"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nhận xét: khen HS tham gia hào hứng; dẫn vào nội dung ôn tập chủ điểm “Mái ấm gia đình”.</w:t>
            </w:r>
          </w:p>
        </w:tc>
        <w:tc>
          <w:tcPr>
            <w:tcW w:w="4426" w:type="dxa"/>
            <w:gridSpan w:val="2"/>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nhận xét và sẵn sàng vào bài.</w:t>
            </w:r>
          </w:p>
        </w:tc>
      </w:tr>
      <w:tr w:rsidR="007C574D" w:rsidRPr="007C574D" w:rsidTr="006F4373">
        <w:trPr>
          <w:jc w:val="center"/>
        </w:trPr>
        <w:tc>
          <w:tcPr>
            <w:tcW w:w="8856" w:type="dxa"/>
            <w:gridSpan w:val="3"/>
            <w:tcBorders>
              <w:top w:val="single" w:sz="4" w:space="0" w:color="auto"/>
              <w:bottom w:val="single" w:sz="4" w:space="0" w:color="auto"/>
            </w:tcBorders>
            <w:shd w:val="clear" w:color="auto" w:fill="auto"/>
          </w:tcPr>
          <w:p w:rsidR="007C574D" w:rsidRPr="007C574D" w:rsidRDefault="007C574D" w:rsidP="007C574D">
            <w:pPr>
              <w:rPr>
                <w:rFonts w:cs="Times New Roman"/>
                <w:b/>
                <w:sz w:val="28"/>
                <w:szCs w:val="28"/>
              </w:rPr>
            </w:pPr>
            <w:r w:rsidRPr="007C574D">
              <w:rPr>
                <w:rFonts w:cs="Times New Roman"/>
                <w:b/>
                <w:sz w:val="26"/>
                <w:szCs w:val="28"/>
              </w:rPr>
              <w:t xml:space="preserve">Hoạt động 2: Thực hành </w:t>
            </w:r>
          </w:p>
          <w:p w:rsidR="007C574D" w:rsidRPr="007C574D" w:rsidRDefault="007C574D" w:rsidP="007C574D">
            <w:pPr>
              <w:rPr>
                <w:rFonts w:cs="Times New Roman"/>
                <w:sz w:val="28"/>
                <w:szCs w:val="28"/>
              </w:rPr>
            </w:pPr>
            <w:r w:rsidRPr="007C574D">
              <w:rPr>
                <w:rFonts w:cs="Times New Roman"/>
                <w:b/>
                <w:sz w:val="26"/>
                <w:szCs w:val="28"/>
              </w:rPr>
              <w:t>1. Tìm từ ngữ có tiếng chứa vần uya, uây, uyp, uynh, uych, uyu, uyn, oong</w:t>
            </w:r>
          </w:p>
          <w:p w:rsidR="007C574D" w:rsidRPr="007C574D" w:rsidRDefault="007C574D"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Củng cố kĩ năng nhận biết và đọc đúng các vần khó; mở rộng vốn từ; rèn làm việc nhóm và trình bày kết quả.</w:t>
            </w:r>
          </w:p>
        </w:tc>
      </w:tr>
      <w:tr w:rsidR="007C574D" w:rsidRPr="007C574D" w:rsidTr="006F4373">
        <w:trPr>
          <w:jc w:val="center"/>
        </w:trPr>
        <w:tc>
          <w:tcPr>
            <w:tcW w:w="4430"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nêu nhiệm vụ: tìm từ ngữ có tiếng chứa các vần đã học (uya, uây, uyp, uynh, uych, uyu, uyn, oong).</w:t>
            </w:r>
          </w:p>
        </w:tc>
        <w:tc>
          <w:tcPr>
            <w:tcW w:w="4426" w:type="dxa"/>
            <w:gridSpan w:val="2"/>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nhiệm vụ.</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lưu ý: từ ngữ có thể đã học hoặc chưa học; vì các vần ít phổ biến nên ưu tiên tìm trong các văn bản đã học.</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HS ghi nhớ lưu ý của GV.</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chia vần thành 2 nhóm để HS dễ thực hiện.</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cách chia nhóm vần.</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nêu nhóm vần thứ nhất: uya, uây, uyp; yêu cầu HS tìm từ ngữ có tiếng chứa các vần này.</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HS tìm từ ngữ có tiếng chứa các vần uya, uây, uyp.</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tổ chức HS làm việc theo nhóm/cặp; phát phiếu/bảng nhóm để ghi từ tìm được.</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HS làm việc nhóm/cặp, ghi từ tìm được.</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mời các nhóm nêu từ ngữ tìm được ở nhóm vần thứ nhất; GV ghi nhanh lên bảng.</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Đại diện nhóm nêu từ tìm được.</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đưa các từ lên bảng và hướng dẫn HS đọc: đọc mẫu, cho HS đọc cá nhân – nhóm – cả lớp; sửa lỗi phát âm.</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HS đọc các từ theo hướng dẫn; sửa lỗi khi GV nhắc.</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nêu nhóm vần thứ hai: uynh, uych, uyu, uyn, oong; yêu cầu HS tiếp tục tìm từ ngữ.</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HS tìm từ ngữ có tiếng chứa các vần uynh, uych, uyu, uyn, oong.</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mời các nhóm nêu từ ngữ tìm được ở nhóm vần thứ hai; GV ghi lên bảng.</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Đại diện nhóm nêu từ tìm được.</w:t>
            </w:r>
          </w:p>
        </w:tc>
      </w:tr>
      <w:tr w:rsidR="007C574D" w:rsidRPr="007C574D" w:rsidTr="006F4373">
        <w:trPr>
          <w:jc w:val="center"/>
        </w:trPr>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yêu cầu HS đọc lại các từ vừa tìm được; nhắc HS đọc rõ vần, không thêm/bớt âm.</w:t>
            </w:r>
          </w:p>
        </w:tc>
        <w:tc>
          <w:tcPr>
            <w:tcW w:w="4426"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HS đọc lại các từ đã tìm; chú ý phát âm đúng.</w:t>
            </w:r>
          </w:p>
        </w:tc>
      </w:tr>
      <w:tr w:rsidR="007C574D" w:rsidRPr="007C574D" w:rsidTr="006F4373">
        <w:trPr>
          <w:jc w:val="center"/>
        </w:trPr>
        <w:tc>
          <w:tcPr>
            <w:tcW w:w="4430"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nhận xét: khen nhóm tìm được nhiều từ đúng; nhắc HS sửa các từ chưa đúng vần, phát âm chưa chuẩn.</w:t>
            </w:r>
          </w:p>
        </w:tc>
        <w:tc>
          <w:tcPr>
            <w:tcW w:w="4426" w:type="dxa"/>
            <w:gridSpan w:val="2"/>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nhận xét và điều chỉnh.</w:t>
            </w:r>
          </w:p>
        </w:tc>
      </w:tr>
      <w:tr w:rsidR="007C574D" w:rsidRPr="007C574D" w:rsidTr="006F4373">
        <w:trPr>
          <w:jc w:val="center"/>
        </w:trPr>
        <w:tc>
          <w:tcPr>
            <w:tcW w:w="8856" w:type="dxa"/>
            <w:gridSpan w:val="3"/>
            <w:tcBorders>
              <w:top w:val="single" w:sz="4" w:space="0" w:color="auto"/>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2. Tìm những từ ngữ chỉ người thân trong gia đình</w:t>
            </w:r>
          </w:p>
          <w:p w:rsidR="007C574D" w:rsidRPr="007C574D" w:rsidRDefault="007C574D" w:rsidP="007C574D">
            <w:pPr>
              <w:rPr>
                <w:rFonts w:cs="Times New Roman"/>
                <w:sz w:val="28"/>
                <w:szCs w:val="28"/>
              </w:rPr>
            </w:pPr>
            <w:r w:rsidRPr="007C574D">
              <w:rPr>
                <w:rFonts w:cs="Times New Roman"/>
                <w:b/>
                <w:sz w:val="26"/>
                <w:szCs w:val="28"/>
              </w:rPr>
              <w:lastRenderedPageBreak/>
              <w:t xml:space="preserve">Mục tiêu: </w:t>
            </w:r>
            <w:r w:rsidRPr="007C574D">
              <w:rPr>
                <w:rFonts w:cs="Times New Roman"/>
                <w:sz w:val="26"/>
                <w:szCs w:val="28"/>
              </w:rPr>
              <w:t>Ôn và mở rộng vốn từ chỉ người thân; phân biệt quan hệ ruột thịt; rèn kĩ năng đọc và sử dụng từ đúng ngữ cảnh.</w:t>
            </w:r>
          </w:p>
        </w:tc>
      </w:tr>
      <w:tr w:rsidR="007C574D" w:rsidRPr="007C574D" w:rsidTr="006F4373">
        <w:trPr>
          <w:jc w:val="center"/>
        </w:trPr>
        <w:tc>
          <w:tcPr>
            <w:tcW w:w="4448" w:type="dxa"/>
            <w:gridSpan w:val="2"/>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lastRenderedPageBreak/>
              <w:t>- GV nêu nhiệm vụ: từ các từ ngữ đã cho, tìm những từ chỉ người thân trong gia đình.</w:t>
            </w:r>
          </w:p>
        </w:tc>
        <w:tc>
          <w:tcPr>
            <w:tcW w:w="4408"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nhiệm vụ.</w:t>
            </w:r>
          </w:p>
        </w:tc>
      </w:tr>
      <w:tr w:rsidR="007C574D" w:rsidRPr="007C574D" w:rsidTr="006F4373">
        <w:trPr>
          <w:jc w:val="center"/>
        </w:trPr>
        <w:tc>
          <w:tcPr>
            <w:tcW w:w="4448"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GV gợi ý: từ nào chỉ người có quan hệ ruột thịt với em; khuyến khích HS giải thích ngắn gọn (ví dụ: ông nội là bố của bố).</w:t>
            </w:r>
          </w:p>
        </w:tc>
        <w:tc>
          <w:tcPr>
            <w:tcW w:w="4408"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suy nghĩ theo gợi ý và nêu hiểu biết.</w:t>
            </w:r>
          </w:p>
        </w:tc>
      </w:tr>
      <w:tr w:rsidR="007C574D" w:rsidRPr="007C574D" w:rsidTr="006F4373">
        <w:trPr>
          <w:jc w:val="center"/>
        </w:trPr>
        <w:tc>
          <w:tcPr>
            <w:tcW w:w="4448"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GV cho HS làm việc theo cặp: khoanh/đánh dấu các từ chỉ người thân.</w:t>
            </w:r>
          </w:p>
        </w:tc>
        <w:tc>
          <w:tcPr>
            <w:tcW w:w="4408"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làm việc theo cặp, chọn từ chỉ người thân.</w:t>
            </w:r>
          </w:p>
        </w:tc>
      </w:tr>
      <w:tr w:rsidR="007C574D" w:rsidRPr="007C574D" w:rsidTr="006F4373">
        <w:trPr>
          <w:jc w:val="center"/>
        </w:trPr>
        <w:tc>
          <w:tcPr>
            <w:tcW w:w="4448"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GV mời một số cặp nêu kết quả; GV chốt các từ đúng: ông nội, bà nội, anh trai, em trai, chị gái, em gái, ông ngoại, bà ngoại.</w:t>
            </w:r>
          </w:p>
        </w:tc>
        <w:tc>
          <w:tcPr>
            <w:tcW w:w="4408"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nêu kết quả; HS khác lắng nghe.</w:t>
            </w:r>
          </w:p>
        </w:tc>
      </w:tr>
      <w:tr w:rsidR="007C574D" w:rsidRPr="007C574D" w:rsidTr="006F4373">
        <w:trPr>
          <w:jc w:val="center"/>
        </w:trPr>
        <w:tc>
          <w:tcPr>
            <w:tcW w:w="4448"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GV gọi HS đọc lại những từ ngữ chỉ người thân trong gia đình theo thứ tự.</w:t>
            </w:r>
          </w:p>
        </w:tc>
        <w:tc>
          <w:tcPr>
            <w:tcW w:w="4408"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đọc lại các từ chỉ người thân trong gia đình.</w:t>
            </w:r>
          </w:p>
        </w:tc>
      </w:tr>
      <w:tr w:rsidR="007C574D" w:rsidRPr="007C574D" w:rsidTr="006F4373">
        <w:trPr>
          <w:jc w:val="center"/>
        </w:trPr>
        <w:tc>
          <w:tcPr>
            <w:tcW w:w="4448" w:type="dxa"/>
            <w:gridSpan w:val="2"/>
            <w:shd w:val="clear" w:color="auto" w:fill="auto"/>
          </w:tcPr>
          <w:p w:rsidR="007C574D" w:rsidRPr="007C574D" w:rsidRDefault="007C574D" w:rsidP="007C574D">
            <w:pPr>
              <w:rPr>
                <w:rFonts w:cs="Times New Roman"/>
                <w:sz w:val="28"/>
                <w:szCs w:val="28"/>
              </w:rPr>
            </w:pPr>
            <w:r w:rsidRPr="007C574D">
              <w:rPr>
                <w:rFonts w:cs="Times New Roman"/>
                <w:sz w:val="26"/>
                <w:szCs w:val="28"/>
              </w:rPr>
              <w:t>- GV nhận xét: khen HS phân loại đúng; nhắc HS phát âm rõ các tiếng khó và dùng từ đúng khi nói.</w:t>
            </w:r>
          </w:p>
        </w:tc>
        <w:tc>
          <w:tcPr>
            <w:tcW w:w="4408"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nhận xét và ghi nhớ.</w:t>
            </w:r>
          </w:p>
        </w:tc>
      </w:tr>
    </w:tbl>
    <w:p w:rsidR="007C574D" w:rsidRPr="007C574D" w:rsidRDefault="007C574D" w:rsidP="007C574D">
      <w:pPr>
        <w:spacing w:after="0" w:line="240" w:lineRule="auto"/>
        <w:rPr>
          <w:rFonts w:cs="Times New Roman"/>
          <w:sz w:val="28"/>
          <w:szCs w:val="28"/>
        </w:rPr>
      </w:pPr>
    </w:p>
    <w:p w:rsidR="007C574D" w:rsidRPr="007C574D" w:rsidRDefault="007C574D" w:rsidP="007C574D">
      <w:pPr>
        <w:spacing w:after="0" w:line="240" w:lineRule="auto"/>
        <w:rPr>
          <w:rFonts w:cs="Times New Roman"/>
          <w:sz w:val="28"/>
          <w:szCs w:val="28"/>
        </w:rPr>
      </w:pP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r>
      <w:r w:rsidRPr="007C574D">
        <w:rPr>
          <w:rFonts w:cs="Times New Roman"/>
          <w:b/>
          <w:sz w:val="26"/>
          <w:szCs w:val="28"/>
        </w:rPr>
        <w:tab/>
        <w:t>TIẾT 2</w:t>
      </w:r>
    </w:p>
    <w:tbl>
      <w:tblPr>
        <w:tblStyle w:val="TableGrid"/>
        <w:tblW w:w="0" w:type="auto"/>
        <w:jc w:val="center"/>
        <w:tblBorders>
          <w:insideH w:val="none" w:sz="0" w:space="0" w:color="auto"/>
        </w:tblBorders>
        <w:tblLook w:val="04A0" w:firstRow="1" w:lastRow="0" w:firstColumn="1" w:lastColumn="0" w:noHBand="0" w:noVBand="1"/>
      </w:tblPr>
      <w:tblGrid>
        <w:gridCol w:w="4429"/>
        <w:gridCol w:w="4427"/>
      </w:tblGrid>
      <w:tr w:rsidR="007C574D" w:rsidRPr="007C574D" w:rsidTr="006F4373">
        <w:trPr>
          <w:jc w:val="center"/>
        </w:trPr>
        <w:tc>
          <w:tcPr>
            <w:tcW w:w="4426"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Hoạt động của GV</w:t>
            </w:r>
          </w:p>
        </w:tc>
        <w:tc>
          <w:tcPr>
            <w:tcW w:w="4430"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Hoạt động của HS</w:t>
            </w:r>
          </w:p>
        </w:tc>
      </w:tr>
      <w:tr w:rsidR="007C574D" w:rsidRPr="007C574D" w:rsidTr="006F4373">
        <w:trPr>
          <w:jc w:val="center"/>
        </w:trPr>
        <w:tc>
          <w:tcPr>
            <w:tcW w:w="8856" w:type="dxa"/>
            <w:gridSpan w:val="2"/>
            <w:tcBorders>
              <w:top w:val="single" w:sz="4" w:space="0" w:color="auto"/>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3. Nói về gia đình em</w:t>
            </w:r>
          </w:p>
          <w:p w:rsidR="007C574D" w:rsidRPr="007C574D" w:rsidRDefault="007C574D"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Rèn kĩ năng nói – nghe: giới thiệu gia đình theo gợi ý; bày tỏ tình cảm; lắng nghe và phản hồi lịch sự.</w:t>
            </w:r>
          </w:p>
        </w:tc>
      </w:tr>
      <w:tr w:rsidR="007C574D" w:rsidRPr="007C574D" w:rsidTr="006F4373">
        <w:trPr>
          <w:jc w:val="center"/>
        </w:trPr>
        <w:tc>
          <w:tcPr>
            <w:tcW w:w="4426"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nêu yêu cầu: nói về gia đình em theo các gợi ý.</w:t>
            </w:r>
          </w:p>
        </w:tc>
        <w:tc>
          <w:tcPr>
            <w:tcW w:w="4430"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yêu cầu.</w:t>
            </w:r>
          </w:p>
        </w:tc>
      </w:tr>
      <w:tr w:rsidR="007C574D" w:rsidRPr="007C574D" w:rsidTr="006F4373">
        <w:trPr>
          <w:jc w:val="center"/>
        </w:trPr>
        <w:tc>
          <w:tcPr>
            <w:tcW w:w="4426"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gợi ý cụ thể: gia đình em có mấy người, gồm những ai, mỗi người làm nghề gì, em thường làm gì cùng gia đình, tình cảm của em với gia đình.</w:t>
            </w:r>
          </w:p>
        </w:tc>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dựa vào gợi ý để chuẩn bị nội dung.</w:t>
            </w:r>
          </w:p>
        </w:tc>
      </w:tr>
      <w:tr w:rsidR="007C574D" w:rsidRPr="007C574D" w:rsidTr="006F4373">
        <w:trPr>
          <w:jc w:val="center"/>
        </w:trPr>
        <w:tc>
          <w:tcPr>
            <w:tcW w:w="4426"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nhắc HS nói trọn câu, dùng từ lễ phép; khuyến khích nêu thêm một kỉ niệm nhỏ.</w:t>
            </w:r>
          </w:p>
        </w:tc>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nói trọn câu, lễ phép; có thể kể thêm kỉ niệm.</w:t>
            </w:r>
          </w:p>
        </w:tc>
      </w:tr>
      <w:tr w:rsidR="007C574D" w:rsidRPr="007C574D" w:rsidTr="006F4373">
        <w:trPr>
          <w:jc w:val="center"/>
        </w:trPr>
        <w:tc>
          <w:tcPr>
            <w:tcW w:w="4426"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tổ chức HS nói theo cặp: một bạn nói, một bạn nghe và đặt 1 câu hỏi.</w:t>
            </w:r>
          </w:p>
        </w:tc>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nói theo cặp; bạn nghe và đặt câu hỏi.</w:t>
            </w:r>
          </w:p>
        </w:tc>
      </w:tr>
      <w:tr w:rsidR="007C574D" w:rsidRPr="007C574D" w:rsidTr="006F4373">
        <w:trPr>
          <w:jc w:val="center"/>
        </w:trPr>
        <w:tc>
          <w:tcPr>
            <w:tcW w:w="4426"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mời 3–5 HS trình bày trước lớp; khuyến khích HS nhìn người nghe, nói rõ ràng.</w:t>
            </w:r>
          </w:p>
        </w:tc>
        <w:tc>
          <w:tcPr>
            <w:tcW w:w="4430" w:type="dxa"/>
            <w:shd w:val="clear" w:color="auto" w:fill="auto"/>
          </w:tcPr>
          <w:p w:rsidR="007C574D" w:rsidRPr="007C574D" w:rsidRDefault="007C574D" w:rsidP="007C574D">
            <w:pPr>
              <w:rPr>
                <w:rFonts w:cs="Times New Roman"/>
                <w:sz w:val="28"/>
                <w:szCs w:val="28"/>
              </w:rPr>
            </w:pPr>
            <w:r w:rsidRPr="007C574D">
              <w:rPr>
                <w:rFonts w:cs="Times New Roman"/>
                <w:sz w:val="26"/>
                <w:szCs w:val="28"/>
              </w:rPr>
              <w:t>- Một số HS trình bày trước lớp; HS khác lắng nghe.</w:t>
            </w:r>
          </w:p>
        </w:tc>
      </w:tr>
      <w:tr w:rsidR="007C574D" w:rsidRPr="007C574D" w:rsidTr="006F4373">
        <w:trPr>
          <w:jc w:val="center"/>
        </w:trPr>
        <w:tc>
          <w:tcPr>
            <w:tcW w:w="4426"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nhận xét: khen HS nói tự tin, nội dung rõ; góp ý HS cần nói to, tròn tiếng hoặc bổ sung ý cho đủ.</w:t>
            </w:r>
          </w:p>
        </w:tc>
        <w:tc>
          <w:tcPr>
            <w:tcW w:w="4430"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nhận xét và rút kinh nghiệm.</w:t>
            </w:r>
          </w:p>
        </w:tc>
      </w:tr>
      <w:tr w:rsidR="007C574D" w:rsidRPr="007C574D" w:rsidTr="006F4373">
        <w:trPr>
          <w:jc w:val="center"/>
        </w:trPr>
        <w:tc>
          <w:tcPr>
            <w:tcW w:w="8856" w:type="dxa"/>
            <w:gridSpan w:val="2"/>
            <w:tcBorders>
              <w:top w:val="single" w:sz="4" w:space="0" w:color="auto"/>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lastRenderedPageBreak/>
              <w:t>4. Viết 1–2 câu về gia đình em</w:t>
            </w:r>
          </w:p>
          <w:p w:rsidR="007C574D" w:rsidRPr="007C574D" w:rsidRDefault="007C574D"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Rèn kĩ năng viết câu ngắn về chủ điểm gia đình; viết đúng chính tả, viết hoa, dấu câu; trình bày sạch đẹp.</w:t>
            </w:r>
          </w:p>
        </w:tc>
      </w:tr>
      <w:tr w:rsidR="007C574D" w:rsidRPr="007C574D" w:rsidTr="006F4373">
        <w:trPr>
          <w:jc w:val="center"/>
        </w:trPr>
        <w:tc>
          <w:tcPr>
            <w:tcW w:w="4431"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nhắc lại một số ý HS vừa trình bày; gợi ý thêm nội dung có thể viết (tên người thân, việc làm cùng nhau, điều em yêu gia đình).</w:t>
            </w:r>
          </w:p>
        </w:tc>
        <w:tc>
          <w:tcPr>
            <w:tcW w:w="4425"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gợi ý.</w:t>
            </w:r>
          </w:p>
        </w:tc>
      </w:tr>
      <w:tr w:rsidR="007C574D" w:rsidRPr="007C574D" w:rsidTr="006F4373">
        <w:trPr>
          <w:jc w:val="center"/>
        </w:trPr>
        <w:tc>
          <w:tcPr>
            <w:tcW w:w="4431"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nêu yêu cầu: viết 1–2 câu về gia đình em theo suy nghĩ riêng.</w:t>
            </w:r>
          </w:p>
        </w:tc>
        <w:tc>
          <w:tcPr>
            <w:tcW w:w="4425"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nhận nhiệm vụ viết.</w:t>
            </w:r>
          </w:p>
        </w:tc>
      </w:tr>
      <w:tr w:rsidR="007C574D" w:rsidRPr="007C574D" w:rsidTr="006F4373">
        <w:trPr>
          <w:jc w:val="center"/>
        </w:trPr>
        <w:tc>
          <w:tcPr>
            <w:tcW w:w="4431"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nhắc HS viết hoa chữ cái đầu câu và tên riêng; kết thúc câu bằng dấu chấm; chữ viết rõ ràng, sạch sẽ.</w:t>
            </w:r>
          </w:p>
        </w:tc>
        <w:tc>
          <w:tcPr>
            <w:tcW w:w="4425"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ghi nhớ yêu cầu viết hoa, dấu câu, trình bày.</w:t>
            </w:r>
          </w:p>
        </w:tc>
      </w:tr>
      <w:tr w:rsidR="007C574D" w:rsidRPr="007C574D" w:rsidTr="006F4373">
        <w:trPr>
          <w:jc w:val="center"/>
        </w:trPr>
        <w:tc>
          <w:tcPr>
            <w:tcW w:w="4431"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cho HS viết bài cá nhân; đi tới quan sát, nhắc tư thế ngồi và cách cầm bút.</w:t>
            </w:r>
          </w:p>
        </w:tc>
        <w:tc>
          <w:tcPr>
            <w:tcW w:w="4425"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viết 1–2 câu vào vở.</w:t>
            </w:r>
          </w:p>
        </w:tc>
      </w:tr>
      <w:tr w:rsidR="007C574D" w:rsidRPr="007C574D" w:rsidTr="006F4373">
        <w:trPr>
          <w:jc w:val="center"/>
        </w:trPr>
        <w:tc>
          <w:tcPr>
            <w:tcW w:w="4431"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mời 2–3 HS đọc câu đã viết; cả lớp lắng nghe và góp ý nhẹ nhàng.</w:t>
            </w:r>
          </w:p>
        </w:tc>
        <w:tc>
          <w:tcPr>
            <w:tcW w:w="4425" w:type="dxa"/>
            <w:shd w:val="clear" w:color="auto" w:fill="auto"/>
          </w:tcPr>
          <w:p w:rsidR="007C574D" w:rsidRPr="007C574D" w:rsidRDefault="007C574D" w:rsidP="007C574D">
            <w:pPr>
              <w:rPr>
                <w:rFonts w:cs="Times New Roman"/>
                <w:sz w:val="28"/>
                <w:szCs w:val="28"/>
              </w:rPr>
            </w:pPr>
            <w:r w:rsidRPr="007C574D">
              <w:rPr>
                <w:rFonts w:cs="Times New Roman"/>
                <w:sz w:val="26"/>
                <w:szCs w:val="28"/>
              </w:rPr>
              <w:t>- 2–3 HS đọc câu đã viết; HS khác lắng nghe.</w:t>
            </w:r>
          </w:p>
        </w:tc>
      </w:tr>
      <w:tr w:rsidR="007C574D" w:rsidRPr="007C574D" w:rsidTr="006F4373">
        <w:trPr>
          <w:jc w:val="center"/>
        </w:trPr>
        <w:tc>
          <w:tcPr>
            <w:tcW w:w="4431"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nhận xét: khen câu viết hay, đúng; nhắc HS sửa lỗi chính tả/dấu câu nếu có.</w:t>
            </w:r>
          </w:p>
        </w:tc>
        <w:tc>
          <w:tcPr>
            <w:tcW w:w="4425"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nhận xét và chỉnh sửa.</w:t>
            </w:r>
          </w:p>
        </w:tc>
      </w:tr>
      <w:tr w:rsidR="007C574D" w:rsidRPr="007C574D" w:rsidTr="006F4373">
        <w:trPr>
          <w:jc w:val="center"/>
        </w:trPr>
        <w:tc>
          <w:tcPr>
            <w:tcW w:w="8856" w:type="dxa"/>
            <w:gridSpan w:val="2"/>
            <w:tcBorders>
              <w:top w:val="single" w:sz="4" w:space="0" w:color="auto"/>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5. Đọc mở rộng</w:t>
            </w:r>
          </w:p>
          <w:p w:rsidR="007C574D" w:rsidRPr="007C574D" w:rsidRDefault="007C574D"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Khuyến khích thói quen đọc; rèn đọc/kể trước tập thể; phát triển khả năng cảm thụ và bày tỏ cảm nghĩ về nội dung gia đình.</w:t>
            </w:r>
          </w:p>
        </w:tc>
      </w:tr>
      <w:tr w:rsidR="007C574D" w:rsidRPr="007C574D" w:rsidTr="006F4373">
        <w:trPr>
          <w:jc w:val="center"/>
        </w:trPr>
        <w:tc>
          <w:tcPr>
            <w:tcW w:w="4431"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giao nhiệm vụ: tìm một bài thơ hoặc một câu chuyện về gia đình.</w:t>
            </w:r>
          </w:p>
        </w:tc>
        <w:tc>
          <w:tcPr>
            <w:tcW w:w="4425"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chọn bài thơ/câu chuyện về gia đình.</w:t>
            </w:r>
          </w:p>
        </w:tc>
      </w:tr>
      <w:tr w:rsidR="007C574D" w:rsidRPr="007C574D" w:rsidTr="006F4373">
        <w:trPr>
          <w:jc w:val="center"/>
        </w:trPr>
        <w:tc>
          <w:tcPr>
            <w:tcW w:w="4431"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cho HS chuẩn bị nhanh; khuyến khích HS chọn đoạn ngắn để đọc/kể rõ ràng.</w:t>
            </w:r>
          </w:p>
        </w:tc>
        <w:tc>
          <w:tcPr>
            <w:tcW w:w="4425"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chuẩn bị đọc/kể.</w:t>
            </w:r>
          </w:p>
        </w:tc>
      </w:tr>
      <w:tr w:rsidR="007C574D" w:rsidRPr="007C574D" w:rsidTr="006F4373">
        <w:trPr>
          <w:jc w:val="center"/>
        </w:trPr>
        <w:tc>
          <w:tcPr>
            <w:tcW w:w="4431"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mời một số HS đọc thơ/kể chuyện trước lớp; nhắc HS thể hiện giọng đọc phù hợp.</w:t>
            </w:r>
          </w:p>
        </w:tc>
        <w:tc>
          <w:tcPr>
            <w:tcW w:w="4425"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đọc thơ/kể chuyện trước lớp; HS khác lắng nghe.</w:t>
            </w:r>
          </w:p>
        </w:tc>
      </w:tr>
      <w:tr w:rsidR="007C574D" w:rsidRPr="007C574D" w:rsidTr="006F4373">
        <w:trPr>
          <w:jc w:val="center"/>
        </w:trPr>
        <w:tc>
          <w:tcPr>
            <w:tcW w:w="4431"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hỏi thêm: Em thích điều gì trong bài thơ/câu chuyện? Vì sao?</w:t>
            </w:r>
          </w:p>
        </w:tc>
        <w:tc>
          <w:tcPr>
            <w:tcW w:w="4425"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trả lời cảm nghĩ của mình.</w:t>
            </w:r>
          </w:p>
        </w:tc>
      </w:tr>
      <w:tr w:rsidR="007C574D" w:rsidRPr="007C574D" w:rsidTr="006F4373">
        <w:trPr>
          <w:jc w:val="center"/>
        </w:trPr>
        <w:tc>
          <w:tcPr>
            <w:tcW w:w="4431"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nhận xét và khen ngợi những HS có cách đọc thơ, kể chuyện hấp dẫn; nhắc HS cần luyện thêm phát âm nếu còn sai.</w:t>
            </w:r>
          </w:p>
        </w:tc>
        <w:tc>
          <w:tcPr>
            <w:tcW w:w="4425" w:type="dxa"/>
            <w:tcBorders>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nhận xét và ghi nhớ.</w:t>
            </w:r>
          </w:p>
        </w:tc>
      </w:tr>
      <w:tr w:rsidR="007C574D" w:rsidRPr="007C574D" w:rsidTr="006F4373">
        <w:trPr>
          <w:jc w:val="center"/>
        </w:trPr>
        <w:tc>
          <w:tcPr>
            <w:tcW w:w="8856" w:type="dxa"/>
            <w:gridSpan w:val="2"/>
            <w:tcBorders>
              <w:top w:val="single" w:sz="4" w:space="0" w:color="auto"/>
              <w:bottom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b/>
                <w:sz w:val="26"/>
                <w:szCs w:val="28"/>
              </w:rPr>
              <w:t>6. HĐ Vận dụng</w:t>
            </w:r>
          </w:p>
          <w:p w:rsidR="007C574D" w:rsidRPr="007C574D" w:rsidRDefault="007C574D" w:rsidP="007C574D">
            <w:pPr>
              <w:rPr>
                <w:rFonts w:cs="Times New Roman"/>
                <w:sz w:val="28"/>
                <w:szCs w:val="28"/>
              </w:rPr>
            </w:pPr>
            <w:r w:rsidRPr="007C574D">
              <w:rPr>
                <w:rFonts w:cs="Times New Roman"/>
                <w:b/>
                <w:sz w:val="26"/>
                <w:szCs w:val="28"/>
              </w:rPr>
              <w:t xml:space="preserve">Mục tiêu: </w:t>
            </w:r>
            <w:r w:rsidRPr="007C574D">
              <w:rPr>
                <w:rFonts w:cs="Times New Roman"/>
                <w:sz w:val="26"/>
                <w:szCs w:val="28"/>
              </w:rPr>
              <w:t>Củng cố nội dung ôn tập; vận dụng vào đời sống; chuẩn bị cho bài học sau.</w:t>
            </w:r>
          </w:p>
        </w:tc>
      </w:tr>
      <w:tr w:rsidR="007C574D" w:rsidRPr="007C574D" w:rsidTr="006F4373">
        <w:trPr>
          <w:jc w:val="center"/>
        </w:trPr>
        <w:tc>
          <w:tcPr>
            <w:tcW w:w="4431"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GV tóm tắt lại nội dung chính đã ôn (vần khó, từ chỉ người thân, nói và viết về gia đình, đọc mở rộng).</w:t>
            </w:r>
          </w:p>
        </w:tc>
        <w:tc>
          <w:tcPr>
            <w:tcW w:w="4425" w:type="dxa"/>
            <w:tcBorders>
              <w:top w:val="single" w:sz="4" w:space="0" w:color="auto"/>
            </w:tcBorders>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phần tóm tắt.</w:t>
            </w:r>
          </w:p>
        </w:tc>
      </w:tr>
      <w:tr w:rsidR="007C574D" w:rsidRPr="007C574D" w:rsidTr="006F4373">
        <w:trPr>
          <w:jc w:val="center"/>
        </w:trPr>
        <w:tc>
          <w:tcPr>
            <w:tcW w:w="4431" w:type="dxa"/>
            <w:shd w:val="clear" w:color="auto" w:fill="auto"/>
          </w:tcPr>
          <w:p w:rsidR="007C574D" w:rsidRPr="007C574D" w:rsidRDefault="007C574D" w:rsidP="007C574D">
            <w:pPr>
              <w:rPr>
                <w:rFonts w:cs="Times New Roman"/>
                <w:sz w:val="28"/>
                <w:szCs w:val="28"/>
              </w:rPr>
            </w:pPr>
            <w:r w:rsidRPr="007C574D">
              <w:rPr>
                <w:rFonts w:cs="Times New Roman"/>
                <w:sz w:val="26"/>
                <w:szCs w:val="28"/>
              </w:rPr>
              <w:lastRenderedPageBreak/>
              <w:t>- GV nhận xét giờ học: khen HS chăm chỉ tham gia; nhắc HS tiếp tục luyện đọc các vần khó ở nhà.</w:t>
            </w:r>
          </w:p>
        </w:tc>
        <w:tc>
          <w:tcPr>
            <w:tcW w:w="4425"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lắng nghe nhận xét.</w:t>
            </w:r>
          </w:p>
        </w:tc>
      </w:tr>
      <w:tr w:rsidR="007C574D" w:rsidRPr="007C574D" w:rsidTr="006F4373">
        <w:trPr>
          <w:jc w:val="center"/>
        </w:trPr>
        <w:tc>
          <w:tcPr>
            <w:tcW w:w="4431"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dặn dò: chuẩn bị bài sau theo yêu cầu của SGK; nhắc HS mang đủ sách vở, đồ dùng.</w:t>
            </w:r>
          </w:p>
        </w:tc>
        <w:tc>
          <w:tcPr>
            <w:tcW w:w="4425"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ghi nhớ dặn dò và chuẩn bị bài sau.</w:t>
            </w:r>
          </w:p>
        </w:tc>
      </w:tr>
      <w:tr w:rsidR="007C574D" w:rsidRPr="007C574D" w:rsidTr="006F4373">
        <w:trPr>
          <w:jc w:val="center"/>
        </w:trPr>
        <w:tc>
          <w:tcPr>
            <w:tcW w:w="4431" w:type="dxa"/>
            <w:shd w:val="clear" w:color="auto" w:fill="auto"/>
          </w:tcPr>
          <w:p w:rsidR="007C574D" w:rsidRPr="007C574D" w:rsidRDefault="007C574D" w:rsidP="007C574D">
            <w:pPr>
              <w:rPr>
                <w:rFonts w:cs="Times New Roman"/>
                <w:sz w:val="28"/>
                <w:szCs w:val="28"/>
              </w:rPr>
            </w:pPr>
            <w:r w:rsidRPr="007C574D">
              <w:rPr>
                <w:rFonts w:cs="Times New Roman"/>
                <w:sz w:val="26"/>
                <w:szCs w:val="28"/>
              </w:rPr>
              <w:t>- GV chốt: Mỗi ngày, em hãy làm một việc nhỏ thể hiện tình yêu thương với gia đình.</w:t>
            </w:r>
          </w:p>
        </w:tc>
        <w:tc>
          <w:tcPr>
            <w:tcW w:w="4425" w:type="dxa"/>
            <w:shd w:val="clear" w:color="auto" w:fill="auto"/>
          </w:tcPr>
          <w:p w:rsidR="007C574D" w:rsidRPr="007C574D" w:rsidRDefault="007C574D" w:rsidP="007C574D">
            <w:pPr>
              <w:rPr>
                <w:rFonts w:cs="Times New Roman"/>
                <w:sz w:val="28"/>
                <w:szCs w:val="28"/>
              </w:rPr>
            </w:pPr>
            <w:r w:rsidRPr="007C574D">
              <w:rPr>
                <w:rFonts w:cs="Times New Roman"/>
                <w:sz w:val="26"/>
                <w:szCs w:val="28"/>
              </w:rPr>
              <w:t>- HS ghi nhớ và thực hiện lời nhắc.</w:t>
            </w:r>
          </w:p>
        </w:tc>
      </w:tr>
    </w:tbl>
    <w:p w:rsidR="007C574D" w:rsidRPr="007C574D" w:rsidRDefault="007C574D" w:rsidP="007C574D">
      <w:pPr>
        <w:spacing w:after="0" w:line="240" w:lineRule="auto"/>
        <w:rPr>
          <w:rFonts w:cs="Times New Roman"/>
          <w:sz w:val="28"/>
          <w:szCs w:val="28"/>
        </w:rPr>
      </w:pPr>
    </w:p>
    <w:p w:rsidR="007C574D" w:rsidRPr="007C574D" w:rsidRDefault="007C574D" w:rsidP="007C574D">
      <w:pPr>
        <w:spacing w:after="0" w:line="240" w:lineRule="auto"/>
        <w:rPr>
          <w:rFonts w:cs="Times New Roman"/>
          <w:sz w:val="28"/>
          <w:szCs w:val="28"/>
        </w:rPr>
      </w:pPr>
      <w:r w:rsidRPr="007C574D">
        <w:rPr>
          <w:rFonts w:cs="Times New Roman"/>
          <w:sz w:val="26"/>
          <w:szCs w:val="28"/>
        </w:rPr>
        <w:t>IV. ĐIỀU CHỈNH SAU BÀI DẠY</w:t>
      </w:r>
    </w:p>
    <w:p w:rsidR="007C574D" w:rsidRPr="007C574D" w:rsidRDefault="007C574D" w:rsidP="007C574D">
      <w:pPr>
        <w:spacing w:after="0" w:line="240" w:lineRule="auto"/>
        <w:rPr>
          <w:rFonts w:cs="Times New Roman"/>
          <w:sz w:val="28"/>
          <w:szCs w:val="28"/>
        </w:rPr>
      </w:pPr>
      <w:r w:rsidRPr="007C574D">
        <w:rPr>
          <w:rFonts w:cs="Times New Roman"/>
          <w:sz w:val="26"/>
          <w:szCs w:val="28"/>
        </w:rPr>
        <w:t>…………………………………………………………………………………….</w:t>
      </w:r>
    </w:p>
    <w:p w:rsidR="007C574D" w:rsidRPr="007C574D" w:rsidRDefault="007C574D" w:rsidP="007C574D">
      <w:pPr>
        <w:spacing w:after="0" w:line="240" w:lineRule="auto"/>
        <w:rPr>
          <w:rFonts w:cs="Times New Roman"/>
          <w:sz w:val="28"/>
          <w:szCs w:val="28"/>
        </w:rPr>
      </w:pPr>
      <w:r w:rsidRPr="007C574D">
        <w:rPr>
          <w:rFonts w:cs="Times New Roman"/>
          <w:sz w:val="26"/>
          <w:szCs w:val="28"/>
        </w:rPr>
        <w:t>………………………………………………………………………….................</w:t>
      </w:r>
    </w:p>
    <w:p w:rsidR="007C574D" w:rsidRPr="007C574D" w:rsidRDefault="007C574D" w:rsidP="007C574D">
      <w:pPr>
        <w:spacing w:after="0" w:line="240" w:lineRule="auto"/>
        <w:rPr>
          <w:rFonts w:cs="Times New Roman"/>
          <w:sz w:val="28"/>
          <w:szCs w:val="28"/>
        </w:rPr>
      </w:pPr>
      <w:r w:rsidRPr="007C574D">
        <w:rPr>
          <w:rFonts w:cs="Times New Roman"/>
          <w:sz w:val="26"/>
          <w:szCs w:val="28"/>
        </w:rPr>
        <w:t>…………………………………………………………………………………….</w:t>
      </w:r>
    </w:p>
    <w:p w:rsidR="007C574D" w:rsidRPr="007C574D" w:rsidRDefault="007C574D" w:rsidP="007C574D">
      <w:pPr>
        <w:spacing w:after="0" w:line="240" w:lineRule="auto"/>
        <w:rPr>
          <w:rFonts w:cs="Times New Roman"/>
          <w:sz w:val="28"/>
          <w:szCs w:val="28"/>
        </w:rPr>
      </w:pPr>
    </w:p>
    <w:p w:rsidR="00D8461B" w:rsidRPr="007C574D" w:rsidRDefault="00D8461B" w:rsidP="007C574D">
      <w:pPr>
        <w:spacing w:after="0" w:line="240" w:lineRule="auto"/>
        <w:rPr>
          <w:rFonts w:cs="Times New Roman"/>
          <w:sz w:val="28"/>
          <w:szCs w:val="28"/>
        </w:rPr>
      </w:pPr>
    </w:p>
    <w:p w:rsidR="00DD330F" w:rsidRDefault="002918F3">
      <w:pPr>
        <w:spacing w:after="0" w:line="240" w:lineRule="auto"/>
        <w:jc w:val="center"/>
      </w:pPr>
      <w:r>
        <w:rPr>
          <w:rFonts w:cs="Times New Roman"/>
          <w:b/>
          <w:sz w:val="26"/>
        </w:rPr>
        <w:t>KẾ HOẠCH BÀI DẠY MÔN TIẾNG VIỆT</w:t>
      </w:r>
    </w:p>
    <w:p w:rsidR="00DD330F" w:rsidRDefault="002918F3">
      <w:pPr>
        <w:spacing w:after="0" w:line="240" w:lineRule="auto"/>
        <w:jc w:val="center"/>
      </w:pPr>
      <w:r>
        <w:rPr>
          <w:rFonts w:cs="Times New Roman"/>
          <w:b/>
          <w:sz w:val="26"/>
        </w:rPr>
        <w:t>ÔN LUYỆN TUẦN 22 (TIẾT 1, 2)</w:t>
      </w:r>
    </w:p>
    <w:p w:rsidR="00DD330F" w:rsidRDefault="002918F3">
      <w:pPr>
        <w:spacing w:after="0" w:line="240" w:lineRule="auto"/>
      </w:pPr>
      <w:r>
        <w:rPr>
          <w:rFonts w:cs="Times New Roman"/>
          <w:b/>
          <w:sz w:val="26"/>
        </w:rPr>
        <w:t>I. YÊU CẦU CẦN ĐẠT</w:t>
      </w:r>
    </w:p>
    <w:p w:rsidR="00DD330F" w:rsidRDefault="002918F3">
      <w:pPr>
        <w:spacing w:after="0" w:line="240" w:lineRule="auto"/>
      </w:pPr>
      <w:r>
        <w:rPr>
          <w:rFonts w:cs="Times New Roman"/>
          <w:sz w:val="26"/>
        </w:rPr>
        <w:t>1. Năng lực đặc thù</w:t>
      </w:r>
    </w:p>
    <w:p w:rsidR="00DD330F" w:rsidRDefault="002918F3">
      <w:pPr>
        <w:spacing w:after="0" w:line="240" w:lineRule="auto"/>
      </w:pPr>
      <w:r>
        <w:rPr>
          <w:rFonts w:cs="Times New Roman"/>
          <w:sz w:val="26"/>
        </w:rPr>
        <w:t>- Củng cố kĩ năng đọc, viết, nói và nghe qua các bài đã học trong tuần; hoàn thành nhiệm vụ luyện tập đúng yêu cầu.</w:t>
      </w:r>
    </w:p>
    <w:p w:rsidR="00DD330F" w:rsidRDefault="002918F3">
      <w:pPr>
        <w:spacing w:after="0" w:line="240" w:lineRule="auto"/>
      </w:pPr>
      <w:r>
        <w:rPr>
          <w:rFonts w:cs="Times New Roman"/>
          <w:sz w:val="26"/>
        </w:rPr>
        <w:t>2. Năng lực chung</w:t>
      </w:r>
    </w:p>
    <w:p w:rsidR="00DD330F" w:rsidRDefault="002918F3">
      <w:pPr>
        <w:spacing w:after="0" w:line="240" w:lineRule="auto"/>
      </w:pPr>
      <w:r>
        <w:rPr>
          <w:rFonts w:cs="Times New Roman"/>
          <w:sz w:val="26"/>
        </w:rPr>
        <w:t>- Tự chủ và tự học: chủ động thực hiện nhiệm vụ; tự kiểm tra và sửa lỗi.</w:t>
      </w:r>
    </w:p>
    <w:p w:rsidR="00DD330F" w:rsidRDefault="002918F3">
      <w:pPr>
        <w:spacing w:after="0" w:line="240" w:lineRule="auto"/>
      </w:pPr>
      <w:r>
        <w:rPr>
          <w:rFonts w:cs="Times New Roman"/>
          <w:sz w:val="26"/>
        </w:rPr>
        <w:t>- Giao tiếp và hợp tác: trao đổi theo cặp/nhóm; lắng nghe và nhận xét lịch sự.</w:t>
      </w:r>
    </w:p>
    <w:p w:rsidR="00DD330F" w:rsidRDefault="002918F3">
      <w:pPr>
        <w:spacing w:after="0" w:line="240" w:lineRule="auto"/>
      </w:pPr>
      <w:r>
        <w:rPr>
          <w:rFonts w:cs="Times New Roman"/>
          <w:sz w:val="26"/>
        </w:rPr>
        <w:t>3. Phẩm chất</w:t>
      </w:r>
    </w:p>
    <w:p w:rsidR="00DD330F" w:rsidRDefault="002918F3">
      <w:pPr>
        <w:spacing w:after="0" w:line="240" w:lineRule="auto"/>
      </w:pPr>
      <w:r>
        <w:rPr>
          <w:rFonts w:cs="Times New Roman"/>
          <w:sz w:val="26"/>
        </w:rPr>
        <w:t>- Chăm chỉ: tích cực luyện tập, hoàn thành bài.</w:t>
      </w:r>
    </w:p>
    <w:p w:rsidR="00DD330F" w:rsidRDefault="002918F3">
      <w:pPr>
        <w:spacing w:after="0" w:line="240" w:lineRule="auto"/>
      </w:pPr>
      <w:r>
        <w:rPr>
          <w:rFonts w:cs="Times New Roman"/>
          <w:sz w:val="26"/>
        </w:rPr>
        <w:t>- Trách nhiệm: giữ gìn sách vở, thực hiện nhiệm vụ đúng quy định.</w:t>
      </w:r>
    </w:p>
    <w:p w:rsidR="00DD330F" w:rsidRDefault="002918F3">
      <w:pPr>
        <w:spacing w:after="0" w:line="240" w:lineRule="auto"/>
      </w:pPr>
      <w:r>
        <w:rPr>
          <w:rFonts w:cs="Times New Roman"/>
          <w:b/>
          <w:sz w:val="26"/>
        </w:rPr>
        <w:t>II. ĐỒ DÙNG DẠY HỌC</w:t>
      </w:r>
    </w:p>
    <w:p w:rsidR="00DD330F" w:rsidRDefault="002918F3">
      <w:pPr>
        <w:spacing w:after="0" w:line="240" w:lineRule="auto"/>
      </w:pPr>
      <w:r>
        <w:rPr>
          <w:rFonts w:cs="Times New Roman"/>
          <w:sz w:val="26"/>
        </w:rPr>
        <w:t>- Học liệu: SGK, KHDH, phiếu luyện tập.</w:t>
      </w:r>
    </w:p>
    <w:p w:rsidR="00DD330F" w:rsidRDefault="002918F3">
      <w:pPr>
        <w:spacing w:after="0" w:line="240" w:lineRule="auto"/>
      </w:pPr>
      <w:r>
        <w:rPr>
          <w:rFonts w:cs="Times New Roman"/>
          <w:sz w:val="26"/>
        </w:rPr>
        <w:t>- Thiết bị: Máy tính, máy chiếu.</w:t>
      </w:r>
    </w:p>
    <w:p w:rsidR="00DD330F" w:rsidRDefault="002918F3">
      <w:pPr>
        <w:spacing w:after="0" w:line="240" w:lineRule="auto"/>
      </w:pPr>
      <w:r>
        <w:rPr>
          <w:rFonts w:cs="Times New Roman"/>
          <w:b/>
          <w:sz w:val="26"/>
        </w:rPr>
        <w:t>III. CÁC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4320"/>
        <w:gridCol w:w="4320"/>
      </w:tblGrid>
      <w:tr w:rsidR="00DD330F" w:rsidTr="006F4373">
        <w:trPr>
          <w:jc w:val="center"/>
        </w:trPr>
        <w:tc>
          <w:tcPr>
            <w:tcW w:w="4320" w:type="dxa"/>
            <w:tcBorders>
              <w:bottom w:val="single" w:sz="4" w:space="0" w:color="auto"/>
            </w:tcBorders>
            <w:shd w:val="clear" w:color="auto" w:fill="auto"/>
          </w:tcPr>
          <w:p w:rsidR="00DD330F" w:rsidRDefault="002918F3">
            <w:r>
              <w:rPr>
                <w:rFonts w:cs="Times New Roman"/>
                <w:b/>
                <w:sz w:val="26"/>
              </w:rPr>
              <w:t>Hoạt động của giáo viên</w:t>
            </w:r>
          </w:p>
        </w:tc>
        <w:tc>
          <w:tcPr>
            <w:tcW w:w="4320" w:type="dxa"/>
            <w:tcBorders>
              <w:bottom w:val="single" w:sz="4" w:space="0" w:color="auto"/>
            </w:tcBorders>
            <w:shd w:val="clear" w:color="auto" w:fill="auto"/>
          </w:tcPr>
          <w:p w:rsidR="00DD330F" w:rsidRDefault="002918F3">
            <w:r>
              <w:rPr>
                <w:rFonts w:cs="Times New Roman"/>
                <w:b/>
                <w:sz w:val="26"/>
              </w:rPr>
              <w:t>Hoạt động của học sinh</w:t>
            </w:r>
          </w:p>
        </w:tc>
      </w:tr>
      <w:tr w:rsidR="00DD330F" w:rsidTr="006F4373">
        <w:trPr>
          <w:jc w:val="center"/>
        </w:trPr>
        <w:tc>
          <w:tcPr>
            <w:tcW w:w="8640" w:type="dxa"/>
            <w:gridSpan w:val="2"/>
            <w:tcBorders>
              <w:top w:val="single" w:sz="4" w:space="0" w:color="auto"/>
              <w:bottom w:val="single" w:sz="4" w:space="0" w:color="auto"/>
            </w:tcBorders>
            <w:shd w:val="clear" w:color="auto" w:fill="auto"/>
          </w:tcPr>
          <w:p w:rsidR="00DD330F" w:rsidRDefault="002918F3">
            <w:r>
              <w:rPr>
                <w:rFonts w:cs="Times New Roman"/>
                <w:b/>
                <w:sz w:val="26"/>
              </w:rPr>
              <w:t>1. HĐ Mở đầu</w:t>
            </w:r>
            <w:r>
              <w:rPr>
                <w:rFonts w:cs="Times New Roman"/>
                <w:b/>
                <w:sz w:val="26"/>
              </w:rPr>
              <w:br/>
              <w:t>Mục tiêu: Ôn lại tên và nội dung các bài đã học trong tuần.</w:t>
            </w:r>
          </w:p>
        </w:tc>
      </w:tr>
      <w:tr w:rsidR="00DD330F" w:rsidTr="006F4373">
        <w:trPr>
          <w:jc w:val="center"/>
        </w:trPr>
        <w:tc>
          <w:tcPr>
            <w:tcW w:w="4320" w:type="dxa"/>
            <w:tcBorders>
              <w:top w:val="single" w:sz="4" w:space="0" w:color="auto"/>
            </w:tcBorders>
            <w:shd w:val="clear" w:color="auto" w:fill="auto"/>
          </w:tcPr>
          <w:p w:rsidR="00DD330F" w:rsidRDefault="002918F3">
            <w:r>
              <w:rPr>
                <w:rFonts w:cs="Times New Roman"/>
                <w:sz w:val="26"/>
              </w:rPr>
              <w:t>- GV hỏi: “Tuần này em đã học những bài nào về gia đình?”</w:t>
            </w:r>
          </w:p>
        </w:tc>
        <w:tc>
          <w:tcPr>
            <w:tcW w:w="4320" w:type="dxa"/>
            <w:tcBorders>
              <w:top w:val="single" w:sz="4" w:space="0" w:color="auto"/>
            </w:tcBorders>
            <w:shd w:val="clear" w:color="auto" w:fill="auto"/>
          </w:tcPr>
          <w:p w:rsidR="00DD330F" w:rsidRDefault="002918F3">
            <w:r>
              <w:rPr>
                <w:rFonts w:cs="Times New Roman"/>
                <w:sz w:val="26"/>
              </w:rPr>
              <w:t>- HS trả lời: “Quạt cho bà ngủ, Bữa cơm gia đình, Ngôi nhà.”</w:t>
            </w:r>
          </w:p>
        </w:tc>
      </w:tr>
      <w:tr w:rsidR="00DD330F" w:rsidTr="006F4373">
        <w:trPr>
          <w:jc w:val="center"/>
        </w:trPr>
        <w:tc>
          <w:tcPr>
            <w:tcW w:w="4320" w:type="dxa"/>
            <w:tcBorders>
              <w:bottom w:val="single" w:sz="4" w:space="0" w:color="auto"/>
            </w:tcBorders>
            <w:shd w:val="clear" w:color="auto" w:fill="auto"/>
          </w:tcPr>
          <w:p w:rsidR="00DD330F" w:rsidRDefault="002918F3">
            <w:r>
              <w:rPr>
                <w:rFonts w:cs="Times New Roman"/>
                <w:sz w:val="26"/>
              </w:rPr>
              <w:t>- GV chốt: Các bài học đều giúp chúng ta thêm yêu thương và trân trọng mái ấm gia đình.</w:t>
            </w:r>
          </w:p>
        </w:tc>
        <w:tc>
          <w:tcPr>
            <w:tcW w:w="4320" w:type="dxa"/>
            <w:tcBorders>
              <w:bottom w:val="single" w:sz="4" w:space="0" w:color="auto"/>
            </w:tcBorders>
            <w:shd w:val="clear" w:color="auto" w:fill="auto"/>
          </w:tcPr>
          <w:p w:rsidR="00DD330F" w:rsidRDefault="002918F3">
            <w:r>
              <w:rPr>
                <w:rFonts w:cs="Times New Roman"/>
                <w:sz w:val="26"/>
              </w:rPr>
              <w:t>- HS lắng nghe và chuẩn bị luyện tập.</w:t>
            </w:r>
          </w:p>
        </w:tc>
      </w:tr>
      <w:tr w:rsidR="00DD330F" w:rsidTr="006F4373">
        <w:trPr>
          <w:jc w:val="center"/>
        </w:trPr>
        <w:tc>
          <w:tcPr>
            <w:tcW w:w="8640" w:type="dxa"/>
            <w:gridSpan w:val="2"/>
            <w:tcBorders>
              <w:top w:val="single" w:sz="4" w:space="0" w:color="auto"/>
              <w:bottom w:val="single" w:sz="4" w:space="0" w:color="auto"/>
            </w:tcBorders>
            <w:shd w:val="clear" w:color="auto" w:fill="auto"/>
          </w:tcPr>
          <w:p w:rsidR="00DD330F" w:rsidRDefault="002918F3">
            <w:r>
              <w:rPr>
                <w:rFonts w:cs="Times New Roman"/>
                <w:b/>
                <w:sz w:val="26"/>
              </w:rPr>
              <w:t>2. HĐ Luyện đọc và đọc hiểu</w:t>
            </w:r>
            <w:r>
              <w:rPr>
                <w:rFonts w:cs="Times New Roman"/>
                <w:b/>
                <w:sz w:val="26"/>
              </w:rPr>
              <w:br/>
              <w:t>Mục tiêu: Đọc rõ một đoạn/bài thơ đã học; trả lời câu hỏi dựa vào nội dung.</w:t>
            </w:r>
          </w:p>
        </w:tc>
      </w:tr>
      <w:tr w:rsidR="00DD330F" w:rsidTr="006F4373">
        <w:trPr>
          <w:jc w:val="center"/>
        </w:trPr>
        <w:tc>
          <w:tcPr>
            <w:tcW w:w="4320" w:type="dxa"/>
            <w:tcBorders>
              <w:top w:val="single" w:sz="4" w:space="0" w:color="auto"/>
            </w:tcBorders>
            <w:shd w:val="clear" w:color="auto" w:fill="auto"/>
          </w:tcPr>
          <w:p w:rsidR="00DD330F" w:rsidRDefault="002918F3">
            <w:r>
              <w:rPr>
                <w:rFonts w:cs="Times New Roman"/>
                <w:sz w:val="26"/>
              </w:rPr>
              <w:lastRenderedPageBreak/>
              <w:t>- GV yêu cầu HS chọn một đoạn em thích trong các bài đã học và đọc theo nhóm đôi.</w:t>
            </w:r>
          </w:p>
        </w:tc>
        <w:tc>
          <w:tcPr>
            <w:tcW w:w="4320" w:type="dxa"/>
            <w:tcBorders>
              <w:top w:val="single" w:sz="4" w:space="0" w:color="auto"/>
            </w:tcBorders>
            <w:shd w:val="clear" w:color="auto" w:fill="auto"/>
          </w:tcPr>
          <w:p w:rsidR="00DD330F" w:rsidRDefault="002918F3">
            <w:r>
              <w:rPr>
                <w:rFonts w:cs="Times New Roman"/>
                <w:sz w:val="26"/>
              </w:rPr>
              <w:t>- HS luyện đọc theo nhóm đôi; góp ý cách đọc cho bạn.</w:t>
            </w:r>
          </w:p>
        </w:tc>
      </w:tr>
      <w:tr w:rsidR="00DD330F" w:rsidTr="006F4373">
        <w:trPr>
          <w:jc w:val="center"/>
        </w:trPr>
        <w:tc>
          <w:tcPr>
            <w:tcW w:w="4320" w:type="dxa"/>
            <w:shd w:val="clear" w:color="auto" w:fill="auto"/>
          </w:tcPr>
          <w:p w:rsidR="00DD330F" w:rsidRDefault="002918F3">
            <w:r>
              <w:rPr>
                <w:rFonts w:cs="Times New Roman"/>
                <w:sz w:val="26"/>
              </w:rPr>
              <w:t>- GV hỏi: “Nhân vật trong đoạn em đọc đã làm việc gì đáng quý?”</w:t>
            </w:r>
          </w:p>
        </w:tc>
        <w:tc>
          <w:tcPr>
            <w:tcW w:w="4320" w:type="dxa"/>
            <w:shd w:val="clear" w:color="auto" w:fill="auto"/>
          </w:tcPr>
          <w:p w:rsidR="00DD330F" w:rsidRDefault="002918F3">
            <w:r>
              <w:rPr>
                <w:rFonts w:cs="Times New Roman"/>
                <w:sz w:val="26"/>
              </w:rPr>
              <w:t>- HS trả lời theo bài đã chọn: chăm sóc bà, sum họp trong bữa cơm, yêu ngôi nhà.</w:t>
            </w:r>
          </w:p>
        </w:tc>
      </w:tr>
      <w:tr w:rsidR="00DD330F" w:rsidTr="006F4373">
        <w:trPr>
          <w:jc w:val="center"/>
        </w:trPr>
        <w:tc>
          <w:tcPr>
            <w:tcW w:w="4320" w:type="dxa"/>
            <w:tcBorders>
              <w:bottom w:val="single" w:sz="4" w:space="0" w:color="auto"/>
            </w:tcBorders>
            <w:shd w:val="clear" w:color="auto" w:fill="auto"/>
          </w:tcPr>
          <w:p w:rsidR="00DD330F" w:rsidRDefault="002918F3">
            <w:r>
              <w:rPr>
                <w:rFonts w:cs="Times New Roman"/>
                <w:sz w:val="26"/>
              </w:rPr>
              <w:t>- GV chốt: Đọc hiểu giúp em nhận ra tình cảm gia đình thể hiện qua việc làm cụ thể.</w:t>
            </w:r>
          </w:p>
        </w:tc>
        <w:tc>
          <w:tcPr>
            <w:tcW w:w="4320" w:type="dxa"/>
            <w:tcBorders>
              <w:bottom w:val="single" w:sz="4" w:space="0" w:color="auto"/>
            </w:tcBorders>
            <w:shd w:val="clear" w:color="auto" w:fill="auto"/>
          </w:tcPr>
          <w:p w:rsidR="00DD330F" w:rsidRDefault="002918F3">
            <w:r>
              <w:rPr>
                <w:rFonts w:cs="Times New Roman"/>
                <w:sz w:val="26"/>
              </w:rPr>
              <w:t>- HS ghi nhớ nội dung.</w:t>
            </w:r>
          </w:p>
        </w:tc>
      </w:tr>
      <w:tr w:rsidR="00DD330F" w:rsidTr="006F4373">
        <w:trPr>
          <w:jc w:val="center"/>
        </w:trPr>
        <w:tc>
          <w:tcPr>
            <w:tcW w:w="8640" w:type="dxa"/>
            <w:gridSpan w:val="2"/>
            <w:tcBorders>
              <w:top w:val="single" w:sz="4" w:space="0" w:color="auto"/>
              <w:bottom w:val="single" w:sz="4" w:space="0" w:color="auto"/>
            </w:tcBorders>
            <w:shd w:val="clear" w:color="auto" w:fill="auto"/>
          </w:tcPr>
          <w:p w:rsidR="00DD330F" w:rsidRDefault="002918F3">
            <w:bookmarkStart w:id="0" w:name="_GoBack"/>
            <w:r>
              <w:rPr>
                <w:rFonts w:cs="Times New Roman"/>
                <w:b/>
                <w:sz w:val="26"/>
              </w:rPr>
              <w:t>3. HĐ Viết và nói</w:t>
            </w:r>
            <w:r>
              <w:rPr>
                <w:rFonts w:cs="Times New Roman"/>
                <w:b/>
                <w:sz w:val="26"/>
              </w:rPr>
              <w:br/>
              <w:t>Mục tiêu: Viết một câu đúng; nói một việc em làm để yêu thương gia đình.</w:t>
            </w:r>
          </w:p>
        </w:tc>
      </w:tr>
      <w:bookmarkEnd w:id="0"/>
      <w:tr w:rsidR="00DD330F" w:rsidTr="006F4373">
        <w:trPr>
          <w:jc w:val="center"/>
        </w:trPr>
        <w:tc>
          <w:tcPr>
            <w:tcW w:w="4320" w:type="dxa"/>
            <w:tcBorders>
              <w:top w:val="single" w:sz="4" w:space="0" w:color="auto"/>
            </w:tcBorders>
            <w:shd w:val="clear" w:color="auto" w:fill="auto"/>
          </w:tcPr>
          <w:p w:rsidR="00DD330F" w:rsidRDefault="002918F3">
            <w:r>
              <w:rPr>
                <w:rFonts w:cs="Times New Roman"/>
                <w:sz w:val="26"/>
              </w:rPr>
              <w:t>- GV yêu cầu HS viết câu: “Em yêu ngôi nhà của em.” hoặc câu phù hợp với bài đã đọc.</w:t>
            </w:r>
          </w:p>
        </w:tc>
        <w:tc>
          <w:tcPr>
            <w:tcW w:w="4320" w:type="dxa"/>
            <w:tcBorders>
              <w:top w:val="single" w:sz="4" w:space="0" w:color="auto"/>
            </w:tcBorders>
            <w:shd w:val="clear" w:color="auto" w:fill="auto"/>
          </w:tcPr>
          <w:p w:rsidR="00DD330F" w:rsidRDefault="002918F3">
            <w:r>
              <w:rPr>
                <w:rFonts w:cs="Times New Roman"/>
                <w:sz w:val="26"/>
              </w:rPr>
              <w:t>- HS viết câu, chú ý viết hoa đầu câu và dấu chấm cuối câu.</w:t>
            </w:r>
          </w:p>
        </w:tc>
      </w:tr>
      <w:tr w:rsidR="00DD330F" w:rsidTr="006F4373">
        <w:trPr>
          <w:jc w:val="center"/>
        </w:trPr>
        <w:tc>
          <w:tcPr>
            <w:tcW w:w="4320" w:type="dxa"/>
            <w:shd w:val="clear" w:color="auto" w:fill="auto"/>
          </w:tcPr>
          <w:p w:rsidR="00DD330F" w:rsidRDefault="002918F3">
            <w:r>
              <w:rPr>
                <w:rFonts w:cs="Times New Roman"/>
                <w:sz w:val="26"/>
              </w:rPr>
              <w:t>- GV hỏi: “Tuần này em sẽ làm việc gì vừa sức để giúp người thân?”</w:t>
            </w:r>
          </w:p>
        </w:tc>
        <w:tc>
          <w:tcPr>
            <w:tcW w:w="4320" w:type="dxa"/>
            <w:shd w:val="clear" w:color="auto" w:fill="auto"/>
          </w:tcPr>
          <w:p w:rsidR="00DD330F" w:rsidRDefault="002918F3">
            <w:r>
              <w:rPr>
                <w:rFonts w:cs="Times New Roman"/>
                <w:sz w:val="26"/>
              </w:rPr>
              <w:t>- HS nêu việc làm cụ thể.</w:t>
            </w:r>
          </w:p>
        </w:tc>
      </w:tr>
      <w:tr w:rsidR="00DD330F" w:rsidTr="006F4373">
        <w:trPr>
          <w:jc w:val="center"/>
        </w:trPr>
        <w:tc>
          <w:tcPr>
            <w:tcW w:w="4320" w:type="dxa"/>
            <w:shd w:val="clear" w:color="auto" w:fill="auto"/>
          </w:tcPr>
          <w:p w:rsidR="00DD330F" w:rsidRDefault="002918F3">
            <w:r>
              <w:rPr>
                <w:rFonts w:cs="Times New Roman"/>
                <w:sz w:val="26"/>
              </w:rPr>
              <w:t>- GV nhận xét, chốt: Mỗi việc nhỏ tốt đẹp làm gia đình thêm vui.</w:t>
            </w:r>
          </w:p>
        </w:tc>
        <w:tc>
          <w:tcPr>
            <w:tcW w:w="4320" w:type="dxa"/>
            <w:shd w:val="clear" w:color="auto" w:fill="auto"/>
          </w:tcPr>
          <w:p w:rsidR="00DD330F" w:rsidRDefault="002918F3">
            <w:r>
              <w:rPr>
                <w:rFonts w:cs="Times New Roman"/>
                <w:sz w:val="26"/>
              </w:rPr>
              <w:t>- HS lắng nghe và thực hiện.</w:t>
            </w:r>
          </w:p>
        </w:tc>
      </w:tr>
    </w:tbl>
    <w:p w:rsidR="00DD330F" w:rsidRDefault="002918F3">
      <w:pPr>
        <w:spacing w:after="0" w:line="240" w:lineRule="auto"/>
      </w:pPr>
      <w:r>
        <w:rPr>
          <w:rFonts w:cs="Times New Roman"/>
          <w:b/>
          <w:sz w:val="26"/>
        </w:rPr>
        <w:t>IV. ĐIỀU CHỈNH SAU BÀI DẠY</w:t>
      </w:r>
    </w:p>
    <w:p w:rsidR="00DD330F" w:rsidRDefault="002918F3">
      <w:pPr>
        <w:spacing w:after="0" w:line="240" w:lineRule="auto"/>
      </w:pPr>
      <w:r>
        <w:rPr>
          <w:rFonts w:cs="Times New Roman"/>
          <w:sz w:val="26"/>
        </w:rPr>
        <w:t>...............................................................................................................................</w:t>
      </w:r>
    </w:p>
    <w:p w:rsidR="00DD330F" w:rsidRDefault="002918F3">
      <w:pPr>
        <w:spacing w:after="0" w:line="240" w:lineRule="auto"/>
      </w:pPr>
      <w:r>
        <w:rPr>
          <w:rFonts w:cs="Times New Roman"/>
          <w:sz w:val="26"/>
        </w:rPr>
        <w:t>...............................................................................................................................</w:t>
      </w:r>
    </w:p>
    <w:sectPr w:rsidR="00DD330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18F3"/>
    <w:rsid w:val="0029639D"/>
    <w:rsid w:val="002B708D"/>
    <w:rsid w:val="00326F90"/>
    <w:rsid w:val="006F4373"/>
    <w:rsid w:val="007C574D"/>
    <w:rsid w:val="00AA1D8D"/>
    <w:rsid w:val="00B47730"/>
    <w:rsid w:val="00CB0664"/>
    <w:rsid w:val="00D8461B"/>
    <w:rsid w:val="00DD330F"/>
    <w:rsid w:val="00F8251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F4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37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F4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37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5EF27-6A5A-46A5-B55B-C6E40ACC7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7365</Words>
  <Characters>41984</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49251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TRÂN</dc:creator>
  <cp:keywords/>
  <dc:description>generated by python-docx</dc:description>
  <cp:lastModifiedBy>Iamp Iamp</cp:lastModifiedBy>
  <cp:revision>3</cp:revision>
  <dcterms:created xsi:type="dcterms:W3CDTF">2026-06-03T15:23:00Z</dcterms:created>
  <dcterms:modified xsi:type="dcterms:W3CDTF">2026-08-19T02:12:00Z</dcterms:modified>
  <cp:category/>
</cp:coreProperties>
</file>