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DD0" w:rsidRPr="00986114" w:rsidRDefault="00986114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Ờ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 M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Ầ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 NON ………………………………………</w:t>
      </w:r>
    </w:p>
    <w:p w:rsidR="00B35DD0" w:rsidRPr="00986114" w:rsidRDefault="00986114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ị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 ch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ỉ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………………………………………………………………</w:t>
      </w:r>
    </w:p>
    <w:p w:rsidR="00B35DD0" w:rsidRPr="00986114" w:rsidRDefault="00986114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SĐT: ………………………………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S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: ………/TB-HP</w:t>
      </w:r>
    </w:p>
    <w:p w:rsidR="00B35DD0" w:rsidRPr="00986114" w:rsidRDefault="00986114" w:rsidP="00986114">
      <w:pPr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…, ngày … tháng … năm …</w:t>
      </w:r>
    </w:p>
    <w:p w:rsidR="00B35DD0" w:rsidRPr="00986114" w:rsidRDefault="00986114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986114">
        <w:rPr>
          <w:rFonts w:ascii="Times New Roman" w:hAnsi="Times New Roman" w:cs="Times New Roman"/>
          <w:color w:val="000000" w:themeColor="text1"/>
        </w:rPr>
        <w:t>THÔNG BÁO</w:t>
      </w:r>
    </w:p>
    <w:p w:rsidR="00B35DD0" w:rsidRPr="00986114" w:rsidRDefault="0098611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(V/v: N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p ti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c phí tháng …/năm …)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Kính g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i: Quý ph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huynh 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c sinh l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p ………………………………………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Nhà trư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ng xin trân tr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ng thông 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báo m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c thu 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c phí và các kho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thu khác (n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u có) c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a tháng …/năm … như sau:</w:t>
      </w:r>
    </w:p>
    <w:p w:rsidR="00B35DD0" w:rsidRPr="00986114" w:rsidRDefault="00986114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1. 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c phí chính khóa: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- M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c thu: …………………… VNĐ/tháng</w:t>
      </w:r>
    </w:p>
    <w:p w:rsidR="00B35DD0" w:rsidRPr="00986114" w:rsidRDefault="00986114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2. Các kho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thu khác (n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u có):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- Ti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ăn bán trú: …………………… VNĐ/tháng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- Ti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c năng khi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u (Anh văn, múa, v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ẽ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…): …………………… VNĐ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/tháng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- Phí gi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xe (n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u có): …………………… VNĐ/tháng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- Các kho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khác: ……………………………………………………………</w:t>
      </w:r>
    </w:p>
    <w:p w:rsidR="00B35DD0" w:rsidRPr="00986114" w:rsidRDefault="00986114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3. T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ng s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c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n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p: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 VNĐ</w:t>
      </w:r>
    </w:p>
    <w:p w:rsidR="00B35DD0" w:rsidRPr="00986114" w:rsidRDefault="00986114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4. Th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và hình th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c n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p: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n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p: t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… đ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ngày … tháng … năm …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- Hình th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c n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p: tr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c ti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p t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i văn phòng nhà tr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ư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ng ho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c chuy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kho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theo thông tin sau: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+ Tên tài kho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n: …………………………………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+ S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tài kho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n: …………………………………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+ Ngân hàng: ……………………………………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+ N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i dung chuy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kho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n: 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tên bé + L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p + Tháng 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c phí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Nhà trư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ng kính mong Quý ph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huynh ph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p th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 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đúng th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m b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o công tác gi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ng d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y và chăm sóc tr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ẻ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35DD0" w:rsidRPr="00986114" w:rsidRDefault="009861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Trân tr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t>m ơn!</w:t>
      </w:r>
    </w:p>
    <w:p w:rsidR="00B35DD0" w:rsidRPr="00986114" w:rsidRDefault="00986114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8611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HI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 TRƯ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Ở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</w:t>
      </w:r>
    </w:p>
    <w:p w:rsidR="00B35DD0" w:rsidRPr="00986114" w:rsidRDefault="00986114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tên, đóng d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9861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u)</w:t>
      </w:r>
    </w:p>
    <w:sectPr w:rsidR="00B35DD0" w:rsidRPr="0098611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86114"/>
    <w:rsid w:val="00AA1D8D"/>
    <w:rsid w:val="00B35DD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70D4F5CE-584F-4A2E-BBCE-1A1B8E72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CC6B82-1CFE-47D3-8386-46144E3BB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THÔNG BÁO</vt:lpstr>
      <vt:lpstr>    1. Học phí chính khóa:</vt:lpstr>
      <vt:lpstr>    2. Các khoản thu khác (nếu có):</vt:lpstr>
      <vt:lpstr>    3. Tổng số tiền cần nộp:</vt:lpstr>
      <vt:lpstr>    4. Thời hạn và hình thức nộp:</vt:lpstr>
    </vt:vector>
  </TitlesOfParts>
  <Manager/>
  <Company/>
  <LinksUpToDate>false</LinksUpToDate>
  <CharactersWithSpaces>1145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2025-09-05T03:02:00Z</dcterms:created>
  <dcterms:modified xsi:type="dcterms:W3CDTF">2025-09-05T03:02:00Z</dcterms:modified>
  <cp:category/>
</cp:coreProperties>
</file>