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B676" w14:textId="77777777" w:rsidR="00C47877" w:rsidRPr="00661431" w:rsidRDefault="00000000">
      <w:pPr>
        <w:pStyle w:val="Tytu"/>
        <w:rPr>
          <w:lang w:val="pl-PL"/>
        </w:rPr>
      </w:pPr>
      <w:r w:rsidRPr="00661431">
        <w:rPr>
          <w:lang w:val="pl-PL"/>
        </w:rPr>
        <w:t>Notatka służbowa nauczyciela</w:t>
      </w:r>
    </w:p>
    <w:p w14:paraId="0BA3BA1E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Pakiet 8 edytowalnych wzorów • szkoła i przedszkole</w:t>
      </w:r>
    </w:p>
    <w:p w14:paraId="2327D503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Opracowanie: Dzieckiem bądź | Weryfikacja źródeł: 7 września 2026 r.</w:t>
      </w:r>
    </w:p>
    <w:p w14:paraId="4A238BD6" w14:textId="085AC3A8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t xml:space="preserve">Jak korzystać </w:t>
      </w:r>
      <w:r w:rsidR="00661431">
        <w:rPr>
          <w:lang w:val="pl-PL"/>
        </w:rPr>
        <w:t>ze wzorów notatek służbowych?</w:t>
      </w:r>
    </w:p>
    <w:p w14:paraId="50B86FFA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Wybierz potrzebny formularz, skopiuj go do osobnego dokumentu i zastąp pola w nawiasach własnymi informacjami. Usuń podpowiedzi oraz pola, które nie dotyczą sprawy. Długość opisów można dowolnie zwiększać; formularze nie są zablokowane.</w:t>
      </w:r>
    </w:p>
    <w:p w14:paraId="4EAC9E7D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To wzory pomocnicze, a nie urzędowe druki MEN ani nowe obowiązkowe formularze Reformy26. Dopasuj je do procedur i obiegu dokumentacji w swojej placówce. Nie twórz dodatkowych notatek bez celu.</w:t>
      </w:r>
    </w:p>
    <w:p w14:paraId="4F4904FD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Oddziel to, co samodzielnie zaobserwowano, od relacji innych osób. Wpisuj rzeczywistą datę sporządzenia, godziny działań, konkretne ustalenia i autora. Nie diagnozuj dziecka i nie przypisuj intencji. Gromadź tylko dane potrzebne do sprawy.</w:t>
      </w:r>
    </w:p>
    <w:p w14:paraId="3F51471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Notatka dotycząca wypadku nie zastępuje protokołu powypadkowego. Notatka o podejrzeniu krzywdzenia nie zastępuje interwencji i wymaganych zawiadomień. Najpierw zapewnij bezpieczeństwo, potem dokumentuj.</w:t>
      </w:r>
    </w:p>
    <w:p w14:paraId="2C21D7E9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t>Zawartość</w:t>
      </w:r>
    </w:p>
    <w:p w14:paraId="2964DE36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1 — notatka uniwersalna</w:t>
      </w:r>
    </w:p>
    <w:p w14:paraId="1DAD8BEB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2 — zdarzenie w szkole</w:t>
      </w:r>
    </w:p>
    <w:p w14:paraId="25DD891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3 — zachowanie ucznia</w:t>
      </w:r>
    </w:p>
    <w:p w14:paraId="3EE12593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4 — rozmowa z rodzicem</w:t>
      </w:r>
    </w:p>
    <w:p w14:paraId="5E6B59A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5 — obserwacja dziecka w przedszkolu</w:t>
      </w:r>
    </w:p>
    <w:p w14:paraId="575B7964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6 — wypadek dziecka lub ucznia</w:t>
      </w:r>
    </w:p>
    <w:p w14:paraId="6B4CD8BA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7 — kontakt telefoniczny lub próba kontaktu</w:t>
      </w:r>
    </w:p>
    <w:p w14:paraId="7E234AE2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Wzór 8 — przyjęcie informacji o możliwym krzywdzeniu</w:t>
      </w:r>
    </w:p>
    <w:p w14:paraId="2AFCAEE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3ACF6016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służbowa — wzór uniwersalny</w:t>
      </w:r>
    </w:p>
    <w:p w14:paraId="40A6095A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1 • Zapis istotnego zdarzenia, rozmowy lub podjętych działań.</w:t>
      </w:r>
    </w:p>
    <w:p w14:paraId="3CC1A7F9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6C55D2F9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338B7A4B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08DF4F04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79E6EFA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Przedmiot notatki</w:t>
      </w:r>
    </w:p>
    <w:p w14:paraId="2B855B33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[Krótko wskaż sprawę.]</w:t>
      </w:r>
    </w:p>
    <w:p w14:paraId="3608728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Uczestnicy i świadkowie</w:t>
      </w:r>
    </w:p>
    <w:p w14:paraId="7D1F0F1E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[Imiona, nazwiska i role w zakresie niezbędnym do identyfikacji.]</w:t>
      </w:r>
    </w:p>
    <w:p w14:paraId="2B93DCD3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Przebieg i własne obserwacje</w:t>
      </w:r>
    </w:p>
    <w:p w14:paraId="628B45EB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[Co, gdzie i w jakiej kolejności nastąpiło? Podaj godziny, jeżeli są znane.]</w:t>
      </w:r>
    </w:p>
    <w:p w14:paraId="14063C37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Informacje uzyskane od innych osób</w:t>
      </w:r>
    </w:p>
    <w:p w14:paraId="4E40B66A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[Kto, kiedy i co przekazał? Jeśli nie dotyczy, usuń pole.]</w:t>
      </w:r>
    </w:p>
    <w:p w14:paraId="23A2CF56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Podjęte działania i powiadomienia</w:t>
      </w:r>
    </w:p>
    <w:p w14:paraId="37F8CD04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[Kto wykonał dane działanie, kiedy, kogo poinformowano i w jaki sposób?]</w:t>
      </w:r>
    </w:p>
    <w:p w14:paraId="5EDDE3D3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Ustalenia i dalsze kroki</w:t>
      </w:r>
    </w:p>
    <w:p w14:paraId="0179F98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 ustalono, kto odpowiada i do kiedy? Oddziel propozycje od uzgodnień.]</w:t>
      </w:r>
    </w:p>
    <w:p w14:paraId="3F66B51E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623F0A27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27755FB3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5CE50E3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5A5F8363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służbowa ze zdarzenia w szkole</w:t>
      </w:r>
    </w:p>
    <w:p w14:paraId="1D404F46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2 • Przebieg sytuacji oraz reakcja pracowników placówki.</w:t>
      </w:r>
    </w:p>
    <w:p w14:paraId="472DEFE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4858F843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1838F48A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5C0A0F93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09045226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Uczestnicy i świadkowie zdarzenia</w:t>
      </w:r>
    </w:p>
    <w:p w14:paraId="05D023D2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[Dane potrzebne do jednoznacznej identyfikacji; klasa lub rola.]</w:t>
      </w:r>
    </w:p>
    <w:p w14:paraId="1CFAE29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Sytuacja przed zdarzeniem</w:t>
      </w:r>
    </w:p>
    <w:p w14:paraId="5FD48B22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[Rodzaj zajęć lub przerwy, miejsce sprawowania opieki, istotny kontekst.]</w:t>
      </w:r>
    </w:p>
    <w:p w14:paraId="77EA78F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Własne obserwacje przebiegu</w:t>
      </w:r>
    </w:p>
    <w:p w14:paraId="79302905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[Konkretne zachowania, kolejność, znane godziny; czego autor nie widział?]</w:t>
      </w:r>
    </w:p>
    <w:p w14:paraId="47A29E20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Relacje uczestników lub świadków</w:t>
      </w:r>
    </w:p>
    <w:p w14:paraId="44990E76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[Odrębnie przypisz każdą relację osobie; nie przedstawiaj jej jako własnej obserwacji.]</w:t>
      </w:r>
    </w:p>
    <w:p w14:paraId="3ECCA0B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Interwencja i jej rezultat</w:t>
      </w:r>
    </w:p>
    <w:p w14:paraId="4B3EF3EF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[Kto, co i kiedy zrobił? Jak zapewniono opiekę i bezpieczeństwo?]</w:t>
      </w:r>
    </w:p>
    <w:p w14:paraId="4920F509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Powiadomienia i dalsze działania</w:t>
      </w:r>
    </w:p>
    <w:p w14:paraId="1065329D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[Odbiorca, czas, sposób kontaktu; ustalenia, osoby odpowiedzialne, terminy.]</w:t>
      </w:r>
    </w:p>
    <w:p w14:paraId="15536A6F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3C26DD0C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39FADC1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67DA4A2D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3C5C88CC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o zachowaniu ucznia</w:t>
      </w:r>
    </w:p>
    <w:p w14:paraId="44F8DBE4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3 • Opis konkretnych zachowań bez oceniania osoby.</w:t>
      </w:r>
    </w:p>
    <w:p w14:paraId="1A18953E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3C223614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07816CD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0B394A34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2FE0550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Uczeń i kontekst</w:t>
      </w:r>
    </w:p>
    <w:p w14:paraId="4C2BBB5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[Imię i nazwisko, klasa; rodzaj zadania lub sytuacji.]</w:t>
      </w:r>
    </w:p>
    <w:p w14:paraId="44BF2730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Zaobserwowane zachowania</w:t>
      </w:r>
    </w:p>
    <w:p w14:paraId="744F3ED1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 uczeń zrobił lub powiedział? Czas trwania, częstotliwość i okoliczności, jeśli je ustalono.]</w:t>
      </w:r>
    </w:p>
    <w:p w14:paraId="1F29C4B9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Perspektywa ucznia</w:t>
      </w:r>
    </w:p>
    <w:p w14:paraId="206CBD2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[Wypowiedź lub stanowisko ucznia z oznaczeniem źródła. Nie dopisuj domniemanych motywów.]</w:t>
      </w:r>
    </w:p>
    <w:p w14:paraId="06A17A1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Reakcja nauczyciela i udzielone wsparcie</w:t>
      </w:r>
    </w:p>
    <w:p w14:paraId="7BD617BA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[Konkretna interwencja lub pomoc, godzina, jeśli istotna.]</w:t>
      </w:r>
    </w:p>
    <w:p w14:paraId="5F592411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Reakcja ucznia po interwencji</w:t>
      </w:r>
    </w:p>
    <w:p w14:paraId="79C996C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[Opis obserwowalnej zmiany lub jej braku.]</w:t>
      </w:r>
    </w:p>
    <w:p w14:paraId="45AA8B77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Kontakt i plan dalszej pracy</w:t>
      </w:r>
    </w:p>
    <w:p w14:paraId="3AB5242E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[Kogo poinformowano, kiedy; uzgodnione wsparcie, odpowiedzialni i termin sprawdzenia efektów.]</w:t>
      </w:r>
    </w:p>
    <w:p w14:paraId="5239CB4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0E386971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2531D730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04191CB1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526E5405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z rozmowy z rodzicem</w:t>
      </w:r>
    </w:p>
    <w:p w14:paraId="6D9A139D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4 • Zapis tematów, stanowisk i rzeczywiście przyjętych ustaleń.</w:t>
      </w:r>
    </w:p>
    <w:p w14:paraId="4AEF590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5B37706E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78E114B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6DE4616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6D79C425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Uczestnicy i forma rozmowy</w:t>
      </w:r>
    </w:p>
    <w:p w14:paraId="7366B8E6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[Nauczyciel, rodzic/opiekun, inne osoby; spotkanie, telefon lub zatwierdzony kanał online.]</w:t>
      </w:r>
    </w:p>
    <w:p w14:paraId="46D03A54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Dziecko oraz temat rozmowy</w:t>
      </w:r>
    </w:p>
    <w:p w14:paraId="3D5A7C36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[Imię i nazwisko, klasa/grupa; konkretny powód kontaktu.]</w:t>
      </w:r>
    </w:p>
    <w:p w14:paraId="535BF956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Informacje przedstawione przez nauczyciela</w:t>
      </w:r>
    </w:p>
    <w:p w14:paraId="0A792A4B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[Fakty i obserwacje, do których odnosiła się rozmowa.]</w:t>
      </w:r>
    </w:p>
    <w:p w14:paraId="65582EC0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Informacje i stanowisko rodzica</w:t>
      </w:r>
    </w:p>
    <w:p w14:paraId="03065BBD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[Zapisz jako relację rodzica; wskaż odmienną ocenę sytuacji, jeśli wystąpiła.]</w:t>
      </w:r>
    </w:p>
    <w:p w14:paraId="25FA08ED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Ustalenia / kwestie nieuzgodnione</w:t>
      </w:r>
    </w:p>
    <w:p w14:paraId="0435267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[Działanie, osoba odpowiedzialna, termin. Oddziel propozycje od zobowiązań przyjętych przez uczestników.]</w:t>
      </w:r>
    </w:p>
    <w:p w14:paraId="0611A72F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Termin kolejnego kontaktu i uwagi</w:t>
      </w:r>
    </w:p>
    <w:p w14:paraId="6E476487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[Data, kanał; ewentualne zastrzeżenia uczestników.]</w:t>
      </w:r>
    </w:p>
    <w:p w14:paraId="43E8808F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4998CEFB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064955A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466741FB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Opcjonalnie — zapoznanie się z treścią przez rodzica: [data, podpis / uwagi]. Potwierdzenie zapoznania się nie oznacza zgody ze wszystkimi zapisami. Brak podpisu opisz rzeczowo, jeśli ma znaczenie; nie podpisuj za rodzica.</w:t>
      </w:r>
    </w:p>
    <w:p w14:paraId="025B0604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79027408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o dziecku w przedszkolu</w:t>
      </w:r>
    </w:p>
    <w:p w14:paraId="6E2A5A08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5 • Opis wybranej obserwacji — nie diagnoza ani opinia dla poradni.</w:t>
      </w:r>
    </w:p>
    <w:p w14:paraId="69CCD0E0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717617D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5A7D4D40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1409684B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47F2C922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Dziecko i grupa</w:t>
      </w:r>
    </w:p>
    <w:p w14:paraId="481AE68E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[Imię i nazwisko, nazwa grupy; wiek, tylko jeśli potrzebny.]</w:t>
      </w:r>
    </w:p>
    <w:p w14:paraId="4B0BC12F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Kontekst obserwacji</w:t>
      </w:r>
    </w:p>
    <w:p w14:paraId="1CFEFB9F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[Aktywność, przejście między zajęciami, rozstanie, zabawa; istotne warunki.]</w:t>
      </w:r>
    </w:p>
    <w:p w14:paraId="7D07CA8A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Przebieg i zachowanie dziecka</w:t>
      </w:r>
    </w:p>
    <w:p w14:paraId="2EF210C9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[Widoczne zachowania i wypowiedzi, czas trwania, ewentualnie częstotliwość.]</w:t>
      </w:r>
    </w:p>
    <w:p w14:paraId="177AC437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Wsparcie udzielone przez nauczyciela</w:t>
      </w:r>
    </w:p>
    <w:p w14:paraId="5BC6399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 zrobiono i jakie warunki zapewniono dziecku?]</w:t>
      </w:r>
    </w:p>
    <w:p w14:paraId="5E9D0863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Reakcja dziecka i zasoby</w:t>
      </w:r>
    </w:p>
    <w:p w14:paraId="49579B53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 pomogło? W jakie działania dziecko się włączyło?]</w:t>
      </w:r>
    </w:p>
    <w:p w14:paraId="40EEA56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Informacje od rodzica i dalsze ustalenia</w:t>
      </w:r>
    </w:p>
    <w:p w14:paraId="1E4D447B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[Oddziel relację rodzica od własnej obserwacji; wskaż termin dalszego kontaktu, jeśli uzgodniony.]</w:t>
      </w:r>
    </w:p>
    <w:p w14:paraId="1548DC28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2732AA39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5DB90F51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1F8D82A0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12D8F2B1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służbowa dotycząca wypadku</w:t>
      </w:r>
    </w:p>
    <w:p w14:paraId="27E33D7B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6 • Dokument pomocniczy. Nie zastępuje protokołu powypadkowego.</w:t>
      </w:r>
    </w:p>
    <w:p w14:paraId="53BA4E9B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2D666F9E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4DD4DC09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7A0A24BA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722FDD24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Poszkodowany i świadkowie</w:t>
      </w:r>
    </w:p>
    <w:p w14:paraId="3143ABB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[Dane identyfikacyjne, klasa/grupa; świadkowie i ich role.]</w:t>
      </w:r>
    </w:p>
    <w:p w14:paraId="0C20164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Okoliczności i źródło informacji</w:t>
      </w:r>
    </w:p>
    <w:p w14:paraId="46045AFE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 autor widział osobiście? Jeśli nie widział zdarzenia: od kogo i kiedy uzyskał wiadomość?]</w:t>
      </w:r>
    </w:p>
    <w:p w14:paraId="3023A601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Zaobserwowane objawy / zgłoszone dolegliwości</w:t>
      </w:r>
    </w:p>
    <w:p w14:paraId="62A44522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[Opis bez rozpoznania medycznego; oddziel słowa poszkodowanego od obserwacji.]</w:t>
      </w:r>
    </w:p>
    <w:p w14:paraId="52FD2236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Opieka, pierwsza pomoc i pomoc medyczna</w:t>
      </w:r>
    </w:p>
    <w:p w14:paraId="54164AEE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[Kto, kiedy i jakie działania podjął; wezwanie pomocy i zalecenia dyspozytora, jeśli dotyczy.]</w:t>
      </w:r>
    </w:p>
    <w:p w14:paraId="76457A14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Powiadomienia</w:t>
      </w:r>
    </w:p>
    <w:p w14:paraId="62694780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[Kiedy i jak przekazano wiadomość dyrektorowi lub osobie upoważnionej; inne faktycznie wykonane powiadomienia.]</w:t>
      </w:r>
    </w:p>
    <w:p w14:paraId="7BE8EB9D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Dalsza opieka i przekazanie informacji</w:t>
      </w:r>
    </w:p>
    <w:p w14:paraId="31A3D860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[Komu, kiedy przekazano opiekę; działania dotyczące miejsca zdarzenia; przekazanie notatki do dalszej procedury.]</w:t>
      </w:r>
    </w:p>
    <w:p w14:paraId="75B0BBE7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182595BD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74EE413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73488E61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418B1075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z kontaktu telefonicznego</w:t>
      </w:r>
    </w:p>
    <w:p w14:paraId="0F031DAB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7 • Może dokumentować rozmowę lub nieskuteczną próbę połączenia.</w:t>
      </w:r>
    </w:p>
    <w:p w14:paraId="0595CF57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5F3FE22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30D37F5B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3CC99EB3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1DDA0E4C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Cel kontaktu i osoba, z którą próbowano się skontaktować</w:t>
      </w:r>
    </w:p>
    <w:p w14:paraId="51634835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[Imię, nazwisko, rola; dziecko i klasa/grupa, jeśli potrzebne. Nie powielaj numeru telefonu bez potrzeby.]</w:t>
      </w:r>
    </w:p>
    <w:p w14:paraId="68D607D9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Próby kontaktu</w:t>
      </w:r>
    </w:p>
    <w:p w14:paraId="75F7ED90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[Daty, godziny i rezultat każdej próby; nie przypisuj przyczyn nieodebrania.]</w:t>
      </w:r>
    </w:p>
    <w:p w14:paraId="4361B66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Przebieg rozmowy, jeśli doszła do skutku</w:t>
      </w:r>
    </w:p>
    <w:p w14:paraId="16A08363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[Kto rozmawiał; informacje przekazane i otrzymane, z oznaczeniem źródeł.]</w:t>
      </w:r>
    </w:p>
    <w:p w14:paraId="26DD363F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Ustalenia</w:t>
      </w:r>
    </w:p>
    <w:p w14:paraId="0F76DB1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[Konkretne działania, osoby odpowiedzialne i terminy.]</w:t>
      </w:r>
    </w:p>
    <w:p w14:paraId="5DBFD0C7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Dalsze działania</w:t>
      </w:r>
    </w:p>
    <w:p w14:paraId="22B950D0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[Ponowienie kontaktu, zastosowany kanał służbowy, przekazanie informacji upoważnionej osobie.]</w:t>
      </w:r>
    </w:p>
    <w:p w14:paraId="3A5E1255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45F20764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7112703A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p w14:paraId="6B68464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br w:type="page"/>
      </w:r>
    </w:p>
    <w:p w14:paraId="1A5DBABD" w14:textId="77777777" w:rsidR="00C47877" w:rsidRPr="00661431" w:rsidRDefault="00000000">
      <w:pPr>
        <w:pStyle w:val="Nagwek1"/>
        <w:rPr>
          <w:lang w:val="pl-PL"/>
        </w:rPr>
      </w:pPr>
      <w:r w:rsidRPr="00661431">
        <w:rPr>
          <w:lang w:val="pl-PL"/>
        </w:rPr>
        <w:lastRenderedPageBreak/>
        <w:t>Notatka o informacji dotyczącej możliwego krzywdzenia</w:t>
      </w:r>
    </w:p>
    <w:p w14:paraId="18D19225" w14:textId="77777777" w:rsidR="00C47877" w:rsidRPr="00661431" w:rsidRDefault="00000000">
      <w:pPr>
        <w:pStyle w:val="Podtytu"/>
        <w:rPr>
          <w:lang w:val="pl-PL"/>
        </w:rPr>
      </w:pPr>
      <w:r w:rsidRPr="00661431">
        <w:rPr>
          <w:lang w:val="pl-PL"/>
        </w:rPr>
        <w:t>Wzór 8 • Stosuj procedurę ochrony małoletnich placówki. Nie odkładaj interwencji.</w:t>
      </w:r>
    </w:p>
    <w:p w14:paraId="3AE052BC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Placówka: </w:t>
      </w:r>
      <w:r w:rsidRPr="00661431">
        <w:rPr>
          <w:lang w:val="pl-PL"/>
        </w:rPr>
        <w:t>[nazwa]</w:t>
      </w:r>
    </w:p>
    <w:p w14:paraId="4AD2C01A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Miejsce i data sporządzenia: </w:t>
      </w:r>
      <w:r w:rsidRPr="00661431">
        <w:rPr>
          <w:lang w:val="pl-PL"/>
        </w:rPr>
        <w:t>[miejscowość, data]</w:t>
      </w:r>
    </w:p>
    <w:p w14:paraId="12207C11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Autor / stanowisko: </w:t>
      </w:r>
      <w:r w:rsidRPr="00661431">
        <w:rPr>
          <w:lang w:val="pl-PL"/>
        </w:rPr>
        <w:t>[imię i nazwisko, funkcja]</w:t>
      </w:r>
    </w:p>
    <w:p w14:paraId="03444AC2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Data, godzina i miejsce zdarzenia / rozmowy: </w:t>
      </w:r>
      <w:r w:rsidRPr="00661431">
        <w:rPr>
          <w:lang w:val="pl-PL"/>
        </w:rPr>
        <w:t>[uzupełnij; przy dłuższej obserwacji podaj okres]</w:t>
      </w:r>
    </w:p>
    <w:p w14:paraId="6DF498E4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Dziecko i sposób uzyskania informacji</w:t>
      </w:r>
    </w:p>
    <w:p w14:paraId="5B9A474F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[Niezbędne dane; kto, kiedy, w jakich okolicznościach przekazał informację.]</w:t>
      </w:r>
    </w:p>
    <w:p w14:paraId="48AE826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Własne obserwacje</w:t>
      </w:r>
    </w:p>
    <w:p w14:paraId="69CEA2E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[Fakty bez diagnoz, sugestii oraz samodzielnego rozstrzygania sprawstwa.]</w:t>
      </w:r>
    </w:p>
    <w:p w14:paraId="374C7C2B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Treść zgłoszenia lub spontanicznej wypowiedzi</w:t>
      </w:r>
    </w:p>
    <w:p w14:paraId="0C4447F4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[Oddaj słowa wiernie, oznacz osobę i czas; cytuj tylko przy pewności brzmienia. Nie prowadź przesłuchania.]</w:t>
      </w:r>
    </w:p>
    <w:p w14:paraId="32891650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Niezwłoczne działania dla bezpieczeństwa dziecka</w:t>
      </w:r>
    </w:p>
    <w:p w14:paraId="5029B72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[Co, kto i kiedy zrobił; zapewnienie opieki, pomoc w razie zagrożenia.]</w:t>
      </w:r>
    </w:p>
    <w:p w14:paraId="6B6446EE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Przekazanie zgłoszenia i uruchomione działania</w:t>
      </w:r>
    </w:p>
    <w:p w14:paraId="01020AA8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[Komu, kiedy i jak przekazano sprawę zgodnie ze standardami; faktycznie wykonane zawiadomienia i ich wykonawcy.]</w:t>
      </w:r>
    </w:p>
    <w:p w14:paraId="465F7B9D" w14:textId="77777777" w:rsidR="00C47877" w:rsidRPr="00661431" w:rsidRDefault="00000000">
      <w:pPr>
        <w:spacing w:before="100"/>
        <w:rPr>
          <w:lang w:val="pl-PL"/>
        </w:rPr>
      </w:pPr>
      <w:r w:rsidRPr="00661431">
        <w:rPr>
          <w:b/>
          <w:lang w:val="pl-PL"/>
        </w:rPr>
        <w:t>Dalsze postępowanie z dokumentem</w:t>
      </w:r>
    </w:p>
    <w:p w14:paraId="581612CC" w14:textId="77777777" w:rsidR="00C47877" w:rsidRPr="00661431" w:rsidRDefault="00000000">
      <w:pPr>
        <w:rPr>
          <w:lang w:val="pl-PL"/>
        </w:rPr>
      </w:pPr>
      <w:r w:rsidRPr="00661431">
        <w:rPr>
          <w:lang w:val="pl-PL"/>
        </w:rPr>
        <w:t>[Osoba przyjmująca, zabezpieczone załączniki, miejsce w dokumentacji zgodne z procedurą; dostęp tylko upoważnionych.]</w:t>
      </w:r>
    </w:p>
    <w:p w14:paraId="61DBFC77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Załączniki: </w:t>
      </w:r>
      <w:r w:rsidRPr="00661431">
        <w:rPr>
          <w:lang w:val="pl-PL"/>
        </w:rPr>
        <w:t>[wykaz lub brak]</w:t>
      </w:r>
    </w:p>
    <w:p w14:paraId="4F7151B2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Przekazano: </w:t>
      </w:r>
      <w:r w:rsidRPr="00661431">
        <w:rPr>
          <w:lang w:val="pl-PL"/>
        </w:rPr>
        <w:t>[komu i kiedy, zgodnie z procedurą]</w:t>
      </w:r>
    </w:p>
    <w:p w14:paraId="49580C27" w14:textId="77777777" w:rsidR="00C47877" w:rsidRPr="00661431" w:rsidRDefault="00000000">
      <w:pPr>
        <w:rPr>
          <w:lang w:val="pl-PL"/>
        </w:rPr>
      </w:pPr>
      <w:r w:rsidRPr="00661431">
        <w:rPr>
          <w:b/>
          <w:lang w:val="pl-PL"/>
        </w:rPr>
        <w:t xml:space="preserve">Podpis autora: </w:t>
      </w:r>
      <w:r w:rsidRPr="00661431">
        <w:rPr>
          <w:lang w:val="pl-PL"/>
        </w:rPr>
        <w:t>[podpis; w obiegu elektronicznym sposób zatwierdzenia przyjęty w placówce]</w:t>
      </w:r>
    </w:p>
    <w:sectPr w:rsidR="00C47877" w:rsidRPr="00661431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2C748" w14:textId="77777777" w:rsidR="00EE6FC7" w:rsidRDefault="00EE6FC7">
      <w:pPr>
        <w:spacing w:after="0" w:line="240" w:lineRule="auto"/>
      </w:pPr>
      <w:r>
        <w:separator/>
      </w:r>
    </w:p>
  </w:endnote>
  <w:endnote w:type="continuationSeparator" w:id="0">
    <w:p w14:paraId="31E75E2E" w14:textId="77777777" w:rsidR="00EE6FC7" w:rsidRDefault="00EE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D079" w14:textId="77777777" w:rsidR="00C47877" w:rsidRDefault="00000000">
    <w:pPr>
      <w:pStyle w:val="Stopka"/>
      <w:jc w:val="right"/>
    </w:pPr>
    <w:r>
      <w:t xml:space="preserve">www.dzieckiembadz.pl  |  </w:t>
    </w:r>
    <w:r>
      <w:fldChar w:fldCharType="begin"/>
    </w:r>
    <w:r>
      <w:instrText>PAGE</w:instrText>
    </w:r>
    <w:r>
      <w:fldChar w:fldCharType="separate"/>
    </w:r>
    <w:r w:rsidR="006614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7D14" w14:textId="77777777" w:rsidR="00EE6FC7" w:rsidRDefault="00EE6FC7">
      <w:pPr>
        <w:spacing w:after="0" w:line="240" w:lineRule="auto"/>
      </w:pPr>
      <w:r>
        <w:separator/>
      </w:r>
    </w:p>
  </w:footnote>
  <w:footnote w:type="continuationSeparator" w:id="0">
    <w:p w14:paraId="1CBBAF35" w14:textId="77777777" w:rsidR="00EE6FC7" w:rsidRDefault="00EE6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00C5" w14:textId="77777777" w:rsidR="00C47877" w:rsidRDefault="00000000">
    <w:pPr>
      <w:pStyle w:val="Nagwek"/>
    </w:pPr>
    <w:r>
      <w:t>DZIECKIEM BĄDŹ  |  WZORY DO EDYCJI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41870">
    <w:abstractNumId w:val="8"/>
  </w:num>
  <w:num w:numId="2" w16cid:durableId="139811806">
    <w:abstractNumId w:val="6"/>
  </w:num>
  <w:num w:numId="3" w16cid:durableId="2080714204">
    <w:abstractNumId w:val="5"/>
  </w:num>
  <w:num w:numId="4" w16cid:durableId="333383199">
    <w:abstractNumId w:val="4"/>
  </w:num>
  <w:num w:numId="5" w16cid:durableId="1678730834">
    <w:abstractNumId w:val="7"/>
  </w:num>
  <w:num w:numId="6" w16cid:durableId="432434841">
    <w:abstractNumId w:val="3"/>
  </w:num>
  <w:num w:numId="7" w16cid:durableId="949818071">
    <w:abstractNumId w:val="2"/>
  </w:num>
  <w:num w:numId="8" w16cid:durableId="1122188078">
    <w:abstractNumId w:val="1"/>
  </w:num>
  <w:num w:numId="9" w16cid:durableId="85106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61431"/>
    <w:rsid w:val="00AA1D8D"/>
    <w:rsid w:val="00B47730"/>
    <w:rsid w:val="00C47877"/>
    <w:rsid w:val="00CB0664"/>
    <w:rsid w:val="00D0350F"/>
    <w:rsid w:val="00EE6FC7"/>
    <w:rsid w:val="00FA2E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72CD7"/>
  <w14:defaultImageDpi w14:val="300"/>
  <w15:docId w15:val="{4ED17004-23ED-432F-8A9C-42AEED6D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64" w:lineRule="auto"/>
    </w:pPr>
    <w:rPr>
      <w:rFonts w:ascii="Calibri" w:hAnsi="Calibri"/>
      <w:color w:val="2020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66666"/>
      <w:sz w:val="18"/>
    </w:r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66666"/>
      <w:sz w:val="18"/>
    </w:r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/>
      <w:i/>
      <w:iCs/>
      <w:color w:val="555555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1504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Malinowski</cp:lastModifiedBy>
  <cp:revision>2</cp:revision>
  <dcterms:created xsi:type="dcterms:W3CDTF">2026-09-08T09:35:00Z</dcterms:created>
  <dcterms:modified xsi:type="dcterms:W3CDTF">2026-09-08T09:35:00Z</dcterms:modified>
  <cp:category/>
</cp:coreProperties>
</file>