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TUẦN 23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KẾ HOẠCH BÀI DẠY MÔN TOÁN 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CHỦ ĐỀ 9: CHU VI, DIỆN TÍCH MỘT SỐ HÌNH PHẲNG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Bài 53: LUYỆN TẬP CHUNG (Tiết 1) - Trang 36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I. YÊU CẦU CẦN ĐẠT: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1. Năng lực đặc thù: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Củng cố cách tính diện tích hình vuông, hình chữ nhật.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Tính được diện tích hình chữ nhật khi chiều dài gấp đôi chiều rộng.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So sánh được diện tích các hình trên lưới ô vuông.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Vận dụng chu vi hình vuông để tìm cạnh và tính diện tích.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2. Năng lực chung: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Tự chủ, tự học: tự chọn công thức tính diện tích và kiểm tra kết quả.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Giao tiếp và hợp tác: trao đổi nhóm khi đếm ô vuông, so sánh diện tích.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vấn đề và sáng tạo: vận dụng kiến thức diện tích vào bài luyện tập.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3. Phẩm chất: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Chăm chỉ: hoàn thành bài luyện tập và tích cực tham gia hoạt động nhóm.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Trung thực: tự kiểm tra phép tính, không đoán diện tích khi chưa đếm ô.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Trách nhiệm: biết bảo vệ môi trường sống của các loài vật nhỏ.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4. Tích hợp: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Tích hợp GDBVMT: HS biết bảo vệ môi trường sống của các loài vật nhỏ, không phá tổ, không bắt hoặc làm hại côn trùng có ích.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II. ĐỒ DÙNG DẠY HỌC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Kế hoạch bài dạy, SGK Toán 3 tập hai, bài giảng PowerPoint.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Giấy ô vuông, thước kẻ, bút màu, phiếu học tập.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Hình cắt từ SGK trang 36.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giáo viên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học sinh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1. Khởi động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Ôn công thức diện tích hình vuông, hình chữ nhật.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trò chơi “Công thức nhanh”.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tham gia trò chơi.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tính diện tích hình vuông, em làm thế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Lấy độ dài một cạnh nhân với chính nó.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tính diện tích hình chữ nhật, em làm thế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Lấy chiều dài nhân với chiều rộng cùng đơn vị đo.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dẫn dắt vào tiết luyện tập.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2. Luyện tập (22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Tính diện tích, so sánh diện tích và vận dụng chu vi để tìm diện tích.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 tích hợp GDBVMT: HS biết bảo vệ môi trường sống của các loài vật nhỏ qua tình huống trong bài.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1. Tính diện tích hình vuông, hình chữ nhật.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hình Bài 1.</w:t>
            </w:r>
          </w:p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noProof/>
                <w:sz w:val="26"/>
              </w:rPr>
              <w:lastRenderedPageBreak/>
              <w:drawing>
                <wp:inline distT="0" distB="0" distL="0" distR="0" wp14:anchorId="50D1EF28" wp14:editId="20D0A4B4">
                  <wp:extent cx="2852928" cy="5654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3_t2_b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928" cy="56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HS quan sát đề bài.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yêu cầu HS đọc yêu cầu Bài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a) Tính diện tích hình vuông có cạnh 9 cm; b) Tính diện tích hình chữ nhật có chiều dài 9 cm và chiều rộng 6 cm.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Diện tích hình vuông cạnh 9 cm tính thế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9 x 9 = 81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Diện tích hình chữ nhật dài 9 cm, rộng 6 cm tính thế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9 x 6 = 54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trình bày vào vở.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bày: a) 81 cm²; b) 54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Cần chọn đúng công thức theo từng loại hình.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và sửa bài.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2. Tính diện tích hình chữ nhật.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2.</w:t>
            </w:r>
          </w:p>
          <w:p w:rsidR="003E4995" w:rsidRPr="009C0ACA" w:rsidRDefault="003E4995">
            <w:pPr>
              <w:spacing w:after="0" w:line="240" w:lineRule="auto"/>
              <w:jc w:val="center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 đề bài.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 2.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Một hình chữ nhật có chiều rộng 6 cm, chiều dài gấp đôi chiều rộng. Tính diện tích hình chữ nhật đó.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Chiều dài hình chữ nhật là bao nhiêu?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Chiều dài là 6 x 2 = 12 cm.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Diện tích hình chữ nhật là bao nhiêu?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12 x 6 = 72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trình bày bài giải.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bày: Chiều dài là 12 cm. Diện tích là 12 x 6 = 72 cm². Đáp số: 72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Khi đề cho “gấp đôi”, cần tìm chiều dài trước rồi mới tính diện tích.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3. Hai miếng bìa nào có diện tích bằng nhau? (Làm việc nhóm 2)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3.</w:t>
            </w:r>
          </w:p>
          <w:p w:rsidR="003E4995" w:rsidRPr="009C0ACA" w:rsidRDefault="003E4995" w:rsidP="009C0ACA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ba miếng bìa A, B, C.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 3.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Việt cắt được các miếng bìa như hình dưới đây. Hai miếng bìa nào có diện tích bằng nhau?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HS đếm ô vuông và các nửa ô của từng miếng bìa.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đếm số ô vuông và nửa ô theo hướng dẫn.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Hai miếng bìa nào có diện tích bằng nhau?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Hai miếng bìa B và C có diện tích bằng nhau.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giải thích ngắn gọn.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Khi đếm các ô vuông và nửa ô, diện tích miếng B bằng diện tích miếng C.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Hình khác nhau nhưng có thể có diện tích bằng nhau.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4. Tính diện tích vỏ đài hình vuông.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4.</w:t>
            </w:r>
          </w:p>
          <w:p w:rsidR="003E4995" w:rsidRPr="009C0ACA" w:rsidRDefault="003E4995" w:rsidP="009C0ACA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tình huống các loài vật nhỏ.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Tích hợp GDBVMT: GV hỏi: Trong tranh có các loài vật nhỏ, chúng ta cần làm gì để bảo vệ môi trường sống của chúng?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Không bắt, không phá tổ, không làm hại côn trùng có ích; giữ gìn cây cối và môi trường sống.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 4.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Một vỏ đài hình vuông có chu vi 36 cm. Tính diện tích của vỏ đài đó.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tính diện tích, trước hết cần tìm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Cần tìm độ dài một cạnh.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cạnh hình vuông.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36 : 4 = 9 cm.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diện tích.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9 x 9 = 81 cm².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Biết chu vi hình vuông thì tìm cạnh bằng cách lấy chu vi chia 4, rồi tính diện tích.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3. Vận dụng (8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Củng cố tính diện tích hình vuông, hình chữ nhật và liên hệ bảo vệ môi trường sống của các loài vật nhỏ.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nêu lại cách tính diện tích hình vuông và hình chữ nhật.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Diện tích hình vuông bằng cạnh nhân với chính nó; diện tích hình chữ nhật bằng chiều dài nhân chiều rộng.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biết chu vi hình vuông, muốn tính diện tích em cần làm gì trước?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tìm cạnh bằng cách lấy chu vi chia 4, rồi lấy cạnh nhân với chính nó.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nêu một việc nên làm để bảo vệ môi trường sống của các loài vật nhỏ trong tranh.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Không bắt, không phá tổ, giữ gìn cây cối và môi trường sống sạch sẽ.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nhận xét tiết học, dặn HS hoàn thành bài còn thiếu và chuẩn bị cho Bài học STEM ở tiết sau.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ghi nhớ nhiệm vụ.</w:t>
            </w:r>
          </w:p>
        </w:tc>
      </w:tr>
    </w:tbl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IV. ĐIỀU CHỈNH SAU BÀI DẠY: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br w:type="page"/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lastRenderedPageBreak/>
        <w:t>TUẦN 23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KẾ HOẠCH BÀI DẠY MÔN TOÁN 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CHỦ ĐỀ 9: CHU VI, DIỆN TÍCH MỘT SỐ HÌNH PHẲNG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Bài học STEM: TRẢI NGHIỆM CÙNG DIỆN TÍCH HÌNH VUÔNG, HÌNH CHỮ NHẬT (Tiết 2)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I. YÊU CẦU CẦN ĐẠT: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1. Năng lực đặc thù: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Thực hiện được việc vẽ hình vuông, hình chữ nhật trên lưới ô vuông.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được một số vấn đề thực tiễn liên quan đến diện tích của hình vuông, diện tích hình chữ nhật.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Thực hành sử dụng vật liệu đơn giản, phối hợp kĩ năng cắt, xé, dán, ghép để tạo bản thiết kế ở mức độ đơn giản.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2. Năng lực chung: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Tự chủ, tự học: lựa chọn ý tưởng, vật liệu, cách thực hiện và tự kiểm tra sản phẩm.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Giao tiếp và hợp tác: thảo luận nhóm, phân công nhiệm vụ, chia sẻ ý tưởng và giới thiệu sản phẩm.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vấn đề và sáng tạo: tạo bản thiết kế có sử dụng diện tích hình vuông, hình chữ nhật.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3. Phẩm chất: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Chăm chỉ: tích cực thực hành, hoàn thiện sản phẩm và phiếu học tập.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Trung thực: ghi đúng số đo, diện tích và tự đánh giá sản phẩm theo tiêu chí.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Trách nhiệm: sử dụng kéo, giấy màu, bút màu an toàn; giữ gìn vệ sinh sau hoạt động nhóm.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4. Tích hợp: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Bài học STEM: Trải nghiệm cùng diện tích hình vuông, hình chữ nhật. HS vẽ hình vuông, hình chữ nhật trên lưới ô vuông, vận dụng diện tích và phối hợp kĩ năng cắt, xé, dán, ghép để tạo bản thiết kế đơn giản.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II. ĐỒ DÙNG DẠY HỌC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Kế hoạch bài dạy, SGK Toán 3 tập hai, bài giảng PowerPoint.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Giấy kẻ ô vuông, bảng sơ đồ, thẻ ghi diện tích, phiếu học tập STEM.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Thước kẻ, kéo thủ công, bút màu, giấy màu, hồ dán.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giáo viên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học sinh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1. Khởi động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Tạo tâm thế học tập, ôn nhanh diện tích hình vuông, hình chữ nhật trước khi thực hành STEM.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trò chơi “Phản xạ nhanh”. Lượt 1: quản trò hô “Đứng lên”, “Ngồi xuống”, “Vỗ tay” thì HS làm đúng theo hiệu lệnh.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theo dõi cách chơi và thực hiện đúng hiệu lệnh.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lượt 2: quản trò hô “Đứng lên” thì HS ngồi xuống, hô “Ngồi xuống” thì HS đứng lên, hô “Vỗ tay” thì HS giơ tay chào.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tham gia trò chơi, chú ý phản xạ nhanh theo quy định.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tính diện tích hình vuông và hình chữ nhật, em làm thế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Hình vuông lấy cạnh nhân cạnh; hình chữ nhật lấy chiều dài nhân chiều rộng cùng đơn vị đo.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 xml:space="preserve">- GV giới thiệu nhiệm vụ: Tiết này các nhóm thực hành Bài học STEM “Trải nghiệm cùng </w:t>
            </w: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diện tích hình vuông, hình chữ nhật”.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HS lắng nghe, chuẩn bị đồ dùng học tập.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lastRenderedPageBreak/>
              <w:t>2. Hoạt động 3. Đề xuất ý tưởng và cách thực hiện bản thiết kế (10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HS thảo luận, lựa chọn ý tưởng và nêu được cách thực hiện bản thiết kế.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chia lớp thành các nhóm 4 - 6 HS.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lập nhóm theo yêu cầu.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nêu tiêu chí bản thiết kế: có sử dụng các hình phẳng đã học trên lưới ô vuông; có ghi tên và kích thước các cạnh; bản thiết kế rõ ràng, phù hợp mục đích sử dụng.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đọc lại tiêu chí sản phẩm.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chiếu một vài ý tưởng bản thiết kế như: trường học, sân chơi, khu vườn, nhà và công trình phụ.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sát, nêu điều mình thích trong các ý tưởng.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đặt câu hỏi gợi ý: Bản thiết kế gồm những khu vực nào? Mỗi khu vực có dạng hình gì? Diện tích mỗi khu vực là bao nhiêu? Sắp xếp thế nào cho hợp lí?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thảo luận nhóm và trả lời theo ý tưởng của nhóm.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nhóm chọn một ý tưởng, đề xuất cách thực hiện và hoàn thành phiếu học tập số 3.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thống nhất ý tưởng, ghi tên công trình, các khu vực, số đo dự kiến và khó khăn cần khắc phục.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đại diện nhóm chia sẻ ý tưởng, nhóm khác nhận xét, góp ý hoặc đặt câu hỏi.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Đại diện nhóm trình bày; nhóm khác nhận xét, góp ý lịch sự.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3. Hoạt động 4. Thực hiện bản thiết kế (10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HS sử dụng vật liệu, lưới ô vuông và kiến thức diện tích để tạo bản thiết kế đơn giản.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các nhóm lựa chọn dụng cụ, vật liệu phù hợp với phương án của nhóm: giấy ô vuông, thước kẻ, kéo, bút màu, giấy màu, hồ dán.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lựa chọn vật liệu, dụng cụ phù hợp với phương án của nhóm.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quy ước với HS: mỗi ô vuông trên giấy ô li ứng với 1 m² hoặc 1 cm² theo yêu cầu nhóm đã chọn.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quy ước lên phiếu/bản thiết kế.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nhóm vẽ các khu vực bằng hình vuông, hình chữ nhật; ghi số đo cạnh, chiều dài, chiều rộng và diện tích từng khu vực.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thực hiện bản thiết kế trên giấy ô li, ghi tên khu vực, số đo và phép tính diện tích.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nhắc HS kiểm tra: số ô trên lưới có khớp với số đo không, diện tích tính đúng chưa, các khu vực có sắp xếp hợp lí không.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tự kiểm tra, sửa hình vẽ, số đo hoặc phép tính nếu chưa đúng.</w:t>
            </w:r>
          </w:p>
        </w:tc>
      </w:tr>
      <w:tr w:rsidR="009C0ACA" w:rsidRPr="009C0ACA" w:rsidTr="00286FF0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quan sát, hỗ trợ nhóm gặp khó khăn khi tính diện tích hoặc bố trí bản thiết kế.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tiếp nhận góp ý và điều chỉnh sản phẩm theo tiêu chí.</w:t>
            </w:r>
          </w:p>
        </w:tc>
      </w:tr>
      <w:tr w:rsidR="009C0ACA" w:rsidRPr="009C0ACA" w:rsidTr="00286FF0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4. Hoạt động 5. Trưng bày, giới thiệu sản phẩm và tổng kết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HS trưng bày, giới thiệu, nhận xét và tự đánh giá sản phẩm.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286FF0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cho các nhóm trưng bày sản phẩm.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trưng bày bản thiết kế của nhóm.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 xml:space="preserve">- GV mời HS đi tham quan bản thiết kế của </w:t>
            </w: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các nhóm.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 xml:space="preserve">- HS đi tham quan, quan sát cách bố trí và </w:t>
            </w: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cách ghi diện tích của nhóm bạn.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mời đại diện nhóm giới thiệu sản phẩm: tên công trình, mục đích sử dụng, các khu vực, diện tích từng khu vực và cách sắp xếp.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Đại diện nhóm giới thiệu bản thiết kế của nhóm.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nhóm khác góp ý giúp nhóm bạn điều chỉnh sản phẩm tốt hơn.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nhận xét theo tiêu chí: đúng hình, đúng diện tích, trình bày rõ, đẹp, hợp lí.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tự đánh giá sản phẩm của nhóm mình và nhóm bạn bằng phiếu/khuôn mặt cảm xúc.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tự đánh giá và hoàn thành phiếu đánh giá.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nhắc HS hoàn thiện sản phẩm, khen ngợi nhóm tích cực và tổng kết bài học.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thu dọn đồ dùng và hoàn thiện sản phẩm nếu cần.</w:t>
            </w:r>
          </w:p>
        </w:tc>
      </w:tr>
      <w:tr w:rsidR="009C0ACA" w:rsidRPr="009C0ACA" w:rsidTr="009C0ACA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5. Vận dụng - Trải nghiệm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Củng cố kiến thức của tiết học, liên hệ thực tế, nhận xét kết quả học tập và giao nhiệm vụ về nhà.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thực hiện bản thiết kế STEM, em đã vận dụng kiến thức Toán nào?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vận dụng diện tích hình vuông, diện tích hình chữ nhật, cách đếm ô vuông và cách ghi số đo.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bản thiết kế đúng, em cần kiểm tra những nội dung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cần kiểm tra hình vẽ, số đo cạnh, chiều dài, chiều rộng, diện tích và cách trình bày.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liên hệ: Nếu thiết kế một khu vườn hoặc sân chơi thật, vì sao cần tính diện tích trước?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Vì cần biết mỗi khu vực rộng bao nhiêu để sắp xếp hợp lí và chuẩn bị vật liệu phù hợp.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nhận xét tiết học, tuyên dương HS hợp tác tốt, trình bày sản phẩm rõ ràng và biết tự đánh giá.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nêu điều em thích nhất ở sản phẩm của nhóm mình.</w:t>
            </w:r>
          </w:p>
        </w:tc>
      </w:tr>
      <w:tr w:rsidR="009C0ACA" w:rsidRPr="009C0ACA" w:rsidTr="009C0ACA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dặn dò HS giữ sản phẩm sạch đẹp, hoàn thiện phần ghi số đo nếu còn thiếu và chuẩn bị bài Phép cộng trong phạm vi 10 000.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nhớ nhiệm vụ về nhà.</w:t>
            </w:r>
          </w:p>
        </w:tc>
      </w:tr>
    </w:tbl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IV. ĐIỀU CHỈNH SAU BÀI DẠY: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br w:type="page"/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lastRenderedPageBreak/>
        <w:t>TUẦN 23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KẾ HOẠCH BÀI DẠY MÔN TOÁN 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CHỦ ĐỀ 10: CỘNG, TRỪ, NHÂN, CHIA TRONG PHẠM VI 10 000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Bài 54: PHÉP CỘNG TRONG PHẠM VI 10 000 (Tiết 1) - Trang 38, 39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I. YÊU CẦU CẦN ĐẠT: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1. Năng lực đặc thù: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Biết cách thực hiện phép cộng các số trong phạm vi 10 000 có nhớ.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Đặt tính và tính đúng phép cộng theo hàng nghìn, trăm, chục, đơn vị.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được bài toán có lời văn liên quan đến phép cộng.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Biết kiểm tra kết quả bằng cách so sánh với dữ kiện thực tế.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2. Năng lực chung: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Tự chủ, tự học: tự đặt tính, tính và kiểm tra kết quả.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Giao tiếp và hợp tác: trình bày cách tính, nhận xét bài làm của bạn.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vấn đề và sáng tạo: phát hiện lỗi khi nhập sai dữ liệu vào công cụ tính toán.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3. Phẩm chất: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Chăm chỉ: luyện đặt tính và tính cẩn thận.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Trung thực: tự sửa lỗi khi tính sai hoặc đặt tính lệch hàng.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Trách nhiệm: sử dụng Calculator/AI đúng mục đích học tập.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4. Tích hợp: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Tích hợp AI (Khung 3439) - 3.A3.1: HS biết AI/công cụ tính toán chỉ cho kết quả phù hợp khi dữ liệu nhập vào chính xác. GV cố tình nhập sai một chữ số trong phép cộng vào Calculator; HS so sánh với phép đặt tính trong vở để phát hiện lỗi và sửa lại dữ liệu đầu vào.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II. ĐỒ DÙNG DẠY HỌC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Kế hoạch bài dạy, SGK Toán 3 tập hai, bài giảng PowerPoint.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Calculator, màn hình trình chiếu lỗi nhập số, bảng con.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Hình cắt từ SGK trang 38, 39.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giáo viên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học sinh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1. Khởi động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Ôn cộng có nhớ trong phạm vi 1 000 và tạo tình huống cộng đến 10 000.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trò chơi “Cộng nhanh”.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tham gia trò chơi.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nêu phép tính 729 + 827.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 nhanh hoặc đặt tính, nêu kết quả.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cộng có nhớ, em cần chú ý điều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Cần nhớ sang hàng bên trái và đặt các chữ số thẳng hàng.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dẫn dắt: Hôm nay học phép cộng trong phạm vi 10 000.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tên bài.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2. Khám phá (12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Biết cách cộng hai số trong phạm vi 10 000 có nhớ.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 tích hợp AI 3.A3.1: HS hiểu công cụ tính toán chỉ đúng khi nhập dữ liệu chính xác.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Khám phá. Phép cộng 2 729 + 4 827.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hình trong SGK.</w:t>
            </w:r>
          </w:p>
          <w:p w:rsidR="003E4995" w:rsidRPr="009C0ACA" w:rsidRDefault="003E4995">
            <w:pPr>
              <w:spacing w:after="0" w:line="240" w:lineRule="auto"/>
              <w:jc w:val="center"/>
            </w:pP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tranh khám phá.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tình huống trong tranh.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 xml:space="preserve">- HS đọc: Dân tộc Cống có 2 729 người, dân tộc Lô Lô có 4 827 người. Hai dân tộc đó có </w:t>
            </w: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tất cả bao nhiêu người?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hướng dẫn HS viết phép tính 2 729 + 4 827.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viết phép tính vào bảng con.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đặt tính theo cột dọc.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đặt tính, các hàng nghìn, trăm, chục, đơn vị thẳng cột.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tính từ phải sang trái: 9 cộng 7 bằng 16, viết 6 nhớ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theo dõi và nhắc lại bước tính hàng đơn vị.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tiếp tục hướng dẫn các hàng còn lại.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2 thêm 1 bằng 3, 3 cộng 2 bằng 5; 7 cộng 8 bằng 15, viết 5 nhớ 1; 2 thêm 1 bằng 3, 3 cộng 4 bằng 7.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Tích hợp AI: GV nhập 2 729 + 4 827 vào Calculator rồi cố tình nhập sai thành 2 729 + 4 8270; yêu cầu HS so sánh kết quả máy với bài đặt tính.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phát hiện kết quả máy không phù hợp vì GV nhập sai dữ liệu; HS nêu cần kiểm tra số nhập vào.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2 729 + 4 827 = 7 556; công cụ tính toán chỉ đúng khi dữ liệu nhập vào đúng.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và ghi nhớ.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3. Hoạt động (13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Thực hành tính, đặt tính và giải bài toán có lời văn.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1. Tính.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1.</w:t>
            </w:r>
          </w:p>
          <w:p w:rsidR="003E4995" w:rsidRPr="009C0ACA" w:rsidRDefault="003E4995">
            <w:pPr>
              <w:spacing w:after="0" w:line="240" w:lineRule="auto"/>
              <w:jc w:val="center"/>
            </w:pP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các phép tính đặt sẵn.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Tính.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làm bốn phép tính vào vở.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làm bài cá nhân.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 kết quả từng phép tính.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6 428 + 3 481 = 9 909; 2 576 + 4 518 = 7 094; 6 307 + 826 = 7 133; 837 + 524 = 1 361.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nêu phép tính có nhớ nhiều lần.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 phép tính và giải thích bước nhớ.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Khi cộng, cần viết thẳng hàng và cộng từ phải sang trái.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2. Đặt tính rồi tính.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2.</w:t>
            </w:r>
          </w:p>
          <w:p w:rsidR="003E4995" w:rsidRPr="009C0ACA" w:rsidRDefault="003E4995" w:rsidP="004656DF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các phép cộng.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2.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Đặt tính rồi tính.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nhắc HS đặt các chữ số cùng hàng thẳng cột.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đặt tính vào vở.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từng phép cộng.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3 628 + 4 845 = 8 473; 4 252 + 5 284 = 9 536; 3 847 + 635 = 4 482.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HS trình bày một phép tính trên bảng.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 và nêu các bước cộng có nhớ.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Phép cộng có số hạng ít chữ số hơn vẫn phải đặt đúng hàng đơn vị, chục, trăm.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và sửa bài.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3. Bài toán thu hoạch thóc. (Làm việc nhóm 2)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HS quan sát Bài 3.</w:t>
            </w:r>
          </w:p>
          <w:p w:rsidR="003E4995" w:rsidRPr="009C0ACA" w:rsidRDefault="003E4995" w:rsidP="004656DF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HS quan sát tranh ruộng lúa.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yêu cầu HS đọc đề bài.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Bác Hùng thu hoạch 2 530 kg thóc, bác Dương thu hoạch nhiều hơn bác Hùng 550 kg thóc.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Bài toán hỏi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Hỏi bác Dương thu hoạch được bao nhiêu ki-lô-gam thóc.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Bác Dương nhiều hơn bác Hùng 550 kg, ta làm phép tính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Làm phép cộng 2 530 + 550.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trình bày bài giải.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bày: Bác Dương thu hoạch được 2 530 + 550 = 3 080 (kg). Đáp số: 3 080 kg thóc.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Bài toán “nhiều hơn” dùng phép cộng.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4. Vận dụng - Trải nghiệm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Củng cố kiến thức của tiết học, liên hệ thực tế, nhận xét kết quả học tập và giao nhiệm vụ về nhà.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cộng số trong phạm vi 10 000, em đặt tính như thế nào?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đặt các chữ số cùng hàng thẳng cột: hàng đơn vị, chục, trăm, nghìn.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cộng có nhớ, em cần chú ý điều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cộng từ phải sang trái; nếu tổng ở một hàng lớn hơn 9 thì viết chữ số hàng đơn vị và nhớ sang hàng bên trái.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liên hệ AI/công cụ tính toán: Vì sao phải nhập đúng dữ liệu trước khi bấm tính?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Vì nhập sai chữ số thì kết quả sẽ sai, dù công cụ tính toán hoạt động đúng.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nhận xét tiết học, tuyên dương HS biết đặt tính, cộng có nhớ và phát hiện lỗi nhập số.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nêu một lỗi mình cần tránh khi cộng.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dặn dò HS về nhà luyện 3 phép cộng có nhớ và chuẩn bị Bài 54 tiết 2.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nhớ nhiệm vụ về nhà.</w:t>
            </w:r>
          </w:p>
        </w:tc>
      </w:tr>
    </w:tbl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IV. ĐIỀU CHỈNH SAU BÀI DẠY: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TUẦN 23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KẾ HOẠCH BÀI DẠY MÔN TOÁN 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CHỦ ĐỀ 10: CỘNG, TRỪ, NHÂN, CHIA TRONG PHẠM VI 10 000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Bài 54: PHÉP CỘNG TRONG PHẠM VI 10 000 (Tiết 2) - Trang 39, 40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I. YÊU CẦU CẦN ĐẠT: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1. Năng lực đặc thù: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Củng cố cộng nhẩm, đặt tính và tính trong phạm vi 10 000.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Tính nhẩm được các số tròn nghìn, tròn trăm.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So sánh kết quả các phép cộng để chọn kết quả lớn nhất.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được bài toán thực tế có hai bước tính liên quan đến phép cộng.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2. Năng lực chung: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Tự chủ, tự học: tự làm phiếu số và kiểm tra lỗi cộng có nhớ.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Giao tiếp và hợp tác: trao đổi nhóm khi chọn cửa hang có kết quả lớn nhất.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vấn đề và sáng tạo: vận dụng phép cộng trong tình huống thể thao.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lastRenderedPageBreak/>
        <w:t>3. Phẩm chất: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Chăm chỉ: luyện tập đầy đủ các dạng cộng.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Trung thực: xem phản hồi phiếu số và sửa lỗi đặt tính.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Trách nhiệm: sử dụng Liveworksheets đúng hướng dẫn.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4. Tích hợp: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Tích hợp NLS 5.1.CB1a: GV dùng Liveworksheets dạng đặt tính theo cột nghìn, trăm, chục, đơn vị; HS điền kết quả từng hàng, kiểm tra lỗi đặt tính lệch hàng hoặc quên nhớ.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II. ĐỒ DÙNG DẠY HỌC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Kế hoạch bài dạy, SGK Toán 3 tập hai, bài giảng PowerPoint.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Liveworksheets phiếu đặt tính, bảng con, phiếu nhóm.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Hình cắt từ SGK trang 39, 40.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giáo viên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học sinh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1. Khởi động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Ôn cộng trong phạm vi 10 000.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trò chơi “Tính tiếp sức”.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tham gia trò chơi.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nêu: 5 000 + 3 000 bằng bao nhiêu?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8 000.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nêu: 4 200 + 600 bằng bao nhiêu?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4 800.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dẫn dắt vào phần luyện tập.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2. Luyện tập (25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Cộng nhẩm, đặt tính, chọn kết quả lớn nhất và giải bài toán có lời văn.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 tích hợp NLS 5.1.CB1a: HS làm Liveworksheets dạng đặt tính theo cột, xem phản hồi để sửa lỗi.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1. Tính nhẩm theo mẫu. (Làm việc cá nhân)</w:t>
            </w:r>
          </w:p>
          <w:p w:rsidR="003E4995" w:rsidRPr="009C0ACA" w:rsidRDefault="00D058ED" w:rsidP="004656DF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1.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mẫu tính nhẩm.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Tính nhẩm theo mẫu.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mẫu 5 000 + 3 000 = 8 000.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cách nhẩm.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làm câu a, b, c, d.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làm: a) 8 000; b) 7 000; c) 9 000; d) 10 000.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HS nêu cách nhẩm.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Cộng số nghìn với số nghìn.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Khi cộng các số tròn nghìn, có thể nhẩm theo số nghìn.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2. Tính nhẩm theo mẫu.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2.</w:t>
            </w:r>
          </w:p>
          <w:p w:rsidR="003E4995" w:rsidRPr="009C0ACA" w:rsidRDefault="003E4995">
            <w:pPr>
              <w:spacing w:after="0" w:line="240" w:lineRule="auto"/>
              <w:jc w:val="center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mẫu và các phép tính.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2.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Tính nhẩm theo mẫu.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mẫu 4 200 + 600 = 4 800.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cách nhẩm theo nghìn, trăm.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các phép tính còn lại.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làm: a) 3 900; b) 5 500; c) 8 800; d) 6 900.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HS giải thích cách nhẩm một phép tính.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giải thích: 3 200 + 700 = 3 nghìn 9 trăm = 3 900.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 xml:space="preserve">- GV kết luận: Có thể nhẩm theo hàng nghìn, </w:t>
            </w: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hàng trăm khi số là số tròn trăm.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lastRenderedPageBreak/>
              <w:t>Bài 3. Cửa hang có kết quả lớn nhất. (Làm việc nhóm 2)</w:t>
            </w:r>
          </w:p>
          <w:p w:rsidR="003E4995" w:rsidRPr="009C0ACA" w:rsidRDefault="00D058ED" w:rsidP="004656DF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3.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các phép tính A, B, C.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Tích hợp NLS: GV mở Liveworksheets có ba phép tính A, B, C; HS điền kết quả từng hàng theo cột nghìn, trăm, chục, đơn vị và xem phản hồi.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nhập kết quả, xem phản hồi, sửa lỗi nếu đặt tính hoặc nhớ sai.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 3.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Dế mèn sẽ đến cửa hang ghi phép tính có kết quả lớn nhất.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kết quả các phép tính.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A = 7 800; B = 8 300; C = 8 000.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Kết quả lớn nhất là phép tính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B là kết quả lớn nhất.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Muốn chọn kết quả lớn nhất, cần tính đúng rồi so sánh các kết quả.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4. Bài toán khán giả ở sân vận động.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4.</w:t>
            </w:r>
          </w:p>
          <w:p w:rsidR="003E4995" w:rsidRPr="009C0ACA" w:rsidRDefault="003E4995" w:rsidP="004656DF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tranh sân vận động.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Khán giả ở khán đài A là 4 625 người; khán đài B nhiều hơn khán đài A 438 người. Hỏi cả hai khán đài có bao nhiêu người?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Trước hết cần tìm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Tìm số khán giả ở khán đài B.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số khán giả khán đài B.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4 625 + 438 = 5 063 người.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biết cả hai khán đài có bao nhiêu người, ta làm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Lấy 4 625 + 5 063.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trình bày bài giải.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bày: Khán đài B có 5 063 người. Cả hai khán đài có 4 625 + 5 063 = 9 688 người. Đáp số: 9 688 người.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Bài toán có hai bước tính cần tìm dữ kiện chưa biết trước rồi mới tính tổng.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3. Vận dụng - Trải nghiệm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Củng cố kiến thức của tiết học, liên hệ thực tế, nhận xét kết quả học tập và giao nhiệm vụ về nhà.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cộng nhẩm các số tròn nghìn, em có thể nhẩm thế nào?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cộng theo số nghìn rồi viết thêm ba chữ số 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chọn phép tính có kết quả lớn nhất, em cần làm theo những bước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tính đúng từng phép tính, sau đó so sánh các kết quả.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liên hệ: Với bài toán hai khán đài, vì sao cần tìm số khán giả ở khán đài B trước?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Vì đề chỉ cho khán đài B nhiều hơn khán đài A, phải tìm khán đài B rồi mới tính tổng hai khán đài.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nhận xét tiết học, tuyên dương HS biết nhẩm, đặt tính và giải bài toán hai bước.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tự nêu điều đã học được.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dặn dò HS luyện thêm phép cộng có nhớ và chuẩn bị Bài 55.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nhớ nhiệm vụ về nhà.</w:t>
            </w:r>
          </w:p>
        </w:tc>
      </w:tr>
    </w:tbl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lastRenderedPageBreak/>
        <w:t>IV. ĐIỀU CHỈNH SAU BÀI DẠY: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TUẦN 23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8"/>
        </w:rPr>
        <w:t>KẾ HOẠCH BÀI DẠY MÔN TOÁN 3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CHỦ ĐỀ 10: CỘNG, TRỪ, NHÂN, CHIA TRONG PHẠM VI 10 000</w:t>
      </w:r>
    </w:p>
    <w:p w:rsidR="003E4995" w:rsidRPr="009C0ACA" w:rsidRDefault="00D058ED">
      <w:pPr>
        <w:spacing w:after="0" w:line="240" w:lineRule="auto"/>
        <w:jc w:val="center"/>
      </w:pPr>
      <w:r w:rsidRPr="009C0ACA">
        <w:rPr>
          <w:rFonts w:ascii="Times New Roman" w:eastAsia="Times New Roman" w:hAnsi="Times New Roman"/>
          <w:b/>
          <w:sz w:val="26"/>
        </w:rPr>
        <w:t>Bài 55: PHÉP TRỪ TRONG PHẠM VI 10 000 (Tiết 1) - Trang 41, 42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I. YÊU CẦU CẦN ĐẠT: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1. Năng lực đặc thù: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Biết cách thực hiện phép trừ các số trong phạm vi 10 000 có nhớ.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Đặt tính và tính đúng phép trừ theo hàng nghìn, trăm, chục, đơn vị.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được bài toán có lời văn liên quan đến phép trừ.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Biết kiểm tra phép trừ bằng phép cộng ngược.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2. Năng lực chung: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Tự chủ, tự học: tự đặt tính, tính và kiểm tra kết quả phép trừ.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Giao tiếp và hợp tác: trình bày cách trừ có nhớ, nhận xét bài làm của bạn.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Giải quyết vấn đề và sáng tạo: dùng phép cộng ngược để phát hiện lỗi mượn hoặc trừ nhầm hàng.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3. Phẩm chất: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Chăm chỉ: luyện trừ có nhớ cẩn thận.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Trung thực: sửa lỗi khi kết quả chưa khớp phép cộng ngược.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Trách nhiệm: sử dụng Liveworksheets đúng hướng dẫn và tự điều chỉnh bài làm.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4. Tích hợp: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Tích hợp NLS 5.2.CB1a: Khi học phép trừ trong phạm vi 10 000, HS làm phiếu Liveworksheets có cột “kiểm tra bằng phép cộng ngược”; HS nhập kết quả, cộng hiệu với số trừ để đối chiếu số bị trừ và sửa lỗi mượn, đặt tính lệch hàng hoặc trừ nhầm hàng.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II. ĐỒ DÙNG DẠY HỌC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Kế hoạch bài dạy, SGK Toán 3 tập hai, bài giảng PowerPoint.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Liveworksheets phiếu kiểm tra bằng phép cộng ngược, bảng con.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- Hình cắt từ SGK trang 41, 42.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giáo viên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  <w:jc w:val="center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Hoạt động của học sinh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1. Khởi động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Ôn trừ có nhớ và tạo tình huống phép trừ trong phạm vi 10 000.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tổ chức trò chơi “Trừ nhanh”.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tham gia trò chơi.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nêu: 143 - 64 bằng bao nhiêu?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79.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trừ không đủ ở một hàng, em cần làm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Cần mượn 1 ở hàng bên trái.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dẫn dắt vào bài “Phép trừ trong phạm vi 10 000”.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tên bài.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2. Khám phá (12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Biết cách trừ hai số trong phạm vi 10 000 có nhớ.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Khám phá. Phép trừ 3 143 - 1 634.</w:t>
            </w:r>
          </w:p>
          <w:p w:rsidR="003E4995" w:rsidRPr="009C0ACA" w:rsidRDefault="00D058ED" w:rsidP="004656DF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hình trong SGK.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tranh khám phá.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yêu cầu HS đọc tình huống trong tranh.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Quê tớ có đỉnh núi Phan-xi-păng cao 3 143 m; đỉnh núi Yang La cao 1 634 m. Đỉnh núi nào cao hơn và cao hơn bao nhiêu mét?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HS viết phép tính 3 143 - 1 634.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viết phép tính vào bảng con.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đặt tính theo cột dọc.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đặt tính, các hàng thẳng cột.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hướng dẫn tính từ phải sang trái: 3 không trừ được 4, lấy 13 trừ 4 bằng 9, viết 9 nhớ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theo dõi và nhắc lại bước trừ hàng đơn vị.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tiếp tục hướng dẫn các hàng còn lại.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4 trừ 1 bằng 3, 3 trừ 3 bằng 0; 1 không trừ được 6, lấy 11 trừ 6 bằng 5, viết 5 nhớ 1; 3 trừ 1 bằng 2, 2 trừ 1 bằng 1.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3 143 - 1 634 = 1 509; đỉnh núi Phan-xi-păng cao hơn đỉnh núi Yang La 1 509 m.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 và ghi nhớ.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3. Hoạt động (13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Thực hành tính, đặt tính và giải bài toán có lời văn.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 tích hợp NLS 5.2.CB1a: HS kiểm tra phép trừ bằng phép cộng ngược trên Liveworksheets.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1. Tính.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1.</w:t>
            </w:r>
          </w:p>
          <w:p w:rsidR="003E4995" w:rsidRPr="009C0ACA" w:rsidRDefault="003E4995" w:rsidP="004656DF">
            <w:pPr>
              <w:spacing w:after="0" w:line="240" w:lineRule="auto"/>
            </w:pP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các phép tính đặt sẵn.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Tích hợp NLS: GV mở Liveworksheets có cột “kiểm tra bằng phép cộng ngược”, hướng dẫn HS nhập hiệu rồi cộng hiệu với số trừ để kiểm tra có đúng số bị trừ không.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nhập hiệu, cộng ngược để kiểm tra và sửa lỗi mượn hoặc trừ nhầm hàng.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1.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Tính.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làm bốn phép tính vào vở.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làm bài cá nhân.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HS nêu kết quả từng phép tính.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nêu: 5 274 - 2 928 = 2 346; 7 668 - 5 809 = 1 859; 2 384 - 827 = 1 557; 6 729 - 43 = 6 686.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chọn một phép tính để kiểm tra bằng phép cộng ngược.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kiểm tra, ví dụ: 2 346 + 2 928 = 5 274.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Phép cộng ngược giúp kiểm tra kết quả phép trừ.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2. Đặt tính rồi tính. (Làm việc cá nhân)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2.</w:t>
            </w:r>
          </w:p>
          <w:p w:rsidR="003E4995" w:rsidRPr="009C0ACA" w:rsidRDefault="003E4995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các phép trừ.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yêu cầu Bài 2.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Đặt tính rồi tính.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nhắc HS đặt các chữ số thẳng hàng nghìn, trăm, chục, đơn vị.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đặt tính vào vở.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tính từng phép trừ.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tính: 4 291 - 3 864 = 427; 8 380 - 6 425 = 1 955; 6 635 - 807 = 5 828.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mời HS trình bày một phép tính có nhớ.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 và nêu bước mượn.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lastRenderedPageBreak/>
              <w:t>- GV kết luận: Khi số trừ có ít chữ số hơn, vẫn phải đặt đúng hàng để tránh trừ lệch cột.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Bài 3. Bài toán sông Nin và sông Hồng. (Làm việc nhóm 2)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quan sát Bài 3.</w:t>
            </w:r>
          </w:p>
          <w:p w:rsidR="003E4995" w:rsidRPr="009C0ACA" w:rsidRDefault="003E4995" w:rsidP="004656DF">
            <w:pPr>
              <w:spacing w:after="0" w:line="240" w:lineRule="auto"/>
            </w:pP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 bài toán.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đọc đề bài.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đọc: Sông Nin dài 6 650 km. Sông Hồng dài 1 149 km. Hỏi sông Nin dài hơn sông Hồng bao nhiêu ki-lô-mét?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Bài toán hỏi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Hỏi sông Nin dài hơn sông Hồng bao nhiêu ki-lô-mét.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biết sông Nin dài hơn sông Hồng bao nhiêu, ta làm phép tính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Lấy 6 650 - 1 149.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trình bày bài giải.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trình bày: Sông Nin dài hơn sông Hồng là 6 650 - 1 149 = 5 501 (km). Đáp số: 5 501 km.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yêu cầu HS kiểm tra bằng phép cộng ngược.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kiểm tra: 5 501 + 1 149 = 6 650.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kết luận: Bài toán “hơn bao nhiêu” dùng phép trừ, có thể kiểm tra kết quả bằng phép cộng ngược.</w:t>
            </w:r>
          </w:p>
        </w:tc>
        <w:tc>
          <w:tcPr>
            <w:tcW w:w="5040" w:type="dxa"/>
            <w:tcBorders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nghe.</w:t>
            </w:r>
          </w:p>
        </w:tc>
      </w:tr>
      <w:tr w:rsidR="009C0ACA" w:rsidRPr="009C0ACA" w:rsidTr="004656DF">
        <w:trPr>
          <w:jc w:val="center"/>
        </w:trPr>
        <w:tc>
          <w:tcPr>
            <w:tcW w:w="100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b/>
                <w:sz w:val="26"/>
              </w:rPr>
              <w:t>4. Vận dụng - Trải nghiệm (5 phút):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Mục tiêu: Củng cố kiến thức của tiết học, liên hệ thực tế, nhận xét kết quả học tập và giao nhiệm vụ về nhà.</w:t>
            </w:r>
          </w:p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*Cách tiến hành: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trừ số trong phạm vi 10 000, em thực hiện theo thứ tự nào?</w:t>
            </w:r>
          </w:p>
        </w:tc>
        <w:tc>
          <w:tcPr>
            <w:tcW w:w="5040" w:type="dxa"/>
            <w:tcBorders>
              <w:top w:val="single" w:sz="8" w:space="0" w:color="000000"/>
            </w:tcBorders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trừ từ phải sang trái, từ hàng đơn vị đến hàng nghìn.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Khi một hàng không trừ được, em cần làm gì?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mượn 1 ở hàng bên trái rồi trừ, đồng thời nhớ bớt 1 ở hàng bên trái.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hỏi: Muốn kiểm tra phép trừ, em có thể dùng phép tính nào?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trả lời: Em lấy hiệu cộng với số trừ; nếu bằng số bị trừ thì phép trừ đúng.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nhận xét tiết học, tuyên dương HS biết trừ có nhớ và kiểm tra bằng phép cộng ngược.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lắng nghe, nêu một phép trừ em còn cần luyện thêm.</w:t>
            </w:r>
          </w:p>
        </w:tc>
      </w:tr>
      <w:tr w:rsidR="009C0ACA" w:rsidRPr="009C0ACA" w:rsidTr="004656DF">
        <w:trPr>
          <w:jc w:val="center"/>
        </w:trPr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GV dặn dò HS về nhà luyện thêm 2 phép trừ trong phạm vi 10 000 và chuẩn bị tiết luyện tập.</w:t>
            </w:r>
          </w:p>
        </w:tc>
        <w:tc>
          <w:tcPr>
            <w:tcW w:w="5040" w:type="dxa"/>
            <w:shd w:val="clear" w:color="auto" w:fill="auto"/>
          </w:tcPr>
          <w:p w:rsidR="003E4995" w:rsidRPr="009C0ACA" w:rsidRDefault="00D058ED">
            <w:pPr>
              <w:spacing w:after="0" w:line="240" w:lineRule="auto"/>
            </w:pPr>
            <w:r w:rsidRPr="009C0ACA">
              <w:rPr>
                <w:rFonts w:ascii="Times New Roman" w:eastAsia="Times New Roman" w:hAnsi="Times New Roman"/>
                <w:sz w:val="26"/>
              </w:rPr>
              <w:t>- HS ghi nhớ nhiệm vụ về nhà.</w:t>
            </w:r>
          </w:p>
        </w:tc>
      </w:tr>
    </w:tbl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b/>
          <w:sz w:val="26"/>
        </w:rPr>
        <w:t>IV. ĐIỀU CHỈNH SAU BÀI DẠY: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p w:rsidR="003E4995" w:rsidRPr="009C0ACA" w:rsidRDefault="00D058ED">
      <w:pPr>
        <w:spacing w:after="0" w:line="240" w:lineRule="auto"/>
      </w:pPr>
      <w:r w:rsidRPr="009C0ACA">
        <w:rPr>
          <w:rFonts w:ascii="Times New Roman" w:eastAsia="Times New Roman" w:hAnsi="Times New Roman"/>
          <w:sz w:val="26"/>
        </w:rPr>
        <w:t>.......................................................................................................................................</w:t>
      </w:r>
    </w:p>
    <w:sectPr w:rsidR="003E4995" w:rsidRPr="009C0ACA" w:rsidSect="00034616">
      <w:pgSz w:w="12240" w:h="15840"/>
      <w:pgMar w:top="936" w:right="936" w:bottom="86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6FF0"/>
    <w:rsid w:val="0029639D"/>
    <w:rsid w:val="00326F90"/>
    <w:rsid w:val="003E4995"/>
    <w:rsid w:val="004656DF"/>
    <w:rsid w:val="009C0ACA"/>
    <w:rsid w:val="00AA1D8D"/>
    <w:rsid w:val="00B47730"/>
    <w:rsid w:val="00CB0664"/>
    <w:rsid w:val="00D058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C0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C0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467A24-2032-45EE-9910-624F34E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4580</Words>
  <Characters>26110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5</cp:revision>
  <dcterms:created xsi:type="dcterms:W3CDTF">2026-06-19T01:06:00Z</dcterms:created>
  <dcterms:modified xsi:type="dcterms:W3CDTF">2026-08-15T07:16:00Z</dcterms:modified>
  <cp:category/>
</cp:coreProperties>
</file>