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(English Abstract Format)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(Title: Times New Roman 12 pt, Bold, Centered) ********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(Name (Affiliation): Times New Roman 12 pt, Centered)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Name********** (Affiliation******)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(Abstract: Times New Roman 10.5 pt, within 500 words)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i w:val="0"/>
          <w:sz w:val="21"/>
        </w:rPr>
        <w:t>The zebrafish (</w:t>
      </w:r>
      <w:r>
        <w:rPr>
          <w:rFonts w:ascii="Times New Roman" w:hAnsi="Times New Roman" w:eastAsia="Times New Roman"/>
          <w:i/>
          <w:sz w:val="21"/>
        </w:rPr>
        <w:t>Danio rerio</w:t>
      </w:r>
      <w:r>
        <w:rPr>
          <w:rFonts w:ascii="Times New Roman" w:hAnsi="Times New Roman" w:eastAsia="Times New Roman"/>
          <w:i w:val="0"/>
          <w:sz w:val="21"/>
        </w:rPr>
        <w:t xml:space="preserve">) is used as </w:t>
      </w:r>
      <w:r>
        <w:rPr>
          <w:rFonts w:ascii="Times New Roman" w:hAnsi="Times New Roman" w:eastAsia="Times New Roman"/>
          <w:i w:val="0"/>
          <w:sz w:val="21"/>
        </w:rPr>
        <w:t>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This study aims to 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i w:val="0"/>
          <w:sz w:val="21"/>
        </w:rPr>
        <w:t>****************************************************************************************</w:t>
      </w:r>
    </w:p>
    <w:sectPr w:rsidR="00FC693F" w:rsidRPr="0006063C" w:rsidSect="00034616">
      <w:pgSz w:w="11906" w:h="16838"/>
      <w:pgMar w:top="170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Abstract Template ZMDD2026</dc:title>
  <dc:subject>English abstract template</dc:subject>
  <dc:creator>ZMDD2026</dc:creator>
  <cp:keywords/>
  <dc:description/>
  <cp:lastModifiedBy>ZMDD2026</cp:lastModifiedBy>
  <cp:revision>1</cp:revision>
  <dcterms:created xsi:type="dcterms:W3CDTF">2013-12-23T23:15:00Z</dcterms:created>
  <dcterms:modified xsi:type="dcterms:W3CDTF">2013-12-23T23:15:00Z</dcterms:modified>
  <cp:category/>
</cp:coreProperties>
</file>