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DBE" w:rsidRDefault="00124F0D">
      <w:pPr>
        <w:spacing w:after="40"/>
        <w:jc w:val="center"/>
      </w:pPr>
      <w:r>
        <w:rPr>
          <w:b/>
          <w:sz w:val="32"/>
        </w:rPr>
        <w:t>KẾ HOẠCH BÀI DẠY MÔN TOÁN LỚP 1</w:t>
      </w:r>
    </w:p>
    <w:p w:rsidR="00BE1DBE" w:rsidRDefault="00124F0D">
      <w:pPr>
        <w:spacing w:after="40"/>
        <w:jc w:val="center"/>
      </w:pPr>
      <w:r>
        <w:rPr>
          <w:b/>
          <w:sz w:val="28"/>
        </w:rPr>
        <w:t>BỘ SÁCH KẾT NỐI TRI THỨC VỚI CUỘC SỐNG</w:t>
      </w:r>
    </w:p>
    <w:p w:rsidR="00BE1DBE" w:rsidRDefault="00124F0D">
      <w:pPr>
        <w:spacing w:after="160"/>
        <w:jc w:val="center"/>
      </w:pPr>
      <w:r>
        <w:rPr>
          <w:b/>
          <w:sz w:val="28"/>
        </w:rPr>
        <w:t>TUẦN 2</w:t>
      </w:r>
    </w:p>
    <w:p w:rsidR="00BE1DBE" w:rsidRDefault="00124F0D">
      <w:pPr>
        <w:spacing w:before="80" w:after="40"/>
        <w:jc w:val="center"/>
      </w:pPr>
      <w:r>
        <w:rPr>
          <w:b/>
          <w:sz w:val="30"/>
        </w:rPr>
        <w:t>BÀI 1: CÁC SỐ 0, 1, 2, 3, 4, 5 - TIẾT 3 (LUYỆN TẬP)</w:t>
      </w:r>
    </w:p>
    <w:p w:rsidR="00BE1DBE" w:rsidRDefault="00124F0D">
      <w:pPr>
        <w:spacing w:after="120"/>
        <w:jc w:val="center"/>
      </w:pPr>
      <w:r>
        <w:rPr>
          <w:i/>
        </w:rPr>
        <w:t>Số tiết thực hiện: 01 tiết    -    Thời gian thực hiện: .........................</w:t>
      </w:r>
    </w:p>
    <w:p w:rsidR="00BE1DBE" w:rsidRDefault="00124F0D">
      <w:pPr>
        <w:spacing w:before="80" w:after="40"/>
      </w:pPr>
      <w:r>
        <w:rPr>
          <w:b/>
        </w:rPr>
        <w:t>I. YÊU CẦU CẦN ĐẠT</w:t>
      </w:r>
    </w:p>
    <w:p w:rsidR="00BE1DBE" w:rsidRDefault="00124F0D">
      <w:r>
        <w:rPr>
          <w:b/>
        </w:rPr>
        <w:t>1. Năng lực đặc thù</w:t>
      </w:r>
    </w:p>
    <w:p w:rsidR="00BE1DBE" w:rsidRDefault="00124F0D">
      <w:r>
        <w:t>- Đếm, đọc, viết và sử dụng được các số từ 0 đến 5 trong bài tập tranh.</w:t>
      </w:r>
    </w:p>
    <w:p w:rsidR="00BE1DBE" w:rsidRDefault="00124F0D">
      <w:r>
        <w:t>- Điền đúng số còn thiếu trong dãy số theo thứ tự tăng dần và giảm dần.</w:t>
      </w:r>
    </w:p>
    <w:p w:rsidR="00BE1DBE" w:rsidRDefault="00124F0D">
      <w:r>
        <w:t>- Lựa chọn được phương án đúng bằng cách đếm thêm.</w:t>
      </w:r>
    </w:p>
    <w:p w:rsidR="00BE1DBE" w:rsidRDefault="00124F0D">
      <w:r>
        <w:rPr>
          <w:b/>
        </w:rPr>
        <w:t>2. Năng lực chung</w:t>
      </w:r>
    </w:p>
    <w:p w:rsidR="00BE1DBE" w:rsidRDefault="00124F0D">
      <w:r>
        <w:t>- Tự chủ và tự học: Tự thực hiện nhiệm vụ đếm và điền số.</w:t>
      </w:r>
    </w:p>
    <w:p w:rsidR="00BE1DBE" w:rsidRDefault="00124F0D">
      <w:r>
        <w:t>- Giao tiếp và hợp tác: Trao đổi, trình bày cách tìm kết quả.</w:t>
      </w:r>
    </w:p>
    <w:p w:rsidR="00BE1DBE" w:rsidRDefault="00124F0D">
      <w:r>
        <w:t>- Giải quyết vấn đề và sáng tạo: Vận dụng đếm thêm để lựa chọn phương án phù hợp.</w:t>
      </w:r>
    </w:p>
    <w:p w:rsidR="00BE1DBE" w:rsidRDefault="00124F0D">
      <w:r>
        <w:rPr>
          <w:b/>
        </w:rPr>
        <w:t>3. Phẩm chất</w:t>
      </w:r>
    </w:p>
    <w:p w:rsidR="00BE1DBE" w:rsidRDefault="00124F0D">
      <w:r>
        <w:t>- Chăm chỉ: Tập trung quan sát và hoàn thành bài tập.</w:t>
      </w:r>
    </w:p>
    <w:p w:rsidR="00BE1DBE" w:rsidRDefault="00124F0D">
      <w:r>
        <w:t>- Trung thực: Báo cáo kết quả đúng với số lượng đã đếm.</w:t>
      </w:r>
    </w:p>
    <w:p w:rsidR="00BE1DBE" w:rsidRDefault="00124F0D">
      <w:r>
        <w:t>- Trách nhiệm: Tham gia hoạt động nhóm, giữ gìn SGK và đồ dùng.</w:t>
      </w:r>
    </w:p>
    <w:p w:rsidR="00BE1DBE" w:rsidRDefault="00124F0D">
      <w:pPr>
        <w:spacing w:before="80" w:after="40"/>
      </w:pPr>
      <w:r>
        <w:rPr>
          <w:b/>
        </w:rPr>
        <w:t>II. ĐỒ DÙNG DẠY HỌC</w:t>
      </w:r>
    </w:p>
    <w:p w:rsidR="00BE1DBE" w:rsidRDefault="00124F0D">
      <w:r>
        <w:rPr>
          <w:b/>
        </w:rPr>
        <w:t>1. Giáo viên</w:t>
      </w:r>
    </w:p>
    <w:p w:rsidR="00BE1DBE" w:rsidRDefault="00124F0D">
      <w:r>
        <w:t>- SGK Toán 1, Tập một; SGV Toán 1, Tập một.</w:t>
      </w:r>
    </w:p>
    <w:p w:rsidR="00BE1DBE" w:rsidRDefault="00124F0D">
      <w:r>
        <w:t>- Tranh cắt từ SGK trang 12 - 13; thẻ số 0 - 5; bảng phụ.</w:t>
      </w:r>
    </w:p>
    <w:p w:rsidR="00BE1DBE" w:rsidRDefault="00124F0D">
      <w:r>
        <w:rPr>
          <w:b/>
        </w:rPr>
        <w:t>2. Học sinh</w:t>
      </w:r>
    </w:p>
    <w:p w:rsidR="00BE1DBE" w:rsidRDefault="00124F0D">
      <w:r>
        <w:t>- SGK Toán 1; bộ đồ dùng học Toán; bảng con, thẻ số.</w:t>
      </w:r>
    </w:p>
    <w:p w:rsidR="00BE1DBE" w:rsidRDefault="00124F0D">
      <w:pPr>
        <w:spacing w:before="80" w:after="40"/>
      </w:pPr>
      <w:r>
        <w:rPr>
          <w:b/>
        </w:rPr>
        <w:t>III. CÁC HOẠT ĐỘNG DẠY HỌC</w:t>
      </w:r>
    </w:p>
    <w:tbl>
      <w:tblPr>
        <w:tblStyle w:val="TableGrid"/>
        <w:tblW w:w="0" w:type="auto"/>
        <w:jc w:val="center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2"/>
        <w:gridCol w:w="4649"/>
      </w:tblGrid>
      <w:tr w:rsidR="00BE1DBE" w:rsidTr="00D24FB7">
        <w:trPr>
          <w:cantSplit/>
          <w:tblHeader/>
          <w:jc w:val="center"/>
        </w:trPr>
        <w:tc>
          <w:tcPr>
            <w:tcW w:w="5102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BE1DBE" w:rsidRDefault="00124F0D">
            <w:pPr>
              <w:jc w:val="center"/>
            </w:pPr>
            <w:r>
              <w:rPr>
                <w:b/>
                <w:color w:val="FFFFFF"/>
                <w:sz w:val="24"/>
              </w:rPr>
              <w:t>HOẠT ĐỘNG CỦA GIÁO VIÊN</w:t>
            </w:r>
          </w:p>
        </w:tc>
        <w:tc>
          <w:tcPr>
            <w:tcW w:w="4649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BE1DBE" w:rsidRDefault="00124F0D">
            <w:pPr>
              <w:jc w:val="center"/>
            </w:pPr>
            <w:r>
              <w:rPr>
                <w:b/>
                <w:color w:val="FFFFFF"/>
                <w:sz w:val="24"/>
              </w:rPr>
              <w:t>HOẠT ĐỘNG CỦA HỌC SINH</w:t>
            </w:r>
          </w:p>
        </w:tc>
      </w:tr>
      <w:tr w:rsidR="00BE1DBE" w:rsidTr="00D24FB7">
        <w:trPr>
          <w:cantSplit/>
          <w:jc w:val="center"/>
        </w:trPr>
        <w:tc>
          <w:tcPr>
            <w:tcW w:w="9751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pPr>
              <w:jc w:val="center"/>
            </w:pPr>
            <w:r>
              <w:rPr>
                <w:b/>
              </w:rPr>
              <w:t>TIẾT 3 - LUYỆN TẬP</w:t>
            </w:r>
          </w:p>
        </w:tc>
      </w:tr>
      <w:tr w:rsidR="00BE1DBE" w:rsidTr="00D24FB7">
        <w:trPr>
          <w:cantSplit/>
          <w:jc w:val="center"/>
        </w:trPr>
        <w:tc>
          <w:tcPr>
            <w:tcW w:w="97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1DBE" w:rsidRDefault="00124F0D">
            <w:r>
              <w:rPr>
                <w:b/>
              </w:rPr>
              <w:t>1. KHỞI ĐỘNG - Trò chơi “Nghe số, tìm nhóm”</w:t>
            </w:r>
          </w:p>
          <w:p w:rsidR="00BE1DBE" w:rsidRDefault="00124F0D">
            <w:r>
              <w:rPr>
                <w:b/>
              </w:rPr>
              <w:t>Mục tiêu:</w:t>
            </w:r>
          </w:p>
          <w:p w:rsidR="00BE1DBE" w:rsidRDefault="00124F0D">
            <w:r>
              <w:t>- Ôn đọc và nhận biết số trong phạm vi 5.</w:t>
            </w:r>
          </w:p>
          <w:p w:rsidR="00BE1DBE" w:rsidRDefault="00124F0D">
            <w:r>
              <w:t>- Tạo hứng thú cho tiết luyện tập.</w:t>
            </w:r>
          </w:p>
          <w:p w:rsidR="00BE1DBE" w:rsidRDefault="00124F0D">
            <w:r>
              <w:rPr>
                <w:b/>
              </w:rPr>
              <w:t>Cách tiến hành:</w:t>
            </w:r>
          </w:p>
        </w:tc>
      </w:tr>
      <w:tr w:rsidR="00BE1DBE" w:rsidTr="00D24FB7">
        <w:trPr>
          <w:cantSplit/>
          <w:jc w:val="center"/>
        </w:trPr>
        <w:tc>
          <w:tcPr>
            <w:tcW w:w="5102" w:type="dxa"/>
            <w:tcBorders>
              <w:top w:val="single" w:sz="4" w:space="0" w:color="auto"/>
            </w:tcBorders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GV giơ một thẻ số từ 0 đến 5 và yêu cầu HS tạo nhóm có số bạn tương ứng hoặc giơ số ngón tay tương ứng.</w:t>
            </w:r>
          </w:p>
        </w:tc>
        <w:tc>
          <w:tcPr>
            <w:tcW w:w="4649" w:type="dxa"/>
            <w:tcBorders>
              <w:top w:val="single" w:sz="4" w:space="0" w:color="auto"/>
            </w:tcBorders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HS quan sát thẻ số và tạo nhóm/giơ ngón tay đúng số lượng.</w:t>
            </w:r>
          </w:p>
        </w:tc>
      </w:tr>
      <w:tr w:rsidR="00BE1DBE" w:rsidTr="00D24FB7">
        <w:trPr>
          <w:cantSplit/>
          <w:jc w:val="center"/>
        </w:trPr>
        <w:tc>
          <w:tcPr>
            <w:tcW w:w="5102" w:type="dxa"/>
            <w:tcBorders>
              <w:bottom w:val="single" w:sz="4" w:space="0" w:color="auto"/>
            </w:tcBorders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GV giới thiệu bài: “Hôm nay, chúng ta tiếp tục luyện dùng các số 0, 1, 2, 3, 4, 5 để chọn đáp án, điền số và đếm các vật trong tranh.”</w:t>
            </w:r>
          </w:p>
        </w:tc>
        <w:tc>
          <w:tcPr>
            <w:tcW w:w="4649" w:type="dxa"/>
            <w:tcBorders>
              <w:bottom w:val="single" w:sz="4" w:space="0" w:color="auto"/>
            </w:tcBorders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HS lắng nghe, mở SGK trang 12 - 13.</w:t>
            </w:r>
          </w:p>
        </w:tc>
      </w:tr>
      <w:tr w:rsidR="00BE1DBE" w:rsidTr="00D24FB7">
        <w:trPr>
          <w:cantSplit/>
          <w:jc w:val="center"/>
        </w:trPr>
        <w:tc>
          <w:tcPr>
            <w:tcW w:w="97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1DBE" w:rsidRDefault="00124F0D">
            <w:r>
              <w:rPr>
                <w:b/>
              </w:rPr>
              <w:t>2. LUYỆN TẬP - Bài 1 và Bài 2</w:t>
            </w:r>
          </w:p>
          <w:p w:rsidR="00BE1DBE" w:rsidRDefault="00124F0D">
            <w:r>
              <w:rPr>
                <w:b/>
              </w:rPr>
              <w:t>Mục tiêu:</w:t>
            </w:r>
          </w:p>
          <w:p w:rsidR="00BE1DBE" w:rsidRDefault="00124F0D">
            <w:r>
              <w:t>- Chọn đúng số tương ứng với số con vật.</w:t>
            </w:r>
          </w:p>
          <w:p w:rsidR="00BE1DBE" w:rsidRDefault="00124F0D">
            <w:r>
              <w:t>- Biết đếm thêm để chọn phương án đúng.</w:t>
            </w:r>
          </w:p>
          <w:p w:rsidR="00BE1DBE" w:rsidRDefault="00124F0D">
            <w:r>
              <w:rPr>
                <w:b/>
              </w:rPr>
              <w:t>Cách tiến hành:</w:t>
            </w:r>
          </w:p>
        </w:tc>
      </w:tr>
      <w:tr w:rsidR="00BE1DBE" w:rsidTr="00D24FB7">
        <w:trPr>
          <w:cantSplit/>
          <w:jc w:val="center"/>
        </w:trPr>
        <w:tc>
          <w:tcPr>
            <w:tcW w:w="5102" w:type="dxa"/>
            <w:tcBorders>
              <w:top w:val="single" w:sz="4" w:space="0" w:color="auto"/>
            </w:tcBorders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lastRenderedPageBreak/>
              <w:t xml:space="preserve">- </w:t>
            </w:r>
            <w:r>
              <w:rPr>
                <w:b/>
              </w:rPr>
              <w:t>Bài 1:</w:t>
            </w:r>
            <w:r>
              <w:t xml:space="preserve"> GV cho HS quan sát từng bức tranh và hỏi: “Mỗi tranh có bao nhiêu con vật hoặc đồ vật? Em chọn số nào?”</w:t>
            </w:r>
          </w:p>
          <w:p w:rsidR="00BE1DBE" w:rsidRDefault="00BE1DBE">
            <w:pPr>
              <w:spacing w:before="40" w:after="20"/>
              <w:jc w:val="center"/>
            </w:pPr>
          </w:p>
        </w:tc>
        <w:tc>
          <w:tcPr>
            <w:tcW w:w="4649" w:type="dxa"/>
            <w:tcBorders>
              <w:top w:val="single" w:sz="4" w:space="0" w:color="auto"/>
            </w:tcBorders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HS đếm và trả lời: 3 con gà - số 3; 2 con bò - số 2; 5 con ong - số 5; 1 người đi xe - số 1; 2 con vịt - số 2; 4 bạn nhỏ - số 4.</w:t>
            </w:r>
          </w:p>
        </w:tc>
      </w:tr>
      <w:tr w:rsidR="00BE1DBE" w:rsidTr="00D24FB7">
        <w:trPr>
          <w:cantSplit/>
          <w:jc w:val="center"/>
        </w:trPr>
        <w:tc>
          <w:tcPr>
            <w:tcW w:w="5102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GV yêu cầu HS làm cá nhân: đếm số lượng trong từng tranh.</w:t>
            </w:r>
          </w:p>
        </w:tc>
        <w:tc>
          <w:tcPr>
            <w:tcW w:w="4649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HS đếm số lượng trong từng tranh.</w:t>
            </w:r>
          </w:p>
        </w:tc>
      </w:tr>
      <w:tr w:rsidR="00BE1DBE" w:rsidTr="00D24FB7">
        <w:trPr>
          <w:cantSplit/>
          <w:jc w:val="center"/>
        </w:trPr>
        <w:tc>
          <w:tcPr>
            <w:tcW w:w="5102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GV yêu cầu HS khoanh số thích hợp vào SGK/vở bài tập.</w:t>
            </w:r>
          </w:p>
        </w:tc>
        <w:tc>
          <w:tcPr>
            <w:tcW w:w="4649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HS khoanh lần lượt các số 3, 2, 5, 1, 2, 4.</w:t>
            </w:r>
          </w:p>
        </w:tc>
      </w:tr>
      <w:tr w:rsidR="00BE1DBE" w:rsidTr="00D24FB7">
        <w:trPr>
          <w:cantSplit/>
          <w:jc w:val="center"/>
        </w:trPr>
        <w:tc>
          <w:tcPr>
            <w:tcW w:w="5102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GV mời HS nêu kết quả trước lớp.</w:t>
            </w:r>
          </w:p>
        </w:tc>
        <w:tc>
          <w:tcPr>
            <w:tcW w:w="4649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HS trình bày kết quả đã chọn.</w:t>
            </w:r>
          </w:p>
        </w:tc>
      </w:tr>
      <w:tr w:rsidR="00BE1DBE" w:rsidTr="00D24FB7">
        <w:trPr>
          <w:cantSplit/>
          <w:jc w:val="center"/>
        </w:trPr>
        <w:tc>
          <w:tcPr>
            <w:tcW w:w="5102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GV chốt Bài 1: “Các số cần chọn lần lượt là 3, 2, 5, 1, 2, 4.”</w:t>
            </w:r>
          </w:p>
        </w:tc>
        <w:tc>
          <w:tcPr>
            <w:tcW w:w="4649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HS đối chiếu và sửa bài.</w:t>
            </w:r>
          </w:p>
        </w:tc>
      </w:tr>
      <w:tr w:rsidR="00BE1DBE" w:rsidTr="00D24FB7">
        <w:trPr>
          <w:cantSplit/>
          <w:jc w:val="center"/>
        </w:trPr>
        <w:tc>
          <w:tcPr>
            <w:tcW w:w="5102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 xml:space="preserve">- </w:t>
            </w:r>
            <w:r>
              <w:rPr>
                <w:b/>
              </w:rPr>
              <w:t>Bài 2a:</w:t>
            </w:r>
            <w:r>
              <w:t xml:space="preserve"> GV cho HS quan sát xe tải và hỏi: “Trên xe đang có mấy thùng? Muốn có 3 thùng, cần thêm mấy thùng?”</w:t>
            </w:r>
          </w:p>
          <w:p w:rsidR="00BE1DBE" w:rsidRDefault="00BE1DBE">
            <w:pPr>
              <w:spacing w:before="40" w:after="20"/>
              <w:jc w:val="center"/>
            </w:pPr>
          </w:p>
        </w:tc>
        <w:tc>
          <w:tcPr>
            <w:tcW w:w="4649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HS trả lời: Xe đang có 2 thùng; cần thêm 1 thùng; chọn phương án A.</w:t>
            </w:r>
          </w:p>
        </w:tc>
      </w:tr>
      <w:tr w:rsidR="00BE1DBE" w:rsidTr="00D24FB7">
        <w:trPr>
          <w:cantSplit/>
          <w:jc w:val="center"/>
        </w:trPr>
        <w:tc>
          <w:tcPr>
            <w:tcW w:w="5102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 xml:space="preserve">- </w:t>
            </w:r>
            <w:r>
              <w:rPr>
                <w:b/>
              </w:rPr>
              <w:t>Bài 2b:</w:t>
            </w:r>
            <w:r>
              <w:t xml:space="preserve"> GV cho HS quan sát xe tải và hỏi: “Trên xe đang có mấy thùng? Muốn có 5 thùng, cần thêm mấy thùng?”</w:t>
            </w:r>
          </w:p>
          <w:p w:rsidR="00BE1DBE" w:rsidRDefault="00BE1DBE">
            <w:pPr>
              <w:spacing w:before="40" w:after="20"/>
              <w:jc w:val="center"/>
            </w:pPr>
          </w:p>
        </w:tc>
        <w:tc>
          <w:tcPr>
            <w:tcW w:w="4649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HS trả lời: Xe đang có 3 thùng; cần thêm 2 thùng; chọn phương án B.</w:t>
            </w:r>
          </w:p>
        </w:tc>
      </w:tr>
      <w:tr w:rsidR="00BE1DBE" w:rsidTr="00D24FB7">
        <w:trPr>
          <w:cantSplit/>
          <w:jc w:val="center"/>
        </w:trPr>
        <w:tc>
          <w:tcPr>
            <w:tcW w:w="5102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GV yêu cầu HS thảo luận nhóm đôi.</w:t>
            </w:r>
          </w:p>
        </w:tc>
        <w:tc>
          <w:tcPr>
            <w:tcW w:w="4649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HS trao đổi cách tìm số thùng cần thêm với bạn.</w:t>
            </w:r>
          </w:p>
        </w:tc>
      </w:tr>
      <w:tr w:rsidR="00BE1DBE" w:rsidTr="00D24FB7">
        <w:trPr>
          <w:cantSplit/>
          <w:jc w:val="center"/>
        </w:trPr>
        <w:tc>
          <w:tcPr>
            <w:tcW w:w="5102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GV yêu cầu HS dùng que tính mô phỏng số thùng đang có và số thùng cần thêm.</w:t>
            </w:r>
          </w:p>
        </w:tc>
        <w:tc>
          <w:tcPr>
            <w:tcW w:w="4649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HS dùng que tính kiểm chứng kết quả.</w:t>
            </w:r>
          </w:p>
        </w:tc>
      </w:tr>
      <w:tr w:rsidR="00BE1DBE" w:rsidTr="00D24FB7">
        <w:trPr>
          <w:cantSplit/>
          <w:jc w:val="center"/>
        </w:trPr>
        <w:tc>
          <w:tcPr>
            <w:tcW w:w="5102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GV yêu cầu HS khoanh phương án đúng trong bài.</w:t>
            </w:r>
          </w:p>
        </w:tc>
        <w:tc>
          <w:tcPr>
            <w:tcW w:w="4649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HS khoanh: câu a chọn A; câu b chọn B.</w:t>
            </w:r>
          </w:p>
        </w:tc>
      </w:tr>
      <w:tr w:rsidR="00BE1DBE" w:rsidTr="00D24FB7">
        <w:trPr>
          <w:cantSplit/>
          <w:jc w:val="center"/>
        </w:trPr>
        <w:tc>
          <w:tcPr>
            <w:tcW w:w="5102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GV chốt Bài 2: “Câu a cần thêm 1 thùng, chọn A; câu b cần thêm 2 thùng, chọn B.”</w:t>
            </w:r>
          </w:p>
        </w:tc>
        <w:tc>
          <w:tcPr>
            <w:tcW w:w="4649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HS nêu lại cách làm: đếm số đang có rồi đếm thêm đến số cần đạt.</w:t>
            </w:r>
          </w:p>
        </w:tc>
      </w:tr>
      <w:tr w:rsidR="00BE1DBE" w:rsidTr="00D24FB7">
        <w:trPr>
          <w:cantSplit/>
          <w:jc w:val="center"/>
        </w:trPr>
        <w:tc>
          <w:tcPr>
            <w:tcW w:w="5102" w:type="dxa"/>
            <w:tcBorders>
              <w:bottom w:val="single" w:sz="4" w:space="0" w:color="auto"/>
            </w:tcBorders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GV chốt: “Đếm số đang có rồi đếm thêm đến số cần đạt sẽ giúp em chọn đúng đáp án.”</w:t>
            </w:r>
          </w:p>
        </w:tc>
        <w:tc>
          <w:tcPr>
            <w:tcW w:w="4649" w:type="dxa"/>
            <w:tcBorders>
              <w:bottom w:val="single" w:sz="4" w:space="0" w:color="auto"/>
            </w:tcBorders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HS nhắc lại cách làm: Đếm số có sẵn, đếm thêm, chọn đáp án.</w:t>
            </w:r>
          </w:p>
        </w:tc>
      </w:tr>
      <w:tr w:rsidR="00BE1DBE" w:rsidTr="00D24FB7">
        <w:trPr>
          <w:cantSplit/>
          <w:jc w:val="center"/>
        </w:trPr>
        <w:tc>
          <w:tcPr>
            <w:tcW w:w="97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1DBE" w:rsidRDefault="00124F0D">
            <w:r>
              <w:rPr>
                <w:b/>
              </w:rPr>
              <w:t>3. LUYỆN TẬP - Bài 3 và Bài 4</w:t>
            </w:r>
          </w:p>
          <w:p w:rsidR="00BE1DBE" w:rsidRDefault="00124F0D">
            <w:r>
              <w:rPr>
                <w:b/>
              </w:rPr>
              <w:t>Mục tiêu:</w:t>
            </w:r>
          </w:p>
          <w:p w:rsidR="00BE1DBE" w:rsidRDefault="00124F0D">
            <w:r>
              <w:t>- Điền được số còn thiếu trên hai đoàn tàu.</w:t>
            </w:r>
          </w:p>
          <w:p w:rsidR="00BE1DBE" w:rsidRDefault="00124F0D">
            <w:r>
              <w:t>- Đếm đúng số lượng đối tượng trong tranh; nhận biết trường hợp bằng 0.</w:t>
            </w:r>
          </w:p>
          <w:p w:rsidR="00BE1DBE" w:rsidRDefault="00124F0D">
            <w:r>
              <w:rPr>
                <w:b/>
              </w:rPr>
              <w:t>Cách tiến hành:</w:t>
            </w:r>
          </w:p>
        </w:tc>
      </w:tr>
      <w:tr w:rsidR="00BE1DBE" w:rsidTr="00D24FB7">
        <w:trPr>
          <w:cantSplit/>
          <w:jc w:val="center"/>
        </w:trPr>
        <w:tc>
          <w:tcPr>
            <w:tcW w:w="5102" w:type="dxa"/>
            <w:tcBorders>
              <w:top w:val="single" w:sz="4" w:space="0" w:color="auto"/>
            </w:tcBorders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 xml:space="preserve">- </w:t>
            </w:r>
            <w:r>
              <w:rPr>
                <w:b/>
              </w:rPr>
              <w:t>Bài 3:</w:t>
            </w:r>
            <w:r>
              <w:t xml:space="preserve"> GV cho HS quan sát hai đoàn tàu và hỏi: “Đoàn tàu thứ nhất đi theo thứ tự nào? Đoàn tàu thứ hai đi theo thứ tự nào? Các toa còn thiếu số gì?”</w:t>
            </w:r>
          </w:p>
          <w:p w:rsidR="00BE1DBE" w:rsidRDefault="00BE1DBE">
            <w:pPr>
              <w:spacing w:before="40" w:after="20"/>
              <w:jc w:val="center"/>
            </w:pPr>
          </w:p>
        </w:tc>
        <w:tc>
          <w:tcPr>
            <w:tcW w:w="4649" w:type="dxa"/>
            <w:tcBorders>
              <w:top w:val="single" w:sz="4" w:space="0" w:color="auto"/>
            </w:tcBorders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HS trả lời: Đoàn thứ nhất tăng dần, cần điền 2 và 4; đoàn thứ hai giảm dần, cần điền 5 và 3.</w:t>
            </w:r>
          </w:p>
        </w:tc>
      </w:tr>
      <w:tr w:rsidR="00BE1DBE" w:rsidTr="00D24FB7">
        <w:trPr>
          <w:cantSplit/>
          <w:jc w:val="center"/>
        </w:trPr>
        <w:tc>
          <w:tcPr>
            <w:tcW w:w="5102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lastRenderedPageBreak/>
              <w:t>- GV yêu cầu HS viết các số còn thiếu vào bảng con.</w:t>
            </w:r>
          </w:p>
        </w:tc>
        <w:tc>
          <w:tcPr>
            <w:tcW w:w="4649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HS viết các số 2, 4; 5, 3 vào bảng con.</w:t>
            </w:r>
          </w:p>
        </w:tc>
      </w:tr>
      <w:tr w:rsidR="00BE1DBE" w:rsidTr="00D24FB7">
        <w:trPr>
          <w:cantSplit/>
          <w:jc w:val="center"/>
        </w:trPr>
        <w:tc>
          <w:tcPr>
            <w:tcW w:w="5102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GV yêu cầu HS giơ bảng để kiểm tra kết quả.</w:t>
            </w:r>
          </w:p>
        </w:tc>
        <w:tc>
          <w:tcPr>
            <w:tcW w:w="4649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HS giơ bảng và đối chiếu kết quả.</w:t>
            </w:r>
          </w:p>
        </w:tc>
      </w:tr>
      <w:tr w:rsidR="00BE1DBE" w:rsidTr="00D24FB7">
        <w:trPr>
          <w:cantSplit/>
          <w:jc w:val="center"/>
        </w:trPr>
        <w:tc>
          <w:tcPr>
            <w:tcW w:w="5102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GV yêu cầu HS điền các số còn thiếu vào đoàn tàu trong bài.</w:t>
            </w:r>
          </w:p>
        </w:tc>
        <w:tc>
          <w:tcPr>
            <w:tcW w:w="4649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HS hoàn thành bài vào SGK/vở bài tập.</w:t>
            </w:r>
          </w:p>
        </w:tc>
      </w:tr>
      <w:tr w:rsidR="00BE1DBE" w:rsidTr="00D24FB7">
        <w:trPr>
          <w:cantSplit/>
          <w:jc w:val="center"/>
        </w:trPr>
        <w:tc>
          <w:tcPr>
            <w:tcW w:w="5102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GV chốt Bài 3: “Đoàn thứ nhất là 1, 2, 3, 4, 5; đoàn thứ hai là 5, 4, 3, 2, 1.”</w:t>
            </w:r>
          </w:p>
        </w:tc>
        <w:tc>
          <w:tcPr>
            <w:tcW w:w="4649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HS đọc lại hai dãy số.</w:t>
            </w:r>
          </w:p>
        </w:tc>
      </w:tr>
      <w:tr w:rsidR="00BE1DBE" w:rsidTr="00D24FB7">
        <w:trPr>
          <w:cantSplit/>
          <w:jc w:val="center"/>
        </w:trPr>
        <w:tc>
          <w:tcPr>
            <w:tcW w:w="5102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 xml:space="preserve">- </w:t>
            </w:r>
            <w:r>
              <w:rPr>
                <w:b/>
              </w:rPr>
              <w:t>Bài 4:</w:t>
            </w:r>
            <w:r>
              <w:t xml:space="preserve"> GV cho HS quan sát tranh trang trại và hỏi: “Trong tranh có bao nhiêu con bò, bông hoa, đám mây, mặt trời, con gà và con chim màu xanh?”</w:t>
            </w:r>
          </w:p>
          <w:p w:rsidR="00BE1DBE" w:rsidRDefault="00BE1DBE">
            <w:pPr>
              <w:spacing w:before="40" w:after="20"/>
              <w:jc w:val="center"/>
            </w:pPr>
          </w:p>
        </w:tc>
        <w:tc>
          <w:tcPr>
            <w:tcW w:w="4649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HS đếm và trả lời: 2 con bò; 3 bông hoa; 5 đám mây; 1 mặt trời; 4 con gà; 0 con chim màu xanh.</w:t>
            </w:r>
          </w:p>
        </w:tc>
      </w:tr>
      <w:tr w:rsidR="00BE1DBE" w:rsidTr="00D24FB7">
        <w:trPr>
          <w:cantSplit/>
          <w:jc w:val="center"/>
        </w:trPr>
        <w:tc>
          <w:tcPr>
            <w:tcW w:w="5102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GV yêu cầu HS làm cá nhân vào vở: ghi tên đối tượng và số lượng tương ứng.</w:t>
            </w:r>
          </w:p>
        </w:tc>
        <w:tc>
          <w:tcPr>
            <w:tcW w:w="4649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HS ghi: bò 2; hoa 3; mây 5; mặt trời 1; gà 4; chim màu xanh 0.</w:t>
            </w:r>
          </w:p>
        </w:tc>
      </w:tr>
      <w:tr w:rsidR="00BE1DBE" w:rsidTr="00D24FB7">
        <w:trPr>
          <w:cantSplit/>
          <w:jc w:val="center"/>
        </w:trPr>
        <w:tc>
          <w:tcPr>
            <w:tcW w:w="5102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GV yêu cầu HS đổi vở kiểm tra theo cặp.</w:t>
            </w:r>
          </w:p>
        </w:tc>
        <w:tc>
          <w:tcPr>
            <w:tcW w:w="4649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HS đổi vở và kiểm tra kết quả cho bạn.</w:t>
            </w:r>
          </w:p>
        </w:tc>
      </w:tr>
      <w:tr w:rsidR="00BE1DBE" w:rsidTr="00D24FB7">
        <w:trPr>
          <w:cantSplit/>
          <w:jc w:val="center"/>
        </w:trPr>
        <w:tc>
          <w:tcPr>
            <w:tcW w:w="5102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GV chốt Bài 4: “Đáp án là 2, 3, 5, 1, 4, 0; đối tượng không xuất hiện được ghi số 0.”</w:t>
            </w:r>
          </w:p>
        </w:tc>
        <w:tc>
          <w:tcPr>
            <w:tcW w:w="4649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HS đối chiếu và sửa bài.</w:t>
            </w:r>
          </w:p>
        </w:tc>
      </w:tr>
      <w:tr w:rsidR="00BE1DBE" w:rsidTr="00D24FB7">
        <w:trPr>
          <w:cantSplit/>
          <w:jc w:val="center"/>
        </w:trPr>
        <w:tc>
          <w:tcPr>
            <w:tcW w:w="5102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GV hỏi: “Vì sao ô con chim màu xanh điền số 0?”</w:t>
            </w:r>
          </w:p>
        </w:tc>
        <w:tc>
          <w:tcPr>
            <w:tcW w:w="4649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HS trả lời: Vì trong bức tranh không có con chim màu xanh nào.</w:t>
            </w:r>
          </w:p>
        </w:tc>
      </w:tr>
      <w:tr w:rsidR="00BE1DBE" w:rsidTr="00D24FB7">
        <w:trPr>
          <w:cantSplit/>
          <w:jc w:val="center"/>
        </w:trPr>
        <w:tc>
          <w:tcPr>
            <w:tcW w:w="5102" w:type="dxa"/>
            <w:tcBorders>
              <w:bottom w:val="single" w:sz="4" w:space="0" w:color="auto"/>
            </w:tcBorders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GV kết luận: “Số 0 dùng khi không có đối tượng nào; các số còn lại biểu thị số lượng đếm được.”</w:t>
            </w:r>
          </w:p>
        </w:tc>
        <w:tc>
          <w:tcPr>
            <w:tcW w:w="4649" w:type="dxa"/>
            <w:tcBorders>
              <w:bottom w:val="single" w:sz="4" w:space="0" w:color="auto"/>
            </w:tcBorders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HS lắng nghe và kiểm tra lại các ô đã điền.</w:t>
            </w:r>
          </w:p>
        </w:tc>
      </w:tr>
      <w:tr w:rsidR="00BE1DBE" w:rsidTr="00D24FB7">
        <w:trPr>
          <w:cantSplit/>
          <w:jc w:val="center"/>
        </w:trPr>
        <w:tc>
          <w:tcPr>
            <w:tcW w:w="97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1DBE" w:rsidRDefault="00124F0D">
            <w:r>
              <w:rPr>
                <w:b/>
              </w:rPr>
              <w:t>4. VẬN DỤNG - CỦNG CỐ, DẶN DÒ</w:t>
            </w:r>
          </w:p>
          <w:p w:rsidR="00BE1DBE" w:rsidRDefault="00124F0D">
            <w:r>
              <w:rPr>
                <w:b/>
              </w:rPr>
              <w:t>Mục tiêu:</w:t>
            </w:r>
          </w:p>
          <w:p w:rsidR="00BE1DBE" w:rsidRDefault="00124F0D">
            <w:r>
              <w:t>- Củng cố việc đếm và sử dụng số 0 đến 5.</w:t>
            </w:r>
          </w:p>
          <w:p w:rsidR="00BE1DBE" w:rsidRDefault="00124F0D">
            <w:r>
              <w:t>- Chuẩn bị học các số 6, 7, 8, 9, 10.</w:t>
            </w:r>
          </w:p>
          <w:p w:rsidR="00BE1DBE" w:rsidRDefault="00124F0D">
            <w:r>
              <w:rPr>
                <w:b/>
              </w:rPr>
              <w:t>Cách tiến hành:</w:t>
            </w:r>
          </w:p>
        </w:tc>
      </w:tr>
      <w:tr w:rsidR="00BE1DBE" w:rsidTr="00D24FB7">
        <w:trPr>
          <w:cantSplit/>
          <w:jc w:val="center"/>
        </w:trPr>
        <w:tc>
          <w:tcPr>
            <w:tcW w:w="5102" w:type="dxa"/>
            <w:tcBorders>
              <w:top w:val="single" w:sz="4" w:space="0" w:color="auto"/>
            </w:tcBorders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GV hỏi: “Em đã sử dụng cách nào để chọn đáp án đúng ở Bài 2?”</w:t>
            </w:r>
          </w:p>
        </w:tc>
        <w:tc>
          <w:tcPr>
            <w:tcW w:w="4649" w:type="dxa"/>
            <w:tcBorders>
              <w:top w:val="single" w:sz="4" w:space="0" w:color="auto"/>
            </w:tcBorders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HS trả lời: Em đếm số thùng đang có rồi đếm thêm đến số cần đạt.</w:t>
            </w:r>
          </w:p>
        </w:tc>
      </w:tr>
      <w:tr w:rsidR="00BE1DBE" w:rsidTr="00D24FB7">
        <w:trPr>
          <w:cantSplit/>
          <w:jc w:val="center"/>
        </w:trPr>
        <w:tc>
          <w:tcPr>
            <w:tcW w:w="5102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GV nêu yêu cầu: “Ở nhà, em tìm một nhóm có từ 0 đến 5 đồ vật và nói số lượng với người thân.”</w:t>
            </w:r>
          </w:p>
        </w:tc>
        <w:tc>
          <w:tcPr>
            <w:tcW w:w="4649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HS ghi nhớ và thực hiện ở nhà.</w:t>
            </w:r>
          </w:p>
        </w:tc>
      </w:tr>
      <w:tr w:rsidR="00BE1DBE" w:rsidTr="00D24FB7">
        <w:trPr>
          <w:cantSplit/>
          <w:jc w:val="center"/>
        </w:trPr>
        <w:tc>
          <w:tcPr>
            <w:tcW w:w="5102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GV giới thiệu: “Tiết sau, chúng ta sẽ mở rộng việc đếm đến 10.”</w:t>
            </w:r>
          </w:p>
        </w:tc>
        <w:tc>
          <w:tcPr>
            <w:tcW w:w="4649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HS hào hứng chuẩn bị bài mới.</w:t>
            </w:r>
          </w:p>
        </w:tc>
      </w:tr>
    </w:tbl>
    <w:p w:rsidR="00BE1DBE" w:rsidRDefault="00124F0D">
      <w:pPr>
        <w:spacing w:before="80" w:after="40"/>
      </w:pPr>
      <w:r>
        <w:rPr>
          <w:b/>
        </w:rPr>
        <w:t>IV. ĐIỀU CHỈNH SAU BÀI DẠY (NẾU CÓ)</w:t>
      </w:r>
    </w:p>
    <w:p w:rsidR="00BE1DBE" w:rsidRDefault="00124F0D">
      <w:r>
        <w:t>........................................................................................................................................................................</w:t>
      </w:r>
    </w:p>
    <w:p w:rsidR="00BE1DBE" w:rsidRDefault="00124F0D">
      <w:r>
        <w:t>........................................................................................................................................................................</w:t>
      </w:r>
    </w:p>
    <w:p w:rsidR="00D24FB7" w:rsidRDefault="00D24FB7">
      <w:pPr>
        <w:spacing w:before="80" w:after="40"/>
        <w:jc w:val="center"/>
        <w:rPr>
          <w:b/>
          <w:sz w:val="30"/>
        </w:rPr>
      </w:pPr>
    </w:p>
    <w:p w:rsidR="00BE1DBE" w:rsidRDefault="00124F0D">
      <w:pPr>
        <w:spacing w:before="80" w:after="40"/>
        <w:jc w:val="center"/>
      </w:pPr>
      <w:bookmarkStart w:id="0" w:name="_GoBack"/>
      <w:bookmarkEnd w:id="0"/>
      <w:r>
        <w:rPr>
          <w:b/>
          <w:sz w:val="30"/>
        </w:rPr>
        <w:lastRenderedPageBreak/>
        <w:t>BÀI 2: CÁC SỐ 6, 7, 8, 9, 10 - TIẾT 1</w:t>
      </w:r>
    </w:p>
    <w:p w:rsidR="00BE1DBE" w:rsidRDefault="00124F0D">
      <w:pPr>
        <w:spacing w:after="120"/>
        <w:jc w:val="center"/>
      </w:pPr>
      <w:r>
        <w:rPr>
          <w:i/>
        </w:rPr>
        <w:t>Số tiết thực hiện: 01 tiết    -    Thời gian thực hiện: .........................</w:t>
      </w:r>
    </w:p>
    <w:p w:rsidR="00BE1DBE" w:rsidRDefault="00124F0D">
      <w:pPr>
        <w:spacing w:before="80" w:after="40"/>
      </w:pPr>
      <w:r>
        <w:rPr>
          <w:b/>
        </w:rPr>
        <w:t>I. YÊU CẦU CẦN ĐẠT</w:t>
      </w:r>
    </w:p>
    <w:p w:rsidR="00BE1DBE" w:rsidRDefault="00124F0D">
      <w:r>
        <w:rPr>
          <w:b/>
        </w:rPr>
        <w:t>1. Năng lực đặc thù</w:t>
      </w:r>
    </w:p>
    <w:p w:rsidR="00BE1DBE" w:rsidRDefault="00124F0D">
      <w:r>
        <w:t>- Đếm, đọc, viết được các số từ 6 đến 10.</w:t>
      </w:r>
    </w:p>
    <w:p w:rsidR="00BE1DBE" w:rsidRDefault="00124F0D">
      <w:r>
        <w:t>- Nhận biết được số lượng tương ứng với các số từ 6 đến 10.</w:t>
      </w:r>
    </w:p>
    <w:p w:rsidR="00BE1DBE" w:rsidRDefault="00124F0D">
      <w:r>
        <w:t>- Sắp xếp được các số trong phạm vi 10 theo thứ tự từ bé đến lớn và từ lớn đến bé; vận dụng đếm thêm để chọn đáp án.</w:t>
      </w:r>
    </w:p>
    <w:p w:rsidR="00BE1DBE" w:rsidRDefault="00124F0D">
      <w:r>
        <w:rPr>
          <w:b/>
        </w:rPr>
        <w:t>2. Năng lực chung</w:t>
      </w:r>
    </w:p>
    <w:p w:rsidR="00BE1DBE" w:rsidRDefault="00124F0D">
      <w:r>
        <w:t>- Tự chủ và tự học: Thực hiện thao tác quan sát, đếm, viết số theo hướng dẫn.</w:t>
      </w:r>
    </w:p>
    <w:p w:rsidR="00BE1DBE" w:rsidRDefault="00124F0D">
      <w:r>
        <w:t>- Giao tiếp và hợp tác: Trao đổi kết quả đếm, trình bày cách chọn đáp án.</w:t>
      </w:r>
    </w:p>
    <w:p w:rsidR="00BE1DBE" w:rsidRDefault="00124F0D">
      <w:r>
        <w:t>- Giải quyết vấn đề và sáng tạo: Vận dụng đếm và đếm thêm để xử lí bài tập tranh.</w:t>
      </w:r>
    </w:p>
    <w:p w:rsidR="00BE1DBE" w:rsidRDefault="00124F0D">
      <w:r>
        <w:rPr>
          <w:b/>
        </w:rPr>
        <w:t>3. Phẩm chất</w:t>
      </w:r>
    </w:p>
    <w:p w:rsidR="00BE1DBE" w:rsidRDefault="00124F0D">
      <w:r>
        <w:t>- Chăm chỉ: Hứng thú tham gia hoạt động nhận biết và viết số.</w:t>
      </w:r>
    </w:p>
    <w:p w:rsidR="00BE1DBE" w:rsidRDefault="00124F0D">
      <w:r>
        <w:t>- Trung thực: Nêu kết quả chính xác, tự kiểm tra bài làm.</w:t>
      </w:r>
    </w:p>
    <w:p w:rsidR="00BE1DBE" w:rsidRDefault="00124F0D">
      <w:r>
        <w:t>- Trách nhiệm: Hoàn thành nhiệm vụ học tập và bảo quản đồ dùng.</w:t>
      </w:r>
    </w:p>
    <w:p w:rsidR="00BE1DBE" w:rsidRDefault="00124F0D">
      <w:pPr>
        <w:spacing w:before="80" w:after="40"/>
      </w:pPr>
      <w:r>
        <w:rPr>
          <w:b/>
        </w:rPr>
        <w:t>II. ĐỒ DÙNG DẠY HỌC</w:t>
      </w:r>
    </w:p>
    <w:p w:rsidR="00BE1DBE" w:rsidRDefault="00124F0D">
      <w:r>
        <w:rPr>
          <w:b/>
        </w:rPr>
        <w:t>1. Giáo viên</w:t>
      </w:r>
    </w:p>
    <w:p w:rsidR="00BE1DBE" w:rsidRDefault="00124F0D">
      <w:r>
        <w:t>- SGK Toán 1, Tập một; SGV Toán 1, Tập một.</w:t>
      </w:r>
    </w:p>
    <w:p w:rsidR="00BE1DBE" w:rsidRDefault="00124F0D">
      <w:r>
        <w:t>- Tranh cắt từ SGK trang 14 - 17; thẻ số 0 - 10; bảng phụ; bộ đồ dùng học Toán.</w:t>
      </w:r>
    </w:p>
    <w:p w:rsidR="00BE1DBE" w:rsidRDefault="00124F0D">
      <w:r>
        <w:rPr>
          <w:b/>
        </w:rPr>
        <w:t>2. Học sinh</w:t>
      </w:r>
    </w:p>
    <w:p w:rsidR="00BE1DBE" w:rsidRDefault="00124F0D">
      <w:r>
        <w:t>- SGK Toán 1; bộ đồ dùng học Toán; bảng con, thẻ số 0 - 10, vở.</w:t>
      </w:r>
    </w:p>
    <w:p w:rsidR="00BE1DBE" w:rsidRDefault="00124F0D">
      <w:pPr>
        <w:spacing w:before="80" w:after="40"/>
      </w:pPr>
      <w:r>
        <w:rPr>
          <w:b/>
        </w:rPr>
        <w:t>III. CÁC HOẠT ĐỘNG DẠY HỌC</w:t>
      </w:r>
    </w:p>
    <w:tbl>
      <w:tblPr>
        <w:tblStyle w:val="TableGrid"/>
        <w:tblW w:w="0" w:type="auto"/>
        <w:jc w:val="center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2"/>
        <w:gridCol w:w="4649"/>
      </w:tblGrid>
      <w:tr w:rsidR="00BE1DBE" w:rsidTr="00D24FB7">
        <w:trPr>
          <w:cantSplit/>
          <w:tblHeader/>
          <w:jc w:val="center"/>
        </w:trPr>
        <w:tc>
          <w:tcPr>
            <w:tcW w:w="5102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BE1DBE" w:rsidRDefault="00124F0D">
            <w:pPr>
              <w:jc w:val="center"/>
            </w:pPr>
            <w:r>
              <w:rPr>
                <w:b/>
                <w:color w:val="FFFFFF"/>
                <w:sz w:val="24"/>
              </w:rPr>
              <w:t>HOẠT ĐỘNG CỦA GIÁO VIÊN</w:t>
            </w:r>
          </w:p>
        </w:tc>
        <w:tc>
          <w:tcPr>
            <w:tcW w:w="4649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BE1DBE" w:rsidRDefault="00124F0D">
            <w:pPr>
              <w:jc w:val="center"/>
            </w:pPr>
            <w:r>
              <w:rPr>
                <w:b/>
                <w:color w:val="FFFFFF"/>
                <w:sz w:val="24"/>
              </w:rPr>
              <w:t>HOẠT ĐỘNG CỦA HỌC SINH</w:t>
            </w:r>
          </w:p>
        </w:tc>
      </w:tr>
      <w:tr w:rsidR="00BE1DBE" w:rsidTr="00D24FB7">
        <w:trPr>
          <w:cantSplit/>
          <w:jc w:val="center"/>
        </w:trPr>
        <w:tc>
          <w:tcPr>
            <w:tcW w:w="9751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pPr>
              <w:jc w:val="center"/>
            </w:pPr>
            <w:r>
              <w:rPr>
                <w:b/>
              </w:rPr>
              <w:t>TIẾT 1 - KHÁM PHÁ VÀ HOẠT ĐỘNG</w:t>
            </w:r>
          </w:p>
        </w:tc>
      </w:tr>
      <w:tr w:rsidR="00BE1DBE" w:rsidTr="00D24FB7">
        <w:trPr>
          <w:cantSplit/>
          <w:jc w:val="center"/>
        </w:trPr>
        <w:tc>
          <w:tcPr>
            <w:tcW w:w="97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1DBE" w:rsidRDefault="00124F0D">
            <w:r>
              <w:rPr>
                <w:b/>
              </w:rPr>
              <w:t>1. KHỞI ĐỘNG - Ôn số đã học</w:t>
            </w:r>
          </w:p>
          <w:p w:rsidR="00BE1DBE" w:rsidRDefault="00124F0D">
            <w:r>
              <w:rPr>
                <w:b/>
              </w:rPr>
              <w:t>Mục tiêu:</w:t>
            </w:r>
          </w:p>
          <w:p w:rsidR="00BE1DBE" w:rsidRDefault="00124F0D">
            <w:r>
              <w:t>- Ôn nhanh các số từ 0 đến 5.</w:t>
            </w:r>
          </w:p>
          <w:p w:rsidR="00BE1DBE" w:rsidRDefault="00124F0D">
            <w:r>
              <w:t>- Tạo tình huống mở rộng số lượng đến 10.</w:t>
            </w:r>
          </w:p>
          <w:p w:rsidR="00BE1DBE" w:rsidRDefault="00124F0D">
            <w:r>
              <w:rPr>
                <w:b/>
              </w:rPr>
              <w:t>Cách tiến hành:</w:t>
            </w:r>
          </w:p>
        </w:tc>
      </w:tr>
      <w:tr w:rsidR="00BE1DBE" w:rsidTr="00D24FB7">
        <w:trPr>
          <w:cantSplit/>
          <w:jc w:val="center"/>
        </w:trPr>
        <w:tc>
          <w:tcPr>
            <w:tcW w:w="5102" w:type="dxa"/>
            <w:tcBorders>
              <w:top w:val="single" w:sz="4" w:space="0" w:color="auto"/>
            </w:tcBorders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GV giơ các thẻ số 0 đến 5 và yêu cầu HS đọc nhanh.</w:t>
            </w:r>
          </w:p>
        </w:tc>
        <w:tc>
          <w:tcPr>
            <w:tcW w:w="4649" w:type="dxa"/>
            <w:tcBorders>
              <w:top w:val="single" w:sz="4" w:space="0" w:color="auto"/>
            </w:tcBorders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HS đọc đúng các số 0, 1, 2, 3, 4, 5.</w:t>
            </w:r>
          </w:p>
        </w:tc>
      </w:tr>
      <w:tr w:rsidR="00BE1DBE" w:rsidTr="00D24FB7">
        <w:trPr>
          <w:cantSplit/>
          <w:jc w:val="center"/>
        </w:trPr>
        <w:tc>
          <w:tcPr>
            <w:tcW w:w="5102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GV đặt thêm que tính để có nhiều hơn 5 que.</w:t>
            </w:r>
          </w:p>
        </w:tc>
        <w:tc>
          <w:tcPr>
            <w:tcW w:w="4649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HS quan sát nhóm que tính có nhiều hơn 5 que.</w:t>
            </w:r>
          </w:p>
        </w:tc>
      </w:tr>
      <w:tr w:rsidR="00BE1DBE" w:rsidTr="00D24FB7">
        <w:trPr>
          <w:cantSplit/>
          <w:jc w:val="center"/>
        </w:trPr>
        <w:tc>
          <w:tcPr>
            <w:tcW w:w="5102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GV hỏi: “Khi số đồ vật nhiều hơn 5, chúng ta cần học thêm những số nào?”</w:t>
            </w:r>
          </w:p>
        </w:tc>
        <w:tc>
          <w:tcPr>
            <w:tcW w:w="4649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HS dự đoán: Cần học các số 6, 7, 8, 9, 10.</w:t>
            </w:r>
          </w:p>
        </w:tc>
      </w:tr>
      <w:tr w:rsidR="00BE1DBE" w:rsidTr="00D24FB7">
        <w:trPr>
          <w:cantSplit/>
          <w:jc w:val="center"/>
        </w:trPr>
        <w:tc>
          <w:tcPr>
            <w:tcW w:w="5102" w:type="dxa"/>
            <w:tcBorders>
              <w:bottom w:val="single" w:sz="4" w:space="0" w:color="auto"/>
            </w:tcBorders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GV giới thiệu bài: “Hôm nay, chúng ta cùng đếm, đọc và viết các số 6, 7, 8, 9, 10.”</w:t>
            </w:r>
          </w:p>
        </w:tc>
        <w:tc>
          <w:tcPr>
            <w:tcW w:w="4649" w:type="dxa"/>
            <w:tcBorders>
              <w:bottom w:val="single" w:sz="4" w:space="0" w:color="auto"/>
            </w:tcBorders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HS nhắc lại tên bài và mở SGK trang 14.</w:t>
            </w:r>
          </w:p>
        </w:tc>
      </w:tr>
      <w:tr w:rsidR="00BE1DBE" w:rsidTr="00D24FB7">
        <w:trPr>
          <w:cantSplit/>
          <w:jc w:val="center"/>
        </w:trPr>
        <w:tc>
          <w:tcPr>
            <w:tcW w:w="97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1DBE" w:rsidRDefault="00124F0D">
            <w:r>
              <w:rPr>
                <w:b/>
              </w:rPr>
              <w:t>2. KHÁM PHÁ - Hình thành các số 6, 7, 8, 9, 10</w:t>
            </w:r>
          </w:p>
          <w:p w:rsidR="00BE1DBE" w:rsidRDefault="00124F0D">
            <w:r>
              <w:rPr>
                <w:b/>
              </w:rPr>
              <w:t>Mục tiêu:</w:t>
            </w:r>
          </w:p>
          <w:p w:rsidR="00BE1DBE" w:rsidRDefault="00124F0D">
            <w:r>
              <w:t>- Đếm được số lượng trong từng tranh.</w:t>
            </w:r>
          </w:p>
          <w:p w:rsidR="00BE1DBE" w:rsidRDefault="00124F0D">
            <w:r>
              <w:t>- Nhận biết, đọc đúng các số 6, 7, 8, 9, 10.</w:t>
            </w:r>
          </w:p>
          <w:p w:rsidR="00BE1DBE" w:rsidRDefault="00124F0D">
            <w:r>
              <w:rPr>
                <w:b/>
              </w:rPr>
              <w:t>Cách tiến hành:</w:t>
            </w:r>
          </w:p>
        </w:tc>
      </w:tr>
      <w:tr w:rsidR="00BE1DBE" w:rsidTr="00D24FB7">
        <w:trPr>
          <w:cantSplit/>
          <w:jc w:val="center"/>
        </w:trPr>
        <w:tc>
          <w:tcPr>
            <w:tcW w:w="5102" w:type="dxa"/>
            <w:tcBorders>
              <w:top w:val="single" w:sz="4" w:space="0" w:color="auto"/>
            </w:tcBorders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lastRenderedPageBreak/>
              <w:t>- GV cho HS quan sát phần Khám phá và hỏi: “Có bao nhiêu con ong? Ta dùng số nào để chỉ số con ong?”</w:t>
            </w:r>
          </w:p>
          <w:p w:rsidR="00BE1DBE" w:rsidRDefault="00BE1DBE">
            <w:pPr>
              <w:spacing w:before="40" w:after="20"/>
              <w:jc w:val="center"/>
            </w:pPr>
          </w:p>
        </w:tc>
        <w:tc>
          <w:tcPr>
            <w:tcW w:w="4649" w:type="dxa"/>
            <w:tcBorders>
              <w:top w:val="single" w:sz="4" w:space="0" w:color="auto"/>
            </w:tcBorders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HS đếm và trả lời: Có 6 con ong; dùng số 6; đọc là sáu.</w:t>
            </w:r>
          </w:p>
        </w:tc>
      </w:tr>
      <w:tr w:rsidR="00BE1DBE" w:rsidTr="00D24FB7">
        <w:trPr>
          <w:cantSplit/>
          <w:jc w:val="center"/>
        </w:trPr>
        <w:tc>
          <w:tcPr>
            <w:tcW w:w="5102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GV lần lượt hỏi: “Có bao nhiêu con chim? Có bao nhiêu bông hoa? Có bao nhiêu con sao biển? Có bao nhiêu con bọ rùa?”</w:t>
            </w:r>
          </w:p>
        </w:tc>
        <w:tc>
          <w:tcPr>
            <w:tcW w:w="4649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HS trả lời lần lượt: 7 con chim - số 7; 8 bông hoa - số 8; 9 con sao biển - số 9; 10 con bọ rùa - số 10.</w:t>
            </w:r>
          </w:p>
        </w:tc>
      </w:tr>
      <w:tr w:rsidR="00BE1DBE" w:rsidTr="00D24FB7">
        <w:trPr>
          <w:cantSplit/>
          <w:jc w:val="center"/>
        </w:trPr>
        <w:tc>
          <w:tcPr>
            <w:tcW w:w="5102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GV hướng dẫn HS đọc xuôi và đọc ngược các số vừa học.</w:t>
            </w:r>
          </w:p>
        </w:tc>
        <w:tc>
          <w:tcPr>
            <w:tcW w:w="4649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HS đọc: 6, 7, 8, 9, 10; sau đó đọc: 10, 9, 8, 7, 6.</w:t>
            </w:r>
          </w:p>
        </w:tc>
      </w:tr>
      <w:tr w:rsidR="00BE1DBE" w:rsidTr="00D24FB7">
        <w:trPr>
          <w:cantSplit/>
          <w:jc w:val="center"/>
        </w:trPr>
        <w:tc>
          <w:tcPr>
            <w:tcW w:w="5102" w:type="dxa"/>
            <w:tcBorders>
              <w:bottom w:val="single" w:sz="4" w:space="0" w:color="auto"/>
            </w:tcBorders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GV chốt: “Khi đếm nhiều hơn 5 đồ vật, các em dùng các số 6, 7, 8, 9, 10 tương ứng với số lượng.”</w:t>
            </w:r>
          </w:p>
        </w:tc>
        <w:tc>
          <w:tcPr>
            <w:tcW w:w="4649" w:type="dxa"/>
            <w:tcBorders>
              <w:bottom w:val="single" w:sz="4" w:space="0" w:color="auto"/>
            </w:tcBorders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HS ghi nhớ và đọc lại năm số mới.</w:t>
            </w:r>
          </w:p>
        </w:tc>
      </w:tr>
      <w:tr w:rsidR="00BE1DBE" w:rsidTr="00D24FB7">
        <w:trPr>
          <w:cantSplit/>
          <w:jc w:val="center"/>
        </w:trPr>
        <w:tc>
          <w:tcPr>
            <w:tcW w:w="97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1DBE" w:rsidRDefault="00124F0D">
            <w:r>
              <w:rPr>
                <w:b/>
              </w:rPr>
              <w:t>3. HOẠT ĐỘNG - Viết số, đếm bánh và chọn phương án đúng</w:t>
            </w:r>
          </w:p>
          <w:p w:rsidR="00BE1DBE" w:rsidRDefault="00124F0D">
            <w:r>
              <w:rPr>
                <w:b/>
              </w:rPr>
              <w:t>Mục tiêu:</w:t>
            </w:r>
          </w:p>
          <w:p w:rsidR="00BE1DBE" w:rsidRDefault="00124F0D">
            <w:r>
              <w:t>- Viết được các số 6 đến 10 theo mẫu.</w:t>
            </w:r>
          </w:p>
          <w:p w:rsidR="00BE1DBE" w:rsidRDefault="00124F0D">
            <w:r>
              <w:t>- Đếm đúng số bánh; biết đếm thêm để lựa chọn phương án.</w:t>
            </w:r>
          </w:p>
          <w:p w:rsidR="00BE1DBE" w:rsidRDefault="00124F0D">
            <w:r>
              <w:rPr>
                <w:b/>
              </w:rPr>
              <w:t>Cách tiến hành:</w:t>
            </w:r>
          </w:p>
        </w:tc>
      </w:tr>
      <w:tr w:rsidR="00BE1DBE" w:rsidTr="00D24FB7">
        <w:trPr>
          <w:cantSplit/>
          <w:jc w:val="center"/>
        </w:trPr>
        <w:tc>
          <w:tcPr>
            <w:tcW w:w="5102" w:type="dxa"/>
            <w:tcBorders>
              <w:top w:val="single" w:sz="4" w:space="0" w:color="auto"/>
            </w:tcBorders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 xml:space="preserve">- </w:t>
            </w:r>
            <w:r>
              <w:rPr>
                <w:b/>
              </w:rPr>
              <w:t>Bài 1:</w:t>
            </w:r>
            <w:r>
              <w:t xml:space="preserve"> GV cho HS quan sát mẫu viết số và hỏi: “Các em cần làm gì để viết số đúng mẫu?”</w:t>
            </w:r>
          </w:p>
          <w:p w:rsidR="00BE1DBE" w:rsidRDefault="00BE1DBE">
            <w:pPr>
              <w:spacing w:before="40" w:after="20"/>
              <w:jc w:val="center"/>
            </w:pPr>
          </w:p>
        </w:tc>
        <w:tc>
          <w:tcPr>
            <w:tcW w:w="4649" w:type="dxa"/>
            <w:tcBorders>
              <w:top w:val="single" w:sz="4" w:space="0" w:color="auto"/>
            </w:tcBorders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HS trả lời: Quan sát nét viết và chiều mũi tên; viết các số 6, 7, 8, 9, 10 theo mẫu.</w:t>
            </w:r>
          </w:p>
        </w:tc>
      </w:tr>
      <w:tr w:rsidR="00BE1DBE" w:rsidTr="00D24FB7">
        <w:trPr>
          <w:cantSplit/>
          <w:jc w:val="center"/>
        </w:trPr>
        <w:tc>
          <w:tcPr>
            <w:tcW w:w="5102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GV hướng dẫn HS viết từng số vào bảng con.</w:t>
            </w:r>
          </w:p>
        </w:tc>
        <w:tc>
          <w:tcPr>
            <w:tcW w:w="4649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HS viết bảng con các số 6, 7, 8, 9, 10.</w:t>
            </w:r>
          </w:p>
        </w:tc>
      </w:tr>
      <w:tr w:rsidR="00BE1DBE" w:rsidTr="00D24FB7">
        <w:trPr>
          <w:cantSplit/>
          <w:jc w:val="center"/>
        </w:trPr>
        <w:tc>
          <w:tcPr>
            <w:tcW w:w="5102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GV nhận xét nét viết và hướng dẫn HS sửa lỗi.</w:t>
            </w:r>
          </w:p>
        </w:tc>
        <w:tc>
          <w:tcPr>
            <w:tcW w:w="4649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HS sửa lỗi theo hướng dẫn.</w:t>
            </w:r>
          </w:p>
        </w:tc>
      </w:tr>
      <w:tr w:rsidR="00BE1DBE" w:rsidTr="00D24FB7">
        <w:trPr>
          <w:cantSplit/>
          <w:jc w:val="center"/>
        </w:trPr>
        <w:tc>
          <w:tcPr>
            <w:tcW w:w="5102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GV yêu cầu HS viết một dòng số vào vở.</w:t>
            </w:r>
          </w:p>
        </w:tc>
        <w:tc>
          <w:tcPr>
            <w:tcW w:w="4649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HS viết các số vào vở.</w:t>
            </w:r>
          </w:p>
        </w:tc>
      </w:tr>
      <w:tr w:rsidR="00BE1DBE" w:rsidTr="00D24FB7">
        <w:trPr>
          <w:cantSplit/>
          <w:jc w:val="center"/>
        </w:trPr>
        <w:tc>
          <w:tcPr>
            <w:tcW w:w="5102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GV chốt Bài 1: “Các số cần luyện viết là 6, 7, 8, 9, 10; viết đúng mẫu, rõ nét.”</w:t>
            </w:r>
          </w:p>
        </w:tc>
        <w:tc>
          <w:tcPr>
            <w:tcW w:w="4649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HS đối chiếu mẫu và tự sửa bài.</w:t>
            </w:r>
          </w:p>
        </w:tc>
      </w:tr>
      <w:tr w:rsidR="00BE1DBE" w:rsidTr="00D24FB7">
        <w:trPr>
          <w:cantSplit/>
          <w:jc w:val="center"/>
        </w:trPr>
        <w:tc>
          <w:tcPr>
            <w:tcW w:w="5102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 xml:space="preserve">- </w:t>
            </w:r>
            <w:r>
              <w:rPr>
                <w:b/>
              </w:rPr>
              <w:t>Bài 2:</w:t>
            </w:r>
            <w:r>
              <w:t xml:space="preserve"> GV cho HS quan sát các khay, giỏ bánh và hỏi: “Mỗi khay hoặc giỏ có bao nhiêu chiếc bánh?”</w:t>
            </w:r>
          </w:p>
          <w:p w:rsidR="00BE1DBE" w:rsidRDefault="00BE1DBE">
            <w:pPr>
              <w:spacing w:before="40" w:after="20"/>
              <w:jc w:val="center"/>
            </w:pPr>
          </w:p>
        </w:tc>
        <w:tc>
          <w:tcPr>
            <w:tcW w:w="4649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HS đếm và trả lời lần lượt: 5; 6; 7; 8; 9; 10 chiếc bánh.</w:t>
            </w:r>
          </w:p>
        </w:tc>
      </w:tr>
      <w:tr w:rsidR="00BE1DBE" w:rsidTr="00D24FB7">
        <w:trPr>
          <w:cantSplit/>
          <w:jc w:val="center"/>
        </w:trPr>
        <w:tc>
          <w:tcPr>
            <w:tcW w:w="5102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GV yêu cầu HS thảo luận nhóm đôi: cùng đếm từng khay.</w:t>
            </w:r>
          </w:p>
        </w:tc>
        <w:tc>
          <w:tcPr>
            <w:tcW w:w="4649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HS trao đổi kết quả đếm với bạn.</w:t>
            </w:r>
          </w:p>
        </w:tc>
      </w:tr>
      <w:tr w:rsidR="00BE1DBE" w:rsidTr="00D24FB7">
        <w:trPr>
          <w:cantSplit/>
          <w:jc w:val="center"/>
        </w:trPr>
        <w:tc>
          <w:tcPr>
            <w:tcW w:w="5102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GV yêu cầu mỗi HS điền số thích hợp vào SGK/vở bài tập.</w:t>
            </w:r>
          </w:p>
        </w:tc>
        <w:tc>
          <w:tcPr>
            <w:tcW w:w="4649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HS điền lần lượt 5, 6, 7, 8, 9, 10.</w:t>
            </w:r>
          </w:p>
        </w:tc>
      </w:tr>
      <w:tr w:rsidR="00BE1DBE" w:rsidTr="00D24FB7">
        <w:trPr>
          <w:cantSplit/>
          <w:jc w:val="center"/>
        </w:trPr>
        <w:tc>
          <w:tcPr>
            <w:tcW w:w="5102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GV chốt Bài 2: “Đáp án đúng theo thứ tự các tranh là 5, 6, 7, 8, 9, 10.”</w:t>
            </w:r>
          </w:p>
        </w:tc>
        <w:tc>
          <w:tcPr>
            <w:tcW w:w="4649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HS kiểm tra và đọc lại dãy số.</w:t>
            </w:r>
          </w:p>
        </w:tc>
      </w:tr>
      <w:tr w:rsidR="00BE1DBE" w:rsidTr="00D24FB7">
        <w:trPr>
          <w:cantSplit/>
          <w:jc w:val="center"/>
        </w:trPr>
        <w:tc>
          <w:tcPr>
            <w:tcW w:w="5102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lastRenderedPageBreak/>
              <w:t xml:space="preserve">- </w:t>
            </w:r>
            <w:r>
              <w:rPr>
                <w:b/>
              </w:rPr>
              <w:t>Bài 3a:</w:t>
            </w:r>
            <w:r>
              <w:t xml:space="preserve"> GV cho HS quan sát đĩa bánh và hỏi: “Trên đĩa đang có mấy cái bánh? Muốn có 6 cái bánh, cần thêm mấy cái?”</w:t>
            </w:r>
          </w:p>
          <w:p w:rsidR="00BE1DBE" w:rsidRDefault="00BE1DBE">
            <w:pPr>
              <w:spacing w:before="40" w:after="20"/>
              <w:jc w:val="center"/>
            </w:pPr>
          </w:p>
        </w:tc>
        <w:tc>
          <w:tcPr>
            <w:tcW w:w="4649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HS trả lời: Đang có 4 cái bánh; cần thêm 2 cái; chọn phương án B.</w:t>
            </w:r>
          </w:p>
        </w:tc>
      </w:tr>
      <w:tr w:rsidR="00BE1DBE" w:rsidTr="00D24FB7">
        <w:trPr>
          <w:cantSplit/>
          <w:jc w:val="center"/>
        </w:trPr>
        <w:tc>
          <w:tcPr>
            <w:tcW w:w="5102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 xml:space="preserve">- </w:t>
            </w:r>
            <w:r>
              <w:rPr>
                <w:b/>
              </w:rPr>
              <w:t>Bài 3b:</w:t>
            </w:r>
            <w:r>
              <w:t xml:space="preserve"> GV cho HS quan sát đĩa bánh và hỏi: “Trên đĩa đang có mấy cái bánh? Muốn có 9 cái bánh, cần thêm mấy cái?”</w:t>
            </w:r>
          </w:p>
          <w:p w:rsidR="00BE1DBE" w:rsidRDefault="00BE1DBE">
            <w:pPr>
              <w:spacing w:before="40" w:after="20"/>
              <w:jc w:val="center"/>
            </w:pPr>
          </w:p>
        </w:tc>
        <w:tc>
          <w:tcPr>
            <w:tcW w:w="4649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HS trả lời: Đang có 6 cái bánh; cần thêm 3 cái; chọn phương án A.</w:t>
            </w:r>
          </w:p>
        </w:tc>
      </w:tr>
      <w:tr w:rsidR="00BE1DBE" w:rsidTr="00D24FB7">
        <w:trPr>
          <w:cantSplit/>
          <w:jc w:val="center"/>
        </w:trPr>
        <w:tc>
          <w:tcPr>
            <w:tcW w:w="5102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GV yêu cầu HS dùng que tính hoặc chấm tròn để đếm thêm.</w:t>
            </w:r>
          </w:p>
        </w:tc>
        <w:tc>
          <w:tcPr>
            <w:tcW w:w="4649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HS thao tác để kiểm chứng số bánh cần thêm.</w:t>
            </w:r>
          </w:p>
        </w:tc>
      </w:tr>
      <w:tr w:rsidR="00BE1DBE" w:rsidTr="00D24FB7">
        <w:trPr>
          <w:cantSplit/>
          <w:jc w:val="center"/>
        </w:trPr>
        <w:tc>
          <w:tcPr>
            <w:tcW w:w="5102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GV yêu cầu HS trao đổi kết quả theo cặp.</w:t>
            </w:r>
          </w:p>
        </w:tc>
        <w:tc>
          <w:tcPr>
            <w:tcW w:w="4649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HS trao đổi kết quả với bạn.</w:t>
            </w:r>
          </w:p>
        </w:tc>
      </w:tr>
      <w:tr w:rsidR="00BE1DBE" w:rsidTr="00D24FB7">
        <w:trPr>
          <w:cantSplit/>
          <w:jc w:val="center"/>
        </w:trPr>
        <w:tc>
          <w:tcPr>
            <w:tcW w:w="5102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GV yêu cầu HS khoanh đáp án đúng trong bài.</w:t>
            </w:r>
          </w:p>
        </w:tc>
        <w:tc>
          <w:tcPr>
            <w:tcW w:w="4649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HS khoanh: câu a chọn B; câu b chọn A.</w:t>
            </w:r>
          </w:p>
        </w:tc>
      </w:tr>
      <w:tr w:rsidR="00BE1DBE" w:rsidTr="00D24FB7">
        <w:trPr>
          <w:cantSplit/>
          <w:jc w:val="center"/>
        </w:trPr>
        <w:tc>
          <w:tcPr>
            <w:tcW w:w="5102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GV chốt Bài 3: “Muốn có 6 bánh cần thêm 2 bánh, chọn B; muốn có 9 bánh cần thêm 3 bánh, chọn A.”</w:t>
            </w:r>
          </w:p>
        </w:tc>
        <w:tc>
          <w:tcPr>
            <w:tcW w:w="4649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HS nhắc lại cách đếm thêm và sửa bài nếu cần.</w:t>
            </w:r>
          </w:p>
        </w:tc>
      </w:tr>
      <w:tr w:rsidR="00BE1DBE" w:rsidTr="00D24FB7">
        <w:trPr>
          <w:cantSplit/>
          <w:jc w:val="center"/>
        </w:trPr>
        <w:tc>
          <w:tcPr>
            <w:tcW w:w="5102" w:type="dxa"/>
            <w:tcBorders>
              <w:bottom w:val="single" w:sz="4" w:space="0" w:color="auto"/>
            </w:tcBorders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GV kết luận: “Các số 6 đến 10 giúp em biểu thị số lượng nhiều hơn 5; muốn chọn đáp án, em đếm số đang có rồi đếm thêm.”</w:t>
            </w:r>
          </w:p>
        </w:tc>
        <w:tc>
          <w:tcPr>
            <w:tcW w:w="4649" w:type="dxa"/>
            <w:tcBorders>
              <w:bottom w:val="single" w:sz="4" w:space="0" w:color="auto"/>
            </w:tcBorders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HS nhắc lại cách làm và tự kiểm tra kết quả.</w:t>
            </w:r>
          </w:p>
        </w:tc>
      </w:tr>
      <w:tr w:rsidR="00BE1DBE" w:rsidTr="00D24FB7">
        <w:trPr>
          <w:cantSplit/>
          <w:jc w:val="center"/>
        </w:trPr>
        <w:tc>
          <w:tcPr>
            <w:tcW w:w="97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1DBE" w:rsidRDefault="00124F0D">
            <w:r>
              <w:rPr>
                <w:b/>
              </w:rPr>
              <w:t>4. CỦNG CỐ - DẶN DÒ</w:t>
            </w:r>
          </w:p>
          <w:p w:rsidR="00BE1DBE" w:rsidRDefault="00124F0D">
            <w:r>
              <w:rPr>
                <w:b/>
              </w:rPr>
              <w:t>Mục tiêu:</w:t>
            </w:r>
          </w:p>
          <w:p w:rsidR="00BE1DBE" w:rsidRDefault="00124F0D">
            <w:r>
              <w:t>- Củng cố việc đọc và viết các số 6 đến 10.</w:t>
            </w:r>
          </w:p>
          <w:p w:rsidR="00BE1DBE" w:rsidRDefault="00124F0D">
            <w:r>
              <w:rPr>
                <w:b/>
              </w:rPr>
              <w:t>Cách tiến hành:</w:t>
            </w:r>
          </w:p>
        </w:tc>
      </w:tr>
      <w:tr w:rsidR="00BE1DBE" w:rsidTr="00D24FB7">
        <w:trPr>
          <w:cantSplit/>
          <w:jc w:val="center"/>
        </w:trPr>
        <w:tc>
          <w:tcPr>
            <w:tcW w:w="5102" w:type="dxa"/>
            <w:tcBorders>
              <w:top w:val="single" w:sz="4" w:space="0" w:color="auto"/>
            </w:tcBorders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GV đọc bất kì một số từ 6 đến 10, yêu cầu HS viết vào bảng con.</w:t>
            </w:r>
          </w:p>
        </w:tc>
        <w:tc>
          <w:tcPr>
            <w:tcW w:w="4649" w:type="dxa"/>
            <w:tcBorders>
              <w:top w:val="single" w:sz="4" w:space="0" w:color="auto"/>
            </w:tcBorders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HS viết đúng số nghe được vào bảng con và giơ bảng.</w:t>
            </w:r>
          </w:p>
        </w:tc>
      </w:tr>
      <w:tr w:rsidR="00BE1DBE" w:rsidTr="00D24FB7">
        <w:trPr>
          <w:cantSplit/>
          <w:jc w:val="center"/>
        </w:trPr>
        <w:tc>
          <w:tcPr>
            <w:tcW w:w="5102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GV dặn: “Về nhà luyện viết các số 6 đến 10, chuẩn bị tiết luyện tập.”</w:t>
            </w:r>
          </w:p>
        </w:tc>
        <w:tc>
          <w:tcPr>
            <w:tcW w:w="4649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HS lắng nghe và ghi nhớ.</w:t>
            </w:r>
          </w:p>
        </w:tc>
      </w:tr>
    </w:tbl>
    <w:p w:rsidR="00BE1DBE" w:rsidRDefault="00124F0D">
      <w:pPr>
        <w:spacing w:before="80" w:after="40"/>
      </w:pPr>
      <w:r>
        <w:rPr>
          <w:b/>
        </w:rPr>
        <w:t>IV. ĐIỀU CHỈNH SAU BÀI DẠY (NẾU CÓ)</w:t>
      </w:r>
    </w:p>
    <w:p w:rsidR="00BE1DBE" w:rsidRDefault="00124F0D">
      <w:r>
        <w:t>........................................................................................................................................................................</w:t>
      </w:r>
    </w:p>
    <w:p w:rsidR="00BE1DBE" w:rsidRDefault="00124F0D">
      <w:r>
        <w:t>........................................................................................................................................................................</w:t>
      </w:r>
    </w:p>
    <w:p w:rsidR="00BE1DBE" w:rsidRDefault="00124F0D">
      <w:r>
        <w:t>........................................................................................................................................................................</w:t>
      </w:r>
    </w:p>
    <w:p w:rsidR="00BE1DBE" w:rsidRDefault="00BE1DBE"/>
    <w:p w:rsidR="00D24FB7" w:rsidRDefault="00D24FB7">
      <w:pPr>
        <w:spacing w:before="80" w:after="40"/>
        <w:jc w:val="center"/>
        <w:rPr>
          <w:b/>
          <w:sz w:val="30"/>
        </w:rPr>
      </w:pPr>
    </w:p>
    <w:p w:rsidR="00BE1DBE" w:rsidRDefault="00124F0D">
      <w:pPr>
        <w:spacing w:before="80" w:after="40"/>
        <w:jc w:val="center"/>
      </w:pPr>
      <w:r>
        <w:rPr>
          <w:b/>
          <w:sz w:val="30"/>
        </w:rPr>
        <w:t>BÀI 2: CÁC SỐ 6, 7, 8, 9, 10 - TIẾT 2: LUYỆN TẬP</w:t>
      </w:r>
    </w:p>
    <w:p w:rsidR="00BE1DBE" w:rsidRDefault="00124F0D">
      <w:pPr>
        <w:spacing w:after="120"/>
        <w:jc w:val="center"/>
      </w:pPr>
      <w:r>
        <w:rPr>
          <w:i/>
        </w:rPr>
        <w:t>Số tiết thực hiện: 01 tiết    -    Thời gian thực hiện: .........................</w:t>
      </w:r>
    </w:p>
    <w:p w:rsidR="00BE1DBE" w:rsidRDefault="00124F0D">
      <w:pPr>
        <w:spacing w:before="80" w:after="40"/>
      </w:pPr>
      <w:r>
        <w:rPr>
          <w:b/>
        </w:rPr>
        <w:t>I. YÊU CẦU CẦN ĐẠT</w:t>
      </w:r>
    </w:p>
    <w:p w:rsidR="00BE1DBE" w:rsidRDefault="00124F0D">
      <w:r>
        <w:rPr>
          <w:b/>
        </w:rPr>
        <w:t>1. Năng lực đặc thù</w:t>
      </w:r>
    </w:p>
    <w:p w:rsidR="00BE1DBE" w:rsidRDefault="00124F0D">
      <w:r>
        <w:t>- Đếm, đọc và viết được các số từ 6 đến 10 trong các bài tập trực quan.</w:t>
      </w:r>
    </w:p>
    <w:p w:rsidR="00BE1DBE" w:rsidRDefault="00124F0D">
      <w:r>
        <w:lastRenderedPageBreak/>
        <w:t>- Điền được số thích hợp trong dãy số và nhận biết được đối tượng có số chân theo yêu cầu.</w:t>
      </w:r>
    </w:p>
    <w:p w:rsidR="00BE1DBE" w:rsidRDefault="00124F0D">
      <w:r>
        <w:t>- Vận dụng số trong phạm vi 10 để đếm các sự vật trong tranh.</w:t>
      </w:r>
    </w:p>
    <w:p w:rsidR="00BE1DBE" w:rsidRDefault="00124F0D">
      <w:r>
        <w:rPr>
          <w:b/>
        </w:rPr>
        <w:t>2. Năng lực chung</w:t>
      </w:r>
    </w:p>
    <w:p w:rsidR="00BE1DBE" w:rsidRDefault="00124F0D">
      <w:r>
        <w:t>- Tự chủ và tự học: Thực hiện bài tập cá nhân và tự đối chiếu kết quả.</w:t>
      </w:r>
    </w:p>
    <w:p w:rsidR="00BE1DBE" w:rsidRDefault="00124F0D">
      <w:r>
        <w:t>- Giao tiếp và hợp tác: Trao đổi cách đếm, cách lựa chọn đáp án với bạn.</w:t>
      </w:r>
    </w:p>
    <w:p w:rsidR="00BE1DBE" w:rsidRDefault="00124F0D">
      <w:r>
        <w:t>- Giải quyết vấn đề và sáng tạo: Quan sát, phân tích tranh để tìm kết quả đúng.</w:t>
      </w:r>
    </w:p>
    <w:p w:rsidR="00BE1DBE" w:rsidRDefault="00124F0D">
      <w:r>
        <w:rPr>
          <w:b/>
        </w:rPr>
        <w:t>3. Phẩm chất</w:t>
      </w:r>
    </w:p>
    <w:p w:rsidR="00BE1DBE" w:rsidRDefault="00124F0D">
      <w:r>
        <w:t>- Chăm chỉ: Tích cực luyện đếm và hoàn thành bài tập.</w:t>
      </w:r>
    </w:p>
    <w:p w:rsidR="00BE1DBE" w:rsidRDefault="00124F0D">
      <w:r>
        <w:t>- Trung thực: Ghi đúng số lượng quan sát được.</w:t>
      </w:r>
    </w:p>
    <w:p w:rsidR="00BE1DBE" w:rsidRDefault="00124F0D">
      <w:r>
        <w:t>- Trách nhiệm: Thực hiện nhiệm vụ và hợp tác nghiêm túc.</w:t>
      </w:r>
    </w:p>
    <w:p w:rsidR="00BE1DBE" w:rsidRDefault="00124F0D">
      <w:pPr>
        <w:spacing w:before="80" w:after="40"/>
      </w:pPr>
      <w:r>
        <w:rPr>
          <w:b/>
        </w:rPr>
        <w:t>II. ĐỒ DÙNG DẠY HỌC</w:t>
      </w:r>
    </w:p>
    <w:p w:rsidR="00BE1DBE" w:rsidRDefault="00124F0D">
      <w:r>
        <w:rPr>
          <w:b/>
        </w:rPr>
        <w:t>1. Giáo viên</w:t>
      </w:r>
    </w:p>
    <w:p w:rsidR="00BE1DBE" w:rsidRDefault="00124F0D">
      <w:r>
        <w:t>- SGK Toán 1, Tập một; SGV Toán 1, Tập một.</w:t>
      </w:r>
    </w:p>
    <w:p w:rsidR="00BE1DBE" w:rsidRDefault="00124F0D">
      <w:r>
        <w:t>- Tranh cắt từ SGK trang 16 - 17; bảng phụ; thẻ số từ 0 đến 10.</w:t>
      </w:r>
    </w:p>
    <w:p w:rsidR="00BE1DBE" w:rsidRDefault="00124F0D">
      <w:r>
        <w:rPr>
          <w:b/>
        </w:rPr>
        <w:t>2. Học sinh</w:t>
      </w:r>
    </w:p>
    <w:p w:rsidR="00BE1DBE" w:rsidRDefault="00124F0D">
      <w:r>
        <w:t>- SGK Toán 1; bộ đồ dùng học Toán; bảng con; vở/bút chì.</w:t>
      </w:r>
    </w:p>
    <w:p w:rsidR="00BE1DBE" w:rsidRDefault="00124F0D">
      <w:pPr>
        <w:spacing w:before="80" w:after="40"/>
      </w:pPr>
      <w:r>
        <w:rPr>
          <w:b/>
        </w:rPr>
        <w:t>III. CÁC HOẠT ĐỘNG DẠY HỌC</w:t>
      </w:r>
    </w:p>
    <w:tbl>
      <w:tblPr>
        <w:tblStyle w:val="TableGrid"/>
        <w:tblW w:w="0" w:type="auto"/>
        <w:jc w:val="center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2"/>
        <w:gridCol w:w="4649"/>
      </w:tblGrid>
      <w:tr w:rsidR="00BE1DBE" w:rsidTr="00D24FB7">
        <w:trPr>
          <w:cantSplit/>
          <w:tblHeader/>
          <w:jc w:val="center"/>
        </w:trPr>
        <w:tc>
          <w:tcPr>
            <w:tcW w:w="5102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BE1DBE" w:rsidRDefault="00124F0D">
            <w:pPr>
              <w:jc w:val="center"/>
            </w:pPr>
            <w:r>
              <w:rPr>
                <w:b/>
                <w:color w:val="FFFFFF"/>
                <w:sz w:val="24"/>
              </w:rPr>
              <w:t>HOẠT ĐỘNG CỦA GIÁO VIÊN</w:t>
            </w:r>
          </w:p>
        </w:tc>
        <w:tc>
          <w:tcPr>
            <w:tcW w:w="4649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BE1DBE" w:rsidRDefault="00124F0D">
            <w:pPr>
              <w:jc w:val="center"/>
            </w:pPr>
            <w:r>
              <w:rPr>
                <w:b/>
                <w:color w:val="FFFFFF"/>
                <w:sz w:val="24"/>
              </w:rPr>
              <w:t>HOẠT ĐỘNG CỦA HỌC SINH</w:t>
            </w:r>
          </w:p>
        </w:tc>
      </w:tr>
      <w:tr w:rsidR="00BE1DBE" w:rsidTr="00D24FB7">
        <w:trPr>
          <w:cantSplit/>
          <w:jc w:val="center"/>
        </w:trPr>
        <w:tc>
          <w:tcPr>
            <w:tcW w:w="9751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pPr>
              <w:jc w:val="center"/>
            </w:pPr>
            <w:r>
              <w:rPr>
                <w:b/>
              </w:rPr>
              <w:t>TIẾT 2 - LUYỆN TẬP</w:t>
            </w:r>
          </w:p>
        </w:tc>
      </w:tr>
      <w:tr w:rsidR="00BE1DBE" w:rsidTr="00D24FB7">
        <w:trPr>
          <w:cantSplit/>
          <w:jc w:val="center"/>
        </w:trPr>
        <w:tc>
          <w:tcPr>
            <w:tcW w:w="97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1DBE" w:rsidRDefault="00124F0D">
            <w:r>
              <w:rPr>
                <w:b/>
              </w:rPr>
              <w:t>1. KHỞI ĐỘNG - Trò chơi “Xếp hàng số”</w:t>
            </w:r>
          </w:p>
          <w:p w:rsidR="00BE1DBE" w:rsidRDefault="00124F0D">
            <w:r>
              <w:rPr>
                <w:b/>
              </w:rPr>
              <w:t>Mục tiêu:</w:t>
            </w:r>
          </w:p>
          <w:p w:rsidR="00BE1DBE" w:rsidRDefault="00124F0D">
            <w:r>
              <w:t>- Ôn các số từ 0 đến 10.</w:t>
            </w:r>
          </w:p>
          <w:p w:rsidR="00BE1DBE" w:rsidRDefault="00124F0D">
            <w:r>
              <w:t>- Tạo hứng thú cho hoạt động luyện tập.</w:t>
            </w:r>
          </w:p>
          <w:p w:rsidR="00BE1DBE" w:rsidRDefault="00124F0D">
            <w:r>
              <w:rPr>
                <w:b/>
              </w:rPr>
              <w:t>Cách tiến hành:</w:t>
            </w:r>
          </w:p>
        </w:tc>
      </w:tr>
      <w:tr w:rsidR="00BE1DBE" w:rsidTr="00D24FB7">
        <w:trPr>
          <w:cantSplit/>
          <w:jc w:val="center"/>
        </w:trPr>
        <w:tc>
          <w:tcPr>
            <w:tcW w:w="5102" w:type="dxa"/>
            <w:tcBorders>
              <w:top w:val="single" w:sz="4" w:space="0" w:color="auto"/>
            </w:tcBorders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GV phát thẻ số 0 đến 10 cho HS và yêu cầu xếp theo thứ tự tăng dần.</w:t>
            </w:r>
          </w:p>
        </w:tc>
        <w:tc>
          <w:tcPr>
            <w:tcW w:w="4649" w:type="dxa"/>
            <w:tcBorders>
              <w:top w:val="single" w:sz="4" w:space="0" w:color="auto"/>
            </w:tcBorders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HS xếp được dãy: 0, 1, 2, 3, 4, 5, 6, 7, 8, 9, 10.</w:t>
            </w:r>
          </w:p>
        </w:tc>
      </w:tr>
      <w:tr w:rsidR="00BE1DBE" w:rsidTr="00D24FB7">
        <w:trPr>
          <w:cantSplit/>
          <w:jc w:val="center"/>
        </w:trPr>
        <w:tc>
          <w:tcPr>
            <w:tcW w:w="5102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GV yêu cầu đổi chiều xếp từ lớn đến bé.</w:t>
            </w:r>
          </w:p>
        </w:tc>
        <w:tc>
          <w:tcPr>
            <w:tcW w:w="4649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HS xếp được dãy: 10, 9, 8, 7, 6, 5, 4, 3, 2, 1, 0.</w:t>
            </w:r>
          </w:p>
        </w:tc>
      </w:tr>
      <w:tr w:rsidR="00BE1DBE" w:rsidTr="00D24FB7">
        <w:trPr>
          <w:cantSplit/>
          <w:jc w:val="center"/>
        </w:trPr>
        <w:tc>
          <w:tcPr>
            <w:tcW w:w="5102" w:type="dxa"/>
            <w:tcBorders>
              <w:bottom w:val="single" w:sz="4" w:space="0" w:color="auto"/>
            </w:tcBorders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GV giới thiệu: “Các em sẽ vận dụng việc đếm và sắp xếp số để hoàn thành các bài luyện tập.”</w:t>
            </w:r>
          </w:p>
        </w:tc>
        <w:tc>
          <w:tcPr>
            <w:tcW w:w="4649" w:type="dxa"/>
            <w:tcBorders>
              <w:bottom w:val="single" w:sz="4" w:space="0" w:color="auto"/>
            </w:tcBorders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HS mở SGK trang 16 - 17.</w:t>
            </w:r>
          </w:p>
        </w:tc>
      </w:tr>
      <w:tr w:rsidR="00BE1DBE" w:rsidTr="00D24FB7">
        <w:trPr>
          <w:cantSplit/>
          <w:jc w:val="center"/>
        </w:trPr>
        <w:tc>
          <w:tcPr>
            <w:tcW w:w="97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1DBE" w:rsidRDefault="00124F0D">
            <w:r>
              <w:rPr>
                <w:b/>
              </w:rPr>
              <w:t>2. LUYỆN TẬP - Bài 1 và Bài 2</w:t>
            </w:r>
          </w:p>
          <w:p w:rsidR="00BE1DBE" w:rsidRDefault="00124F0D">
            <w:r>
              <w:rPr>
                <w:b/>
              </w:rPr>
              <w:t>Mục tiêu:</w:t>
            </w:r>
          </w:p>
          <w:p w:rsidR="00BE1DBE" w:rsidRDefault="00124F0D">
            <w:r>
              <w:t>- Đếm và ghi đúng số con vật trong từng tranh.</w:t>
            </w:r>
          </w:p>
          <w:p w:rsidR="00BE1DBE" w:rsidRDefault="00124F0D">
            <w:r>
              <w:t>- Điền đúng số còn thiếu trong dãy tăng dần, giảm dần từ 0 đến 10.</w:t>
            </w:r>
          </w:p>
          <w:p w:rsidR="00BE1DBE" w:rsidRDefault="00124F0D">
            <w:r>
              <w:rPr>
                <w:b/>
              </w:rPr>
              <w:t>Cách tiến hành:</w:t>
            </w:r>
          </w:p>
        </w:tc>
      </w:tr>
      <w:tr w:rsidR="00BE1DBE" w:rsidTr="00D24FB7">
        <w:trPr>
          <w:cantSplit/>
          <w:jc w:val="center"/>
        </w:trPr>
        <w:tc>
          <w:tcPr>
            <w:tcW w:w="5102" w:type="dxa"/>
            <w:tcBorders>
              <w:top w:val="single" w:sz="4" w:space="0" w:color="auto"/>
            </w:tcBorders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 xml:space="preserve">- </w:t>
            </w:r>
            <w:r>
              <w:rPr>
                <w:b/>
              </w:rPr>
              <w:t>Bài 1:</w:t>
            </w:r>
            <w:r>
              <w:t xml:space="preserve"> GV cho HS quan sát các ao có chim và hỏi: “Ngoài ô mẫu có 3 con thiên nga, các ô còn lại có bao nhiêu con vật?”</w:t>
            </w:r>
          </w:p>
          <w:p w:rsidR="00BE1DBE" w:rsidRDefault="00BE1DBE">
            <w:pPr>
              <w:spacing w:before="40" w:after="20"/>
              <w:jc w:val="center"/>
            </w:pPr>
          </w:p>
        </w:tc>
        <w:tc>
          <w:tcPr>
            <w:tcW w:w="4649" w:type="dxa"/>
            <w:tcBorders>
              <w:top w:val="single" w:sz="4" w:space="0" w:color="auto"/>
            </w:tcBorders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HS đếm và trả lời: Các ô còn lại có lần lượt 5, 8, 7, 4, 6 con vật.</w:t>
            </w:r>
          </w:p>
        </w:tc>
      </w:tr>
      <w:tr w:rsidR="00BE1DBE" w:rsidTr="00D24FB7">
        <w:trPr>
          <w:cantSplit/>
          <w:jc w:val="center"/>
        </w:trPr>
        <w:tc>
          <w:tcPr>
            <w:tcW w:w="5102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GV yêu cầu HS làm cá nhân vào SGK/vở bài tập.</w:t>
            </w:r>
          </w:p>
        </w:tc>
        <w:tc>
          <w:tcPr>
            <w:tcW w:w="4649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HS điền lần lượt các số 5, 8, 7, 4, 6.</w:t>
            </w:r>
          </w:p>
        </w:tc>
      </w:tr>
      <w:tr w:rsidR="00BE1DBE" w:rsidTr="00D24FB7">
        <w:trPr>
          <w:cantSplit/>
          <w:jc w:val="center"/>
        </w:trPr>
        <w:tc>
          <w:tcPr>
            <w:tcW w:w="5102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lastRenderedPageBreak/>
              <w:t>- GV yêu cầu HS đọc kết quả cho bạn kiểm tra.</w:t>
            </w:r>
          </w:p>
        </w:tc>
        <w:tc>
          <w:tcPr>
            <w:tcW w:w="4649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HS trao đổi và kiểm tra kết quả với bạn.</w:t>
            </w:r>
          </w:p>
        </w:tc>
      </w:tr>
      <w:tr w:rsidR="00BE1DBE" w:rsidTr="00D24FB7">
        <w:trPr>
          <w:cantSplit/>
          <w:jc w:val="center"/>
        </w:trPr>
        <w:tc>
          <w:tcPr>
            <w:tcW w:w="5102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GV chốt Bài 1: “Các số cần điền lần lượt là 5, 8, 7, 4, 6.”</w:t>
            </w:r>
          </w:p>
        </w:tc>
        <w:tc>
          <w:tcPr>
            <w:tcW w:w="4649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HS đối chiếu và sửa bài.</w:t>
            </w:r>
          </w:p>
        </w:tc>
      </w:tr>
      <w:tr w:rsidR="00BE1DBE" w:rsidTr="00D24FB7">
        <w:trPr>
          <w:cantSplit/>
          <w:jc w:val="center"/>
        </w:trPr>
        <w:tc>
          <w:tcPr>
            <w:tcW w:w="5102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 xml:space="preserve">- </w:t>
            </w:r>
            <w:r>
              <w:rPr>
                <w:b/>
              </w:rPr>
              <w:t>Bài 2:</w:t>
            </w:r>
            <w:r>
              <w:t xml:space="preserve"> GV cho HS quan sát hai dãy số và hỏi: “Dãy trên tăng dần còn thiếu những số nào? Dãy dưới giảm dần còn thiếu những số nào?”</w:t>
            </w:r>
          </w:p>
          <w:p w:rsidR="00BE1DBE" w:rsidRDefault="00BE1DBE">
            <w:pPr>
              <w:spacing w:before="40" w:after="20"/>
              <w:jc w:val="center"/>
            </w:pPr>
          </w:p>
        </w:tc>
        <w:tc>
          <w:tcPr>
            <w:tcW w:w="4649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HS trả lời: Dãy trên thiếu 5, 7, 8, 10; dãy dưới thiếu 9, 6, 4, 2.</w:t>
            </w:r>
          </w:p>
        </w:tc>
      </w:tr>
      <w:tr w:rsidR="00BE1DBE" w:rsidTr="00D24FB7">
        <w:trPr>
          <w:cantSplit/>
          <w:jc w:val="center"/>
        </w:trPr>
        <w:tc>
          <w:tcPr>
            <w:tcW w:w="5102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GV yêu cầu HS viết các số còn thiếu vào bảng con.</w:t>
            </w:r>
          </w:p>
        </w:tc>
        <w:tc>
          <w:tcPr>
            <w:tcW w:w="4649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HS viết các số còn thiếu vào bảng con.</w:t>
            </w:r>
          </w:p>
        </w:tc>
      </w:tr>
      <w:tr w:rsidR="00BE1DBE" w:rsidTr="00D24FB7">
        <w:trPr>
          <w:cantSplit/>
          <w:jc w:val="center"/>
        </w:trPr>
        <w:tc>
          <w:tcPr>
            <w:tcW w:w="5102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GV yêu cầu HS giơ bảng để kiểm tra kết quả.</w:t>
            </w:r>
          </w:p>
        </w:tc>
        <w:tc>
          <w:tcPr>
            <w:tcW w:w="4649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HS giơ bảng và đối chiếu kết quả.</w:t>
            </w:r>
          </w:p>
        </w:tc>
      </w:tr>
      <w:tr w:rsidR="00BE1DBE" w:rsidTr="00D24FB7">
        <w:trPr>
          <w:cantSplit/>
          <w:jc w:val="center"/>
        </w:trPr>
        <w:tc>
          <w:tcPr>
            <w:tcW w:w="5102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GV yêu cầu HS hoàn thành dãy số trong bài.</w:t>
            </w:r>
          </w:p>
        </w:tc>
        <w:tc>
          <w:tcPr>
            <w:tcW w:w="4649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HS điền để có dãy tăng dần từ 0 đến 10 và dãy giảm dần từ 10 về 0.</w:t>
            </w:r>
          </w:p>
        </w:tc>
      </w:tr>
      <w:tr w:rsidR="00BE1DBE" w:rsidTr="00D24FB7">
        <w:trPr>
          <w:cantSplit/>
          <w:jc w:val="center"/>
        </w:trPr>
        <w:tc>
          <w:tcPr>
            <w:tcW w:w="5102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GV chốt Bài 2: “Dãy trên hoàn chỉnh từ 0 đến 10; dãy dưới hoàn chỉnh từ 10 về 0.”</w:t>
            </w:r>
          </w:p>
        </w:tc>
        <w:tc>
          <w:tcPr>
            <w:tcW w:w="4649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HS đọc lại hai dãy số hoàn chỉnh.</w:t>
            </w:r>
          </w:p>
        </w:tc>
      </w:tr>
      <w:tr w:rsidR="00BE1DBE" w:rsidTr="00D24FB7">
        <w:trPr>
          <w:cantSplit/>
          <w:jc w:val="center"/>
        </w:trPr>
        <w:tc>
          <w:tcPr>
            <w:tcW w:w="5102" w:type="dxa"/>
            <w:tcBorders>
              <w:bottom w:val="single" w:sz="4" w:space="0" w:color="auto"/>
            </w:tcBorders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GV chốt: “Đọc theo thứ tự giúp em nhận ra số còn thiếu nhanh và chính xác.”</w:t>
            </w:r>
          </w:p>
        </w:tc>
        <w:tc>
          <w:tcPr>
            <w:tcW w:w="4649" w:type="dxa"/>
            <w:tcBorders>
              <w:bottom w:val="single" w:sz="4" w:space="0" w:color="auto"/>
            </w:tcBorders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HS đọc lại hai dãy số hoàn chỉnh.</w:t>
            </w:r>
          </w:p>
        </w:tc>
      </w:tr>
      <w:tr w:rsidR="00BE1DBE" w:rsidTr="00D24FB7">
        <w:trPr>
          <w:cantSplit/>
          <w:jc w:val="center"/>
        </w:trPr>
        <w:tc>
          <w:tcPr>
            <w:tcW w:w="97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1DBE" w:rsidRDefault="00124F0D">
            <w:r>
              <w:rPr>
                <w:b/>
              </w:rPr>
              <w:t>3. LUYỆN TẬP - Bài 3 và Bài 4</w:t>
            </w:r>
          </w:p>
          <w:p w:rsidR="00BE1DBE" w:rsidRDefault="00124F0D">
            <w:r>
              <w:rPr>
                <w:b/>
              </w:rPr>
              <w:t>Mục tiêu:</w:t>
            </w:r>
          </w:p>
          <w:p w:rsidR="00BE1DBE" w:rsidRDefault="00124F0D">
            <w:r>
              <w:t>- Nhận biết con vật có 6 chân và đếm đúng số lượng.</w:t>
            </w:r>
          </w:p>
          <w:p w:rsidR="00BE1DBE" w:rsidRDefault="00124F0D">
            <w:r>
              <w:t>- Đếm được các đối tượng trong tranh thiên nhiên; nhận biết trường hợp không có đối tượng.</w:t>
            </w:r>
          </w:p>
          <w:p w:rsidR="00BE1DBE" w:rsidRDefault="00124F0D">
            <w:r>
              <w:rPr>
                <w:b/>
              </w:rPr>
              <w:t>Cách tiến hành:</w:t>
            </w:r>
          </w:p>
        </w:tc>
      </w:tr>
      <w:tr w:rsidR="00BE1DBE" w:rsidTr="00D24FB7">
        <w:trPr>
          <w:cantSplit/>
          <w:jc w:val="center"/>
        </w:trPr>
        <w:tc>
          <w:tcPr>
            <w:tcW w:w="5102" w:type="dxa"/>
            <w:tcBorders>
              <w:top w:val="single" w:sz="4" w:space="0" w:color="auto"/>
            </w:tcBorders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 xml:space="preserve">- </w:t>
            </w:r>
            <w:r>
              <w:rPr>
                <w:b/>
              </w:rPr>
              <w:t>Bài 3:</w:t>
            </w:r>
            <w:r>
              <w:t xml:space="preserve"> GV cho HS quan sát nhóm con vật và hỏi: “Có bao nhiêu con vật có 6 chân?”</w:t>
            </w:r>
          </w:p>
          <w:p w:rsidR="00BE1DBE" w:rsidRDefault="00BE1DBE">
            <w:pPr>
              <w:spacing w:before="40" w:after="20"/>
              <w:jc w:val="center"/>
            </w:pPr>
          </w:p>
        </w:tc>
        <w:tc>
          <w:tcPr>
            <w:tcW w:w="4649" w:type="dxa"/>
            <w:tcBorders>
              <w:top w:val="single" w:sz="4" w:space="0" w:color="auto"/>
            </w:tcBorders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HS quan sát, đếm và trả lời: Có 3 con vật có 6 chân.</w:t>
            </w:r>
          </w:p>
        </w:tc>
      </w:tr>
      <w:tr w:rsidR="00BE1DBE" w:rsidTr="00D24FB7">
        <w:trPr>
          <w:cantSplit/>
          <w:jc w:val="center"/>
        </w:trPr>
        <w:tc>
          <w:tcPr>
            <w:tcW w:w="5102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GV yêu cầu HS thảo luận nhóm đôi để xác định từng con vật có 6 chân.</w:t>
            </w:r>
          </w:p>
        </w:tc>
        <w:tc>
          <w:tcPr>
            <w:tcW w:w="4649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HS thảo luận và xác định đúng các con vật có 6 chân.</w:t>
            </w:r>
          </w:p>
        </w:tc>
      </w:tr>
      <w:tr w:rsidR="00BE1DBE" w:rsidTr="00D24FB7">
        <w:trPr>
          <w:cantSplit/>
          <w:jc w:val="center"/>
        </w:trPr>
        <w:tc>
          <w:tcPr>
            <w:tcW w:w="5102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GV yêu cầu HS khoanh các con vật có 6 chân vào tranh.</w:t>
            </w:r>
          </w:p>
        </w:tc>
        <w:tc>
          <w:tcPr>
            <w:tcW w:w="4649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HS khoanh đúng 3 con vật.</w:t>
            </w:r>
          </w:p>
        </w:tc>
      </w:tr>
      <w:tr w:rsidR="00BE1DBE" w:rsidTr="00D24FB7">
        <w:trPr>
          <w:cantSplit/>
          <w:jc w:val="center"/>
        </w:trPr>
        <w:tc>
          <w:tcPr>
            <w:tcW w:w="5102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GV yêu cầu HS ghi số lượng vào bài.</w:t>
            </w:r>
          </w:p>
        </w:tc>
        <w:tc>
          <w:tcPr>
            <w:tcW w:w="4649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HS ghi số 3 vào bài.</w:t>
            </w:r>
          </w:p>
        </w:tc>
      </w:tr>
      <w:tr w:rsidR="00BE1DBE" w:rsidTr="00D24FB7">
        <w:trPr>
          <w:cantSplit/>
          <w:jc w:val="center"/>
        </w:trPr>
        <w:tc>
          <w:tcPr>
            <w:tcW w:w="5102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GV chốt Bài 3: “Có 3 con vật có 6 chân.”</w:t>
            </w:r>
          </w:p>
        </w:tc>
        <w:tc>
          <w:tcPr>
            <w:tcW w:w="4649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HS ghi nhớ đáp án đúng.</w:t>
            </w:r>
          </w:p>
        </w:tc>
      </w:tr>
      <w:tr w:rsidR="00BE1DBE" w:rsidTr="00D24FB7">
        <w:trPr>
          <w:cantSplit/>
          <w:jc w:val="center"/>
        </w:trPr>
        <w:tc>
          <w:tcPr>
            <w:tcW w:w="5102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 xml:space="preserve">- </w:t>
            </w:r>
            <w:r>
              <w:rPr>
                <w:b/>
              </w:rPr>
              <w:t>Bài 4:</w:t>
            </w:r>
            <w:r>
              <w:t xml:space="preserve"> GV cho HS quan sát tranh phong cảnh và hỏi: “Trong bức tranh có bao nhiêu cây, ông mặt trời, đám mây, con vịt và con chim?”</w:t>
            </w:r>
          </w:p>
          <w:p w:rsidR="00BE1DBE" w:rsidRDefault="00BE1DBE">
            <w:pPr>
              <w:spacing w:before="40" w:after="20"/>
              <w:jc w:val="center"/>
            </w:pPr>
          </w:p>
        </w:tc>
        <w:tc>
          <w:tcPr>
            <w:tcW w:w="4649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HS đếm và trả lời: Có 9 cây; 1 ông mặt trời; 6 đám mây; 8 con vịt; 0 con chim.</w:t>
            </w:r>
          </w:p>
        </w:tc>
      </w:tr>
      <w:tr w:rsidR="00BE1DBE" w:rsidTr="00D24FB7">
        <w:trPr>
          <w:cantSplit/>
          <w:jc w:val="center"/>
        </w:trPr>
        <w:tc>
          <w:tcPr>
            <w:tcW w:w="5102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GV yêu cầu HS làm vào vở: ghi từng đối tượng và số lượng.</w:t>
            </w:r>
          </w:p>
        </w:tc>
        <w:tc>
          <w:tcPr>
            <w:tcW w:w="4649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HS ghi kết quả: cây 9; mặt trời 1; mây 6; vịt 8; chim 0.</w:t>
            </w:r>
          </w:p>
        </w:tc>
      </w:tr>
      <w:tr w:rsidR="00BE1DBE" w:rsidTr="00D24FB7">
        <w:trPr>
          <w:cantSplit/>
          <w:jc w:val="center"/>
        </w:trPr>
        <w:tc>
          <w:tcPr>
            <w:tcW w:w="5102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lastRenderedPageBreak/>
              <w:t>- GV yêu cầu HS đổi vở kiểm tra theo cặp.</w:t>
            </w:r>
          </w:p>
        </w:tc>
        <w:tc>
          <w:tcPr>
            <w:tcW w:w="4649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HS đổi vở và kiểm tra kết quả cho bạn.</w:t>
            </w:r>
          </w:p>
        </w:tc>
      </w:tr>
      <w:tr w:rsidR="00BE1DBE" w:rsidTr="00D24FB7">
        <w:trPr>
          <w:cantSplit/>
          <w:jc w:val="center"/>
        </w:trPr>
        <w:tc>
          <w:tcPr>
            <w:tcW w:w="5102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GV yêu cầu HS giải thích trường hợp ghi số 0.</w:t>
            </w:r>
          </w:p>
        </w:tc>
        <w:tc>
          <w:tcPr>
            <w:tcW w:w="4649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HS giải thích: Trong tranh không có con chim nào nên ghi số 0.</w:t>
            </w:r>
          </w:p>
        </w:tc>
      </w:tr>
      <w:tr w:rsidR="00BE1DBE" w:rsidTr="00D24FB7">
        <w:trPr>
          <w:cantSplit/>
          <w:jc w:val="center"/>
        </w:trPr>
        <w:tc>
          <w:tcPr>
            <w:tcW w:w="5102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GV chốt Bài 4: “Đáp án là 9, 1, 6, 8, 0; không có con chim nào nên ghi số 0.”</w:t>
            </w:r>
          </w:p>
        </w:tc>
        <w:tc>
          <w:tcPr>
            <w:tcW w:w="4649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HS đối chiếu và hoàn chỉnh bài làm.</w:t>
            </w:r>
          </w:p>
        </w:tc>
      </w:tr>
      <w:tr w:rsidR="00BE1DBE" w:rsidTr="00D24FB7">
        <w:trPr>
          <w:cantSplit/>
          <w:jc w:val="center"/>
        </w:trPr>
        <w:tc>
          <w:tcPr>
            <w:tcW w:w="5102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GV hỏi: “Vì sao ở hình con chim em điền số 0?”</w:t>
            </w:r>
          </w:p>
        </w:tc>
        <w:tc>
          <w:tcPr>
            <w:tcW w:w="4649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HS trả lời: Vì trong bức tranh không có con chim nào.</w:t>
            </w:r>
          </w:p>
        </w:tc>
      </w:tr>
      <w:tr w:rsidR="00BE1DBE" w:rsidTr="00D24FB7">
        <w:trPr>
          <w:cantSplit/>
          <w:jc w:val="center"/>
        </w:trPr>
        <w:tc>
          <w:tcPr>
            <w:tcW w:w="5102" w:type="dxa"/>
            <w:tcBorders>
              <w:bottom w:val="single" w:sz="4" w:space="0" w:color="auto"/>
            </w:tcBorders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GV kết luận: “Các em đã sử dụng số trong phạm vi 10 để đếm, điền số và giải thích kết quả theo tranh.”</w:t>
            </w:r>
          </w:p>
        </w:tc>
        <w:tc>
          <w:tcPr>
            <w:tcW w:w="4649" w:type="dxa"/>
            <w:tcBorders>
              <w:bottom w:val="single" w:sz="4" w:space="0" w:color="auto"/>
            </w:tcBorders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HS lắng nghe, kiểm tra và sửa bài nếu cần.</w:t>
            </w:r>
          </w:p>
        </w:tc>
      </w:tr>
      <w:tr w:rsidR="00BE1DBE" w:rsidTr="00D24FB7">
        <w:trPr>
          <w:cantSplit/>
          <w:jc w:val="center"/>
        </w:trPr>
        <w:tc>
          <w:tcPr>
            <w:tcW w:w="97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1DBE" w:rsidRDefault="00124F0D">
            <w:r>
              <w:rPr>
                <w:b/>
              </w:rPr>
              <w:t>4. VẬN DỤNG - CỦNG CỐ, DẶN DÒ</w:t>
            </w:r>
          </w:p>
          <w:p w:rsidR="00BE1DBE" w:rsidRDefault="00124F0D">
            <w:r>
              <w:rPr>
                <w:b/>
              </w:rPr>
              <w:t>Mục tiêu:</w:t>
            </w:r>
          </w:p>
          <w:p w:rsidR="00BE1DBE" w:rsidRDefault="00124F0D">
            <w:r>
              <w:t>- Vận dụng đếm số lượng trong phạm vi 10 ở tình huống gần gũi.</w:t>
            </w:r>
          </w:p>
          <w:p w:rsidR="00BE1DBE" w:rsidRDefault="00124F0D">
            <w:r>
              <w:t>- Chuẩn bị bài học tiếp theo.</w:t>
            </w:r>
          </w:p>
          <w:p w:rsidR="00BE1DBE" w:rsidRDefault="00124F0D">
            <w:r>
              <w:rPr>
                <w:b/>
              </w:rPr>
              <w:t>Cách tiến hành:</w:t>
            </w:r>
          </w:p>
        </w:tc>
      </w:tr>
      <w:tr w:rsidR="00BE1DBE" w:rsidTr="00D24FB7">
        <w:trPr>
          <w:cantSplit/>
          <w:jc w:val="center"/>
        </w:trPr>
        <w:tc>
          <w:tcPr>
            <w:tcW w:w="5102" w:type="dxa"/>
            <w:tcBorders>
              <w:top w:val="single" w:sz="4" w:space="0" w:color="auto"/>
            </w:tcBorders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GV yêu cầu: “Em hãy quan sát bàn học hoặc góc lớp, tìm một nhóm đồ vật có số lượng từ 6 đến 10 và nêu số lượng.”</w:t>
            </w:r>
          </w:p>
        </w:tc>
        <w:tc>
          <w:tcPr>
            <w:tcW w:w="4649" w:type="dxa"/>
            <w:tcBorders>
              <w:top w:val="single" w:sz="4" w:space="0" w:color="auto"/>
            </w:tcBorders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HS quan sát và nêu kết quả phù hợp thực tế, chẳng hạn: Có 8 quyển sách ở góc đọc; có 6 bút màu trong hộp.</w:t>
            </w:r>
          </w:p>
        </w:tc>
      </w:tr>
      <w:tr w:rsidR="00BE1DBE" w:rsidTr="00D24FB7">
        <w:trPr>
          <w:cantSplit/>
          <w:jc w:val="center"/>
        </w:trPr>
        <w:tc>
          <w:tcPr>
            <w:tcW w:w="5102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GV hỏi: “Sau hai tiết học, em đã biết thêm những số nào?”</w:t>
            </w:r>
          </w:p>
        </w:tc>
        <w:tc>
          <w:tcPr>
            <w:tcW w:w="4649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HS trả lời: Em biết thêm các số 6, 7, 8, 9, 10; biết đọc, viết và dùng các số để đếm.</w:t>
            </w:r>
          </w:p>
        </w:tc>
      </w:tr>
      <w:tr w:rsidR="00BE1DBE" w:rsidTr="00D24FB7">
        <w:trPr>
          <w:cantSplit/>
          <w:jc w:val="center"/>
        </w:trPr>
        <w:tc>
          <w:tcPr>
            <w:tcW w:w="5102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GV dặn: “Về nhà luyện đọc, viết số từ 0 đến 10; chuẩn bị tiết tiếp theo của Bài 2.”</w:t>
            </w:r>
          </w:p>
        </w:tc>
        <w:tc>
          <w:tcPr>
            <w:tcW w:w="4649" w:type="dxa"/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</w:tcPr>
          <w:p w:rsidR="00BE1DBE" w:rsidRDefault="00124F0D">
            <w:r>
              <w:t>- HS ghi nhớ và thực hiện.</w:t>
            </w:r>
          </w:p>
        </w:tc>
      </w:tr>
    </w:tbl>
    <w:p w:rsidR="00BE1DBE" w:rsidRDefault="00124F0D">
      <w:pPr>
        <w:spacing w:before="80" w:after="40"/>
      </w:pPr>
      <w:r>
        <w:rPr>
          <w:b/>
        </w:rPr>
        <w:t>IV. ĐIỀU CHỈNH SAU BÀI DẠY (NẾU CÓ)</w:t>
      </w:r>
    </w:p>
    <w:p w:rsidR="00BE1DBE" w:rsidRDefault="00124F0D">
      <w:r>
        <w:t>........................................................................................................................................................................</w:t>
      </w:r>
    </w:p>
    <w:p w:rsidR="00BE1DBE" w:rsidRDefault="00124F0D">
      <w:r>
        <w:t>........................................................................................................................................................................</w:t>
      </w:r>
    </w:p>
    <w:p w:rsidR="00BE1DBE" w:rsidRDefault="00124F0D">
      <w:r>
        <w:t>........................................................................................................................................................................</w:t>
      </w:r>
    </w:p>
    <w:sectPr w:rsidR="00BE1DBE" w:rsidSect="00034616">
      <w:footerReference w:type="default" r:id="rId9"/>
      <w:pgSz w:w="11906" w:h="16838"/>
      <w:pgMar w:top="850" w:right="850" w:bottom="85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974" w:rsidRDefault="00494974">
      <w:r>
        <w:separator/>
      </w:r>
    </w:p>
  </w:endnote>
  <w:endnote w:type="continuationSeparator" w:id="0">
    <w:p w:rsidR="00494974" w:rsidRDefault="00494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DBE" w:rsidRDefault="00124F0D">
    <w:pPr>
      <w:pStyle w:val="Footer"/>
      <w:jc w:val="center"/>
    </w:pPr>
    <w:r>
      <w:rPr>
        <w:i/>
        <w:color w:val="5A5A5A"/>
        <w:sz w:val="20"/>
      </w:rPr>
      <w:t>Kế hoạch bài dạy môn Toán lớp 1 - Kết nối tri thức với cuộc sống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974" w:rsidRDefault="00494974">
      <w:r>
        <w:separator/>
      </w:r>
    </w:p>
  </w:footnote>
  <w:footnote w:type="continuationSeparator" w:id="0">
    <w:p w:rsidR="00494974" w:rsidRDefault="004949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24F0D"/>
    <w:rsid w:val="0015074B"/>
    <w:rsid w:val="0029639D"/>
    <w:rsid w:val="00326F90"/>
    <w:rsid w:val="00494974"/>
    <w:rsid w:val="00AA1D8D"/>
    <w:rsid w:val="00B47730"/>
    <w:rsid w:val="00BE1DBE"/>
    <w:rsid w:val="00CB0664"/>
    <w:rsid w:val="00D24FB7"/>
    <w:rsid w:val="00F32D2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 w:cs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24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4F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 w:cs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24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4F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F6BDDDA-7884-40A8-A9C3-986CC7918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2553</Words>
  <Characters>14556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17075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baotran</dc:creator>
  <cp:keywords/>
  <dc:description>generated by python-docx</dc:description>
  <cp:lastModifiedBy>Iamp Iamp</cp:lastModifiedBy>
  <cp:revision>3</cp:revision>
  <dcterms:created xsi:type="dcterms:W3CDTF">2026-06-03T10:31:00Z</dcterms:created>
  <dcterms:modified xsi:type="dcterms:W3CDTF">2026-08-18T01:14:00Z</dcterms:modified>
  <cp:category/>
</cp:coreProperties>
</file>