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2B17" w:rsidRPr="006828BD" w:rsidRDefault="007D4121">
      <w:pPr>
        <w:jc w:val="center"/>
      </w:pPr>
      <w:r w:rsidRPr="006828BD">
        <w:rPr>
          <w:b/>
        </w:rPr>
        <w:t>KẾ HOẠCH BÀI DẠY MÔN HOẠT ĐỘNG TRẢI NGHIỆM LỚP 2</w:t>
      </w:r>
    </w:p>
    <w:p w:rsidR="00C72B17" w:rsidRPr="006828BD" w:rsidRDefault="007D4121">
      <w:pPr>
        <w:jc w:val="center"/>
      </w:pPr>
      <w:r w:rsidRPr="006828BD">
        <w:rPr>
          <w:b/>
        </w:rPr>
        <w:t>CHỦ ĐỀ 5: GIA ĐÌNH THÂN THƯƠNG</w:t>
      </w:r>
    </w:p>
    <w:p w:rsidR="00C72B17" w:rsidRPr="006828BD" w:rsidRDefault="007D4121">
      <w:pPr>
        <w:jc w:val="center"/>
      </w:pPr>
      <w:r w:rsidRPr="006828BD">
        <w:rPr>
          <w:b/>
        </w:rPr>
        <w:t>TUẦN 20: TIẾT 1</w:t>
      </w:r>
    </w:p>
    <w:p w:rsidR="00C72B17" w:rsidRPr="006828BD" w:rsidRDefault="007D4121">
      <w:pPr>
        <w:jc w:val="center"/>
      </w:pPr>
      <w:r w:rsidRPr="006828BD">
        <w:rPr>
          <w:b/>
        </w:rPr>
        <w:t>SINH HOẠT DƯỚI CỜ: BIỂU DIỄN VĂN NGHỆ CHỦ ĐỀ “GIA ĐÌNH”</w:t>
      </w:r>
    </w:p>
    <w:p w:rsidR="00C72B17" w:rsidRPr="006828BD" w:rsidRDefault="007D4121">
      <w:pPr>
        <w:jc w:val="center"/>
      </w:pPr>
      <w:r w:rsidRPr="006828BD">
        <w:rPr>
          <w:b/>
        </w:rPr>
        <w:t>Thời gian thực hiện: ...</w:t>
      </w:r>
    </w:p>
    <w:p w:rsidR="00C72B17" w:rsidRPr="006828BD" w:rsidRDefault="007D4121">
      <w:r w:rsidRPr="006828BD">
        <w:rPr>
          <w:b/>
        </w:rPr>
        <w:t>I. YÊU CẦU CẦN ĐẠT:</w:t>
      </w:r>
    </w:p>
    <w:p w:rsidR="00C72B17" w:rsidRPr="006828BD" w:rsidRDefault="007D4121">
      <w:r w:rsidRPr="006828BD">
        <w:rPr>
          <w:b/>
          <w:i/>
        </w:rPr>
        <w:t>1. Năng lực đặc thù</w:t>
      </w:r>
    </w:p>
    <w:p w:rsidR="00C72B17" w:rsidRDefault="007D4121">
      <w:r>
        <w:t>- HS tham gia nghiêm túc chương trình văn nghệ; chia sẻ được một ngày đáng nhớ của gia đình.</w:t>
      </w:r>
    </w:p>
    <w:p w:rsidR="00C72B17" w:rsidRDefault="007D4121">
      <w:r>
        <w:t>- HS biết cổ vũ văn minh, trân trọng kỉ niệm và tình cảm gia đình.</w:t>
      </w:r>
    </w:p>
    <w:p w:rsidR="00C72B17" w:rsidRDefault="007D4121">
      <w:r>
        <w:rPr>
          <w:b/>
          <w:i/>
        </w:rPr>
        <w:t>2. Năng lực chung</w:t>
      </w:r>
    </w:p>
    <w:p w:rsidR="00C72B17" w:rsidRDefault="007D4121">
      <w:r>
        <w:t>- Năng lực tự chủ và tự học: Giữ nền nếp.</w:t>
      </w:r>
    </w:p>
    <w:p w:rsidR="00C72B17" w:rsidRDefault="007D4121">
      <w:r>
        <w:t>- Năng lực giao tiếp và hợp tác: Biểu diễn, lắng nghe, chia sẻ.</w:t>
      </w:r>
    </w:p>
    <w:p w:rsidR="00C72B17" w:rsidRDefault="007D4121">
      <w:r>
        <w:t>- Năng lực giải quyết vấn đề và sáng tạo: Thể hiện chủ đề bằng nghệ thuật.</w:t>
      </w:r>
    </w:p>
    <w:p w:rsidR="00C72B17" w:rsidRDefault="007D4121">
      <w:r>
        <w:rPr>
          <w:b/>
          <w:i/>
        </w:rPr>
        <w:t>3. Phẩm chất</w:t>
      </w:r>
    </w:p>
    <w:p w:rsidR="00C72B17" w:rsidRDefault="007D4121">
      <w:r>
        <w:t>- Nhân ái: Yêu thương người thân.</w:t>
      </w:r>
    </w:p>
    <w:p w:rsidR="00C72B17" w:rsidRDefault="007D4121">
      <w:r>
        <w:t>- Trách nhiệm: Thực hiện một việc tốt.</w:t>
      </w:r>
    </w:p>
    <w:p w:rsidR="00C72B17" w:rsidRDefault="007D4121">
      <w:r>
        <w:t>- Lễ phép: Biết cảm ơn, xin lỗi.</w:t>
      </w:r>
    </w:p>
    <w:p w:rsidR="00C72B17" w:rsidRDefault="007D4121">
      <w:r>
        <w:rPr>
          <w:b/>
          <w:color w:val="FF0000"/>
        </w:rPr>
        <w:t>II. CHUẨN BỊ:</w:t>
      </w:r>
    </w:p>
    <w:p w:rsidR="00C72B17" w:rsidRDefault="007D4121">
      <w:r>
        <w:t>- GV: Kịch bản, âm thanh, danh sách tiết mục, câu hỏi chia sẻ; tranh SGK.</w:t>
      </w:r>
    </w:p>
    <w:p w:rsidR="00C72B17" w:rsidRDefault="007D4121">
      <w:r>
        <w:t>- HS: Trang phục gọn gàng; tiết mục theo phân công; chuẩn bị một kỉ niệm gia đình.</w:t>
      </w:r>
    </w:p>
    <w:p w:rsidR="00C72B17" w:rsidRDefault="007D4121">
      <w:r>
        <w:rPr>
          <w:b/>
          <w:color w:val="FF0000"/>
        </w:rPr>
        <w:t>III. CÁC HOẠT ĐỘNG DẠY HỌC CHỦ YẾU:</w:t>
      </w:r>
    </w:p>
    <w:tbl>
      <w:tblPr>
        <w:tblW w:w="0" w:type="auto"/>
        <w:jc w:val="center"/>
        <w:tblBorders>
          <w:top w:val="single" w:sz="6" w:space="0" w:color="000000"/>
          <w:left w:val="single" w:sz="6" w:space="0" w:color="000000"/>
          <w:bottom w:val="single" w:sz="6" w:space="0" w:color="000000"/>
          <w:right w:val="single" w:sz="6" w:space="0" w:color="000000"/>
          <w:insideV w:val="single" w:sz="6" w:space="0" w:color="000000"/>
        </w:tblBorders>
        <w:tblLayout w:type="fixed"/>
        <w:tblLook w:val="04A0" w:firstRow="1" w:lastRow="0" w:firstColumn="1" w:lastColumn="0" w:noHBand="0" w:noVBand="1"/>
      </w:tblPr>
      <w:tblGrid>
        <w:gridCol w:w="5187"/>
        <w:gridCol w:w="4586"/>
      </w:tblGrid>
      <w:tr w:rsidR="00C72B17" w:rsidTr="006828BD">
        <w:trPr>
          <w:cantSplit/>
          <w:tblHeader/>
          <w:jc w:val="center"/>
        </w:trPr>
        <w:tc>
          <w:tcPr>
            <w:tcW w:w="4513" w:type="dxa"/>
            <w:tcBorders>
              <w:bottom w:val="single" w:sz="6" w:space="0" w:color="000000"/>
            </w:tcBorders>
            <w:shd w:val="clear" w:color="auto" w:fill="auto"/>
            <w:tcMar>
              <w:top w:w="70" w:type="dxa"/>
              <w:left w:w="90" w:type="dxa"/>
              <w:bottom w:w="70" w:type="dxa"/>
              <w:right w:w="90" w:type="dxa"/>
            </w:tcMar>
          </w:tcPr>
          <w:p w:rsidR="00C72B17" w:rsidRDefault="007D4121">
            <w:pPr>
              <w:jc w:val="center"/>
            </w:pPr>
            <w:r>
              <w:rPr>
                <w:b/>
              </w:rPr>
              <w:t>HOẠT ĐỘNG CỦA GIÁO VIÊN</w:t>
            </w:r>
          </w:p>
        </w:tc>
        <w:tc>
          <w:tcPr>
            <w:tcW w:w="4513" w:type="dxa"/>
            <w:tcBorders>
              <w:bottom w:val="single" w:sz="6" w:space="0" w:color="000000"/>
            </w:tcBorders>
            <w:shd w:val="clear" w:color="auto" w:fill="auto"/>
            <w:tcMar>
              <w:top w:w="70" w:type="dxa"/>
              <w:left w:w="90" w:type="dxa"/>
              <w:bottom w:w="70" w:type="dxa"/>
              <w:right w:w="90" w:type="dxa"/>
            </w:tcMar>
          </w:tcPr>
          <w:p w:rsidR="00C72B17" w:rsidRDefault="007D4121">
            <w:pPr>
              <w:jc w:val="center"/>
            </w:pPr>
            <w:r>
              <w:rPr>
                <w:b/>
              </w:rPr>
              <w:t>HOẠT ĐỘNG CỦA HỌC SINH</w:t>
            </w:r>
          </w:p>
        </w:tc>
      </w:tr>
      <w:tr w:rsidR="00C72B17" w:rsidTr="006828BD">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C72B17" w:rsidRDefault="007D4121">
            <w:r>
              <w:rPr>
                <w:b/>
              </w:rPr>
              <w:t>1. TRƯỚC BUỔI TRẢI NGHIỆM (THỰC HIỆN TRƯỚC BUỔI SINH HOẠT)</w:t>
            </w:r>
          </w:p>
          <w:p w:rsidR="00C72B17" w:rsidRDefault="007D4121">
            <w:r>
              <w:rPr>
                <w:b/>
              </w:rPr>
              <w:t xml:space="preserve">- Mục tiêu: </w:t>
            </w:r>
            <w:r>
              <w:t>Chuẩn bị đầy đủ nội dung, phương tiện, nhân sự và tâm thế tham gia hoạt động quy mô toàn trường.</w:t>
            </w:r>
          </w:p>
          <w:p w:rsidR="00C72B17" w:rsidRDefault="007D4121">
            <w:r>
              <w:rPr>
                <w:b/>
                <w:i/>
              </w:rPr>
              <w:t>* Cách tiến hành:</w:t>
            </w:r>
          </w:p>
        </w:tc>
      </w:tr>
      <w:tr w:rsidR="00C72B17" w:rsidTr="006828BD">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C72B17" w:rsidRDefault="007D4121">
            <w:r>
              <w:t>- GV/Tổng phụ trách sắp xếp tiết mục, kiểm tra âm thanh, sân khấu và nội dung phù hợp.</w:t>
            </w:r>
          </w:p>
        </w:tc>
        <w:tc>
          <w:tcPr>
            <w:tcW w:w="4586" w:type="dxa"/>
            <w:tcBorders>
              <w:top w:val="single" w:sz="6" w:space="0" w:color="000000"/>
            </w:tcBorders>
            <w:shd w:val="clear" w:color="auto" w:fill="auto"/>
            <w:tcMar>
              <w:top w:w="70" w:type="dxa"/>
              <w:left w:w="90" w:type="dxa"/>
              <w:bottom w:w="70" w:type="dxa"/>
              <w:right w:w="90" w:type="dxa"/>
            </w:tcMar>
            <w:vAlign w:val="center"/>
          </w:tcPr>
          <w:p w:rsidR="00C72B17" w:rsidRDefault="007D4121">
            <w:r>
              <w:t>- HS biểu diễn luyện tập.</w:t>
            </w:r>
          </w:p>
        </w:tc>
      </w:tr>
      <w:tr w:rsidR="00C72B17" w:rsidTr="006828BD">
        <w:trPr>
          <w:cantSplit/>
          <w:jc w:val="center"/>
        </w:trPr>
        <w:tc>
          <w:tcPr>
            <w:tcW w:w="5187" w:type="dxa"/>
            <w:tcBorders>
              <w:bottom w:val="single" w:sz="6" w:space="0" w:color="000000"/>
            </w:tcBorders>
            <w:shd w:val="clear" w:color="auto" w:fill="auto"/>
            <w:tcMar>
              <w:top w:w="70" w:type="dxa"/>
              <w:left w:w="90" w:type="dxa"/>
              <w:bottom w:w="70" w:type="dxa"/>
              <w:right w:w="90" w:type="dxa"/>
            </w:tcMar>
            <w:vAlign w:val="center"/>
          </w:tcPr>
          <w:p w:rsidR="00C72B17" w:rsidRDefault="007D4121">
            <w:r>
              <w:t>- GV chuẩn bị câu hỏi: ngày gì, ai tham gia, cảm xúc, điều học được.</w:t>
            </w:r>
          </w:p>
        </w:tc>
        <w:tc>
          <w:tcPr>
            <w:tcW w:w="4586" w:type="dxa"/>
            <w:tcBorders>
              <w:bottom w:val="single" w:sz="6" w:space="0" w:color="000000"/>
            </w:tcBorders>
            <w:shd w:val="clear" w:color="auto" w:fill="auto"/>
            <w:tcMar>
              <w:top w:w="70" w:type="dxa"/>
              <w:left w:w="90" w:type="dxa"/>
              <w:bottom w:w="70" w:type="dxa"/>
              <w:right w:w="90" w:type="dxa"/>
            </w:tcMar>
            <w:vAlign w:val="center"/>
          </w:tcPr>
          <w:p w:rsidR="00C72B17" w:rsidRDefault="007D4121">
            <w:r>
              <w:t>- HS toàn trường chuẩn bị chia sẻ, cổ vũ văn minh.</w:t>
            </w:r>
          </w:p>
        </w:tc>
      </w:tr>
      <w:tr w:rsidR="00C72B17" w:rsidTr="006828BD">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C72B17" w:rsidRDefault="007D4121">
            <w:r>
              <w:rPr>
                <w:b/>
              </w:rPr>
              <w:t>2. TRONG BUỔI TRẢI NGHIỆM (35 PHÚT)</w:t>
            </w:r>
          </w:p>
          <w:p w:rsidR="00C72B17" w:rsidRDefault="007D4121">
            <w:r>
              <w:rPr>
                <w:b/>
              </w:rPr>
              <w:t xml:space="preserve">- Mục tiêu: </w:t>
            </w:r>
            <w:r>
              <w:t>HS tham gia nghi lễ, thưởng thức văn nghệ và chia sẻ ngày đáng nhớ của gia đình.</w:t>
            </w:r>
          </w:p>
          <w:p w:rsidR="00C72B17" w:rsidRDefault="007D4121">
            <w:r>
              <w:rPr>
                <w:b/>
                <w:i/>
              </w:rPr>
              <w:t>* Cách tiến hành:</w:t>
            </w:r>
          </w:p>
        </w:tc>
      </w:tr>
      <w:tr w:rsidR="00C72B17" w:rsidTr="006828BD">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C72B17" w:rsidRDefault="007D4121">
            <w:r>
              <w:rPr>
                <w:b/>
              </w:rPr>
              <w:t>Nghi lễ - Giới thiệu chủ đề (7 phút)</w:t>
            </w:r>
          </w:p>
          <w:p w:rsidR="00C72B17" w:rsidRDefault="007D4121">
            <w:r>
              <w:t>- GV/Tổng phụ trách tổ chức chào cờ, nhận xét thi đua và dẫn vào chủ đề gia đình.</w:t>
            </w:r>
          </w:p>
        </w:tc>
        <w:tc>
          <w:tcPr>
            <w:tcW w:w="4586" w:type="dxa"/>
            <w:tcBorders>
              <w:top w:val="single" w:sz="6" w:space="0" w:color="000000"/>
            </w:tcBorders>
            <w:shd w:val="clear" w:color="auto" w:fill="auto"/>
            <w:tcMar>
              <w:top w:w="70" w:type="dxa"/>
              <w:left w:w="90" w:type="dxa"/>
              <w:bottom w:w="70" w:type="dxa"/>
              <w:right w:w="90" w:type="dxa"/>
            </w:tcMar>
            <w:vAlign w:val="center"/>
          </w:tcPr>
          <w:p w:rsidR="00C72B17" w:rsidRDefault="007D4121">
            <w:r>
              <w:t>- HS thực hiện nghi lễ, lắng nghe.</w:t>
            </w:r>
          </w:p>
        </w:tc>
      </w:tr>
      <w:tr w:rsidR="00C72B17" w:rsidTr="006828BD">
        <w:trPr>
          <w:cantSplit/>
          <w:jc w:val="center"/>
        </w:trPr>
        <w:tc>
          <w:tcPr>
            <w:tcW w:w="5187" w:type="dxa"/>
            <w:shd w:val="clear" w:color="auto" w:fill="auto"/>
            <w:tcMar>
              <w:top w:w="70" w:type="dxa"/>
              <w:left w:w="90" w:type="dxa"/>
              <w:bottom w:w="70" w:type="dxa"/>
              <w:right w:w="90" w:type="dxa"/>
            </w:tcMar>
            <w:vAlign w:val="center"/>
          </w:tcPr>
          <w:p w:rsidR="00C72B17" w:rsidRDefault="007D4121">
            <w:r>
              <w:rPr>
                <w:b/>
              </w:rPr>
              <w:lastRenderedPageBreak/>
              <w:t>Biểu diễn văn nghệ (17 phút)</w:t>
            </w:r>
          </w:p>
          <w:p w:rsidR="00C72B17" w:rsidRDefault="007D4121">
            <w:r>
              <w:t>- GV mời các tiết mục theo thứ tự; nhắc giữ trật tự khi chuyển tiết mục.</w:t>
            </w:r>
          </w:p>
          <w:p w:rsidR="00C72B17" w:rsidRDefault="00C72B17">
            <w:pPr>
              <w:jc w:val="center"/>
            </w:pPr>
          </w:p>
        </w:tc>
        <w:tc>
          <w:tcPr>
            <w:tcW w:w="4586" w:type="dxa"/>
            <w:shd w:val="clear" w:color="auto" w:fill="auto"/>
            <w:tcMar>
              <w:top w:w="70" w:type="dxa"/>
              <w:left w:w="90" w:type="dxa"/>
              <w:bottom w:w="70" w:type="dxa"/>
              <w:right w:w="90" w:type="dxa"/>
            </w:tcMar>
            <w:vAlign w:val="center"/>
          </w:tcPr>
          <w:p w:rsidR="00C72B17" w:rsidRDefault="007D4121">
            <w:r>
              <w:t>- HS biểu diễn, theo dõi và cổ vũ lịch sự.</w:t>
            </w:r>
          </w:p>
        </w:tc>
      </w:tr>
      <w:tr w:rsidR="00C72B17" w:rsidTr="006828BD">
        <w:trPr>
          <w:cantSplit/>
          <w:jc w:val="center"/>
        </w:trPr>
        <w:tc>
          <w:tcPr>
            <w:tcW w:w="5187" w:type="dxa"/>
            <w:shd w:val="clear" w:color="auto" w:fill="auto"/>
            <w:tcMar>
              <w:top w:w="70" w:type="dxa"/>
              <w:left w:w="90" w:type="dxa"/>
              <w:bottom w:w="70" w:type="dxa"/>
              <w:right w:w="90" w:type="dxa"/>
            </w:tcMar>
            <w:vAlign w:val="center"/>
          </w:tcPr>
          <w:p w:rsidR="00C72B17" w:rsidRDefault="007D4121">
            <w:r>
              <w:rPr>
                <w:b/>
              </w:rPr>
              <w:t>Chia sẻ “Ngày đáng nhớ” (8 phút)</w:t>
            </w:r>
          </w:p>
          <w:p w:rsidR="00C72B17" w:rsidRDefault="007D4121">
            <w:r>
              <w:t>- GV mời 3-5 HS chia sẻ theo gợi ý và mời lớp nêu việc làm thể hiện yêu thương.</w:t>
            </w:r>
          </w:p>
        </w:tc>
        <w:tc>
          <w:tcPr>
            <w:tcW w:w="4586" w:type="dxa"/>
            <w:shd w:val="clear" w:color="auto" w:fill="auto"/>
            <w:tcMar>
              <w:top w:w="70" w:type="dxa"/>
              <w:left w:w="90" w:type="dxa"/>
              <w:bottom w:w="70" w:type="dxa"/>
              <w:right w:w="90" w:type="dxa"/>
            </w:tcMar>
            <w:vAlign w:val="center"/>
          </w:tcPr>
          <w:p w:rsidR="00C72B17" w:rsidRDefault="007D4121">
            <w:r>
              <w:t>- HS chia sẻ ngắn gọn; bạn lắng nghe, không trêu chọc.</w:t>
            </w:r>
          </w:p>
        </w:tc>
      </w:tr>
      <w:tr w:rsidR="00C72B17" w:rsidTr="006828BD">
        <w:trPr>
          <w:cantSplit/>
          <w:jc w:val="center"/>
        </w:trPr>
        <w:tc>
          <w:tcPr>
            <w:tcW w:w="5187" w:type="dxa"/>
            <w:tcBorders>
              <w:bottom w:val="single" w:sz="6" w:space="0" w:color="000000"/>
            </w:tcBorders>
            <w:shd w:val="clear" w:color="auto" w:fill="auto"/>
            <w:tcMar>
              <w:top w:w="70" w:type="dxa"/>
              <w:left w:w="90" w:type="dxa"/>
              <w:bottom w:w="70" w:type="dxa"/>
              <w:right w:w="90" w:type="dxa"/>
            </w:tcMar>
            <w:vAlign w:val="center"/>
          </w:tcPr>
          <w:p w:rsidR="00C72B17" w:rsidRDefault="007D4121">
            <w:r>
              <w:rPr>
                <w:b/>
              </w:rPr>
              <w:t>Kết luận - Dặn dò (3 phút)</w:t>
            </w:r>
          </w:p>
          <w:p w:rsidR="00C72B17" w:rsidRDefault="007D4121">
            <w:r>
              <w:t>- GV chốt: Mỗi gia đình có kỉ niệm riêng; điều quan trọng là yêu thương, quan tâm và trân trọng nhau.</w:t>
            </w:r>
          </w:p>
        </w:tc>
        <w:tc>
          <w:tcPr>
            <w:tcW w:w="4586" w:type="dxa"/>
            <w:tcBorders>
              <w:bottom w:val="single" w:sz="6" w:space="0" w:color="000000"/>
            </w:tcBorders>
            <w:shd w:val="clear" w:color="auto" w:fill="auto"/>
            <w:tcMar>
              <w:top w:w="70" w:type="dxa"/>
              <w:left w:w="90" w:type="dxa"/>
              <w:bottom w:w="70" w:type="dxa"/>
              <w:right w:w="90" w:type="dxa"/>
            </w:tcMar>
            <w:vAlign w:val="center"/>
          </w:tcPr>
          <w:p w:rsidR="00C72B17" w:rsidRDefault="007D4121">
            <w:r>
              <w:t>- HS cam kết thực hiện một việc tốt cho gia đình trong tuần.</w:t>
            </w:r>
          </w:p>
        </w:tc>
      </w:tr>
      <w:tr w:rsidR="00C72B17" w:rsidTr="006828BD">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C72B17" w:rsidRDefault="007D4121">
            <w:r>
              <w:rPr>
                <w:b/>
              </w:rPr>
              <w:t>3. SAU BUỔI TRẢI NGHIỆM (THỰC HIỆN SAU BUỔI SINH HOẠT)</w:t>
            </w:r>
          </w:p>
          <w:p w:rsidR="00C72B17" w:rsidRDefault="007D4121">
            <w:r>
              <w:rPr>
                <w:b/>
              </w:rPr>
              <w:t xml:space="preserve">- Mục tiêu: </w:t>
            </w:r>
            <w:r>
              <w:t>HS ghi nhớ thông điệp, lựa chọn một hành động cụ thể và thực hiện trong tuần.</w:t>
            </w:r>
          </w:p>
          <w:p w:rsidR="00C72B17" w:rsidRDefault="007D4121">
            <w:r>
              <w:rPr>
                <w:b/>
                <w:i/>
              </w:rPr>
              <w:t>* Cách tiến hành:</w:t>
            </w:r>
          </w:p>
        </w:tc>
      </w:tr>
      <w:tr w:rsidR="00C72B17" w:rsidTr="006828BD">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C72B17" w:rsidRDefault="007D4121">
            <w:r>
              <w:t>- GV đề nghị HS ghi hoặc vẽ ngày đáng nhớ và việc tốt đã chọn.</w:t>
            </w:r>
          </w:p>
        </w:tc>
        <w:tc>
          <w:tcPr>
            <w:tcW w:w="4586" w:type="dxa"/>
            <w:tcBorders>
              <w:top w:val="single" w:sz="6" w:space="0" w:color="000000"/>
            </w:tcBorders>
            <w:shd w:val="clear" w:color="auto" w:fill="auto"/>
            <w:tcMar>
              <w:top w:w="70" w:type="dxa"/>
              <w:left w:w="90" w:type="dxa"/>
              <w:bottom w:w="70" w:type="dxa"/>
              <w:right w:w="90" w:type="dxa"/>
            </w:tcMar>
            <w:vAlign w:val="center"/>
          </w:tcPr>
          <w:p w:rsidR="00C72B17" w:rsidRDefault="007D4121">
            <w:r>
              <w:t>- HS thực hiện.</w:t>
            </w:r>
          </w:p>
        </w:tc>
      </w:tr>
      <w:tr w:rsidR="00C72B17" w:rsidTr="006828BD">
        <w:trPr>
          <w:cantSplit/>
          <w:jc w:val="center"/>
        </w:trPr>
        <w:tc>
          <w:tcPr>
            <w:tcW w:w="5187" w:type="dxa"/>
            <w:shd w:val="clear" w:color="auto" w:fill="auto"/>
            <w:tcMar>
              <w:top w:w="70" w:type="dxa"/>
              <w:left w:w="90" w:type="dxa"/>
              <w:bottom w:w="70" w:type="dxa"/>
              <w:right w:w="90" w:type="dxa"/>
            </w:tcMar>
            <w:vAlign w:val="center"/>
          </w:tcPr>
          <w:p w:rsidR="00C72B17" w:rsidRDefault="007D4121">
            <w:r>
              <w:t>- GV dặn chuẩn bị chia sẻ ở Tiết 2.</w:t>
            </w:r>
          </w:p>
        </w:tc>
        <w:tc>
          <w:tcPr>
            <w:tcW w:w="4586" w:type="dxa"/>
            <w:shd w:val="clear" w:color="auto" w:fill="auto"/>
            <w:tcMar>
              <w:top w:w="70" w:type="dxa"/>
              <w:left w:w="90" w:type="dxa"/>
              <w:bottom w:w="70" w:type="dxa"/>
              <w:right w:w="90" w:type="dxa"/>
            </w:tcMar>
            <w:vAlign w:val="center"/>
          </w:tcPr>
          <w:p w:rsidR="00C72B17" w:rsidRDefault="007D4121">
            <w:r>
              <w:t>- HS ghi nhớ.</w:t>
            </w:r>
          </w:p>
        </w:tc>
      </w:tr>
    </w:tbl>
    <w:p w:rsidR="00C72B17" w:rsidRDefault="007D4121">
      <w:r>
        <w:rPr>
          <w:b/>
          <w:color w:val="FF0000"/>
        </w:rPr>
        <w:t>IV. ĐIỀU CHỈNH SAU BÀI DẠY:</w:t>
      </w:r>
    </w:p>
    <w:p w:rsidR="00C72B17" w:rsidRDefault="007D4121">
      <w:r>
        <w:t>................................................................................................................</w:t>
      </w:r>
    </w:p>
    <w:p w:rsidR="00C72B17" w:rsidRDefault="007D4121">
      <w:r>
        <w:t>................................................................................................................</w:t>
      </w:r>
    </w:p>
    <w:p w:rsidR="00C72B17" w:rsidRPr="006828BD" w:rsidRDefault="007D4121">
      <w:pPr>
        <w:pageBreakBefore/>
        <w:jc w:val="center"/>
      </w:pPr>
      <w:r w:rsidRPr="006828BD">
        <w:rPr>
          <w:b/>
        </w:rPr>
        <w:lastRenderedPageBreak/>
        <w:t>KẾ HOẠCH BÀI DẠY MÔN HOẠT ĐỘNG TRẢI NGHIỆM LỚP 2</w:t>
      </w:r>
    </w:p>
    <w:p w:rsidR="00C72B17" w:rsidRPr="006828BD" w:rsidRDefault="007D4121">
      <w:pPr>
        <w:jc w:val="center"/>
      </w:pPr>
      <w:r w:rsidRPr="006828BD">
        <w:rPr>
          <w:b/>
        </w:rPr>
        <w:t>CHỦ ĐỀ 5: GIA ĐÌNH THÂN THƯƠNG</w:t>
      </w:r>
    </w:p>
    <w:p w:rsidR="00C72B17" w:rsidRPr="006828BD" w:rsidRDefault="007D4121">
      <w:pPr>
        <w:jc w:val="center"/>
      </w:pPr>
      <w:r w:rsidRPr="006828BD">
        <w:rPr>
          <w:b/>
        </w:rPr>
        <w:t>TUẦN 20: TIẾT 2</w:t>
      </w:r>
    </w:p>
    <w:p w:rsidR="00C72B17" w:rsidRPr="006828BD" w:rsidRDefault="007D4121">
      <w:pPr>
        <w:jc w:val="center"/>
      </w:pPr>
      <w:r w:rsidRPr="006828BD">
        <w:rPr>
          <w:b/>
        </w:rPr>
        <w:t>HOẠT ĐỘNG GIÁO DỤC THEO CHỦ ĐỀ: NGÀY ĐÁNG NHỚ CỦA GIA ĐÌNH</w:t>
      </w:r>
    </w:p>
    <w:p w:rsidR="00C72B17" w:rsidRPr="006828BD" w:rsidRDefault="007D4121">
      <w:pPr>
        <w:jc w:val="center"/>
      </w:pPr>
      <w:r w:rsidRPr="006828BD">
        <w:rPr>
          <w:b/>
        </w:rPr>
        <w:t>Thời gian thực hiện: ...</w:t>
      </w:r>
    </w:p>
    <w:p w:rsidR="00C72B17" w:rsidRPr="006828BD" w:rsidRDefault="007D4121">
      <w:r w:rsidRPr="006828BD">
        <w:rPr>
          <w:b/>
        </w:rPr>
        <w:t>I. YÊU CẦU CẦN ĐẠT:</w:t>
      </w:r>
    </w:p>
    <w:p w:rsidR="00C72B17" w:rsidRPr="006828BD" w:rsidRDefault="007D4121">
      <w:r w:rsidRPr="006828BD">
        <w:rPr>
          <w:b/>
          <w:i/>
        </w:rPr>
        <w:t>1. Năng lực đặc thù</w:t>
      </w:r>
    </w:p>
    <w:p w:rsidR="00C72B17" w:rsidRPr="006828BD" w:rsidRDefault="007D4121">
      <w:r w:rsidRPr="006828BD">
        <w:t>- HS kể được ngày đáng nhớ, hoạt động và cảm xúc của gia đình.</w:t>
      </w:r>
    </w:p>
    <w:p w:rsidR="00C72B17" w:rsidRPr="006828BD" w:rsidRDefault="007D4121">
      <w:r w:rsidRPr="006828BD">
        <w:t>- HS lập được kế hoạch tổ chức sinh nhật hoặc một dịp kỉ niệm đơn giản cho người thân.</w:t>
      </w:r>
    </w:p>
    <w:p w:rsidR="00C72B17" w:rsidRDefault="007D4121">
      <w:r>
        <w:rPr>
          <w:b/>
          <w:i/>
        </w:rPr>
        <w:t>2. Năng lực chung</w:t>
      </w:r>
    </w:p>
    <w:p w:rsidR="00C72B17" w:rsidRDefault="007D4121">
      <w:r>
        <w:t>- Năng lực tự chủ và tự học: Thu thập thông tin, chuẩn bị.</w:t>
      </w:r>
    </w:p>
    <w:p w:rsidR="00C72B17" w:rsidRDefault="007D4121">
      <w:r>
        <w:t>- Năng lực giao tiếp và hợp tác: Trao đổi, phân công.</w:t>
      </w:r>
    </w:p>
    <w:p w:rsidR="00C72B17" w:rsidRDefault="007D4121">
      <w:r>
        <w:t>- Năng lực giải quyết vấn đề và sáng tạo: Lập kế hoạch phù hợp điều kiện.</w:t>
      </w:r>
    </w:p>
    <w:p w:rsidR="00C72B17" w:rsidRDefault="007D4121">
      <w:r>
        <w:rPr>
          <w:b/>
          <w:i/>
        </w:rPr>
        <w:t>3. Phẩm chất</w:t>
      </w:r>
    </w:p>
    <w:p w:rsidR="00C72B17" w:rsidRDefault="007D4121">
      <w:r>
        <w:t>- Trách nhiệm: Quan tâm và hoàn thành việc được giao.</w:t>
      </w:r>
    </w:p>
    <w:p w:rsidR="00C72B17" w:rsidRDefault="007D4121">
      <w:r>
        <w:t>- Chăm chỉ: Chuẩn bị đúng thời gian.</w:t>
      </w:r>
    </w:p>
    <w:p w:rsidR="00C72B17" w:rsidRDefault="007D4121">
      <w:r>
        <w:t>- Trung thực: Chia sẻ đúng thực tế.</w:t>
      </w:r>
    </w:p>
    <w:p w:rsidR="00C72B17" w:rsidRDefault="007D4121">
      <w:r>
        <w:rPr>
          <w:b/>
          <w:i/>
          <w:color w:val="FF0000"/>
        </w:rPr>
        <w:t>4. Tích hợp</w:t>
      </w:r>
    </w:p>
    <w:p w:rsidR="00C72B17" w:rsidRDefault="007D4121">
      <w:r>
        <w:rPr>
          <w:color w:val="FF0000"/>
        </w:rPr>
        <w:t>- Giáo dục đạo đức, lối sống: HS trân trọng ngày sum họp, yêu thương, thăm hỏi và giao tiếp lễ phép.</w:t>
      </w:r>
    </w:p>
    <w:p w:rsidR="00C72B17" w:rsidRDefault="007D4121">
      <w:r>
        <w:rPr>
          <w:color w:val="FF0000"/>
        </w:rPr>
        <w:t>- Tích hợp năng lực số 4.2.CB1a: HS xin phép trước khi dùng/chia sẻ ảnh gia đình, không đăng công khai khi chưa được đồng ý.</w:t>
      </w:r>
    </w:p>
    <w:p w:rsidR="00C72B17" w:rsidRDefault="007D4121">
      <w:r>
        <w:rPr>
          <w:color w:val="FF0000"/>
        </w:rPr>
        <w:t>- Tích hợp AI - YCCĐ 2.A3.1: HS nhận biết AI có thể ghép ảnh thành video kỉ niệm dựa trên dữ liệu và lựa chọn của con người.</w:t>
      </w:r>
    </w:p>
    <w:p w:rsidR="00C72B17" w:rsidRDefault="007D4121">
      <w:r>
        <w:rPr>
          <w:b/>
          <w:color w:val="FF0000"/>
        </w:rPr>
        <w:t>II. CHUẨN BỊ:</w:t>
      </w:r>
    </w:p>
    <w:p w:rsidR="00C72B17" w:rsidRDefault="007D4121">
      <w:r>
        <w:t>- GV: Lịch bàn, thẻ tháng, tranh ngày gia đình, mẫu kế hoạch; hình minh họa video kỉ niệm; tranh SGK.</w:t>
      </w:r>
    </w:p>
    <w:p w:rsidR="00C72B17" w:rsidRDefault="007D4121">
      <w:r>
        <w:t>- HS: SGK, bút, thông tin ngày đáng nhớ của gia đình.</w:t>
      </w:r>
    </w:p>
    <w:p w:rsidR="00C72B17" w:rsidRDefault="007D4121">
      <w:r>
        <w:rPr>
          <w:b/>
          <w:color w:val="FF0000"/>
        </w:rPr>
        <w:t>III. CÁC HOẠT ĐỘNG DẠY HỌC CHỦ YẾU:</w:t>
      </w:r>
    </w:p>
    <w:tbl>
      <w:tblPr>
        <w:tblW w:w="0" w:type="auto"/>
        <w:jc w:val="center"/>
        <w:tblBorders>
          <w:top w:val="single" w:sz="6" w:space="0" w:color="000000"/>
          <w:left w:val="single" w:sz="6" w:space="0" w:color="000000"/>
          <w:bottom w:val="single" w:sz="6" w:space="0" w:color="000000"/>
          <w:right w:val="single" w:sz="6" w:space="0" w:color="000000"/>
          <w:insideV w:val="single" w:sz="6" w:space="0" w:color="000000"/>
        </w:tblBorders>
        <w:tblLayout w:type="fixed"/>
        <w:tblLook w:val="04A0" w:firstRow="1" w:lastRow="0" w:firstColumn="1" w:lastColumn="0" w:noHBand="0" w:noVBand="1"/>
      </w:tblPr>
      <w:tblGrid>
        <w:gridCol w:w="5187"/>
        <w:gridCol w:w="4586"/>
      </w:tblGrid>
      <w:tr w:rsidR="00C72B17" w:rsidTr="00DC47BD">
        <w:trPr>
          <w:cantSplit/>
          <w:tblHeader/>
          <w:jc w:val="center"/>
        </w:trPr>
        <w:tc>
          <w:tcPr>
            <w:tcW w:w="4513" w:type="dxa"/>
            <w:tcBorders>
              <w:bottom w:val="single" w:sz="6" w:space="0" w:color="000000"/>
            </w:tcBorders>
            <w:shd w:val="clear" w:color="auto" w:fill="auto"/>
            <w:tcMar>
              <w:top w:w="70" w:type="dxa"/>
              <w:left w:w="90" w:type="dxa"/>
              <w:bottom w:w="70" w:type="dxa"/>
              <w:right w:w="90" w:type="dxa"/>
            </w:tcMar>
          </w:tcPr>
          <w:p w:rsidR="00C72B17" w:rsidRDefault="007D4121">
            <w:pPr>
              <w:jc w:val="center"/>
            </w:pPr>
            <w:r>
              <w:rPr>
                <w:b/>
              </w:rPr>
              <w:t>HOẠT ĐỘNG CỦA GIÁO VIÊN</w:t>
            </w:r>
          </w:p>
        </w:tc>
        <w:tc>
          <w:tcPr>
            <w:tcW w:w="4513" w:type="dxa"/>
            <w:tcBorders>
              <w:bottom w:val="single" w:sz="6" w:space="0" w:color="000000"/>
            </w:tcBorders>
            <w:shd w:val="clear" w:color="auto" w:fill="auto"/>
            <w:tcMar>
              <w:top w:w="70" w:type="dxa"/>
              <w:left w:w="90" w:type="dxa"/>
              <w:bottom w:w="70" w:type="dxa"/>
              <w:right w:w="90" w:type="dxa"/>
            </w:tcMar>
          </w:tcPr>
          <w:p w:rsidR="00C72B17" w:rsidRDefault="007D4121">
            <w:pPr>
              <w:jc w:val="center"/>
            </w:pPr>
            <w:r>
              <w:rPr>
                <w:b/>
              </w:rPr>
              <w:t>HOẠT ĐỘNG CỦA HỌC SINH</w:t>
            </w:r>
          </w:p>
        </w:tc>
      </w:tr>
      <w:tr w:rsidR="00C72B17" w:rsidTr="00DC47BD">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C72B17" w:rsidRDefault="007D4121">
            <w:r>
              <w:rPr>
                <w:b/>
              </w:rPr>
              <w:t>1. KHỞI ĐỘNG (4 PHÚT)</w:t>
            </w:r>
          </w:p>
          <w:p w:rsidR="00C72B17" w:rsidRDefault="007D4121">
            <w:r>
              <w:rPr>
                <w:b/>
              </w:rPr>
              <w:t xml:space="preserve">- Mục tiêu: </w:t>
            </w:r>
            <w:r>
              <w:t>Tạo tâm thế phấn khởi và gợi nhớ tháng sinh nhật.</w:t>
            </w:r>
          </w:p>
          <w:p w:rsidR="00C72B17" w:rsidRDefault="007D4121">
            <w:r>
              <w:rPr>
                <w:b/>
                <w:i/>
              </w:rPr>
              <w:t>* Cách tiến hành:</w:t>
            </w:r>
          </w:p>
        </w:tc>
      </w:tr>
      <w:tr w:rsidR="00C72B17" w:rsidTr="00DC47BD">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C72B17" w:rsidRDefault="007D4121">
            <w:r>
              <w:t>- GV tổ chức trò “Tháng của ai?”; quản trò giơ thẻ tháng.</w:t>
            </w:r>
          </w:p>
          <w:p w:rsidR="00C72B17" w:rsidRDefault="00C72B17">
            <w:pPr>
              <w:jc w:val="center"/>
            </w:pPr>
          </w:p>
        </w:tc>
        <w:tc>
          <w:tcPr>
            <w:tcW w:w="4586" w:type="dxa"/>
            <w:tcBorders>
              <w:top w:val="single" w:sz="6" w:space="0" w:color="000000"/>
            </w:tcBorders>
            <w:shd w:val="clear" w:color="auto" w:fill="auto"/>
            <w:tcMar>
              <w:top w:w="70" w:type="dxa"/>
              <w:left w:w="90" w:type="dxa"/>
              <w:bottom w:w="70" w:type="dxa"/>
              <w:right w:w="90" w:type="dxa"/>
            </w:tcMar>
            <w:vAlign w:val="center"/>
          </w:tcPr>
          <w:p w:rsidR="00C72B17" w:rsidRDefault="007D4121">
            <w:r>
              <w:t>- HS có sinh nhật trong tháng giơ tay và nói “Tháng ... của tôi!”.</w:t>
            </w:r>
          </w:p>
        </w:tc>
      </w:tr>
      <w:tr w:rsidR="00C72B17" w:rsidTr="00DC47BD">
        <w:trPr>
          <w:cantSplit/>
          <w:jc w:val="center"/>
        </w:trPr>
        <w:tc>
          <w:tcPr>
            <w:tcW w:w="5187" w:type="dxa"/>
            <w:shd w:val="clear" w:color="auto" w:fill="auto"/>
            <w:tcMar>
              <w:top w:w="70" w:type="dxa"/>
              <w:left w:w="90" w:type="dxa"/>
              <w:bottom w:w="70" w:type="dxa"/>
              <w:right w:w="90" w:type="dxa"/>
            </w:tcMar>
            <w:vAlign w:val="center"/>
          </w:tcPr>
          <w:p w:rsidR="00C72B17" w:rsidRDefault="007D4121">
            <w:r>
              <w:t>- GV tiếp tục hỏi: Ngoài sinh nhật của em, trong gia đình còn có ngày nào mọi người thường nhớ và chuẩn bị cùng nhau?</w:t>
            </w:r>
          </w:p>
        </w:tc>
        <w:tc>
          <w:tcPr>
            <w:tcW w:w="4586" w:type="dxa"/>
            <w:shd w:val="clear" w:color="auto" w:fill="auto"/>
            <w:tcMar>
              <w:top w:w="70" w:type="dxa"/>
              <w:left w:w="90" w:type="dxa"/>
              <w:bottom w:w="70" w:type="dxa"/>
              <w:right w:w="90" w:type="dxa"/>
            </w:tcMar>
            <w:vAlign w:val="center"/>
          </w:tcPr>
          <w:p w:rsidR="00C72B17" w:rsidRDefault="007D4121">
            <w:r>
              <w:t>- HS nêu: sinh nhật người thân, ngày cưới, ngày giỗ, Tết, ngày lễ hoặc chuyến đi đặc biệt.</w:t>
            </w:r>
          </w:p>
        </w:tc>
      </w:tr>
      <w:tr w:rsidR="00C72B17" w:rsidTr="00DC47BD">
        <w:trPr>
          <w:cantSplit/>
          <w:jc w:val="center"/>
        </w:trPr>
        <w:tc>
          <w:tcPr>
            <w:tcW w:w="5187" w:type="dxa"/>
            <w:tcBorders>
              <w:bottom w:val="single" w:sz="6" w:space="0" w:color="000000"/>
            </w:tcBorders>
            <w:shd w:val="clear" w:color="auto" w:fill="auto"/>
            <w:tcMar>
              <w:top w:w="70" w:type="dxa"/>
              <w:left w:w="90" w:type="dxa"/>
              <w:bottom w:w="70" w:type="dxa"/>
              <w:right w:w="90" w:type="dxa"/>
            </w:tcMar>
            <w:vAlign w:val="center"/>
          </w:tcPr>
          <w:p w:rsidR="00C72B17" w:rsidRDefault="007D4121">
            <w:r>
              <w:lastRenderedPageBreak/>
              <w:t>- GV dẫn dắt: Ngoài sinh nhật còn nhiều ngày đáng nhớ khác.</w:t>
            </w:r>
          </w:p>
        </w:tc>
        <w:tc>
          <w:tcPr>
            <w:tcW w:w="4586" w:type="dxa"/>
            <w:tcBorders>
              <w:bottom w:val="single" w:sz="6" w:space="0" w:color="000000"/>
            </w:tcBorders>
            <w:shd w:val="clear" w:color="auto" w:fill="auto"/>
            <w:tcMar>
              <w:top w:w="70" w:type="dxa"/>
              <w:left w:w="90" w:type="dxa"/>
              <w:bottom w:w="70" w:type="dxa"/>
              <w:right w:w="90" w:type="dxa"/>
            </w:tcMar>
            <w:vAlign w:val="center"/>
          </w:tcPr>
          <w:p w:rsidR="00C72B17" w:rsidRDefault="007D4121">
            <w:r>
              <w:t>- HS lắng nghe.</w:t>
            </w:r>
          </w:p>
        </w:tc>
      </w:tr>
      <w:tr w:rsidR="00C72B17" w:rsidTr="00DC47BD">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C72B17" w:rsidRDefault="007D4121">
            <w:r>
              <w:rPr>
                <w:b/>
              </w:rPr>
              <w:t>2. KHÁM PHÁ CHỦ ĐỀ (13 PHÚT)</w:t>
            </w:r>
            <w:r>
              <w:rPr>
                <w:b/>
              </w:rPr>
              <w:br/>
              <w:t>Những ngày đáng nhớ của gia đình</w:t>
            </w:r>
          </w:p>
          <w:p w:rsidR="00C72B17" w:rsidRDefault="007D4121">
            <w:r>
              <w:rPr>
                <w:b/>
              </w:rPr>
              <w:t xml:space="preserve">- Mục tiêu: </w:t>
            </w:r>
            <w:r>
              <w:t>HS kể được dịp sum họp, hoạt động và cảm xúc; biết ứng xử yêu thương, lễ phép.</w:t>
            </w:r>
          </w:p>
          <w:p w:rsidR="00C72B17" w:rsidRDefault="007D4121">
            <w:r>
              <w:rPr>
                <w:b/>
                <w:color w:val="FF0000"/>
              </w:rPr>
              <w:t xml:space="preserve">Mục tiêu tích hợp: </w:t>
            </w:r>
            <w:r>
              <w:rPr>
                <w:color w:val="FF0000"/>
              </w:rPr>
              <w:t>HS trân trọng các dịp gia đình sum họp, biết lắng nghe, chào hỏi, nói lời cảm ơn/xin lỗi và phụ việc vừa sức.</w:t>
            </w:r>
          </w:p>
          <w:p w:rsidR="00C72B17" w:rsidRDefault="007D4121">
            <w:r>
              <w:rPr>
                <w:b/>
                <w:i/>
              </w:rPr>
              <w:t>* Cách tiến hành:</w:t>
            </w:r>
          </w:p>
        </w:tc>
      </w:tr>
      <w:tr w:rsidR="00C72B17" w:rsidTr="00DC47BD">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C72B17" w:rsidRDefault="007D4121">
            <w:r>
              <w:t>- GV mời nhóm nhớ lại dịp sum họp: sinh nhật, ngày giỗ, Tết, ngày cưới, Quốc tế Phụ nữ…</w:t>
            </w:r>
          </w:p>
          <w:p w:rsidR="00C72B17" w:rsidRDefault="00C72B17">
            <w:pPr>
              <w:jc w:val="center"/>
            </w:pPr>
          </w:p>
        </w:tc>
        <w:tc>
          <w:tcPr>
            <w:tcW w:w="4586" w:type="dxa"/>
            <w:tcBorders>
              <w:top w:val="single" w:sz="6" w:space="0" w:color="000000"/>
            </w:tcBorders>
            <w:shd w:val="clear" w:color="auto" w:fill="auto"/>
            <w:tcMar>
              <w:top w:w="70" w:type="dxa"/>
              <w:left w:w="90" w:type="dxa"/>
              <w:bottom w:w="70" w:type="dxa"/>
              <w:right w:w="90" w:type="dxa"/>
            </w:tcMar>
            <w:vAlign w:val="center"/>
          </w:tcPr>
          <w:p w:rsidR="00C72B17" w:rsidRDefault="007D4121">
            <w:r>
              <w:t>- HS thảo luận: gia đình làm gì, em cảm thấy thế nào.</w:t>
            </w:r>
          </w:p>
        </w:tc>
      </w:tr>
      <w:tr w:rsidR="00C72B17" w:rsidTr="00DC47BD">
        <w:trPr>
          <w:cantSplit/>
          <w:jc w:val="center"/>
        </w:trPr>
        <w:tc>
          <w:tcPr>
            <w:tcW w:w="5187" w:type="dxa"/>
            <w:shd w:val="clear" w:color="auto" w:fill="auto"/>
            <w:tcMar>
              <w:top w:w="70" w:type="dxa"/>
              <w:left w:w="90" w:type="dxa"/>
              <w:bottom w:w="70" w:type="dxa"/>
              <w:right w:w="90" w:type="dxa"/>
            </w:tcMar>
            <w:vAlign w:val="center"/>
          </w:tcPr>
          <w:p w:rsidR="00C72B17" w:rsidRDefault="007D4121">
            <w:r>
              <w:t>- GV phát sơ đồ bốn ô: tên ngày - người tham gia - hoạt động - cảm xúc; yêu cầu mỗi nhóm chọn một ngày và hoàn thành đầy đủ.</w:t>
            </w:r>
          </w:p>
        </w:tc>
        <w:tc>
          <w:tcPr>
            <w:tcW w:w="4586" w:type="dxa"/>
            <w:shd w:val="clear" w:color="auto" w:fill="auto"/>
            <w:tcMar>
              <w:top w:w="70" w:type="dxa"/>
              <w:left w:w="90" w:type="dxa"/>
              <w:bottom w:w="70" w:type="dxa"/>
              <w:right w:w="90" w:type="dxa"/>
            </w:tcMar>
            <w:vAlign w:val="center"/>
          </w:tcPr>
          <w:p w:rsidR="00C72B17" w:rsidRDefault="007D4121">
            <w:r>
              <w:t>- HS trao đổi, viết hoặc vẽ thông tin vào sơ đồ.</w:t>
            </w:r>
          </w:p>
        </w:tc>
      </w:tr>
      <w:tr w:rsidR="00C72B17" w:rsidTr="00DC47BD">
        <w:trPr>
          <w:cantSplit/>
          <w:jc w:val="center"/>
        </w:trPr>
        <w:tc>
          <w:tcPr>
            <w:tcW w:w="5187" w:type="dxa"/>
            <w:shd w:val="clear" w:color="auto" w:fill="auto"/>
            <w:tcMar>
              <w:top w:w="70" w:type="dxa"/>
              <w:left w:w="90" w:type="dxa"/>
              <w:bottom w:w="70" w:type="dxa"/>
              <w:right w:w="90" w:type="dxa"/>
            </w:tcMar>
            <w:vAlign w:val="center"/>
          </w:tcPr>
          <w:p w:rsidR="00C72B17" w:rsidRDefault="007D4121">
            <w:r>
              <w:t>- GV nhắc HS chỉ chia sẻ điều gia đình đồng ý, không nêu thông tin riêng tư hoặc chuyện khiến người thân không thoải mái.</w:t>
            </w:r>
          </w:p>
        </w:tc>
        <w:tc>
          <w:tcPr>
            <w:tcW w:w="4586" w:type="dxa"/>
            <w:shd w:val="clear" w:color="auto" w:fill="auto"/>
            <w:tcMar>
              <w:top w:w="70" w:type="dxa"/>
              <w:left w:w="90" w:type="dxa"/>
              <w:bottom w:w="70" w:type="dxa"/>
              <w:right w:w="90" w:type="dxa"/>
            </w:tcMar>
            <w:vAlign w:val="center"/>
          </w:tcPr>
          <w:p w:rsidR="00C72B17" w:rsidRDefault="007D4121">
            <w:r>
              <w:t>- HS lựa chọn nội dung phù hợp, tôn trọng sự riêng tư của gia đình.</w:t>
            </w:r>
          </w:p>
        </w:tc>
      </w:tr>
      <w:tr w:rsidR="00C72B17" w:rsidTr="00DC47BD">
        <w:trPr>
          <w:cantSplit/>
          <w:jc w:val="center"/>
        </w:trPr>
        <w:tc>
          <w:tcPr>
            <w:tcW w:w="5187" w:type="dxa"/>
            <w:shd w:val="clear" w:color="auto" w:fill="auto"/>
            <w:tcMar>
              <w:top w:w="70" w:type="dxa"/>
              <w:left w:w="90" w:type="dxa"/>
              <w:bottom w:w="70" w:type="dxa"/>
              <w:right w:w="90" w:type="dxa"/>
            </w:tcMar>
            <w:vAlign w:val="center"/>
          </w:tcPr>
          <w:p w:rsidR="00C72B17" w:rsidRDefault="007D4121">
            <w:r>
              <w:t>- GV mời đại diện chia sẻ, nhắc quy tắc không chê bai hoặc so sánh cách tổ chức của gia đình bạn.</w:t>
            </w:r>
          </w:p>
        </w:tc>
        <w:tc>
          <w:tcPr>
            <w:tcW w:w="4586" w:type="dxa"/>
            <w:shd w:val="clear" w:color="auto" w:fill="auto"/>
            <w:tcMar>
              <w:top w:w="70" w:type="dxa"/>
              <w:left w:w="90" w:type="dxa"/>
              <w:bottom w:w="70" w:type="dxa"/>
              <w:right w:w="90" w:type="dxa"/>
            </w:tcMar>
            <w:vAlign w:val="center"/>
          </w:tcPr>
          <w:p w:rsidR="00C72B17" w:rsidRDefault="007D4121">
            <w:r>
              <w:t>- HS trình bày, lắng nghe và tôn trọng sự khác biệt.</w:t>
            </w:r>
          </w:p>
        </w:tc>
      </w:tr>
      <w:tr w:rsidR="00C72B17" w:rsidTr="00DC47BD">
        <w:trPr>
          <w:cantSplit/>
          <w:jc w:val="center"/>
        </w:trPr>
        <w:tc>
          <w:tcPr>
            <w:tcW w:w="5187" w:type="dxa"/>
            <w:shd w:val="clear" w:color="auto" w:fill="auto"/>
            <w:tcMar>
              <w:top w:w="70" w:type="dxa"/>
              <w:left w:w="90" w:type="dxa"/>
              <w:bottom w:w="70" w:type="dxa"/>
              <w:right w:w="90" w:type="dxa"/>
            </w:tcMar>
            <w:vAlign w:val="center"/>
          </w:tcPr>
          <w:p w:rsidR="00C72B17" w:rsidRDefault="007D4121">
            <w:r>
              <w:t>- GV mời nhóm khác đặt một câu hỏi tìm hiểu và nói một điểm đáng quý trong cách gia đình bạn quan tâm nhau.</w:t>
            </w:r>
          </w:p>
        </w:tc>
        <w:tc>
          <w:tcPr>
            <w:tcW w:w="4586" w:type="dxa"/>
            <w:shd w:val="clear" w:color="auto" w:fill="auto"/>
            <w:tcMar>
              <w:top w:w="70" w:type="dxa"/>
              <w:left w:w="90" w:type="dxa"/>
              <w:bottom w:w="70" w:type="dxa"/>
              <w:right w:w="90" w:type="dxa"/>
            </w:tcMar>
            <w:vAlign w:val="center"/>
          </w:tcPr>
          <w:p w:rsidR="00C72B17" w:rsidRDefault="007D4121">
            <w:r>
              <w:t>- HS đặt câu hỏi lịch sự, nêu nhận xét tích cực và không so sánh điều kiện tổ chức.</w:t>
            </w:r>
          </w:p>
        </w:tc>
      </w:tr>
      <w:tr w:rsidR="00C72B17" w:rsidTr="00DC47BD">
        <w:trPr>
          <w:cantSplit/>
          <w:jc w:val="center"/>
        </w:trPr>
        <w:tc>
          <w:tcPr>
            <w:tcW w:w="5187" w:type="dxa"/>
            <w:shd w:val="clear" w:color="auto" w:fill="auto"/>
            <w:tcMar>
              <w:top w:w="70" w:type="dxa"/>
              <w:left w:w="90" w:type="dxa"/>
              <w:bottom w:w="70" w:type="dxa"/>
              <w:right w:w="90" w:type="dxa"/>
            </w:tcMar>
            <w:vAlign w:val="center"/>
          </w:tcPr>
          <w:p w:rsidR="00C72B17" w:rsidRDefault="007D4121">
            <w:r>
              <w:rPr>
                <w:b/>
                <w:color w:val="FF0000"/>
              </w:rPr>
              <w:t xml:space="preserve">Câu hỏi dẫn tích hợp: </w:t>
            </w:r>
            <w:r>
              <w:rPr>
                <w:color w:val="FF0000"/>
              </w:rPr>
              <w:t>Trong ngày sum họp, em có thể làm gì để người thân cảm thấy được quan tâm và tôn trọng?</w:t>
            </w:r>
          </w:p>
        </w:tc>
        <w:tc>
          <w:tcPr>
            <w:tcW w:w="4586" w:type="dxa"/>
            <w:shd w:val="clear" w:color="auto" w:fill="auto"/>
            <w:tcMar>
              <w:top w:w="70" w:type="dxa"/>
              <w:left w:w="90" w:type="dxa"/>
              <w:bottom w:w="70" w:type="dxa"/>
              <w:right w:w="90" w:type="dxa"/>
            </w:tcMar>
            <w:vAlign w:val="center"/>
          </w:tcPr>
          <w:p w:rsidR="00C72B17" w:rsidRDefault="007D4121">
            <w:r>
              <w:t>- HS nêu: chào hỏi, mời nước, phụ dọn bàn, chúc mừng, lắng nghe, cảm ơn.</w:t>
            </w:r>
          </w:p>
        </w:tc>
      </w:tr>
      <w:tr w:rsidR="00C72B17" w:rsidTr="00DC47BD">
        <w:trPr>
          <w:cantSplit/>
          <w:jc w:val="center"/>
        </w:trPr>
        <w:tc>
          <w:tcPr>
            <w:tcW w:w="5187" w:type="dxa"/>
            <w:tcBorders>
              <w:bottom w:val="single" w:sz="6" w:space="0" w:color="000000"/>
            </w:tcBorders>
            <w:shd w:val="clear" w:color="auto" w:fill="auto"/>
            <w:tcMar>
              <w:top w:w="70" w:type="dxa"/>
              <w:left w:w="90" w:type="dxa"/>
              <w:bottom w:w="70" w:type="dxa"/>
              <w:right w:w="90" w:type="dxa"/>
            </w:tcMar>
            <w:vAlign w:val="center"/>
          </w:tcPr>
          <w:p w:rsidR="00C72B17" w:rsidRDefault="007D4121">
            <w:r>
              <w:rPr>
                <w:b/>
                <w:color w:val="FF0000"/>
              </w:rPr>
              <w:t xml:space="preserve">Diễn giải tích hợp: </w:t>
            </w:r>
            <w:r>
              <w:rPr>
                <w:color w:val="FF0000"/>
              </w:rPr>
              <w:t>GV giúp HS hiểu giá trị của ngày đáng nhớ nằm ở sự sum họp và quan tâm, không phụ thuộc vào tiệc lớn hay quà đắt tiền. HS cần nói năng lễ phép, chờ đến lượt, giúp việc vừa sức, ghi nhớ sở thích và sức khỏe của người thân. Khi có điều chưa vui, biết nói nhẹ nhàng, xin lỗi và cùng giải quyết để giữ không khí ấm áp.</w:t>
            </w:r>
          </w:p>
        </w:tc>
        <w:tc>
          <w:tcPr>
            <w:tcW w:w="4586" w:type="dxa"/>
            <w:tcBorders>
              <w:bottom w:val="single" w:sz="6" w:space="0" w:color="000000"/>
            </w:tcBorders>
            <w:shd w:val="clear" w:color="auto" w:fill="auto"/>
            <w:tcMar>
              <w:top w:w="70" w:type="dxa"/>
              <w:left w:w="90" w:type="dxa"/>
              <w:bottom w:w="70" w:type="dxa"/>
              <w:right w:w="90" w:type="dxa"/>
            </w:tcMar>
            <w:vAlign w:val="center"/>
          </w:tcPr>
          <w:p w:rsidR="00C72B17" w:rsidRDefault="007D4121">
            <w:r>
              <w:t>- HS lựa chọn một việc làm tốt cho dịp gia đình sắp tới.</w:t>
            </w:r>
          </w:p>
        </w:tc>
      </w:tr>
      <w:tr w:rsidR="00C72B17" w:rsidTr="00DC47BD">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C72B17" w:rsidRDefault="007D4121">
            <w:r>
              <w:rPr>
                <w:b/>
              </w:rPr>
              <w:lastRenderedPageBreak/>
              <w:t>3. THỰC HÀNH (15 PHÚT)</w:t>
            </w:r>
            <w:r>
              <w:rPr>
                <w:b/>
              </w:rPr>
              <w:br/>
              <w:t>HOẠT ĐỘNG MỞ RỘNG VÀ TỔNG KẾT CHỦ ĐỀ</w:t>
            </w:r>
            <w:r>
              <w:rPr>
                <w:b/>
              </w:rPr>
              <w:br/>
              <w:t>Lập kế hoạch - Bảo vệ ảnh gia đình - Xem AI tạo video kỉ niệm</w:t>
            </w:r>
          </w:p>
          <w:p w:rsidR="00C72B17" w:rsidRDefault="007D4121">
            <w:r>
              <w:rPr>
                <w:b/>
              </w:rPr>
              <w:t>- Mục tiêu:</w:t>
            </w:r>
          </w:p>
          <w:p w:rsidR="00C72B17" w:rsidRDefault="007D4121">
            <w:r>
              <w:t>- HS lập được kế hoạch đơn giản và biết phân công.</w:t>
            </w:r>
          </w:p>
          <w:p w:rsidR="00C72B17" w:rsidRDefault="007D4121">
            <w:r>
              <w:t>- HS nhận biết quy tắc an toàn khi sử dụng ảnh số và hiểu cách AI ghép ảnh.</w:t>
            </w:r>
          </w:p>
          <w:p w:rsidR="00C72B17" w:rsidRDefault="007D4121">
            <w:r>
              <w:rPr>
                <w:b/>
                <w:color w:val="FF0000"/>
              </w:rPr>
              <w:t xml:space="preserve">Mục tiêu tích hợp: </w:t>
            </w:r>
            <w:r>
              <w:rPr>
                <w:color w:val="FF0000"/>
              </w:rPr>
              <w:t>HS biết xin phép trước khi dùng/chia sẻ ảnh; AI học từ ảnh và lựa chọn của con người, có thể ghép sai nên cần kiểm tra.</w:t>
            </w:r>
          </w:p>
          <w:p w:rsidR="00C72B17" w:rsidRDefault="007D4121">
            <w:r>
              <w:rPr>
                <w:b/>
                <w:i/>
              </w:rPr>
              <w:t>* Cách tiến hành:</w:t>
            </w:r>
          </w:p>
        </w:tc>
      </w:tr>
      <w:tr w:rsidR="00C72B17" w:rsidTr="00DC47BD">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C72B17" w:rsidRDefault="007D4121">
            <w:r>
              <w:t>- GV cho cặp/nhóm lập kế hoạch sinh nhật: tìm sở thích, phân công, trang trí, quà, lời chúc, thời gian.</w:t>
            </w:r>
          </w:p>
          <w:p w:rsidR="00C72B17" w:rsidRDefault="00C72B17">
            <w:pPr>
              <w:jc w:val="center"/>
            </w:pPr>
          </w:p>
        </w:tc>
        <w:tc>
          <w:tcPr>
            <w:tcW w:w="4586" w:type="dxa"/>
            <w:tcBorders>
              <w:top w:val="single" w:sz="6" w:space="0" w:color="000000"/>
            </w:tcBorders>
            <w:shd w:val="clear" w:color="auto" w:fill="auto"/>
            <w:tcMar>
              <w:top w:w="70" w:type="dxa"/>
              <w:left w:w="90" w:type="dxa"/>
              <w:bottom w:w="70" w:type="dxa"/>
              <w:right w:w="90" w:type="dxa"/>
            </w:tcMar>
            <w:vAlign w:val="center"/>
          </w:tcPr>
          <w:p w:rsidR="00C72B17" w:rsidRDefault="007D4121">
            <w:r>
              <w:t>- HS thảo luận, viết/vẽ kế hoạch, trình bày.</w:t>
            </w:r>
          </w:p>
        </w:tc>
      </w:tr>
      <w:tr w:rsidR="00C72B17" w:rsidTr="00DC47BD">
        <w:trPr>
          <w:cantSplit/>
          <w:jc w:val="center"/>
        </w:trPr>
        <w:tc>
          <w:tcPr>
            <w:tcW w:w="5187" w:type="dxa"/>
            <w:shd w:val="clear" w:color="auto" w:fill="auto"/>
            <w:tcMar>
              <w:top w:w="70" w:type="dxa"/>
              <w:left w:w="90" w:type="dxa"/>
              <w:bottom w:w="70" w:type="dxa"/>
              <w:right w:w="90" w:type="dxa"/>
            </w:tcMar>
            <w:vAlign w:val="center"/>
          </w:tcPr>
          <w:p w:rsidR="00C72B17" w:rsidRDefault="007D4121">
            <w:r>
              <w:t>- GV phát mẫu kế hoạch gồm: người được chúc mừng, sở thích, việc cần làm, người phụ trách, thời gian, đồ dùng và phương án tiết kiệm.</w:t>
            </w:r>
          </w:p>
        </w:tc>
        <w:tc>
          <w:tcPr>
            <w:tcW w:w="4586" w:type="dxa"/>
            <w:shd w:val="clear" w:color="auto" w:fill="auto"/>
            <w:tcMar>
              <w:top w:w="70" w:type="dxa"/>
              <w:left w:w="90" w:type="dxa"/>
              <w:bottom w:w="70" w:type="dxa"/>
              <w:right w:w="90" w:type="dxa"/>
            </w:tcMar>
            <w:vAlign w:val="center"/>
          </w:tcPr>
          <w:p w:rsidR="00C72B17" w:rsidRDefault="007D4121">
            <w:r>
              <w:t>- HS điền kế hoạch, phân công nhiệm vụ và bảo đảm mọi thành viên đều có việc vừa sức.</w:t>
            </w:r>
          </w:p>
        </w:tc>
      </w:tr>
      <w:tr w:rsidR="00C72B17" w:rsidTr="00DC47BD">
        <w:trPr>
          <w:cantSplit/>
          <w:jc w:val="center"/>
        </w:trPr>
        <w:tc>
          <w:tcPr>
            <w:tcW w:w="5187" w:type="dxa"/>
            <w:shd w:val="clear" w:color="auto" w:fill="auto"/>
            <w:tcMar>
              <w:top w:w="70" w:type="dxa"/>
              <w:left w:w="90" w:type="dxa"/>
              <w:bottom w:w="70" w:type="dxa"/>
              <w:right w:w="90" w:type="dxa"/>
            </w:tcMar>
            <w:vAlign w:val="center"/>
          </w:tcPr>
          <w:p w:rsidR="00C72B17" w:rsidRDefault="007D4121">
            <w:r>
              <w:t>- GV đưa tình huống thay đổi: người thân bận, không thích tiệc đông hoặc gia đình cần tiết kiệm; yêu cầu nhóm điều chỉnh kế hoạch.</w:t>
            </w:r>
          </w:p>
        </w:tc>
        <w:tc>
          <w:tcPr>
            <w:tcW w:w="4586" w:type="dxa"/>
            <w:shd w:val="clear" w:color="auto" w:fill="auto"/>
            <w:tcMar>
              <w:top w:w="70" w:type="dxa"/>
              <w:left w:w="90" w:type="dxa"/>
              <w:bottom w:w="70" w:type="dxa"/>
              <w:right w:w="90" w:type="dxa"/>
            </w:tcMar>
            <w:vAlign w:val="center"/>
          </w:tcPr>
          <w:p w:rsidR="00C72B17" w:rsidRDefault="007D4121">
            <w:r>
              <w:t>- HS thay đổi sang lời chúc, thiệp tự làm, bữa cơm nhỏ hoặc cuộc gọi hỏi thăm phù hợp.</w:t>
            </w:r>
          </w:p>
        </w:tc>
      </w:tr>
      <w:tr w:rsidR="00C72B17" w:rsidTr="00DC47BD">
        <w:trPr>
          <w:cantSplit/>
          <w:jc w:val="center"/>
        </w:trPr>
        <w:tc>
          <w:tcPr>
            <w:tcW w:w="5187" w:type="dxa"/>
            <w:shd w:val="clear" w:color="auto" w:fill="auto"/>
            <w:tcMar>
              <w:top w:w="70" w:type="dxa"/>
              <w:left w:w="90" w:type="dxa"/>
              <w:bottom w:w="70" w:type="dxa"/>
              <w:right w:w="90" w:type="dxa"/>
            </w:tcMar>
            <w:vAlign w:val="center"/>
          </w:tcPr>
          <w:p w:rsidR="00C72B17" w:rsidRDefault="007D4121">
            <w:r>
              <w:t>- GV mời nhóm trình bày trong một phút; lớp dùng tiêu chí “vui - vừa sức - an toàn - tiết kiệm - tôn trọng” để góp ý.</w:t>
            </w:r>
          </w:p>
        </w:tc>
        <w:tc>
          <w:tcPr>
            <w:tcW w:w="4586" w:type="dxa"/>
            <w:shd w:val="clear" w:color="auto" w:fill="auto"/>
            <w:tcMar>
              <w:top w:w="70" w:type="dxa"/>
              <w:left w:w="90" w:type="dxa"/>
              <w:bottom w:w="70" w:type="dxa"/>
              <w:right w:w="90" w:type="dxa"/>
            </w:tcMar>
            <w:vAlign w:val="center"/>
          </w:tcPr>
          <w:p w:rsidR="00C72B17" w:rsidRDefault="007D4121">
            <w:r>
              <w:t>- HS trình bày, nhận góp ý và hoàn thiện kế hoạch.</w:t>
            </w:r>
          </w:p>
        </w:tc>
      </w:tr>
      <w:tr w:rsidR="00C72B17" w:rsidTr="00DC47BD">
        <w:trPr>
          <w:cantSplit/>
          <w:jc w:val="center"/>
        </w:trPr>
        <w:tc>
          <w:tcPr>
            <w:tcW w:w="5187" w:type="dxa"/>
            <w:shd w:val="clear" w:color="auto" w:fill="auto"/>
            <w:tcMar>
              <w:top w:w="70" w:type="dxa"/>
              <w:left w:w="90" w:type="dxa"/>
              <w:bottom w:w="70" w:type="dxa"/>
              <w:right w:w="90" w:type="dxa"/>
            </w:tcMar>
            <w:vAlign w:val="center"/>
          </w:tcPr>
          <w:p w:rsidR="00C72B17" w:rsidRDefault="007D4121">
            <w:r>
              <w:t>- GV nêu tình huống: muốn dùng ảnh gia đình làm thiệp/video; hỏi trước khi chụp, dùng, gửi hoặc đăng cần làm gì.</w:t>
            </w:r>
          </w:p>
        </w:tc>
        <w:tc>
          <w:tcPr>
            <w:tcW w:w="4586" w:type="dxa"/>
            <w:shd w:val="clear" w:color="auto" w:fill="auto"/>
            <w:tcMar>
              <w:top w:w="70" w:type="dxa"/>
              <w:left w:w="90" w:type="dxa"/>
              <w:bottom w:w="70" w:type="dxa"/>
              <w:right w:w="90" w:type="dxa"/>
            </w:tcMar>
            <w:vAlign w:val="center"/>
          </w:tcPr>
          <w:p w:rsidR="00C72B17" w:rsidRDefault="007D4121">
            <w:r>
              <w:t>- HS nêu: xin phép người trong ảnh, chỉ gửi người tin cậy, không đăng công khai tùy tiện.</w:t>
            </w:r>
          </w:p>
        </w:tc>
      </w:tr>
      <w:tr w:rsidR="00C72B17" w:rsidTr="00DC47BD">
        <w:trPr>
          <w:cantSplit/>
          <w:jc w:val="center"/>
        </w:trPr>
        <w:tc>
          <w:tcPr>
            <w:tcW w:w="5187" w:type="dxa"/>
            <w:shd w:val="clear" w:color="auto" w:fill="auto"/>
            <w:tcMar>
              <w:top w:w="70" w:type="dxa"/>
              <w:left w:w="90" w:type="dxa"/>
              <w:bottom w:w="70" w:type="dxa"/>
              <w:right w:w="90" w:type="dxa"/>
            </w:tcMar>
            <w:vAlign w:val="center"/>
          </w:tcPr>
          <w:p w:rsidR="00C72B17" w:rsidRDefault="007D4121">
            <w:r>
              <w:t>- GV phát thẻ hành động “nên/không nên”: xin phép trước khi chụp, đăng ảnh có địa chỉ nhà, gửi vào nhóm lạ, dùng tranh thay ảnh; yêu cầu HS phân loại.</w:t>
            </w:r>
          </w:p>
        </w:tc>
        <w:tc>
          <w:tcPr>
            <w:tcW w:w="4586" w:type="dxa"/>
            <w:shd w:val="clear" w:color="auto" w:fill="auto"/>
            <w:tcMar>
              <w:top w:w="70" w:type="dxa"/>
              <w:left w:w="90" w:type="dxa"/>
              <w:bottom w:w="70" w:type="dxa"/>
              <w:right w:w="90" w:type="dxa"/>
            </w:tcMar>
            <w:vAlign w:val="center"/>
          </w:tcPr>
          <w:p w:rsidR="00C72B17" w:rsidRDefault="007D4121">
            <w:r>
              <w:t>- HS phân loại, giải thích vì sao một số hành động bảo vệ hoặc làm lộ thông tin cá nhân.</w:t>
            </w:r>
          </w:p>
        </w:tc>
      </w:tr>
      <w:tr w:rsidR="00C72B17" w:rsidTr="00DC47BD">
        <w:trPr>
          <w:cantSplit/>
          <w:jc w:val="center"/>
        </w:trPr>
        <w:tc>
          <w:tcPr>
            <w:tcW w:w="5187" w:type="dxa"/>
            <w:shd w:val="clear" w:color="auto" w:fill="auto"/>
            <w:tcMar>
              <w:top w:w="70" w:type="dxa"/>
              <w:left w:w="90" w:type="dxa"/>
              <w:bottom w:w="70" w:type="dxa"/>
              <w:right w:w="90" w:type="dxa"/>
            </w:tcMar>
            <w:vAlign w:val="center"/>
          </w:tcPr>
          <w:p w:rsidR="00C72B17" w:rsidRDefault="007D4121">
            <w:r>
              <w:rPr>
                <w:b/>
                <w:color w:val="FF0000"/>
              </w:rPr>
              <w:t xml:space="preserve">Câu hỏi dẫn tích hợp năng lực số: </w:t>
            </w:r>
            <w:r>
              <w:rPr>
                <w:color w:val="FF0000"/>
              </w:rPr>
              <w:t>Vì sao ảnh gia đình là dữ liệu cá nhân và em không được tự ý đăng lên mạng dù em thấy ảnh rất đẹp?</w:t>
            </w:r>
          </w:p>
        </w:tc>
        <w:tc>
          <w:tcPr>
            <w:tcW w:w="4586" w:type="dxa"/>
            <w:shd w:val="clear" w:color="auto" w:fill="auto"/>
            <w:tcMar>
              <w:top w:w="70" w:type="dxa"/>
              <w:left w:w="90" w:type="dxa"/>
              <w:bottom w:w="70" w:type="dxa"/>
              <w:right w:w="90" w:type="dxa"/>
            </w:tcMar>
            <w:vAlign w:val="center"/>
          </w:tcPr>
          <w:p w:rsidR="00C72B17" w:rsidRDefault="007D4121">
            <w:r>
              <w:t>- HS nêu: ảnh cho biết khuôn mặt, nơi ở, hoạt động; người trong ảnh có quyền đồng ý hoặc từ chối.</w:t>
            </w:r>
          </w:p>
        </w:tc>
      </w:tr>
      <w:tr w:rsidR="00C72B17" w:rsidTr="00DC47BD">
        <w:trPr>
          <w:cantSplit/>
          <w:jc w:val="center"/>
        </w:trPr>
        <w:tc>
          <w:tcPr>
            <w:tcW w:w="5187" w:type="dxa"/>
            <w:shd w:val="clear" w:color="auto" w:fill="auto"/>
            <w:tcMar>
              <w:top w:w="70" w:type="dxa"/>
              <w:left w:w="90" w:type="dxa"/>
              <w:bottom w:w="70" w:type="dxa"/>
              <w:right w:w="90" w:type="dxa"/>
            </w:tcMar>
            <w:vAlign w:val="center"/>
          </w:tcPr>
          <w:p w:rsidR="00C72B17" w:rsidRDefault="007D4121">
            <w:r>
              <w:rPr>
                <w:b/>
                <w:color w:val="FF0000"/>
              </w:rPr>
              <w:lastRenderedPageBreak/>
              <w:t xml:space="preserve">Diễn giải tích hợp năng lực số: </w:t>
            </w:r>
            <w:r>
              <w:rPr>
                <w:color w:val="FF0000"/>
              </w:rPr>
              <w:t>GV hướng dẫn HS xin phép người thân trước khi chụp, chọn hoặc chia sẻ ảnh; không gửi ảnh có địa chỉ, giấy tờ, thông tin riêng tư; chỉ dùng thiết bị và ứng dụng do người lớn cho phép. Nếu lỡ gửi nhầm, cần báo ngay người lớn. Tôn trọng việc người thân không muốn xuất hiện trong sản phẩm số.</w:t>
            </w:r>
          </w:p>
        </w:tc>
        <w:tc>
          <w:tcPr>
            <w:tcW w:w="4586" w:type="dxa"/>
            <w:shd w:val="clear" w:color="auto" w:fill="auto"/>
            <w:tcMar>
              <w:top w:w="70" w:type="dxa"/>
              <w:left w:w="90" w:type="dxa"/>
              <w:bottom w:w="70" w:type="dxa"/>
              <w:right w:w="90" w:type="dxa"/>
            </w:tcMar>
            <w:vAlign w:val="center"/>
          </w:tcPr>
          <w:p w:rsidR="00C72B17" w:rsidRDefault="007D4121">
            <w:r>
              <w:t>- HS ghi nhớ và phân loại hành động nên/không nên.</w:t>
            </w:r>
          </w:p>
        </w:tc>
      </w:tr>
      <w:tr w:rsidR="00C72B17" w:rsidTr="00DC47BD">
        <w:trPr>
          <w:cantSplit/>
          <w:jc w:val="center"/>
        </w:trPr>
        <w:tc>
          <w:tcPr>
            <w:tcW w:w="5187" w:type="dxa"/>
            <w:shd w:val="clear" w:color="auto" w:fill="auto"/>
            <w:tcMar>
              <w:top w:w="70" w:type="dxa"/>
              <w:left w:w="90" w:type="dxa"/>
              <w:bottom w:w="70" w:type="dxa"/>
              <w:right w:w="90" w:type="dxa"/>
            </w:tcMar>
            <w:vAlign w:val="center"/>
          </w:tcPr>
          <w:p w:rsidR="00C72B17" w:rsidRDefault="007D4121">
            <w:r>
              <w:t>- GV minh họa cách điện thoại/AI tự chọn ảnh, sắp xếp theo thời gian và ghép nhạc thành video kỉ niệm.</w:t>
            </w:r>
          </w:p>
        </w:tc>
        <w:tc>
          <w:tcPr>
            <w:tcW w:w="4586" w:type="dxa"/>
            <w:shd w:val="clear" w:color="auto" w:fill="auto"/>
            <w:tcMar>
              <w:top w:w="70" w:type="dxa"/>
              <w:left w:w="90" w:type="dxa"/>
              <w:bottom w:w="70" w:type="dxa"/>
              <w:right w:w="90" w:type="dxa"/>
            </w:tcMar>
            <w:vAlign w:val="center"/>
          </w:tcPr>
          <w:p w:rsidR="00C72B17" w:rsidRDefault="007D4121">
            <w:r>
              <w:t>- HS quan sát, nhận xét ảnh được chọn đúng/chưa đúng và thứ tự có hợp lí không.</w:t>
            </w:r>
          </w:p>
        </w:tc>
      </w:tr>
      <w:tr w:rsidR="00C72B17" w:rsidTr="00DC47BD">
        <w:trPr>
          <w:cantSplit/>
          <w:jc w:val="center"/>
        </w:trPr>
        <w:tc>
          <w:tcPr>
            <w:tcW w:w="5187" w:type="dxa"/>
            <w:shd w:val="clear" w:color="auto" w:fill="auto"/>
            <w:tcMar>
              <w:top w:w="70" w:type="dxa"/>
              <w:left w:w="90" w:type="dxa"/>
              <w:bottom w:w="70" w:type="dxa"/>
              <w:right w:w="90" w:type="dxa"/>
            </w:tcMar>
            <w:vAlign w:val="center"/>
          </w:tcPr>
          <w:p w:rsidR="00C72B17" w:rsidRDefault="007D4121">
            <w:r>
              <w:t>- GV cho HS đóng vai “người kiểm duyệt”, lần lượt kiểm tra ảnh mờ, ảnh riêng tư, thứ tự thời gian và nhạc nền; mỗi lựa chọn phải nêu lí do.</w:t>
            </w:r>
          </w:p>
        </w:tc>
        <w:tc>
          <w:tcPr>
            <w:tcW w:w="4586" w:type="dxa"/>
            <w:shd w:val="clear" w:color="auto" w:fill="auto"/>
            <w:tcMar>
              <w:top w:w="70" w:type="dxa"/>
              <w:left w:w="90" w:type="dxa"/>
              <w:bottom w:w="70" w:type="dxa"/>
              <w:right w:w="90" w:type="dxa"/>
            </w:tcMar>
            <w:vAlign w:val="center"/>
          </w:tcPr>
          <w:p w:rsidR="00C72B17" w:rsidRDefault="007D4121">
            <w:r>
              <w:t>- HS quan sát, quyết định giữ/bỏ/đổi vị trí và giải thích dựa trên sự đồng ý, chất lượng và ý nghĩa kỉ niệm.</w:t>
            </w:r>
          </w:p>
        </w:tc>
      </w:tr>
      <w:tr w:rsidR="00C72B17" w:rsidTr="00DC47BD">
        <w:trPr>
          <w:cantSplit/>
          <w:jc w:val="center"/>
        </w:trPr>
        <w:tc>
          <w:tcPr>
            <w:tcW w:w="5187" w:type="dxa"/>
            <w:shd w:val="clear" w:color="auto" w:fill="auto"/>
            <w:tcMar>
              <w:top w:w="70" w:type="dxa"/>
              <w:left w:w="90" w:type="dxa"/>
              <w:bottom w:w="70" w:type="dxa"/>
              <w:right w:w="90" w:type="dxa"/>
            </w:tcMar>
            <w:vAlign w:val="center"/>
          </w:tcPr>
          <w:p w:rsidR="00C72B17" w:rsidRDefault="007D4121">
            <w:r>
              <w:rPr>
                <w:b/>
                <w:color w:val="FF0000"/>
              </w:rPr>
              <w:t xml:space="preserve">Câu hỏi dẫn tích hợp AI: </w:t>
            </w:r>
            <w:r>
              <w:rPr>
                <w:color w:val="FF0000"/>
              </w:rPr>
              <w:t>AI có biết bức ảnh nào làm gia đình em xúc động nhất không? Vì sao con người vẫn phải chọn và kiểm tra?</w:t>
            </w:r>
          </w:p>
        </w:tc>
        <w:tc>
          <w:tcPr>
            <w:tcW w:w="4586" w:type="dxa"/>
            <w:shd w:val="clear" w:color="auto" w:fill="auto"/>
            <w:tcMar>
              <w:top w:w="70" w:type="dxa"/>
              <w:left w:w="90" w:type="dxa"/>
              <w:bottom w:w="70" w:type="dxa"/>
              <w:right w:w="90" w:type="dxa"/>
            </w:tcMar>
            <w:vAlign w:val="center"/>
          </w:tcPr>
          <w:p w:rsidR="00C72B17" w:rsidRDefault="007D4121">
            <w:r>
              <w:t>- HS nêu: AI chỉ dựa vào dữ liệu, thời gian, khuôn mặt; không hiểu đầy đủ kỉ niệm và cảm xúc.</w:t>
            </w:r>
          </w:p>
        </w:tc>
      </w:tr>
      <w:tr w:rsidR="00C72B17" w:rsidTr="00DC47BD">
        <w:trPr>
          <w:cantSplit/>
          <w:jc w:val="center"/>
        </w:trPr>
        <w:tc>
          <w:tcPr>
            <w:tcW w:w="5187" w:type="dxa"/>
            <w:tcBorders>
              <w:bottom w:val="single" w:sz="6" w:space="0" w:color="000000"/>
            </w:tcBorders>
            <w:shd w:val="clear" w:color="auto" w:fill="auto"/>
            <w:tcMar>
              <w:top w:w="70" w:type="dxa"/>
              <w:left w:w="90" w:type="dxa"/>
              <w:bottom w:w="70" w:type="dxa"/>
              <w:right w:w="90" w:type="dxa"/>
            </w:tcMar>
            <w:vAlign w:val="center"/>
          </w:tcPr>
          <w:p w:rsidR="00C72B17" w:rsidRDefault="007D4121">
            <w:r>
              <w:rPr>
                <w:b/>
                <w:color w:val="FF0000"/>
              </w:rPr>
              <w:t xml:space="preserve">Diễn giải tích hợp AI: </w:t>
            </w:r>
            <w:r>
              <w:rPr>
                <w:color w:val="FF0000"/>
              </w:rPr>
              <w:t>GV giải thích AI học từ ảnh, thời gian, vị trí và lựa chọn trước đó để nhóm khuôn mặt hoặc gợi ý video. AI có thể nhận nhầm người, chọn ảnh mờ, ghép sai thứ tự hoặc dùng nhạc chưa phù hợp. Người dùng phải kiểm tra, bỏ ảnh riêng tư, xin phép và quyết định sản phẩm cuối cùng. Không tải ảnh gia đình lên dịch vụ lạ chỉ để thử hiệu ứng.</w:t>
            </w:r>
          </w:p>
        </w:tc>
        <w:tc>
          <w:tcPr>
            <w:tcW w:w="4586" w:type="dxa"/>
            <w:tcBorders>
              <w:bottom w:val="single" w:sz="6" w:space="0" w:color="000000"/>
            </w:tcBorders>
            <w:shd w:val="clear" w:color="auto" w:fill="auto"/>
            <w:tcMar>
              <w:top w:w="70" w:type="dxa"/>
              <w:left w:w="90" w:type="dxa"/>
              <w:bottom w:w="70" w:type="dxa"/>
              <w:right w:w="90" w:type="dxa"/>
            </w:tcMar>
            <w:vAlign w:val="center"/>
          </w:tcPr>
          <w:p w:rsidR="00C72B17" w:rsidRDefault="007D4121">
            <w:r>
              <w:t>- HS nhắc lại: AI hỗ trợ sắp xếp, con người quyết định và chịu trách nhiệm.</w:t>
            </w:r>
          </w:p>
        </w:tc>
      </w:tr>
      <w:tr w:rsidR="00C72B17" w:rsidTr="00DC47BD">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C72B17" w:rsidRDefault="007D4121">
            <w:r>
              <w:rPr>
                <w:b/>
              </w:rPr>
              <w:t>4. VẬN DỤNG (3 PHÚT)</w:t>
            </w:r>
            <w:r>
              <w:rPr>
                <w:b/>
              </w:rPr>
              <w:br/>
              <w:t>HOẠT ĐỘNG SAU GIỜ HỌC (CAM KẾT HÀNH ĐỘNG)</w:t>
            </w:r>
          </w:p>
          <w:p w:rsidR="00C72B17" w:rsidRDefault="007D4121">
            <w:r>
              <w:rPr>
                <w:b/>
              </w:rPr>
              <w:t xml:space="preserve">- Mục tiêu: </w:t>
            </w:r>
            <w:r>
              <w:t>HS cùng gia đình đánh dấu ngày đáng nhớ và thực hiện kế hoạch phù hợp.</w:t>
            </w:r>
          </w:p>
          <w:p w:rsidR="00C72B17" w:rsidRDefault="007D4121">
            <w:r>
              <w:rPr>
                <w:b/>
                <w:i/>
              </w:rPr>
              <w:t>* Cách tiến hành:</w:t>
            </w:r>
          </w:p>
        </w:tc>
      </w:tr>
      <w:tr w:rsidR="00C72B17" w:rsidTr="00DC47BD">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C72B17" w:rsidRDefault="007D4121">
            <w:r>
              <w:t>- GV dặn HS cùng bố mẹ dùng lịch bàn đánh dấu ngày đáng nhớ; xin phép nếu dùng ảnh.</w:t>
            </w:r>
          </w:p>
        </w:tc>
        <w:tc>
          <w:tcPr>
            <w:tcW w:w="4586" w:type="dxa"/>
            <w:tcBorders>
              <w:top w:val="single" w:sz="6" w:space="0" w:color="000000"/>
            </w:tcBorders>
            <w:shd w:val="clear" w:color="auto" w:fill="auto"/>
            <w:tcMar>
              <w:top w:w="70" w:type="dxa"/>
              <w:left w:w="90" w:type="dxa"/>
              <w:bottom w:w="70" w:type="dxa"/>
              <w:right w:w="90" w:type="dxa"/>
            </w:tcMar>
            <w:vAlign w:val="center"/>
          </w:tcPr>
          <w:p w:rsidR="00C72B17" w:rsidRDefault="007D4121">
            <w:r>
              <w:t>- HS nhận nhiệm vụ, thực hiện cùng gia đình.</w:t>
            </w:r>
          </w:p>
        </w:tc>
      </w:tr>
    </w:tbl>
    <w:p w:rsidR="00C72B17" w:rsidRDefault="007D4121">
      <w:r>
        <w:rPr>
          <w:b/>
          <w:color w:val="FF0000"/>
        </w:rPr>
        <w:t>IV. ĐIỀU CHỈNH SAU BÀI DẠY:</w:t>
      </w:r>
    </w:p>
    <w:p w:rsidR="00DC47BD" w:rsidRDefault="007D4121" w:rsidP="00DC47BD">
      <w:r>
        <w:t>................................................................................................................</w:t>
      </w:r>
    </w:p>
    <w:p w:rsidR="00C72B17" w:rsidRPr="00DC47BD" w:rsidRDefault="007D4121" w:rsidP="00DC47BD">
      <w:r w:rsidRPr="00DC47BD">
        <w:rPr>
          <w:b/>
        </w:rPr>
        <w:lastRenderedPageBreak/>
        <w:t>KẾ HOẠCH BÀI DẠY MÔN HOẠT ĐỘNG TRẢI NGHIỆM LỚP 2</w:t>
      </w:r>
    </w:p>
    <w:p w:rsidR="00C72B17" w:rsidRPr="00DC47BD" w:rsidRDefault="007D4121">
      <w:pPr>
        <w:jc w:val="center"/>
      </w:pPr>
      <w:r w:rsidRPr="00DC47BD">
        <w:rPr>
          <w:b/>
        </w:rPr>
        <w:t>CHỦ ĐỀ 5: GIA ĐÌNH THÂN THƯƠNG</w:t>
      </w:r>
    </w:p>
    <w:p w:rsidR="00C72B17" w:rsidRPr="00DC47BD" w:rsidRDefault="007D4121">
      <w:pPr>
        <w:jc w:val="center"/>
      </w:pPr>
      <w:r w:rsidRPr="00DC47BD">
        <w:rPr>
          <w:b/>
        </w:rPr>
        <w:t>TUẦN 20: TIẾT 3</w:t>
      </w:r>
    </w:p>
    <w:p w:rsidR="00C72B17" w:rsidRPr="00DC47BD" w:rsidRDefault="007D4121">
      <w:pPr>
        <w:jc w:val="center"/>
      </w:pPr>
      <w:r w:rsidRPr="00DC47BD">
        <w:rPr>
          <w:b/>
        </w:rPr>
        <w:t>SINH HOẠT LỚP: CHIA SẺ NGÀY ĐÁNG NHỚ CỦA GIA ĐÌNH</w:t>
      </w:r>
    </w:p>
    <w:p w:rsidR="00C72B17" w:rsidRPr="00DC47BD" w:rsidRDefault="007D4121">
      <w:pPr>
        <w:jc w:val="center"/>
      </w:pPr>
      <w:r w:rsidRPr="00DC47BD">
        <w:rPr>
          <w:b/>
        </w:rPr>
        <w:t>Thời gian thực hiện: ...</w:t>
      </w:r>
    </w:p>
    <w:p w:rsidR="00C72B17" w:rsidRPr="00DC47BD" w:rsidRDefault="007D4121">
      <w:r w:rsidRPr="00DC47BD">
        <w:rPr>
          <w:b/>
        </w:rPr>
        <w:t>I. YÊU CẦU CẦN ĐẠT:</w:t>
      </w:r>
    </w:p>
    <w:p w:rsidR="00C72B17" w:rsidRPr="00DC47BD" w:rsidRDefault="007D4121">
      <w:r w:rsidRPr="00DC47BD">
        <w:rPr>
          <w:b/>
          <w:i/>
        </w:rPr>
        <w:t>1. Năng lực đặc thù</w:t>
      </w:r>
    </w:p>
    <w:p w:rsidR="00C72B17" w:rsidRPr="00DC47BD" w:rsidRDefault="007D4121">
      <w:r w:rsidRPr="00DC47BD">
        <w:t>- HS tự đánh giá tuần 20, xác định phương hướng tuần 21.</w:t>
      </w:r>
    </w:p>
    <w:p w:rsidR="00C72B17" w:rsidRPr="00DC47BD" w:rsidRDefault="007D4121">
      <w:r w:rsidRPr="00DC47BD">
        <w:t>- HS chia sẻ ngày đáng nhớ, lựa chọn và tổ chức một hoạt động vui cho tập thể.</w:t>
      </w:r>
    </w:p>
    <w:p w:rsidR="00C72B17" w:rsidRPr="00DC47BD" w:rsidRDefault="007D4121">
      <w:r w:rsidRPr="00DC47BD">
        <w:rPr>
          <w:b/>
          <w:i/>
        </w:rPr>
        <w:t>2. Năng lực chung</w:t>
      </w:r>
    </w:p>
    <w:p w:rsidR="00C72B17" w:rsidRPr="00DC47BD" w:rsidRDefault="007D4121">
      <w:r w:rsidRPr="00DC47BD">
        <w:t>- Năng lực tự chủ và tự học: Tự đánh giá, chuẩn bị.</w:t>
      </w:r>
    </w:p>
    <w:p w:rsidR="00C72B17" w:rsidRPr="00DC47BD" w:rsidRDefault="007D4121">
      <w:r w:rsidRPr="00DC47BD">
        <w:t>- Năng lực giao tiếp và hợp tác: Lắng nghe, phối hợp.</w:t>
      </w:r>
    </w:p>
    <w:p w:rsidR="00C72B17" w:rsidRPr="00DC47BD" w:rsidRDefault="007D4121">
      <w:r w:rsidRPr="00DC47BD">
        <w:t>- Năng lực giải quyết vấn đề và sáng tạo: Thiết kế hoạt động đơn giản.</w:t>
      </w:r>
    </w:p>
    <w:p w:rsidR="00C72B17" w:rsidRPr="00DC47BD" w:rsidRDefault="007D4121">
      <w:r w:rsidRPr="00DC47BD">
        <w:rPr>
          <w:b/>
          <w:i/>
        </w:rPr>
        <w:t>3. Phẩm chất</w:t>
      </w:r>
    </w:p>
    <w:p w:rsidR="00C72B17" w:rsidRPr="00DC47BD" w:rsidRDefault="007D4121">
      <w:r w:rsidRPr="00DC47BD">
        <w:t>- Nhân ái: Trân trọng gia đình.</w:t>
      </w:r>
    </w:p>
    <w:p w:rsidR="00C72B17" w:rsidRDefault="007D4121">
      <w:r>
        <w:t>- Đoàn kết: Tạo niềm vui tập thể.</w:t>
      </w:r>
    </w:p>
    <w:p w:rsidR="00C72B17" w:rsidRDefault="007D4121">
      <w:r>
        <w:t>- Trách nhiệm: Thực hiện đúng phân công.</w:t>
      </w:r>
    </w:p>
    <w:p w:rsidR="00C72B17" w:rsidRDefault="007D4121">
      <w:r>
        <w:rPr>
          <w:b/>
          <w:color w:val="FF0000"/>
        </w:rPr>
        <w:t>II. CHUẨN BỊ:</w:t>
      </w:r>
    </w:p>
    <w:p w:rsidR="00C72B17" w:rsidRDefault="007D4121">
      <w:r>
        <w:t>- GV: Thẻ câu hỏi, giấy, bút, lịch hoặc tranh ngày đáng nhớ.</w:t>
      </w:r>
    </w:p>
    <w:p w:rsidR="00C72B17" w:rsidRDefault="007D4121">
      <w:r>
        <w:t>- HS: Câu chuyện/ảnh đã được phép sử dụng hoặc tranh vẽ thay thế.</w:t>
      </w:r>
    </w:p>
    <w:p w:rsidR="00C72B17" w:rsidRDefault="007D4121">
      <w:r>
        <w:rPr>
          <w:b/>
          <w:color w:val="FF0000"/>
        </w:rPr>
        <w:t>III. CÁC HOẠT ĐỘNG DẠY HỌC CHỦ YẾU:</w:t>
      </w:r>
    </w:p>
    <w:tbl>
      <w:tblPr>
        <w:tblW w:w="0" w:type="auto"/>
        <w:jc w:val="center"/>
        <w:tblBorders>
          <w:top w:val="single" w:sz="6" w:space="0" w:color="000000"/>
          <w:left w:val="single" w:sz="6" w:space="0" w:color="000000"/>
          <w:bottom w:val="single" w:sz="6" w:space="0" w:color="000000"/>
          <w:right w:val="single" w:sz="6" w:space="0" w:color="000000"/>
          <w:insideV w:val="single" w:sz="6" w:space="0" w:color="000000"/>
        </w:tblBorders>
        <w:tblLayout w:type="fixed"/>
        <w:tblLook w:val="04A0" w:firstRow="1" w:lastRow="0" w:firstColumn="1" w:lastColumn="0" w:noHBand="0" w:noVBand="1"/>
      </w:tblPr>
      <w:tblGrid>
        <w:gridCol w:w="5187"/>
        <w:gridCol w:w="4586"/>
      </w:tblGrid>
      <w:tr w:rsidR="00C72B17" w:rsidTr="00DC47BD">
        <w:trPr>
          <w:cantSplit/>
          <w:tblHeader/>
          <w:jc w:val="center"/>
        </w:trPr>
        <w:tc>
          <w:tcPr>
            <w:tcW w:w="4513" w:type="dxa"/>
            <w:tcBorders>
              <w:bottom w:val="single" w:sz="6" w:space="0" w:color="000000"/>
            </w:tcBorders>
            <w:shd w:val="clear" w:color="auto" w:fill="auto"/>
            <w:tcMar>
              <w:top w:w="70" w:type="dxa"/>
              <w:left w:w="90" w:type="dxa"/>
              <w:bottom w:w="70" w:type="dxa"/>
              <w:right w:w="90" w:type="dxa"/>
            </w:tcMar>
          </w:tcPr>
          <w:p w:rsidR="00C72B17" w:rsidRDefault="007D4121">
            <w:pPr>
              <w:jc w:val="center"/>
            </w:pPr>
            <w:r>
              <w:rPr>
                <w:b/>
              </w:rPr>
              <w:t>HOẠT ĐỘNG CỦA GIÁO VIÊN</w:t>
            </w:r>
          </w:p>
        </w:tc>
        <w:tc>
          <w:tcPr>
            <w:tcW w:w="4513" w:type="dxa"/>
            <w:tcBorders>
              <w:bottom w:val="single" w:sz="6" w:space="0" w:color="000000"/>
            </w:tcBorders>
            <w:shd w:val="clear" w:color="auto" w:fill="auto"/>
            <w:tcMar>
              <w:top w:w="70" w:type="dxa"/>
              <w:left w:w="90" w:type="dxa"/>
              <w:bottom w:w="70" w:type="dxa"/>
              <w:right w:w="90" w:type="dxa"/>
            </w:tcMar>
          </w:tcPr>
          <w:p w:rsidR="00C72B17" w:rsidRDefault="007D4121">
            <w:pPr>
              <w:jc w:val="center"/>
            </w:pPr>
            <w:r>
              <w:rPr>
                <w:b/>
              </w:rPr>
              <w:t>HOẠT ĐỘNG CỦA HỌC SINH</w:t>
            </w:r>
          </w:p>
        </w:tc>
      </w:tr>
      <w:tr w:rsidR="00C72B17" w:rsidTr="00DC47BD">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C72B17" w:rsidRDefault="007D4121">
            <w:bookmarkStart w:id="0" w:name="_GoBack"/>
            <w:r>
              <w:rPr>
                <w:b/>
              </w:rPr>
              <w:t>1. KHỞI ĐỘNG (3 PHÚT)</w:t>
            </w:r>
          </w:p>
          <w:p w:rsidR="00C72B17" w:rsidRDefault="007D4121">
            <w:r>
              <w:rPr>
                <w:b/>
              </w:rPr>
              <w:t xml:space="preserve">- Mục tiêu: </w:t>
            </w:r>
            <w:r>
              <w:t>Tạo không khí vui vẻ bằng bài hát về gia đình.</w:t>
            </w:r>
          </w:p>
          <w:p w:rsidR="00C72B17" w:rsidRDefault="007D4121">
            <w:r>
              <w:rPr>
                <w:b/>
                <w:i/>
              </w:rPr>
              <w:t>* Cách tiến hành:</w:t>
            </w:r>
          </w:p>
        </w:tc>
      </w:tr>
      <w:bookmarkEnd w:id="0"/>
      <w:tr w:rsidR="00C72B17" w:rsidTr="00DC47BD">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C72B17" w:rsidRDefault="007D4121">
            <w:r>
              <w:t>- GV cho HS hát và vận động; giới thiệu nội dung chia sẻ.</w:t>
            </w:r>
          </w:p>
        </w:tc>
        <w:tc>
          <w:tcPr>
            <w:tcW w:w="4586" w:type="dxa"/>
            <w:tcBorders>
              <w:top w:val="single" w:sz="6" w:space="0" w:color="000000"/>
            </w:tcBorders>
            <w:shd w:val="clear" w:color="auto" w:fill="auto"/>
            <w:tcMar>
              <w:top w:w="70" w:type="dxa"/>
              <w:left w:w="90" w:type="dxa"/>
              <w:bottom w:w="70" w:type="dxa"/>
              <w:right w:w="90" w:type="dxa"/>
            </w:tcMar>
            <w:vAlign w:val="center"/>
          </w:tcPr>
          <w:p w:rsidR="00C72B17" w:rsidRDefault="007D4121">
            <w:r>
              <w:t>- HS hát, chuẩn bị câu chuyện.</w:t>
            </w:r>
          </w:p>
        </w:tc>
      </w:tr>
      <w:tr w:rsidR="00C72B17" w:rsidTr="00DC47BD">
        <w:trPr>
          <w:cantSplit/>
          <w:jc w:val="center"/>
        </w:trPr>
        <w:tc>
          <w:tcPr>
            <w:tcW w:w="5187" w:type="dxa"/>
            <w:tcBorders>
              <w:bottom w:val="single" w:sz="6" w:space="0" w:color="000000"/>
            </w:tcBorders>
            <w:shd w:val="clear" w:color="auto" w:fill="auto"/>
            <w:tcMar>
              <w:top w:w="70" w:type="dxa"/>
              <w:left w:w="90" w:type="dxa"/>
              <w:bottom w:w="70" w:type="dxa"/>
              <w:right w:w="90" w:type="dxa"/>
            </w:tcMar>
            <w:vAlign w:val="center"/>
          </w:tcPr>
          <w:p w:rsidR="00C72B17" w:rsidRDefault="007D4121">
            <w:r>
              <w:t>- GV mời HS chuyền một biểu tượng trái tim; khi nhạc dừng, bạn cầm biểu tượng nói một việc nhỏ có thể làm để tạo ngày đáng nhớ cho lớp hoặc gia đình.</w:t>
            </w:r>
          </w:p>
        </w:tc>
        <w:tc>
          <w:tcPr>
            <w:tcW w:w="4586" w:type="dxa"/>
            <w:tcBorders>
              <w:bottom w:val="single" w:sz="6" w:space="0" w:color="000000"/>
            </w:tcBorders>
            <w:shd w:val="clear" w:color="auto" w:fill="auto"/>
            <w:tcMar>
              <w:top w:w="70" w:type="dxa"/>
              <w:left w:w="90" w:type="dxa"/>
              <w:bottom w:w="70" w:type="dxa"/>
              <w:right w:w="90" w:type="dxa"/>
            </w:tcMar>
            <w:vAlign w:val="center"/>
          </w:tcPr>
          <w:p w:rsidR="00C72B17" w:rsidRDefault="007D4121">
            <w:r>
              <w:t>- HS tham gia, nêu việc làm đơn giản như viết lời chúc, giúp trang trí, kể chuyện hoặc chuẩn bị trò chơi.</w:t>
            </w:r>
          </w:p>
        </w:tc>
      </w:tr>
      <w:tr w:rsidR="00C72B17" w:rsidTr="00DC47BD">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C72B17" w:rsidRDefault="007D4121">
            <w:r>
              <w:rPr>
                <w:b/>
              </w:rPr>
              <w:t>2. HOẠT ĐỘNG TỔNG KẾT TUẦN (8 PHÚT)</w:t>
            </w:r>
          </w:p>
          <w:p w:rsidR="00C72B17" w:rsidRDefault="007D4121">
            <w:r>
              <w:rPr>
                <w:b/>
              </w:rPr>
              <w:t>- Mục tiêu:</w:t>
            </w:r>
          </w:p>
          <w:p w:rsidR="00C72B17" w:rsidRDefault="007D4121">
            <w:r>
              <w:t>- HS nhận xét được kết quả hoạt động trong tuần 20.</w:t>
            </w:r>
          </w:p>
          <w:p w:rsidR="00C72B17" w:rsidRDefault="007D4121">
            <w:r>
              <w:t>- HS xác định được phương hướng và những việc cần thực hiện trong tuần 21.</w:t>
            </w:r>
          </w:p>
          <w:p w:rsidR="00C72B17" w:rsidRDefault="007D4121">
            <w:r>
              <w:rPr>
                <w:b/>
                <w:i/>
              </w:rPr>
              <w:t>* Cách tiến hành:</w:t>
            </w:r>
          </w:p>
        </w:tc>
      </w:tr>
      <w:tr w:rsidR="00C72B17" w:rsidTr="00DC47BD">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C72B17" w:rsidRDefault="007D4121">
            <w:r>
              <w:rPr>
                <w:b/>
              </w:rPr>
              <w:t>2.1. Tổng kết các hoạt động trong tuần 20</w:t>
            </w:r>
          </w:p>
        </w:tc>
        <w:tc>
          <w:tcPr>
            <w:tcW w:w="4586" w:type="dxa"/>
            <w:tcBorders>
              <w:top w:val="single" w:sz="6" w:space="0" w:color="000000"/>
            </w:tcBorders>
            <w:shd w:val="clear" w:color="auto" w:fill="auto"/>
            <w:tcMar>
              <w:top w:w="70" w:type="dxa"/>
              <w:left w:w="90" w:type="dxa"/>
              <w:bottom w:w="70" w:type="dxa"/>
              <w:right w:w="90" w:type="dxa"/>
            </w:tcMar>
            <w:vAlign w:val="center"/>
          </w:tcPr>
          <w:p w:rsidR="00C72B17" w:rsidRDefault="007D4121">
            <w:r>
              <w:t>- HS chuẩn bị báo cáo kết quả hoạt động tuần 20.</w:t>
            </w:r>
          </w:p>
        </w:tc>
      </w:tr>
      <w:tr w:rsidR="00C72B17" w:rsidTr="00DC47BD">
        <w:trPr>
          <w:cantSplit/>
          <w:jc w:val="center"/>
        </w:trPr>
        <w:tc>
          <w:tcPr>
            <w:tcW w:w="5187" w:type="dxa"/>
            <w:shd w:val="clear" w:color="auto" w:fill="auto"/>
            <w:tcMar>
              <w:top w:w="70" w:type="dxa"/>
              <w:left w:w="90" w:type="dxa"/>
              <w:bottom w:w="70" w:type="dxa"/>
              <w:right w:w="90" w:type="dxa"/>
            </w:tcMar>
            <w:vAlign w:val="center"/>
          </w:tcPr>
          <w:p w:rsidR="00C72B17" w:rsidRDefault="007D4121">
            <w:r>
              <w:lastRenderedPageBreak/>
              <w:t>- GV mời lớp trưởng điều hành; theo dõi và hỗ trợ khi cần.</w:t>
            </w:r>
          </w:p>
        </w:tc>
        <w:tc>
          <w:tcPr>
            <w:tcW w:w="4586" w:type="dxa"/>
            <w:shd w:val="clear" w:color="auto" w:fill="auto"/>
            <w:tcMar>
              <w:top w:w="70" w:type="dxa"/>
              <w:left w:w="90" w:type="dxa"/>
              <w:bottom w:w="70" w:type="dxa"/>
              <w:right w:w="90" w:type="dxa"/>
            </w:tcMar>
            <w:vAlign w:val="center"/>
          </w:tcPr>
          <w:p w:rsidR="00C72B17" w:rsidRDefault="007D4121">
            <w:r>
              <w:t>- Lớp trưởng mời từng tổ trưởng báo cáo nền nếp, học tập, phong trào và nhiệm vụ đã thực hiện.</w:t>
            </w:r>
          </w:p>
        </w:tc>
      </w:tr>
      <w:tr w:rsidR="00C72B17" w:rsidTr="00DC47BD">
        <w:trPr>
          <w:cantSplit/>
          <w:jc w:val="center"/>
        </w:trPr>
        <w:tc>
          <w:tcPr>
            <w:tcW w:w="5187" w:type="dxa"/>
            <w:shd w:val="clear" w:color="auto" w:fill="auto"/>
            <w:tcMar>
              <w:top w:w="70" w:type="dxa"/>
              <w:left w:w="90" w:type="dxa"/>
              <w:bottom w:w="70" w:type="dxa"/>
              <w:right w:w="90" w:type="dxa"/>
            </w:tcMar>
            <w:vAlign w:val="center"/>
          </w:tcPr>
          <w:p w:rsidR="00C72B17" w:rsidRDefault="007D4121">
            <w:r>
              <w:t>- GV yêu cầu từng tổ báo cáo theo bốn nội dung: nền nếp, học tập, vệ sinh - trực nhật và tham gia phong trào; mỗi nội dung nêu rõ việc làm tốt, việc chưa tốt và nguyên nhân.</w:t>
            </w:r>
          </w:p>
        </w:tc>
        <w:tc>
          <w:tcPr>
            <w:tcW w:w="4586" w:type="dxa"/>
            <w:shd w:val="clear" w:color="auto" w:fill="auto"/>
            <w:tcMar>
              <w:top w:w="70" w:type="dxa"/>
              <w:left w:w="90" w:type="dxa"/>
              <w:bottom w:w="70" w:type="dxa"/>
              <w:right w:w="90" w:type="dxa"/>
            </w:tcMar>
            <w:vAlign w:val="center"/>
          </w:tcPr>
          <w:p w:rsidR="00C72B17" w:rsidRDefault="007D4121">
            <w:r>
              <w:t>- Tổ trưởng trao đổi nhanh với các thành viên, lần lượt báo cáo đủ bốn nội dung và nêu ví dụ cụ thể.</w:t>
            </w:r>
          </w:p>
        </w:tc>
      </w:tr>
      <w:tr w:rsidR="00C72B17" w:rsidTr="00DC47BD">
        <w:trPr>
          <w:cantSplit/>
          <w:jc w:val="center"/>
        </w:trPr>
        <w:tc>
          <w:tcPr>
            <w:tcW w:w="5187" w:type="dxa"/>
            <w:shd w:val="clear" w:color="auto" w:fill="auto"/>
            <w:tcMar>
              <w:top w:w="70" w:type="dxa"/>
              <w:left w:w="90" w:type="dxa"/>
              <w:bottom w:w="70" w:type="dxa"/>
              <w:right w:w="90" w:type="dxa"/>
            </w:tcMar>
            <w:vAlign w:val="center"/>
          </w:tcPr>
          <w:p w:rsidR="00C72B17" w:rsidRDefault="007D4121">
            <w:r>
              <w:t>- GV mời lớp trưởng tổng hợp ý kiến của các tổ, đối chiếu với mục tiêu đầu tuần và mời lớp bổ sung những kết quả còn thiếu.</w:t>
            </w:r>
          </w:p>
        </w:tc>
        <w:tc>
          <w:tcPr>
            <w:tcW w:w="4586" w:type="dxa"/>
            <w:shd w:val="clear" w:color="auto" w:fill="auto"/>
            <w:tcMar>
              <w:top w:w="70" w:type="dxa"/>
              <w:left w:w="90" w:type="dxa"/>
              <w:bottom w:w="70" w:type="dxa"/>
              <w:right w:w="90" w:type="dxa"/>
            </w:tcMar>
            <w:vAlign w:val="center"/>
          </w:tcPr>
          <w:p w:rsidR="00C72B17" w:rsidRDefault="007D4121">
            <w:r>
              <w:t>- Lớp trưởng tổng hợp; HS bổ sung bằng thái độ xây dựng, không chê trách hoặc đổ lỗi cho bạn.</w:t>
            </w:r>
          </w:p>
        </w:tc>
      </w:tr>
      <w:tr w:rsidR="00C72B17" w:rsidTr="00DC47BD">
        <w:trPr>
          <w:cantSplit/>
          <w:jc w:val="center"/>
        </w:trPr>
        <w:tc>
          <w:tcPr>
            <w:tcW w:w="5187" w:type="dxa"/>
            <w:shd w:val="clear" w:color="auto" w:fill="auto"/>
            <w:tcMar>
              <w:top w:w="70" w:type="dxa"/>
              <w:left w:w="90" w:type="dxa"/>
              <w:bottom w:w="70" w:type="dxa"/>
              <w:right w:w="90" w:type="dxa"/>
            </w:tcMar>
            <w:vAlign w:val="center"/>
          </w:tcPr>
          <w:p w:rsidR="00C72B17" w:rsidRDefault="007D4121">
            <w:r>
              <w:t>- GV nhận xét chung, tuyên dương tiến bộ và nhắc nội dung cần khắc phục.</w:t>
            </w:r>
          </w:p>
        </w:tc>
        <w:tc>
          <w:tcPr>
            <w:tcW w:w="4586" w:type="dxa"/>
            <w:shd w:val="clear" w:color="auto" w:fill="auto"/>
            <w:tcMar>
              <w:top w:w="70" w:type="dxa"/>
              <w:left w:w="90" w:type="dxa"/>
              <w:bottom w:w="70" w:type="dxa"/>
              <w:right w:w="90" w:type="dxa"/>
            </w:tcMar>
            <w:vAlign w:val="center"/>
          </w:tcPr>
          <w:p w:rsidR="00C72B17" w:rsidRDefault="007D4121">
            <w:r>
              <w:t>- HS lắng nghe, tự đối chiếu và nêu việc mình cần điều chỉnh.</w:t>
            </w:r>
          </w:p>
        </w:tc>
      </w:tr>
      <w:tr w:rsidR="00C72B17" w:rsidTr="00DC47BD">
        <w:trPr>
          <w:cantSplit/>
          <w:jc w:val="center"/>
        </w:trPr>
        <w:tc>
          <w:tcPr>
            <w:tcW w:w="5187" w:type="dxa"/>
            <w:shd w:val="clear" w:color="auto" w:fill="auto"/>
            <w:tcMar>
              <w:top w:w="70" w:type="dxa"/>
              <w:left w:w="90" w:type="dxa"/>
              <w:bottom w:w="70" w:type="dxa"/>
              <w:right w:w="90" w:type="dxa"/>
            </w:tcMar>
            <w:vAlign w:val="center"/>
          </w:tcPr>
          <w:p w:rsidR="00C72B17" w:rsidRDefault="007D4121">
            <w:r>
              <w:t>- GV mời HS tự đánh giá bằng tín hiệu ngón tay: ngón cái hướng lên nếu đã thực hiện tốt, đặt ngang nếu còn cần cố gắng; yêu cầu mỗi em nêu một việc sẽ điều chỉnh.</w:t>
            </w:r>
          </w:p>
        </w:tc>
        <w:tc>
          <w:tcPr>
            <w:tcW w:w="4586" w:type="dxa"/>
            <w:shd w:val="clear" w:color="auto" w:fill="auto"/>
            <w:tcMar>
              <w:top w:w="70" w:type="dxa"/>
              <w:left w:w="90" w:type="dxa"/>
              <w:bottom w:w="70" w:type="dxa"/>
              <w:right w:w="90" w:type="dxa"/>
            </w:tcMar>
            <w:vAlign w:val="center"/>
          </w:tcPr>
          <w:p w:rsidR="00C72B17" w:rsidRDefault="007D4121">
            <w:r>
              <w:t>- HS tự đánh giá trung thực, nêu một việc cụ thể sẽ sửa trong tuần tới.</w:t>
            </w:r>
          </w:p>
        </w:tc>
      </w:tr>
      <w:tr w:rsidR="00C72B17" w:rsidTr="00DC47BD">
        <w:trPr>
          <w:cantSplit/>
          <w:jc w:val="center"/>
        </w:trPr>
        <w:tc>
          <w:tcPr>
            <w:tcW w:w="5187" w:type="dxa"/>
            <w:shd w:val="clear" w:color="auto" w:fill="auto"/>
            <w:tcMar>
              <w:top w:w="70" w:type="dxa"/>
              <w:left w:w="90" w:type="dxa"/>
              <w:bottom w:w="70" w:type="dxa"/>
              <w:right w:w="90" w:type="dxa"/>
            </w:tcMar>
            <w:vAlign w:val="center"/>
          </w:tcPr>
          <w:p w:rsidR="00C72B17" w:rsidRDefault="007D4121">
            <w:r>
              <w:rPr>
                <w:b/>
              </w:rPr>
              <w:t>2.2. Phương hướng hoạt động tuần 21</w:t>
            </w:r>
          </w:p>
        </w:tc>
        <w:tc>
          <w:tcPr>
            <w:tcW w:w="4586" w:type="dxa"/>
            <w:shd w:val="clear" w:color="auto" w:fill="auto"/>
            <w:tcMar>
              <w:top w:w="70" w:type="dxa"/>
              <w:left w:w="90" w:type="dxa"/>
              <w:bottom w:w="70" w:type="dxa"/>
              <w:right w:w="90" w:type="dxa"/>
            </w:tcMar>
            <w:vAlign w:val="center"/>
          </w:tcPr>
          <w:p w:rsidR="00C72B17" w:rsidRDefault="007D4121">
            <w:r>
              <w:t>- HS chuẩn bị đề xuất biện pháp thực hiện nhiệm vụ tuần 21.</w:t>
            </w:r>
          </w:p>
        </w:tc>
      </w:tr>
      <w:tr w:rsidR="00C72B17" w:rsidTr="00DC47BD">
        <w:trPr>
          <w:cantSplit/>
          <w:jc w:val="center"/>
        </w:trPr>
        <w:tc>
          <w:tcPr>
            <w:tcW w:w="5187" w:type="dxa"/>
            <w:shd w:val="clear" w:color="auto" w:fill="auto"/>
            <w:tcMar>
              <w:top w:w="70" w:type="dxa"/>
              <w:left w:w="90" w:type="dxa"/>
              <w:bottom w:w="70" w:type="dxa"/>
              <w:right w:w="90" w:type="dxa"/>
            </w:tcMar>
            <w:vAlign w:val="center"/>
          </w:tcPr>
          <w:p w:rsidR="00C72B17" w:rsidRDefault="007D4121">
            <w:r>
              <w:t>- GV định hướng các nhiệm vụ trọng tâm tuần 21; mời HS đề xuất cách thực hiện.</w:t>
            </w:r>
          </w:p>
        </w:tc>
        <w:tc>
          <w:tcPr>
            <w:tcW w:w="4586" w:type="dxa"/>
            <w:shd w:val="clear" w:color="auto" w:fill="auto"/>
            <w:tcMar>
              <w:top w:w="70" w:type="dxa"/>
              <w:left w:w="90" w:type="dxa"/>
              <w:bottom w:w="70" w:type="dxa"/>
              <w:right w:w="90" w:type="dxa"/>
            </w:tcMar>
            <w:vAlign w:val="center"/>
          </w:tcPr>
          <w:p w:rsidR="00C72B17" w:rsidRDefault="007D4121">
            <w:r>
              <w:t>- HS thảo luận, nêu biện pháp và biểu quyết thực hiện.</w:t>
            </w:r>
          </w:p>
        </w:tc>
      </w:tr>
      <w:tr w:rsidR="00C72B17" w:rsidTr="00DC47BD">
        <w:trPr>
          <w:cantSplit/>
          <w:jc w:val="center"/>
        </w:trPr>
        <w:tc>
          <w:tcPr>
            <w:tcW w:w="5187" w:type="dxa"/>
            <w:shd w:val="clear" w:color="auto" w:fill="auto"/>
            <w:tcMar>
              <w:top w:w="70" w:type="dxa"/>
              <w:left w:w="90" w:type="dxa"/>
              <w:bottom w:w="70" w:type="dxa"/>
              <w:right w:w="90" w:type="dxa"/>
            </w:tcMar>
            <w:vAlign w:val="center"/>
          </w:tcPr>
          <w:p w:rsidR="00C72B17" w:rsidRDefault="007D4121">
            <w:r>
              <w:t>- GV cho các tổ thảo luận và lựa chọn một biện pháp cụ thể cho từng nhiệm vụ trọng tâm; nhắc biện pháp phải vừa sức, có người thực hiện và thời điểm rõ ràng.</w:t>
            </w:r>
          </w:p>
        </w:tc>
        <w:tc>
          <w:tcPr>
            <w:tcW w:w="4586" w:type="dxa"/>
            <w:shd w:val="clear" w:color="auto" w:fill="auto"/>
            <w:tcMar>
              <w:top w:w="70" w:type="dxa"/>
              <w:left w:w="90" w:type="dxa"/>
              <w:bottom w:w="70" w:type="dxa"/>
              <w:right w:w="90" w:type="dxa"/>
            </w:tcMar>
            <w:vAlign w:val="center"/>
          </w:tcPr>
          <w:p w:rsidR="00C72B17" w:rsidRDefault="007D4121">
            <w:r>
              <w:t>- HS thảo luận, đề xuất việc làm cụ thể, phân công người nhắc việc và thời gian thực hiện.</w:t>
            </w:r>
          </w:p>
        </w:tc>
      </w:tr>
      <w:tr w:rsidR="00C72B17" w:rsidTr="00DC47BD">
        <w:trPr>
          <w:cantSplit/>
          <w:jc w:val="center"/>
        </w:trPr>
        <w:tc>
          <w:tcPr>
            <w:tcW w:w="5187" w:type="dxa"/>
            <w:tcBorders>
              <w:bottom w:val="single" w:sz="6" w:space="0" w:color="000000"/>
            </w:tcBorders>
            <w:shd w:val="clear" w:color="auto" w:fill="auto"/>
            <w:tcMar>
              <w:top w:w="70" w:type="dxa"/>
              <w:left w:w="90" w:type="dxa"/>
              <w:bottom w:w="70" w:type="dxa"/>
              <w:right w:w="90" w:type="dxa"/>
            </w:tcMar>
            <w:vAlign w:val="center"/>
          </w:tcPr>
          <w:p w:rsidR="00C72B17" w:rsidRDefault="007D4121">
            <w:r>
              <w:t>- GV chốt ba việc trọng tâm của tuần mới, mời cả lớp nhắc lại và thể hiện cam kết bằng một hành động thống nhất.</w:t>
            </w:r>
          </w:p>
        </w:tc>
        <w:tc>
          <w:tcPr>
            <w:tcW w:w="4586" w:type="dxa"/>
            <w:tcBorders>
              <w:bottom w:val="single" w:sz="6" w:space="0" w:color="000000"/>
            </w:tcBorders>
            <w:shd w:val="clear" w:color="auto" w:fill="auto"/>
            <w:tcMar>
              <w:top w:w="70" w:type="dxa"/>
              <w:left w:w="90" w:type="dxa"/>
              <w:bottom w:w="70" w:type="dxa"/>
              <w:right w:w="90" w:type="dxa"/>
            </w:tcMar>
            <w:vAlign w:val="center"/>
          </w:tcPr>
          <w:p w:rsidR="00C72B17" w:rsidRDefault="007D4121">
            <w:r>
              <w:t>- HS nhắc lại nhiệm vụ, giơ tay hoặc đập tay thể hiện quyết tâm thực hiện.</w:t>
            </w:r>
          </w:p>
        </w:tc>
      </w:tr>
      <w:tr w:rsidR="00C72B17" w:rsidTr="00DC47BD">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C72B17" w:rsidRDefault="007D4121">
            <w:r>
              <w:rPr>
                <w:b/>
              </w:rPr>
              <w:t>3. CHIA SẺ THU HOẠCH SAU TRẢI NGHIỆM LẦN TRƯỚC (5 PHÚT)</w:t>
            </w:r>
          </w:p>
          <w:p w:rsidR="00C72B17" w:rsidRDefault="007D4121">
            <w:r>
              <w:rPr>
                <w:b/>
              </w:rPr>
              <w:t xml:space="preserve">- Mục tiêu: </w:t>
            </w:r>
            <w:r>
              <w:t>HS chia sẻ ngày đáng nhớ và việc tốt đã thực hiện.</w:t>
            </w:r>
          </w:p>
          <w:p w:rsidR="00C72B17" w:rsidRDefault="007D4121">
            <w:r>
              <w:rPr>
                <w:b/>
                <w:i/>
              </w:rPr>
              <w:t>* Cách tiến hành:</w:t>
            </w:r>
          </w:p>
        </w:tc>
      </w:tr>
      <w:tr w:rsidR="00C72B17" w:rsidTr="00DC47BD">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C72B17" w:rsidRDefault="007D4121">
            <w:r>
              <w:t>- GV gợi ý: ngày gì, ai tham gia, hoạt động, cảm xúc, việc em đã làm.</w:t>
            </w:r>
          </w:p>
          <w:p w:rsidR="00C72B17" w:rsidRDefault="00C72B17">
            <w:pPr>
              <w:jc w:val="center"/>
            </w:pPr>
          </w:p>
        </w:tc>
        <w:tc>
          <w:tcPr>
            <w:tcW w:w="4586" w:type="dxa"/>
            <w:tcBorders>
              <w:top w:val="single" w:sz="6" w:space="0" w:color="000000"/>
            </w:tcBorders>
            <w:shd w:val="clear" w:color="auto" w:fill="auto"/>
            <w:tcMar>
              <w:top w:w="70" w:type="dxa"/>
              <w:left w:w="90" w:type="dxa"/>
              <w:bottom w:w="70" w:type="dxa"/>
              <w:right w:w="90" w:type="dxa"/>
            </w:tcMar>
            <w:vAlign w:val="center"/>
          </w:tcPr>
          <w:p w:rsidR="00C72B17" w:rsidRDefault="007D4121">
            <w:r>
              <w:t>- HS chia sẻ ngắn gọn; bạn lắng nghe, tôn trọng.</w:t>
            </w:r>
          </w:p>
        </w:tc>
      </w:tr>
      <w:tr w:rsidR="00C72B17" w:rsidTr="00DC47BD">
        <w:trPr>
          <w:cantSplit/>
          <w:jc w:val="center"/>
        </w:trPr>
        <w:tc>
          <w:tcPr>
            <w:tcW w:w="5187" w:type="dxa"/>
            <w:shd w:val="clear" w:color="auto" w:fill="auto"/>
            <w:tcMar>
              <w:top w:w="70" w:type="dxa"/>
              <w:left w:w="90" w:type="dxa"/>
              <w:bottom w:w="70" w:type="dxa"/>
              <w:right w:w="90" w:type="dxa"/>
            </w:tcMar>
            <w:vAlign w:val="center"/>
          </w:tcPr>
          <w:p w:rsidR="00C72B17" w:rsidRDefault="007D4121">
            <w:r>
              <w:lastRenderedPageBreak/>
              <w:t>- GV tổ chức cho HS trao đổi theo cặp theo mẫu: Em đã làm gì? Kết quả ra sao? Em gặp khó khăn gì? Lần sau em sẽ điều chỉnh thế nào?</w:t>
            </w:r>
          </w:p>
        </w:tc>
        <w:tc>
          <w:tcPr>
            <w:tcW w:w="4586" w:type="dxa"/>
            <w:shd w:val="clear" w:color="auto" w:fill="auto"/>
            <w:tcMar>
              <w:top w:w="70" w:type="dxa"/>
              <w:left w:w="90" w:type="dxa"/>
              <w:bottom w:w="70" w:type="dxa"/>
              <w:right w:w="90" w:type="dxa"/>
            </w:tcMar>
            <w:vAlign w:val="center"/>
          </w:tcPr>
          <w:p w:rsidR="00C72B17" w:rsidRDefault="007D4121">
            <w:r>
              <w:t>- HS lần lượt kể và lắng nghe bạn; mỗi bạn góp một lời khuyên phù hợp.</w:t>
            </w:r>
          </w:p>
        </w:tc>
      </w:tr>
      <w:tr w:rsidR="00C72B17" w:rsidTr="00DC47BD">
        <w:trPr>
          <w:cantSplit/>
          <w:jc w:val="center"/>
        </w:trPr>
        <w:tc>
          <w:tcPr>
            <w:tcW w:w="5187" w:type="dxa"/>
            <w:tcBorders>
              <w:bottom w:val="single" w:sz="6" w:space="0" w:color="000000"/>
            </w:tcBorders>
            <w:shd w:val="clear" w:color="auto" w:fill="auto"/>
            <w:tcMar>
              <w:top w:w="70" w:type="dxa"/>
              <w:left w:w="90" w:type="dxa"/>
              <w:bottom w:w="70" w:type="dxa"/>
              <w:right w:w="90" w:type="dxa"/>
            </w:tcMar>
            <w:vAlign w:val="center"/>
          </w:tcPr>
          <w:p w:rsidR="00C72B17" w:rsidRDefault="007D4121">
            <w:r>
              <w:t>- GV mời 2 - 3 HS chia sẻ trước lớp, nhận xét sự cố gắng và nhấn mạnh bài học rút ra từ trải nghiệm.</w:t>
            </w:r>
          </w:p>
        </w:tc>
        <w:tc>
          <w:tcPr>
            <w:tcW w:w="4586" w:type="dxa"/>
            <w:tcBorders>
              <w:bottom w:val="single" w:sz="6" w:space="0" w:color="000000"/>
            </w:tcBorders>
            <w:shd w:val="clear" w:color="auto" w:fill="auto"/>
            <w:tcMar>
              <w:top w:w="70" w:type="dxa"/>
              <w:left w:w="90" w:type="dxa"/>
              <w:bottom w:w="70" w:type="dxa"/>
              <w:right w:w="90" w:type="dxa"/>
            </w:tcMar>
            <w:vAlign w:val="center"/>
          </w:tcPr>
          <w:p w:rsidR="00C72B17" w:rsidRDefault="007D4121">
            <w:r>
              <w:t>- HS chia sẻ ngắn gọn; các bạn nhận xét bằng lời tích cực và học hỏi cách làm hay.</w:t>
            </w:r>
          </w:p>
        </w:tc>
      </w:tr>
      <w:tr w:rsidR="00C72B17" w:rsidTr="00DC47BD">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C72B17" w:rsidRDefault="007D4121">
            <w:r>
              <w:rPr>
                <w:b/>
              </w:rPr>
              <w:t>4. HOẠT ĐỘNG NHÓM (16 PHÚT)</w:t>
            </w:r>
            <w:r>
              <w:rPr>
                <w:b/>
              </w:rPr>
              <w:br/>
              <w:t>THIẾT KẾ “NGÀY ĐÁNG NHỚ CỦA LỚP”</w:t>
            </w:r>
          </w:p>
          <w:p w:rsidR="00C72B17" w:rsidRDefault="007D4121">
            <w:r>
              <w:rPr>
                <w:b/>
              </w:rPr>
              <w:t xml:space="preserve">- Mục tiêu: </w:t>
            </w:r>
            <w:r>
              <w:t>HS biết chọn hoạt động vui, đơn giản, an toàn và phân công hợp lí.</w:t>
            </w:r>
          </w:p>
          <w:p w:rsidR="00C72B17" w:rsidRDefault="007D4121">
            <w:r>
              <w:rPr>
                <w:b/>
                <w:i/>
              </w:rPr>
              <w:t>* Cách tiến hành:</w:t>
            </w:r>
          </w:p>
        </w:tc>
      </w:tr>
      <w:tr w:rsidR="00C72B17" w:rsidTr="00DC47BD">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C72B17" w:rsidRDefault="007D4121">
            <w:r>
              <w:t>- GV giao nhóm đề xuất một ngày đáng nhớ cho lớp: sinh nhật chung, ngày đọc sách, ngày cảm ơn, ngày trò chơi gia đình.</w:t>
            </w:r>
          </w:p>
        </w:tc>
        <w:tc>
          <w:tcPr>
            <w:tcW w:w="4586" w:type="dxa"/>
            <w:tcBorders>
              <w:top w:val="single" w:sz="6" w:space="0" w:color="000000"/>
            </w:tcBorders>
            <w:shd w:val="clear" w:color="auto" w:fill="auto"/>
            <w:tcMar>
              <w:top w:w="70" w:type="dxa"/>
              <w:left w:w="90" w:type="dxa"/>
              <w:bottom w:w="70" w:type="dxa"/>
              <w:right w:w="90" w:type="dxa"/>
            </w:tcMar>
            <w:vAlign w:val="center"/>
          </w:tcPr>
          <w:p w:rsidR="00C72B17" w:rsidRDefault="007D4121">
            <w:r>
              <w:t>- HS bàn mục đích, hoạt động, vật dụng, thời gian, phân công.</w:t>
            </w:r>
          </w:p>
        </w:tc>
      </w:tr>
      <w:tr w:rsidR="00C72B17" w:rsidTr="00DC47BD">
        <w:trPr>
          <w:cantSplit/>
          <w:jc w:val="center"/>
        </w:trPr>
        <w:tc>
          <w:tcPr>
            <w:tcW w:w="5187" w:type="dxa"/>
            <w:shd w:val="clear" w:color="auto" w:fill="auto"/>
            <w:tcMar>
              <w:top w:w="70" w:type="dxa"/>
              <w:left w:w="90" w:type="dxa"/>
              <w:bottom w:w="70" w:type="dxa"/>
              <w:right w:w="90" w:type="dxa"/>
            </w:tcMar>
            <w:vAlign w:val="center"/>
          </w:tcPr>
          <w:p w:rsidR="00C72B17" w:rsidRDefault="007D4121">
            <w:r>
              <w:t>- GV phát phiếu kế hoạch gồm mục đích, thời gian, địa điểm, hoạt động, đồ dùng, phân công và quy tắc an toàn; yêu cầu nhóm hoàn thành trong thời gian quy định.</w:t>
            </w:r>
          </w:p>
        </w:tc>
        <w:tc>
          <w:tcPr>
            <w:tcW w:w="4586" w:type="dxa"/>
            <w:shd w:val="clear" w:color="auto" w:fill="auto"/>
            <w:tcMar>
              <w:top w:w="70" w:type="dxa"/>
              <w:left w:w="90" w:type="dxa"/>
              <w:bottom w:w="70" w:type="dxa"/>
              <w:right w:w="90" w:type="dxa"/>
            </w:tcMar>
            <w:vAlign w:val="center"/>
          </w:tcPr>
          <w:p w:rsidR="00C72B17" w:rsidRDefault="007D4121">
            <w:r>
              <w:t>- HS phân công thư kí, điều hành, người trình bày; thảo luận và ghi đủ các mục.</w:t>
            </w:r>
          </w:p>
        </w:tc>
      </w:tr>
      <w:tr w:rsidR="00C72B17" w:rsidTr="00DC47BD">
        <w:trPr>
          <w:cantSplit/>
          <w:jc w:val="center"/>
        </w:trPr>
        <w:tc>
          <w:tcPr>
            <w:tcW w:w="5187" w:type="dxa"/>
            <w:shd w:val="clear" w:color="auto" w:fill="auto"/>
            <w:tcMar>
              <w:top w:w="70" w:type="dxa"/>
              <w:left w:w="90" w:type="dxa"/>
              <w:bottom w:w="70" w:type="dxa"/>
              <w:right w:w="90" w:type="dxa"/>
            </w:tcMar>
            <w:vAlign w:val="center"/>
          </w:tcPr>
          <w:p w:rsidR="00C72B17" w:rsidRDefault="007D4121">
            <w:r>
              <w:t>- GV nhắc nhóm lựa chọn hoạt động để mọi bạn đều tham gia, không tốn nhiều tiền và không làm lộ thông tin cá nhân.</w:t>
            </w:r>
          </w:p>
        </w:tc>
        <w:tc>
          <w:tcPr>
            <w:tcW w:w="4586" w:type="dxa"/>
            <w:shd w:val="clear" w:color="auto" w:fill="auto"/>
            <w:tcMar>
              <w:top w:w="70" w:type="dxa"/>
              <w:left w:w="90" w:type="dxa"/>
              <w:bottom w:w="70" w:type="dxa"/>
              <w:right w:w="90" w:type="dxa"/>
            </w:tcMar>
            <w:vAlign w:val="center"/>
          </w:tcPr>
          <w:p w:rsidR="00C72B17" w:rsidRDefault="007D4121">
            <w:r>
              <w:t>- HS loại bỏ ý tưởng chưa phù hợp, ưu tiên hoạt động đơn giản, bình đẳng và an toàn.</w:t>
            </w:r>
          </w:p>
        </w:tc>
      </w:tr>
      <w:tr w:rsidR="00C72B17" w:rsidTr="00DC47BD">
        <w:trPr>
          <w:cantSplit/>
          <w:jc w:val="center"/>
        </w:trPr>
        <w:tc>
          <w:tcPr>
            <w:tcW w:w="5187" w:type="dxa"/>
            <w:shd w:val="clear" w:color="auto" w:fill="auto"/>
            <w:tcMar>
              <w:top w:w="70" w:type="dxa"/>
              <w:left w:w="90" w:type="dxa"/>
              <w:bottom w:w="70" w:type="dxa"/>
              <w:right w:w="90" w:type="dxa"/>
            </w:tcMar>
            <w:vAlign w:val="center"/>
          </w:tcPr>
          <w:p w:rsidR="00C72B17" w:rsidRDefault="007D4121">
            <w:r>
              <w:t>- GV đưa một tình huống phát sinh như trời mưa, thiếu đồ dùng hoặc một bạn không muốn chụp ảnh; yêu cầu nhóm chuẩn bị phương án thay thế.</w:t>
            </w:r>
          </w:p>
        </w:tc>
        <w:tc>
          <w:tcPr>
            <w:tcW w:w="4586" w:type="dxa"/>
            <w:shd w:val="clear" w:color="auto" w:fill="auto"/>
            <w:tcMar>
              <w:top w:w="70" w:type="dxa"/>
              <w:left w:w="90" w:type="dxa"/>
              <w:bottom w:w="70" w:type="dxa"/>
              <w:right w:w="90" w:type="dxa"/>
            </w:tcMar>
            <w:vAlign w:val="center"/>
          </w:tcPr>
          <w:p w:rsidR="00C72B17" w:rsidRDefault="007D4121">
            <w:r>
              <w:t>- HS điều chỉnh kế hoạch: chuyển vào lớp, dùng vật liệu có sẵn, vẽ tranh hoặc dùng biểu tượng thay ảnh.</w:t>
            </w:r>
          </w:p>
        </w:tc>
      </w:tr>
      <w:tr w:rsidR="00C72B17" w:rsidTr="00DC47BD">
        <w:trPr>
          <w:cantSplit/>
          <w:jc w:val="center"/>
        </w:trPr>
        <w:tc>
          <w:tcPr>
            <w:tcW w:w="5187" w:type="dxa"/>
            <w:shd w:val="clear" w:color="auto" w:fill="auto"/>
            <w:tcMar>
              <w:top w:w="70" w:type="dxa"/>
              <w:left w:w="90" w:type="dxa"/>
              <w:bottom w:w="70" w:type="dxa"/>
              <w:right w:w="90" w:type="dxa"/>
            </w:tcMar>
            <w:vAlign w:val="center"/>
          </w:tcPr>
          <w:p w:rsidR="00C72B17" w:rsidRDefault="007D4121">
            <w:r>
              <w:t>- GV mời nhóm trình bày và lớp bình chọn phương án khả thi, tiết kiệm, tạo niềm vui.</w:t>
            </w:r>
          </w:p>
        </w:tc>
        <w:tc>
          <w:tcPr>
            <w:tcW w:w="4586" w:type="dxa"/>
            <w:shd w:val="clear" w:color="auto" w:fill="auto"/>
            <w:tcMar>
              <w:top w:w="70" w:type="dxa"/>
              <w:left w:w="90" w:type="dxa"/>
              <w:bottom w:w="70" w:type="dxa"/>
              <w:right w:w="90" w:type="dxa"/>
            </w:tcMar>
            <w:vAlign w:val="center"/>
          </w:tcPr>
          <w:p w:rsidR="00C72B17" w:rsidRDefault="007D4121">
            <w:r>
              <w:t>- Đại diện trình bày; HS góp ý và bình chọn.</w:t>
            </w:r>
          </w:p>
        </w:tc>
      </w:tr>
      <w:tr w:rsidR="00C72B17" w:rsidTr="00DC47BD">
        <w:trPr>
          <w:cantSplit/>
          <w:jc w:val="center"/>
        </w:trPr>
        <w:tc>
          <w:tcPr>
            <w:tcW w:w="5187" w:type="dxa"/>
            <w:shd w:val="clear" w:color="auto" w:fill="auto"/>
            <w:tcMar>
              <w:top w:w="70" w:type="dxa"/>
              <w:left w:w="90" w:type="dxa"/>
              <w:bottom w:w="70" w:type="dxa"/>
              <w:right w:w="90" w:type="dxa"/>
            </w:tcMar>
            <w:vAlign w:val="center"/>
          </w:tcPr>
          <w:p w:rsidR="00C72B17" w:rsidRDefault="007D4121">
            <w:r>
              <w:t>- GV cho lớp đặt câu hỏi theo ba nội dung: Có thực hiện được không? Mọi bạn có vai trò không? Có an toàn và tiết kiệm không?</w:t>
            </w:r>
          </w:p>
        </w:tc>
        <w:tc>
          <w:tcPr>
            <w:tcW w:w="4586" w:type="dxa"/>
            <w:shd w:val="clear" w:color="auto" w:fill="auto"/>
            <w:tcMar>
              <w:top w:w="70" w:type="dxa"/>
              <w:left w:w="90" w:type="dxa"/>
              <w:bottom w:w="70" w:type="dxa"/>
              <w:right w:w="90" w:type="dxa"/>
            </w:tcMar>
            <w:vAlign w:val="center"/>
          </w:tcPr>
          <w:p w:rsidR="00C72B17" w:rsidRDefault="007D4121">
            <w:r>
              <w:t>- Đại diện nhóm trả lời; các thành viên bổ sung và ghi nhận góp ý.</w:t>
            </w:r>
          </w:p>
        </w:tc>
      </w:tr>
      <w:tr w:rsidR="00C72B17" w:rsidTr="00DC47BD">
        <w:trPr>
          <w:cantSplit/>
          <w:jc w:val="center"/>
        </w:trPr>
        <w:tc>
          <w:tcPr>
            <w:tcW w:w="5187" w:type="dxa"/>
            <w:shd w:val="clear" w:color="auto" w:fill="auto"/>
            <w:tcMar>
              <w:top w:w="70" w:type="dxa"/>
              <w:left w:w="90" w:type="dxa"/>
              <w:bottom w:w="70" w:type="dxa"/>
              <w:right w:w="90" w:type="dxa"/>
            </w:tcMar>
            <w:vAlign w:val="center"/>
          </w:tcPr>
          <w:p w:rsidR="00C72B17" w:rsidRDefault="007D4121">
            <w:r>
              <w:t>- GV hướng dẫn bình chọn bằng phiếu, sau đó kết hợp những điểm hay của các phương án thành một kế hoạch chung của lớp.</w:t>
            </w:r>
          </w:p>
        </w:tc>
        <w:tc>
          <w:tcPr>
            <w:tcW w:w="4586" w:type="dxa"/>
            <w:shd w:val="clear" w:color="auto" w:fill="auto"/>
            <w:tcMar>
              <w:top w:w="70" w:type="dxa"/>
              <w:left w:w="90" w:type="dxa"/>
              <w:bottom w:w="70" w:type="dxa"/>
              <w:right w:w="90" w:type="dxa"/>
            </w:tcMar>
            <w:vAlign w:val="center"/>
          </w:tcPr>
          <w:p w:rsidR="00C72B17" w:rsidRDefault="007D4121">
            <w:r>
              <w:t>- HS bình chọn công bằng, thống nhất kế hoạch chung và nhận nhiệm vụ bước đầu.</w:t>
            </w:r>
          </w:p>
        </w:tc>
      </w:tr>
      <w:tr w:rsidR="00C72B17" w:rsidTr="00DC47BD">
        <w:trPr>
          <w:cantSplit/>
          <w:jc w:val="center"/>
        </w:trPr>
        <w:tc>
          <w:tcPr>
            <w:tcW w:w="5187" w:type="dxa"/>
            <w:shd w:val="clear" w:color="auto" w:fill="auto"/>
            <w:tcMar>
              <w:top w:w="70" w:type="dxa"/>
              <w:left w:w="90" w:type="dxa"/>
              <w:bottom w:w="70" w:type="dxa"/>
              <w:right w:w="90" w:type="dxa"/>
            </w:tcMar>
            <w:vAlign w:val="center"/>
          </w:tcPr>
          <w:p w:rsidR="00C72B17" w:rsidRDefault="007D4121">
            <w:r>
              <w:t>- GV nhắc nếu dùng ảnh cần xin phép; có thể vẽ tranh hoặc dùng biểu tượng thay thế.</w:t>
            </w:r>
          </w:p>
        </w:tc>
        <w:tc>
          <w:tcPr>
            <w:tcW w:w="4586" w:type="dxa"/>
            <w:shd w:val="clear" w:color="auto" w:fill="auto"/>
            <w:tcMar>
              <w:top w:w="70" w:type="dxa"/>
              <w:left w:w="90" w:type="dxa"/>
              <w:bottom w:w="70" w:type="dxa"/>
              <w:right w:w="90" w:type="dxa"/>
            </w:tcMar>
            <w:vAlign w:val="center"/>
          </w:tcPr>
          <w:p w:rsidR="00C72B17" w:rsidRDefault="007D4121">
            <w:r>
              <w:t>- HS điều chỉnh kế hoạch, tôn trọng quyền riêng tư.</w:t>
            </w:r>
          </w:p>
        </w:tc>
      </w:tr>
      <w:tr w:rsidR="00C72B17" w:rsidTr="00DC47BD">
        <w:trPr>
          <w:cantSplit/>
          <w:jc w:val="center"/>
        </w:trPr>
        <w:tc>
          <w:tcPr>
            <w:tcW w:w="9773" w:type="dxa"/>
            <w:gridSpan w:val="2"/>
            <w:shd w:val="clear" w:color="auto" w:fill="auto"/>
            <w:tcMar>
              <w:top w:w="70" w:type="dxa"/>
              <w:left w:w="90" w:type="dxa"/>
              <w:bottom w:w="70" w:type="dxa"/>
              <w:right w:w="90" w:type="dxa"/>
            </w:tcMar>
          </w:tcPr>
          <w:p w:rsidR="00C72B17" w:rsidRDefault="007D4121">
            <w:r>
              <w:rPr>
                <w:b/>
              </w:rPr>
              <w:lastRenderedPageBreak/>
              <w:t>5. HOẠT ĐỘNG SAU GIỜ HỌC (3 PHÚT)</w:t>
            </w:r>
          </w:p>
          <w:p w:rsidR="00C72B17" w:rsidRDefault="007D4121">
            <w:r>
              <w:rPr>
                <w:b/>
              </w:rPr>
              <w:t xml:space="preserve">- Mục tiêu: </w:t>
            </w:r>
            <w:r>
              <w:t>HS thực hiện một việc yêu thương và chuẩn bị cho chủ đề mới.</w:t>
            </w:r>
          </w:p>
          <w:p w:rsidR="00C72B17" w:rsidRDefault="007D4121">
            <w:r>
              <w:rPr>
                <w:b/>
                <w:i/>
              </w:rPr>
              <w:t>* Cách tiến hành:</w:t>
            </w:r>
          </w:p>
        </w:tc>
      </w:tr>
      <w:tr w:rsidR="00C72B17" w:rsidTr="00DC47BD">
        <w:trPr>
          <w:cantSplit/>
          <w:jc w:val="center"/>
        </w:trPr>
        <w:tc>
          <w:tcPr>
            <w:tcW w:w="5187" w:type="dxa"/>
            <w:shd w:val="clear" w:color="auto" w:fill="auto"/>
            <w:tcMar>
              <w:top w:w="70" w:type="dxa"/>
              <w:left w:w="90" w:type="dxa"/>
              <w:bottom w:w="70" w:type="dxa"/>
              <w:right w:w="90" w:type="dxa"/>
            </w:tcMar>
            <w:vAlign w:val="center"/>
          </w:tcPr>
          <w:p w:rsidR="00C72B17" w:rsidRDefault="007D4121">
            <w:r>
              <w:t>- GV dặn HS hoàn thiện lịch gia đình, thực hiện lời chúc hoặc việc giúp đỡ đã chọn.</w:t>
            </w:r>
          </w:p>
        </w:tc>
        <w:tc>
          <w:tcPr>
            <w:tcW w:w="4586" w:type="dxa"/>
            <w:shd w:val="clear" w:color="auto" w:fill="auto"/>
            <w:tcMar>
              <w:top w:w="70" w:type="dxa"/>
              <w:left w:w="90" w:type="dxa"/>
              <w:bottom w:w="70" w:type="dxa"/>
              <w:right w:w="90" w:type="dxa"/>
            </w:tcMar>
            <w:vAlign w:val="center"/>
          </w:tcPr>
          <w:p w:rsidR="00C72B17" w:rsidRDefault="007D4121">
            <w:r>
              <w:t>- HS nhận nhiệm vụ, thực hiện và chuẩn bị chia sẻ.</w:t>
            </w:r>
          </w:p>
        </w:tc>
      </w:tr>
    </w:tbl>
    <w:p w:rsidR="00C72B17" w:rsidRDefault="007D4121">
      <w:r>
        <w:rPr>
          <w:b/>
          <w:color w:val="FF0000"/>
        </w:rPr>
        <w:t>IV. ĐIỀU CHỈNH SAU BÀI DẠY:</w:t>
      </w:r>
    </w:p>
    <w:p w:rsidR="00C72B17" w:rsidRDefault="007D4121">
      <w:r>
        <w:t>................................................................................................................</w:t>
      </w:r>
    </w:p>
    <w:p w:rsidR="00C72B17" w:rsidRDefault="007D4121">
      <w:r>
        <w:t>................................................................................................................</w:t>
      </w:r>
    </w:p>
    <w:sectPr w:rsidR="00C72B17" w:rsidSect="00034616">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6"/>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6828BD"/>
    <w:rsid w:val="007D4121"/>
    <w:rsid w:val="00AA1D8D"/>
    <w:rsid w:val="00B47730"/>
    <w:rsid w:val="00C72B17"/>
    <w:rsid w:val="00CB0664"/>
    <w:rsid w:val="00DC47B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Times New Roman" w:eastAsia="Times New Roman" w:hAnsi="Times New Roman"/>
      <w:sz w:val="28"/>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6828BD"/>
    <w:rPr>
      <w:rFonts w:ascii="Tahoma" w:hAnsi="Tahoma" w:cs="Tahoma"/>
      <w:sz w:val="16"/>
      <w:szCs w:val="16"/>
    </w:rPr>
  </w:style>
  <w:style w:type="character" w:customStyle="1" w:styleId="BalloonTextChar">
    <w:name w:val="Balloon Text Char"/>
    <w:basedOn w:val="DefaultParagraphFont"/>
    <w:link w:val="BalloonText"/>
    <w:uiPriority w:val="99"/>
    <w:semiHidden/>
    <w:rsid w:val="006828BD"/>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Times New Roman" w:eastAsia="Times New Roman" w:hAnsi="Times New Roman"/>
      <w:sz w:val="28"/>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6828BD"/>
    <w:rPr>
      <w:rFonts w:ascii="Tahoma" w:hAnsi="Tahoma" w:cs="Tahoma"/>
      <w:sz w:val="16"/>
      <w:szCs w:val="16"/>
    </w:rPr>
  </w:style>
  <w:style w:type="character" w:customStyle="1" w:styleId="BalloonTextChar">
    <w:name w:val="Balloon Text Char"/>
    <w:basedOn w:val="DefaultParagraphFont"/>
    <w:link w:val="BalloonText"/>
    <w:uiPriority w:val="99"/>
    <w:semiHidden/>
    <w:rsid w:val="006828BD"/>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FB8D5A-5B9C-4A6F-AFF2-DF5B4B88B3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2423</Words>
  <Characters>13812</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HĐTN 2 KNTT Tuần 20</vt:lpstr>
    </vt:vector>
  </TitlesOfParts>
  <Manager/>
  <Company/>
  <LinksUpToDate>false</LinksUpToDate>
  <CharactersWithSpaces>16203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HĐTN 2 KNTT Tuần 20</dc:title>
  <dc:subject>Kế hoạch bài dạy đủ 3 tiết, có thời gian từng hoạt động</dc:subject>
  <dc:creator>Nguyễn Bảo Trân</dc:creator>
  <cp:keywords/>
  <dc:description>generated by python-docx</dc:description>
  <cp:lastModifiedBy>Administrator</cp:lastModifiedBy>
  <cp:revision>3</cp:revision>
  <dcterms:created xsi:type="dcterms:W3CDTF">2026-06-12T22:58:00Z</dcterms:created>
  <dcterms:modified xsi:type="dcterms:W3CDTF">2026-08-17T10:50:00Z</dcterms:modified>
  <cp:category/>
</cp:coreProperties>
</file>