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41E" w:rsidRPr="0091241E" w:rsidRDefault="0091241E" w:rsidP="009124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41E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91241E" w:rsidRPr="0091241E" w:rsidRDefault="0091241E" w:rsidP="009124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1241E">
        <w:rPr>
          <w:rFonts w:ascii="Times New Roman" w:hAnsi="Times New Roman" w:cs="Times New Roman"/>
          <w:b/>
          <w:sz w:val="28"/>
          <w:szCs w:val="28"/>
        </w:rPr>
        <w:t>SOCIALIST REPUBLIC OF VIETNAM</w:t>
      </w:r>
    </w:p>
    <w:bookmarkEnd w:id="0"/>
    <w:p w:rsidR="0091241E" w:rsidRPr="0091241E" w:rsidRDefault="0091241E" w:rsidP="009124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41E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91241E" w:rsidRPr="0091241E" w:rsidRDefault="0091241E" w:rsidP="009124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41E">
        <w:rPr>
          <w:rFonts w:ascii="Times New Roman" w:hAnsi="Times New Roman" w:cs="Times New Roman"/>
          <w:b/>
          <w:sz w:val="28"/>
          <w:szCs w:val="28"/>
        </w:rPr>
        <w:t>Independence – Freedom – Happiness</w:t>
      </w:r>
    </w:p>
    <w:p w:rsidR="0091241E" w:rsidRPr="0091241E" w:rsidRDefault="0091241E" w:rsidP="009124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379" w:rsidRPr="0091241E" w:rsidRDefault="0091241E">
      <w:pPr>
        <w:jc w:val="center"/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b/>
          <w:sz w:val="28"/>
          <w:szCs w:val="28"/>
        </w:rPr>
        <w:t>H</w:t>
      </w:r>
      <w:r w:rsidRPr="0091241E">
        <w:rPr>
          <w:rFonts w:ascii="Times New Roman" w:hAnsi="Times New Roman" w:cs="Times New Roman"/>
          <w:b/>
          <w:sz w:val="28"/>
          <w:szCs w:val="28"/>
        </w:rPr>
        <w:t>Ợ</w:t>
      </w:r>
      <w:r w:rsidRPr="0091241E">
        <w:rPr>
          <w:rFonts w:ascii="Times New Roman" w:hAnsi="Times New Roman" w:cs="Times New Roman"/>
          <w:b/>
          <w:sz w:val="28"/>
          <w:szCs w:val="28"/>
        </w:rPr>
        <w:t>P Đ</w:t>
      </w:r>
      <w:r w:rsidRPr="0091241E">
        <w:rPr>
          <w:rFonts w:ascii="Times New Roman" w:hAnsi="Times New Roman" w:cs="Times New Roman"/>
          <w:b/>
          <w:sz w:val="28"/>
          <w:szCs w:val="28"/>
        </w:rPr>
        <w:t>Ồ</w:t>
      </w:r>
      <w:r w:rsidRPr="0091241E">
        <w:rPr>
          <w:rFonts w:ascii="Times New Roman" w:hAnsi="Times New Roman" w:cs="Times New Roman"/>
          <w:b/>
          <w:sz w:val="28"/>
          <w:szCs w:val="28"/>
        </w:rPr>
        <w:t xml:space="preserve">NG CUNG </w:t>
      </w:r>
      <w:r w:rsidRPr="0091241E">
        <w:rPr>
          <w:rFonts w:ascii="Times New Roman" w:hAnsi="Times New Roman" w:cs="Times New Roman"/>
          <w:b/>
          <w:sz w:val="28"/>
          <w:szCs w:val="28"/>
        </w:rPr>
        <w:t>Ứ</w:t>
      </w:r>
      <w:r w:rsidRPr="0091241E">
        <w:rPr>
          <w:rFonts w:ascii="Times New Roman" w:hAnsi="Times New Roman" w:cs="Times New Roman"/>
          <w:b/>
          <w:sz w:val="28"/>
          <w:szCs w:val="28"/>
        </w:rPr>
        <w:t>NG D</w:t>
      </w:r>
      <w:r w:rsidRPr="0091241E">
        <w:rPr>
          <w:rFonts w:ascii="Times New Roman" w:hAnsi="Times New Roman" w:cs="Times New Roman"/>
          <w:b/>
          <w:sz w:val="28"/>
          <w:szCs w:val="28"/>
        </w:rPr>
        <w:t>Ị</w:t>
      </w:r>
      <w:r w:rsidRPr="0091241E">
        <w:rPr>
          <w:rFonts w:ascii="Times New Roman" w:hAnsi="Times New Roman" w:cs="Times New Roman"/>
          <w:b/>
          <w:sz w:val="28"/>
          <w:szCs w:val="28"/>
        </w:rPr>
        <w:t>CH V</w:t>
      </w:r>
      <w:r w:rsidRPr="0091241E">
        <w:rPr>
          <w:rFonts w:ascii="Times New Roman" w:hAnsi="Times New Roman" w:cs="Times New Roman"/>
          <w:b/>
          <w:sz w:val="28"/>
          <w:szCs w:val="28"/>
        </w:rPr>
        <w:t>Ụ</w:t>
      </w:r>
      <w:r w:rsidRPr="0091241E">
        <w:rPr>
          <w:rFonts w:ascii="Times New Roman" w:hAnsi="Times New Roman" w:cs="Times New Roman"/>
          <w:b/>
          <w:sz w:val="28"/>
          <w:szCs w:val="28"/>
        </w:rPr>
        <w:t xml:space="preserve"> QU</w:t>
      </w:r>
      <w:r w:rsidRPr="0091241E">
        <w:rPr>
          <w:rFonts w:ascii="Times New Roman" w:hAnsi="Times New Roman" w:cs="Times New Roman"/>
          <w:b/>
          <w:sz w:val="28"/>
          <w:szCs w:val="28"/>
        </w:rPr>
        <w:t>Ố</w:t>
      </w:r>
      <w:r w:rsidRPr="0091241E">
        <w:rPr>
          <w:rFonts w:ascii="Times New Roman" w:hAnsi="Times New Roman" w:cs="Times New Roman"/>
          <w:b/>
          <w:sz w:val="28"/>
          <w:szCs w:val="28"/>
        </w:rPr>
        <w:t>C T</w:t>
      </w:r>
      <w:r w:rsidRPr="0091241E">
        <w:rPr>
          <w:rFonts w:ascii="Times New Roman" w:hAnsi="Times New Roman" w:cs="Times New Roman"/>
          <w:b/>
          <w:sz w:val="28"/>
          <w:szCs w:val="28"/>
        </w:rPr>
        <w:t>Ế</w:t>
      </w:r>
      <w:r w:rsidRPr="0091241E">
        <w:rPr>
          <w:rFonts w:ascii="Times New Roman" w:hAnsi="Times New Roman" w:cs="Times New Roman"/>
          <w:b/>
          <w:sz w:val="28"/>
          <w:szCs w:val="28"/>
        </w:rPr>
        <w:br/>
        <w:t>INTERNATIONAL SERVICE SUPPLY CONTRACT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br/>
        <w:t>Căn c</w:t>
      </w:r>
      <w:r w:rsidRPr="0091241E">
        <w:rPr>
          <w:rFonts w:ascii="Times New Roman" w:hAnsi="Times New Roman" w:cs="Times New Roman"/>
          <w:sz w:val="28"/>
          <w:szCs w:val="28"/>
        </w:rPr>
        <w:t>ứ</w:t>
      </w:r>
      <w:r w:rsidRPr="0091241E">
        <w:rPr>
          <w:rFonts w:ascii="Times New Roman" w:hAnsi="Times New Roman" w:cs="Times New Roman"/>
          <w:sz w:val="28"/>
          <w:szCs w:val="28"/>
        </w:rPr>
        <w:t xml:space="preserve"> B</w:t>
      </w:r>
      <w:r w:rsidRPr="0091241E">
        <w:rPr>
          <w:rFonts w:ascii="Times New Roman" w:hAnsi="Times New Roman" w:cs="Times New Roman"/>
          <w:sz w:val="28"/>
          <w:szCs w:val="28"/>
        </w:rPr>
        <w:t>ộ</w:t>
      </w:r>
      <w:r w:rsidRPr="0091241E">
        <w:rPr>
          <w:rFonts w:ascii="Times New Roman" w:hAnsi="Times New Roman" w:cs="Times New Roman"/>
          <w:sz w:val="28"/>
          <w:szCs w:val="28"/>
        </w:rPr>
        <w:t xml:space="preserve"> lu</w:t>
      </w:r>
      <w:r w:rsidRPr="0091241E">
        <w:rPr>
          <w:rFonts w:ascii="Times New Roman" w:hAnsi="Times New Roman" w:cs="Times New Roman"/>
          <w:sz w:val="28"/>
          <w:szCs w:val="28"/>
        </w:rPr>
        <w:t>ậ</w:t>
      </w:r>
      <w:r w:rsidRPr="0091241E">
        <w:rPr>
          <w:rFonts w:ascii="Times New Roman" w:hAnsi="Times New Roman" w:cs="Times New Roman"/>
          <w:sz w:val="28"/>
          <w:szCs w:val="28"/>
        </w:rPr>
        <w:t>t Dân s</w:t>
      </w:r>
      <w:r w:rsidRPr="0091241E">
        <w:rPr>
          <w:rFonts w:ascii="Times New Roman" w:hAnsi="Times New Roman" w:cs="Times New Roman"/>
          <w:sz w:val="28"/>
          <w:szCs w:val="28"/>
        </w:rPr>
        <w:t>ự</w:t>
      </w:r>
      <w:r w:rsidRPr="0091241E">
        <w:rPr>
          <w:rFonts w:ascii="Times New Roman" w:hAnsi="Times New Roman" w:cs="Times New Roman"/>
          <w:sz w:val="28"/>
          <w:szCs w:val="28"/>
        </w:rPr>
        <w:t xml:space="preserve"> và các quy đ</w:t>
      </w:r>
      <w:r w:rsidRPr="0091241E">
        <w:rPr>
          <w:rFonts w:ascii="Times New Roman" w:hAnsi="Times New Roman" w:cs="Times New Roman"/>
          <w:sz w:val="28"/>
          <w:szCs w:val="28"/>
        </w:rPr>
        <w:t>ị</w:t>
      </w:r>
      <w:r w:rsidRPr="0091241E">
        <w:rPr>
          <w:rFonts w:ascii="Times New Roman" w:hAnsi="Times New Roman" w:cs="Times New Roman"/>
          <w:sz w:val="28"/>
          <w:szCs w:val="28"/>
        </w:rPr>
        <w:t>nh pháp lu</w:t>
      </w:r>
      <w:r w:rsidRPr="0091241E">
        <w:rPr>
          <w:rFonts w:ascii="Times New Roman" w:hAnsi="Times New Roman" w:cs="Times New Roman"/>
          <w:sz w:val="28"/>
          <w:szCs w:val="28"/>
        </w:rPr>
        <w:t>ậ</w:t>
      </w:r>
      <w:r w:rsidRPr="0091241E">
        <w:rPr>
          <w:rFonts w:ascii="Times New Roman" w:hAnsi="Times New Roman" w:cs="Times New Roman"/>
          <w:sz w:val="28"/>
          <w:szCs w:val="28"/>
        </w:rPr>
        <w:t>t có liên quan;</w:t>
      </w:r>
      <w:r w:rsidRPr="0091241E">
        <w:rPr>
          <w:rFonts w:ascii="Times New Roman" w:hAnsi="Times New Roman" w:cs="Times New Roman"/>
          <w:sz w:val="28"/>
          <w:szCs w:val="28"/>
        </w:rPr>
        <w:br/>
        <w:t>Pursuant to the Civil Code and relevant applicable laws;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br/>
        <w:t>Hôm nay, ngày ... tháng ... năm ..., t</w:t>
      </w:r>
      <w:r w:rsidRPr="0091241E">
        <w:rPr>
          <w:rFonts w:ascii="Times New Roman" w:hAnsi="Times New Roman" w:cs="Times New Roman"/>
          <w:sz w:val="28"/>
          <w:szCs w:val="28"/>
        </w:rPr>
        <w:t>ạ</w:t>
      </w:r>
      <w:r w:rsidRPr="0091241E">
        <w:rPr>
          <w:rFonts w:ascii="Times New Roman" w:hAnsi="Times New Roman" w:cs="Times New Roman"/>
          <w:sz w:val="28"/>
          <w:szCs w:val="28"/>
        </w:rPr>
        <w:t>i ..., chúng tôi g</w:t>
      </w:r>
      <w:r w:rsidRPr="0091241E">
        <w:rPr>
          <w:rFonts w:ascii="Times New Roman" w:hAnsi="Times New Roman" w:cs="Times New Roman"/>
          <w:sz w:val="28"/>
          <w:szCs w:val="28"/>
        </w:rPr>
        <w:t>ồ</w:t>
      </w:r>
      <w:r w:rsidRPr="0091241E">
        <w:rPr>
          <w:rFonts w:ascii="Times New Roman" w:hAnsi="Times New Roman" w:cs="Times New Roman"/>
          <w:sz w:val="28"/>
          <w:szCs w:val="28"/>
        </w:rPr>
        <w:t>m:</w:t>
      </w:r>
      <w:r w:rsidRPr="0091241E">
        <w:rPr>
          <w:rFonts w:ascii="Times New Roman" w:hAnsi="Times New Roman" w:cs="Times New Roman"/>
          <w:sz w:val="28"/>
          <w:szCs w:val="28"/>
        </w:rPr>
        <w:br/>
      </w:r>
      <w:r w:rsidRPr="0091241E">
        <w:rPr>
          <w:rFonts w:ascii="Times New Roman" w:hAnsi="Times New Roman" w:cs="Times New Roman"/>
          <w:sz w:val="28"/>
          <w:szCs w:val="28"/>
        </w:rPr>
        <w:t>Today, on the ... day of ..., at ..., the parties agree as follows:</w:t>
      </w:r>
      <w:r w:rsidRPr="0091241E">
        <w:rPr>
          <w:rFonts w:ascii="Times New Roman" w:hAnsi="Times New Roman" w:cs="Times New Roman"/>
          <w:sz w:val="28"/>
          <w:szCs w:val="28"/>
        </w:rPr>
        <w:br/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 xml:space="preserve">BÊN A (Bên cung </w:t>
      </w:r>
      <w:r w:rsidRPr="0091241E">
        <w:rPr>
          <w:rFonts w:ascii="Times New Roman" w:hAnsi="Times New Roman" w:cs="Times New Roman"/>
          <w:sz w:val="28"/>
          <w:szCs w:val="28"/>
        </w:rPr>
        <w:t>ứ</w:t>
      </w:r>
      <w:r w:rsidRPr="0091241E">
        <w:rPr>
          <w:rFonts w:ascii="Times New Roman" w:hAnsi="Times New Roman" w:cs="Times New Roman"/>
          <w:sz w:val="28"/>
          <w:szCs w:val="28"/>
        </w:rPr>
        <w:t>ng d</w:t>
      </w:r>
      <w:r w:rsidRPr="0091241E">
        <w:rPr>
          <w:rFonts w:ascii="Times New Roman" w:hAnsi="Times New Roman" w:cs="Times New Roman"/>
          <w:sz w:val="28"/>
          <w:szCs w:val="28"/>
        </w:rPr>
        <w:t>ị</w:t>
      </w:r>
      <w:r w:rsidRPr="0091241E">
        <w:rPr>
          <w:rFonts w:ascii="Times New Roman" w:hAnsi="Times New Roman" w:cs="Times New Roman"/>
          <w:sz w:val="28"/>
          <w:szCs w:val="28"/>
        </w:rPr>
        <w:t>ch v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>) / PARTY A (Service Provider):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Tên công ty / Company name: ..............................................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Đ</w:t>
      </w:r>
      <w:r w:rsidRPr="0091241E">
        <w:rPr>
          <w:rFonts w:ascii="Times New Roman" w:hAnsi="Times New Roman" w:cs="Times New Roman"/>
          <w:sz w:val="28"/>
          <w:szCs w:val="28"/>
        </w:rPr>
        <w:t>ị</w:t>
      </w:r>
      <w:r w:rsidRPr="0091241E">
        <w:rPr>
          <w:rFonts w:ascii="Times New Roman" w:hAnsi="Times New Roman" w:cs="Times New Roman"/>
          <w:sz w:val="28"/>
          <w:szCs w:val="28"/>
        </w:rPr>
        <w:t>a ch</w:t>
      </w:r>
      <w:r w:rsidRPr="0091241E">
        <w:rPr>
          <w:rFonts w:ascii="Times New Roman" w:hAnsi="Times New Roman" w:cs="Times New Roman"/>
          <w:sz w:val="28"/>
          <w:szCs w:val="28"/>
        </w:rPr>
        <w:t>ỉ</w:t>
      </w:r>
      <w:r w:rsidRPr="0091241E">
        <w:rPr>
          <w:rFonts w:ascii="Times New Roman" w:hAnsi="Times New Roman" w:cs="Times New Roman"/>
          <w:sz w:val="28"/>
          <w:szCs w:val="28"/>
        </w:rPr>
        <w:t xml:space="preserve"> / Address: ..................................</w:t>
      </w:r>
      <w:r w:rsidRPr="0091241E">
        <w:rPr>
          <w:rFonts w:ascii="Times New Roman" w:hAnsi="Times New Roman" w:cs="Times New Roman"/>
          <w:sz w:val="28"/>
          <w:szCs w:val="28"/>
        </w:rPr>
        <w:t>...............................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Đ</w:t>
      </w:r>
      <w:r w:rsidRPr="0091241E">
        <w:rPr>
          <w:rFonts w:ascii="Times New Roman" w:hAnsi="Times New Roman" w:cs="Times New Roman"/>
          <w:sz w:val="28"/>
          <w:szCs w:val="28"/>
        </w:rPr>
        <w:t>ạ</w:t>
      </w:r>
      <w:r w:rsidRPr="0091241E">
        <w:rPr>
          <w:rFonts w:ascii="Times New Roman" w:hAnsi="Times New Roman" w:cs="Times New Roman"/>
          <w:sz w:val="28"/>
          <w:szCs w:val="28"/>
        </w:rPr>
        <w:t>i di</w:t>
      </w:r>
      <w:r w:rsidRPr="0091241E">
        <w:rPr>
          <w:rFonts w:ascii="Times New Roman" w:hAnsi="Times New Roman" w:cs="Times New Roman"/>
          <w:sz w:val="28"/>
          <w:szCs w:val="28"/>
        </w:rPr>
        <w:t>ệ</w:t>
      </w:r>
      <w:r w:rsidRPr="0091241E">
        <w:rPr>
          <w:rFonts w:ascii="Times New Roman" w:hAnsi="Times New Roman" w:cs="Times New Roman"/>
          <w:sz w:val="28"/>
          <w:szCs w:val="28"/>
        </w:rPr>
        <w:t>n / Representative: ....................................................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Ch</w:t>
      </w:r>
      <w:r w:rsidRPr="0091241E">
        <w:rPr>
          <w:rFonts w:ascii="Times New Roman" w:hAnsi="Times New Roman" w:cs="Times New Roman"/>
          <w:sz w:val="28"/>
          <w:szCs w:val="28"/>
        </w:rPr>
        <w:t>ứ</w:t>
      </w:r>
      <w:r w:rsidRPr="0091241E">
        <w:rPr>
          <w:rFonts w:ascii="Times New Roman" w:hAnsi="Times New Roman" w:cs="Times New Roman"/>
          <w:sz w:val="28"/>
          <w:szCs w:val="28"/>
        </w:rPr>
        <w:t>c v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 xml:space="preserve"> / Position: ............................................................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Đi</w:t>
      </w:r>
      <w:r w:rsidRPr="0091241E">
        <w:rPr>
          <w:rFonts w:ascii="Times New Roman" w:hAnsi="Times New Roman" w:cs="Times New Roman"/>
          <w:sz w:val="28"/>
          <w:szCs w:val="28"/>
        </w:rPr>
        <w:t>ệ</w:t>
      </w:r>
      <w:r w:rsidRPr="0091241E">
        <w:rPr>
          <w:rFonts w:ascii="Times New Roman" w:hAnsi="Times New Roman" w:cs="Times New Roman"/>
          <w:sz w:val="28"/>
          <w:szCs w:val="28"/>
        </w:rPr>
        <w:t>n tho</w:t>
      </w:r>
      <w:r w:rsidRPr="0091241E">
        <w:rPr>
          <w:rFonts w:ascii="Times New Roman" w:hAnsi="Times New Roman" w:cs="Times New Roman"/>
          <w:sz w:val="28"/>
          <w:szCs w:val="28"/>
        </w:rPr>
        <w:t>ạ</w:t>
      </w:r>
      <w:r w:rsidRPr="0091241E">
        <w:rPr>
          <w:rFonts w:ascii="Times New Roman" w:hAnsi="Times New Roman" w:cs="Times New Roman"/>
          <w:sz w:val="28"/>
          <w:szCs w:val="28"/>
        </w:rPr>
        <w:t>i / Phone: ..................... Email: ..............</w:t>
      </w:r>
      <w:r w:rsidRPr="0091241E">
        <w:rPr>
          <w:rFonts w:ascii="Times New Roman" w:hAnsi="Times New Roman" w:cs="Times New Roman"/>
          <w:sz w:val="28"/>
          <w:szCs w:val="28"/>
        </w:rPr>
        <w:t>...............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br/>
        <w:t>BÊN B (Bên s</w:t>
      </w:r>
      <w:r w:rsidRPr="0091241E">
        <w:rPr>
          <w:rFonts w:ascii="Times New Roman" w:hAnsi="Times New Roman" w:cs="Times New Roman"/>
          <w:sz w:val="28"/>
          <w:szCs w:val="28"/>
        </w:rPr>
        <w:t>ử</w:t>
      </w:r>
      <w:r w:rsidRPr="0091241E">
        <w:rPr>
          <w:rFonts w:ascii="Times New Roman" w:hAnsi="Times New Roman" w:cs="Times New Roman"/>
          <w:sz w:val="28"/>
          <w:szCs w:val="28"/>
        </w:rPr>
        <w:t xml:space="preserve"> d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>ng d</w:t>
      </w:r>
      <w:r w:rsidRPr="0091241E">
        <w:rPr>
          <w:rFonts w:ascii="Times New Roman" w:hAnsi="Times New Roman" w:cs="Times New Roman"/>
          <w:sz w:val="28"/>
          <w:szCs w:val="28"/>
        </w:rPr>
        <w:t>ị</w:t>
      </w:r>
      <w:r w:rsidRPr="0091241E">
        <w:rPr>
          <w:rFonts w:ascii="Times New Roman" w:hAnsi="Times New Roman" w:cs="Times New Roman"/>
          <w:sz w:val="28"/>
          <w:szCs w:val="28"/>
        </w:rPr>
        <w:t>ch v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>) / PARTY B (Service Receiver):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Tên công ty / Company name: ..............................................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Đ</w:t>
      </w:r>
      <w:r w:rsidRPr="0091241E">
        <w:rPr>
          <w:rFonts w:ascii="Times New Roman" w:hAnsi="Times New Roman" w:cs="Times New Roman"/>
          <w:sz w:val="28"/>
          <w:szCs w:val="28"/>
        </w:rPr>
        <w:t>ị</w:t>
      </w:r>
      <w:r w:rsidRPr="0091241E">
        <w:rPr>
          <w:rFonts w:ascii="Times New Roman" w:hAnsi="Times New Roman" w:cs="Times New Roman"/>
          <w:sz w:val="28"/>
          <w:szCs w:val="28"/>
        </w:rPr>
        <w:t>a ch</w:t>
      </w:r>
      <w:r w:rsidRPr="0091241E">
        <w:rPr>
          <w:rFonts w:ascii="Times New Roman" w:hAnsi="Times New Roman" w:cs="Times New Roman"/>
          <w:sz w:val="28"/>
          <w:szCs w:val="28"/>
        </w:rPr>
        <w:t>ỉ</w:t>
      </w:r>
      <w:r w:rsidRPr="0091241E">
        <w:rPr>
          <w:rFonts w:ascii="Times New Roman" w:hAnsi="Times New Roman" w:cs="Times New Roman"/>
          <w:sz w:val="28"/>
          <w:szCs w:val="28"/>
        </w:rPr>
        <w:t xml:space="preserve"> / Address: .................................................................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Đ</w:t>
      </w:r>
      <w:r w:rsidRPr="0091241E">
        <w:rPr>
          <w:rFonts w:ascii="Times New Roman" w:hAnsi="Times New Roman" w:cs="Times New Roman"/>
          <w:sz w:val="28"/>
          <w:szCs w:val="28"/>
        </w:rPr>
        <w:t>ạ</w:t>
      </w:r>
      <w:r w:rsidRPr="0091241E">
        <w:rPr>
          <w:rFonts w:ascii="Times New Roman" w:hAnsi="Times New Roman" w:cs="Times New Roman"/>
          <w:sz w:val="28"/>
          <w:szCs w:val="28"/>
        </w:rPr>
        <w:t>i di</w:t>
      </w:r>
      <w:r w:rsidRPr="0091241E">
        <w:rPr>
          <w:rFonts w:ascii="Times New Roman" w:hAnsi="Times New Roman" w:cs="Times New Roman"/>
          <w:sz w:val="28"/>
          <w:szCs w:val="28"/>
        </w:rPr>
        <w:t>ệ</w:t>
      </w:r>
      <w:r w:rsidRPr="0091241E">
        <w:rPr>
          <w:rFonts w:ascii="Times New Roman" w:hAnsi="Times New Roman" w:cs="Times New Roman"/>
          <w:sz w:val="28"/>
          <w:szCs w:val="28"/>
        </w:rPr>
        <w:t>n / Representa</w:t>
      </w:r>
      <w:r w:rsidRPr="0091241E">
        <w:rPr>
          <w:rFonts w:ascii="Times New Roman" w:hAnsi="Times New Roman" w:cs="Times New Roman"/>
          <w:sz w:val="28"/>
          <w:szCs w:val="28"/>
        </w:rPr>
        <w:t>tive: ....................................................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lastRenderedPageBreak/>
        <w:t>Ch</w:t>
      </w:r>
      <w:r w:rsidRPr="0091241E">
        <w:rPr>
          <w:rFonts w:ascii="Times New Roman" w:hAnsi="Times New Roman" w:cs="Times New Roman"/>
          <w:sz w:val="28"/>
          <w:szCs w:val="28"/>
        </w:rPr>
        <w:t>ứ</w:t>
      </w:r>
      <w:r w:rsidRPr="0091241E">
        <w:rPr>
          <w:rFonts w:ascii="Times New Roman" w:hAnsi="Times New Roman" w:cs="Times New Roman"/>
          <w:sz w:val="28"/>
          <w:szCs w:val="28"/>
        </w:rPr>
        <w:t>c v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 xml:space="preserve"> / Position: ............................................................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Đi</w:t>
      </w:r>
      <w:r w:rsidRPr="0091241E">
        <w:rPr>
          <w:rFonts w:ascii="Times New Roman" w:hAnsi="Times New Roman" w:cs="Times New Roman"/>
          <w:sz w:val="28"/>
          <w:szCs w:val="28"/>
        </w:rPr>
        <w:t>ệ</w:t>
      </w:r>
      <w:r w:rsidRPr="0091241E">
        <w:rPr>
          <w:rFonts w:ascii="Times New Roman" w:hAnsi="Times New Roman" w:cs="Times New Roman"/>
          <w:sz w:val="28"/>
          <w:szCs w:val="28"/>
        </w:rPr>
        <w:t>n tho</w:t>
      </w:r>
      <w:r w:rsidRPr="0091241E">
        <w:rPr>
          <w:rFonts w:ascii="Times New Roman" w:hAnsi="Times New Roman" w:cs="Times New Roman"/>
          <w:sz w:val="28"/>
          <w:szCs w:val="28"/>
        </w:rPr>
        <w:t>ạ</w:t>
      </w:r>
      <w:r w:rsidRPr="0091241E">
        <w:rPr>
          <w:rFonts w:ascii="Times New Roman" w:hAnsi="Times New Roman" w:cs="Times New Roman"/>
          <w:sz w:val="28"/>
          <w:szCs w:val="28"/>
        </w:rPr>
        <w:t>i / Phone: ..................... Email: .............................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br/>
        <w:t>ĐI</w:t>
      </w:r>
      <w:r w:rsidRPr="0091241E">
        <w:rPr>
          <w:rFonts w:ascii="Times New Roman" w:hAnsi="Times New Roman" w:cs="Times New Roman"/>
          <w:sz w:val="28"/>
          <w:szCs w:val="28"/>
        </w:rPr>
        <w:t>Ề</w:t>
      </w:r>
      <w:r w:rsidRPr="0091241E">
        <w:rPr>
          <w:rFonts w:ascii="Times New Roman" w:hAnsi="Times New Roman" w:cs="Times New Roman"/>
          <w:sz w:val="28"/>
          <w:szCs w:val="28"/>
        </w:rPr>
        <w:t>U 1: N</w:t>
      </w:r>
      <w:r w:rsidRPr="0091241E">
        <w:rPr>
          <w:rFonts w:ascii="Times New Roman" w:hAnsi="Times New Roman" w:cs="Times New Roman"/>
          <w:sz w:val="28"/>
          <w:szCs w:val="28"/>
        </w:rPr>
        <w:t>Ộ</w:t>
      </w:r>
      <w:r w:rsidRPr="0091241E">
        <w:rPr>
          <w:rFonts w:ascii="Times New Roman" w:hAnsi="Times New Roman" w:cs="Times New Roman"/>
          <w:sz w:val="28"/>
          <w:szCs w:val="28"/>
        </w:rPr>
        <w:t>I DUNG D</w:t>
      </w:r>
      <w:r w:rsidRPr="0091241E">
        <w:rPr>
          <w:rFonts w:ascii="Times New Roman" w:hAnsi="Times New Roman" w:cs="Times New Roman"/>
          <w:sz w:val="28"/>
          <w:szCs w:val="28"/>
        </w:rPr>
        <w:t>Ị</w:t>
      </w:r>
      <w:r w:rsidRPr="0091241E">
        <w:rPr>
          <w:rFonts w:ascii="Times New Roman" w:hAnsi="Times New Roman" w:cs="Times New Roman"/>
          <w:sz w:val="28"/>
          <w:szCs w:val="28"/>
        </w:rPr>
        <w:t>CH V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 xml:space="preserve"> / ARTICLE 1</w:t>
      </w:r>
      <w:r w:rsidRPr="0091241E">
        <w:rPr>
          <w:rFonts w:ascii="Times New Roman" w:hAnsi="Times New Roman" w:cs="Times New Roman"/>
          <w:sz w:val="28"/>
          <w:szCs w:val="28"/>
        </w:rPr>
        <w:t>: SCOPE OF SERVICE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Bên A đ</w:t>
      </w:r>
      <w:r w:rsidRPr="0091241E">
        <w:rPr>
          <w:rFonts w:ascii="Times New Roman" w:hAnsi="Times New Roman" w:cs="Times New Roman"/>
          <w:sz w:val="28"/>
          <w:szCs w:val="28"/>
        </w:rPr>
        <w:t>ồ</w:t>
      </w:r>
      <w:r w:rsidRPr="0091241E">
        <w:rPr>
          <w:rFonts w:ascii="Times New Roman" w:hAnsi="Times New Roman" w:cs="Times New Roman"/>
          <w:sz w:val="28"/>
          <w:szCs w:val="28"/>
        </w:rPr>
        <w:t>ng ý cung c</w:t>
      </w:r>
      <w:r w:rsidRPr="0091241E">
        <w:rPr>
          <w:rFonts w:ascii="Times New Roman" w:hAnsi="Times New Roman" w:cs="Times New Roman"/>
          <w:sz w:val="28"/>
          <w:szCs w:val="28"/>
        </w:rPr>
        <w:t>ấ</w:t>
      </w:r>
      <w:r w:rsidRPr="0091241E">
        <w:rPr>
          <w:rFonts w:ascii="Times New Roman" w:hAnsi="Times New Roman" w:cs="Times New Roman"/>
          <w:sz w:val="28"/>
          <w:szCs w:val="28"/>
        </w:rPr>
        <w:t>p và Bên B đ</w:t>
      </w:r>
      <w:r w:rsidRPr="0091241E">
        <w:rPr>
          <w:rFonts w:ascii="Times New Roman" w:hAnsi="Times New Roman" w:cs="Times New Roman"/>
          <w:sz w:val="28"/>
          <w:szCs w:val="28"/>
        </w:rPr>
        <w:t>ồ</w:t>
      </w:r>
      <w:r w:rsidRPr="0091241E">
        <w:rPr>
          <w:rFonts w:ascii="Times New Roman" w:hAnsi="Times New Roman" w:cs="Times New Roman"/>
          <w:sz w:val="28"/>
          <w:szCs w:val="28"/>
        </w:rPr>
        <w:t>ng ý s</w:t>
      </w:r>
      <w:r w:rsidRPr="0091241E">
        <w:rPr>
          <w:rFonts w:ascii="Times New Roman" w:hAnsi="Times New Roman" w:cs="Times New Roman"/>
          <w:sz w:val="28"/>
          <w:szCs w:val="28"/>
        </w:rPr>
        <w:t>ử</w:t>
      </w:r>
      <w:r w:rsidRPr="0091241E">
        <w:rPr>
          <w:rFonts w:ascii="Times New Roman" w:hAnsi="Times New Roman" w:cs="Times New Roman"/>
          <w:sz w:val="28"/>
          <w:szCs w:val="28"/>
        </w:rPr>
        <w:t xml:space="preserve"> d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>ng d</w:t>
      </w:r>
      <w:r w:rsidRPr="0091241E">
        <w:rPr>
          <w:rFonts w:ascii="Times New Roman" w:hAnsi="Times New Roman" w:cs="Times New Roman"/>
          <w:sz w:val="28"/>
          <w:szCs w:val="28"/>
        </w:rPr>
        <w:t>ị</w:t>
      </w:r>
      <w:r w:rsidRPr="0091241E">
        <w:rPr>
          <w:rFonts w:ascii="Times New Roman" w:hAnsi="Times New Roman" w:cs="Times New Roman"/>
          <w:sz w:val="28"/>
          <w:szCs w:val="28"/>
        </w:rPr>
        <w:t>ch v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 xml:space="preserve"> sau: ...</w:t>
      </w:r>
      <w:r w:rsidRPr="0091241E">
        <w:rPr>
          <w:rFonts w:ascii="Times New Roman" w:hAnsi="Times New Roman" w:cs="Times New Roman"/>
          <w:sz w:val="28"/>
          <w:szCs w:val="28"/>
        </w:rPr>
        <w:br/>
        <w:t>Party A agrees to provide and Party B agrees to use the following service: 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br/>
        <w:t>ĐI</w:t>
      </w:r>
      <w:r w:rsidRPr="0091241E">
        <w:rPr>
          <w:rFonts w:ascii="Times New Roman" w:hAnsi="Times New Roman" w:cs="Times New Roman"/>
          <w:sz w:val="28"/>
          <w:szCs w:val="28"/>
        </w:rPr>
        <w:t>Ề</w:t>
      </w:r>
      <w:r w:rsidRPr="0091241E">
        <w:rPr>
          <w:rFonts w:ascii="Times New Roman" w:hAnsi="Times New Roman" w:cs="Times New Roman"/>
          <w:sz w:val="28"/>
          <w:szCs w:val="28"/>
        </w:rPr>
        <w:t>U 2: TH</w:t>
      </w:r>
      <w:r w:rsidRPr="0091241E">
        <w:rPr>
          <w:rFonts w:ascii="Times New Roman" w:hAnsi="Times New Roman" w:cs="Times New Roman"/>
          <w:sz w:val="28"/>
          <w:szCs w:val="28"/>
        </w:rPr>
        <w:t>Ờ</w:t>
      </w:r>
      <w:r w:rsidRPr="0091241E">
        <w:rPr>
          <w:rFonts w:ascii="Times New Roman" w:hAnsi="Times New Roman" w:cs="Times New Roman"/>
          <w:sz w:val="28"/>
          <w:szCs w:val="28"/>
        </w:rPr>
        <w:t>I H</w:t>
      </w:r>
      <w:r w:rsidRPr="0091241E">
        <w:rPr>
          <w:rFonts w:ascii="Times New Roman" w:hAnsi="Times New Roman" w:cs="Times New Roman"/>
          <w:sz w:val="28"/>
          <w:szCs w:val="28"/>
        </w:rPr>
        <w:t>Ạ</w:t>
      </w:r>
      <w:r w:rsidRPr="0091241E">
        <w:rPr>
          <w:rFonts w:ascii="Times New Roman" w:hAnsi="Times New Roman" w:cs="Times New Roman"/>
          <w:sz w:val="28"/>
          <w:szCs w:val="28"/>
        </w:rPr>
        <w:t>N H</w:t>
      </w:r>
      <w:r w:rsidRPr="0091241E">
        <w:rPr>
          <w:rFonts w:ascii="Times New Roman" w:hAnsi="Times New Roman" w:cs="Times New Roman"/>
          <w:sz w:val="28"/>
          <w:szCs w:val="28"/>
        </w:rPr>
        <w:t>Ợ</w:t>
      </w:r>
      <w:r w:rsidRPr="0091241E">
        <w:rPr>
          <w:rFonts w:ascii="Times New Roman" w:hAnsi="Times New Roman" w:cs="Times New Roman"/>
          <w:sz w:val="28"/>
          <w:szCs w:val="28"/>
        </w:rPr>
        <w:t>P Đ</w:t>
      </w:r>
      <w:r w:rsidRPr="0091241E">
        <w:rPr>
          <w:rFonts w:ascii="Times New Roman" w:hAnsi="Times New Roman" w:cs="Times New Roman"/>
          <w:sz w:val="28"/>
          <w:szCs w:val="28"/>
        </w:rPr>
        <w:t>Ồ</w:t>
      </w:r>
      <w:r w:rsidRPr="0091241E">
        <w:rPr>
          <w:rFonts w:ascii="Times New Roman" w:hAnsi="Times New Roman" w:cs="Times New Roman"/>
          <w:sz w:val="28"/>
          <w:szCs w:val="28"/>
        </w:rPr>
        <w:t>NG / ARTICLE 2: CONTRACT DURATION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Th</w:t>
      </w:r>
      <w:r w:rsidRPr="0091241E">
        <w:rPr>
          <w:rFonts w:ascii="Times New Roman" w:hAnsi="Times New Roman" w:cs="Times New Roman"/>
          <w:sz w:val="28"/>
          <w:szCs w:val="28"/>
        </w:rPr>
        <w:t>ờ</w:t>
      </w:r>
      <w:r w:rsidRPr="0091241E">
        <w:rPr>
          <w:rFonts w:ascii="Times New Roman" w:hAnsi="Times New Roman" w:cs="Times New Roman"/>
          <w:sz w:val="28"/>
          <w:szCs w:val="28"/>
        </w:rPr>
        <w:t>i h</w:t>
      </w:r>
      <w:r w:rsidRPr="0091241E">
        <w:rPr>
          <w:rFonts w:ascii="Times New Roman" w:hAnsi="Times New Roman" w:cs="Times New Roman"/>
          <w:sz w:val="28"/>
          <w:szCs w:val="28"/>
        </w:rPr>
        <w:t>ạ</w:t>
      </w:r>
      <w:r w:rsidRPr="0091241E">
        <w:rPr>
          <w:rFonts w:ascii="Times New Roman" w:hAnsi="Times New Roman" w:cs="Times New Roman"/>
          <w:sz w:val="28"/>
          <w:szCs w:val="28"/>
        </w:rPr>
        <w:t>n h</w:t>
      </w:r>
      <w:r w:rsidRPr="0091241E">
        <w:rPr>
          <w:rFonts w:ascii="Times New Roman" w:hAnsi="Times New Roman" w:cs="Times New Roman"/>
          <w:sz w:val="28"/>
          <w:szCs w:val="28"/>
        </w:rPr>
        <w:t>ợ</w:t>
      </w:r>
      <w:r w:rsidRPr="0091241E">
        <w:rPr>
          <w:rFonts w:ascii="Times New Roman" w:hAnsi="Times New Roman" w:cs="Times New Roman"/>
          <w:sz w:val="28"/>
          <w:szCs w:val="28"/>
        </w:rPr>
        <w:t>p đ</w:t>
      </w:r>
      <w:r w:rsidRPr="0091241E">
        <w:rPr>
          <w:rFonts w:ascii="Times New Roman" w:hAnsi="Times New Roman" w:cs="Times New Roman"/>
          <w:sz w:val="28"/>
          <w:szCs w:val="28"/>
        </w:rPr>
        <w:t>ồ</w:t>
      </w:r>
      <w:r w:rsidRPr="0091241E">
        <w:rPr>
          <w:rFonts w:ascii="Times New Roman" w:hAnsi="Times New Roman" w:cs="Times New Roman"/>
          <w:sz w:val="28"/>
          <w:szCs w:val="28"/>
        </w:rPr>
        <w:t>ng t</w:t>
      </w:r>
      <w:r w:rsidRPr="0091241E">
        <w:rPr>
          <w:rFonts w:ascii="Times New Roman" w:hAnsi="Times New Roman" w:cs="Times New Roman"/>
          <w:sz w:val="28"/>
          <w:szCs w:val="28"/>
        </w:rPr>
        <w:t>ừ</w:t>
      </w:r>
      <w:r w:rsidRPr="0091241E">
        <w:rPr>
          <w:rFonts w:ascii="Times New Roman" w:hAnsi="Times New Roman" w:cs="Times New Roman"/>
          <w:sz w:val="28"/>
          <w:szCs w:val="28"/>
        </w:rPr>
        <w:t xml:space="preserve"> ngày ... đ</w:t>
      </w:r>
      <w:r w:rsidRPr="0091241E">
        <w:rPr>
          <w:rFonts w:ascii="Times New Roman" w:hAnsi="Times New Roman" w:cs="Times New Roman"/>
          <w:sz w:val="28"/>
          <w:szCs w:val="28"/>
        </w:rPr>
        <w:t>ế</w:t>
      </w:r>
      <w:r w:rsidRPr="0091241E">
        <w:rPr>
          <w:rFonts w:ascii="Times New Roman" w:hAnsi="Times New Roman" w:cs="Times New Roman"/>
          <w:sz w:val="28"/>
          <w:szCs w:val="28"/>
        </w:rPr>
        <w:t>n ngà</w:t>
      </w:r>
      <w:r w:rsidRPr="0091241E">
        <w:rPr>
          <w:rFonts w:ascii="Times New Roman" w:hAnsi="Times New Roman" w:cs="Times New Roman"/>
          <w:sz w:val="28"/>
          <w:szCs w:val="28"/>
        </w:rPr>
        <w:t>y ...</w:t>
      </w:r>
      <w:r w:rsidRPr="0091241E">
        <w:rPr>
          <w:rFonts w:ascii="Times New Roman" w:hAnsi="Times New Roman" w:cs="Times New Roman"/>
          <w:sz w:val="28"/>
          <w:szCs w:val="28"/>
        </w:rPr>
        <w:br/>
        <w:t>The contract shall be effective from ... to 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br/>
        <w:t>ĐI</w:t>
      </w:r>
      <w:r w:rsidRPr="0091241E">
        <w:rPr>
          <w:rFonts w:ascii="Times New Roman" w:hAnsi="Times New Roman" w:cs="Times New Roman"/>
          <w:sz w:val="28"/>
          <w:szCs w:val="28"/>
        </w:rPr>
        <w:t>Ề</w:t>
      </w:r>
      <w:r w:rsidRPr="0091241E">
        <w:rPr>
          <w:rFonts w:ascii="Times New Roman" w:hAnsi="Times New Roman" w:cs="Times New Roman"/>
          <w:sz w:val="28"/>
          <w:szCs w:val="28"/>
        </w:rPr>
        <w:t>U 3: PHÍ D</w:t>
      </w:r>
      <w:r w:rsidRPr="0091241E">
        <w:rPr>
          <w:rFonts w:ascii="Times New Roman" w:hAnsi="Times New Roman" w:cs="Times New Roman"/>
          <w:sz w:val="28"/>
          <w:szCs w:val="28"/>
        </w:rPr>
        <w:t>Ị</w:t>
      </w:r>
      <w:r w:rsidRPr="0091241E">
        <w:rPr>
          <w:rFonts w:ascii="Times New Roman" w:hAnsi="Times New Roman" w:cs="Times New Roman"/>
          <w:sz w:val="28"/>
          <w:szCs w:val="28"/>
        </w:rPr>
        <w:t>CH V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 xml:space="preserve"> VÀ THANH TOÁN / ARTICLE 3: SERVICE FEE AND PAYMENT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T</w:t>
      </w:r>
      <w:r w:rsidRPr="0091241E">
        <w:rPr>
          <w:rFonts w:ascii="Times New Roman" w:hAnsi="Times New Roman" w:cs="Times New Roman"/>
          <w:sz w:val="28"/>
          <w:szCs w:val="28"/>
        </w:rPr>
        <w:t>ổ</w:t>
      </w:r>
      <w:r w:rsidRPr="0091241E">
        <w:rPr>
          <w:rFonts w:ascii="Times New Roman" w:hAnsi="Times New Roman" w:cs="Times New Roman"/>
          <w:sz w:val="28"/>
          <w:szCs w:val="28"/>
        </w:rPr>
        <w:t>ng giá tr</w:t>
      </w:r>
      <w:r w:rsidRPr="0091241E">
        <w:rPr>
          <w:rFonts w:ascii="Times New Roman" w:hAnsi="Times New Roman" w:cs="Times New Roman"/>
          <w:sz w:val="28"/>
          <w:szCs w:val="28"/>
        </w:rPr>
        <w:t>ị</w:t>
      </w:r>
      <w:r w:rsidRPr="0091241E">
        <w:rPr>
          <w:rFonts w:ascii="Times New Roman" w:hAnsi="Times New Roman" w:cs="Times New Roman"/>
          <w:sz w:val="28"/>
          <w:szCs w:val="28"/>
        </w:rPr>
        <w:t xml:space="preserve"> h</w:t>
      </w:r>
      <w:r w:rsidRPr="0091241E">
        <w:rPr>
          <w:rFonts w:ascii="Times New Roman" w:hAnsi="Times New Roman" w:cs="Times New Roman"/>
          <w:sz w:val="28"/>
          <w:szCs w:val="28"/>
        </w:rPr>
        <w:t>ợ</w:t>
      </w:r>
      <w:r w:rsidRPr="0091241E">
        <w:rPr>
          <w:rFonts w:ascii="Times New Roman" w:hAnsi="Times New Roman" w:cs="Times New Roman"/>
          <w:sz w:val="28"/>
          <w:szCs w:val="28"/>
        </w:rPr>
        <w:t>p đ</w:t>
      </w:r>
      <w:r w:rsidRPr="0091241E">
        <w:rPr>
          <w:rFonts w:ascii="Times New Roman" w:hAnsi="Times New Roman" w:cs="Times New Roman"/>
          <w:sz w:val="28"/>
          <w:szCs w:val="28"/>
        </w:rPr>
        <w:t>ồ</w:t>
      </w:r>
      <w:r w:rsidRPr="0091241E">
        <w:rPr>
          <w:rFonts w:ascii="Times New Roman" w:hAnsi="Times New Roman" w:cs="Times New Roman"/>
          <w:sz w:val="28"/>
          <w:szCs w:val="28"/>
        </w:rPr>
        <w:t>ng: ...</w:t>
      </w:r>
      <w:r w:rsidRPr="0091241E">
        <w:rPr>
          <w:rFonts w:ascii="Times New Roman" w:hAnsi="Times New Roman" w:cs="Times New Roman"/>
          <w:sz w:val="28"/>
          <w:szCs w:val="28"/>
        </w:rPr>
        <w:br/>
        <w:t>Phương th</w:t>
      </w:r>
      <w:r w:rsidRPr="0091241E">
        <w:rPr>
          <w:rFonts w:ascii="Times New Roman" w:hAnsi="Times New Roman" w:cs="Times New Roman"/>
          <w:sz w:val="28"/>
          <w:szCs w:val="28"/>
        </w:rPr>
        <w:t>ứ</w:t>
      </w:r>
      <w:r w:rsidRPr="0091241E">
        <w:rPr>
          <w:rFonts w:ascii="Times New Roman" w:hAnsi="Times New Roman" w:cs="Times New Roman"/>
          <w:sz w:val="28"/>
          <w:szCs w:val="28"/>
        </w:rPr>
        <w:t>c thanh toán: ...</w:t>
      </w:r>
      <w:r w:rsidRPr="0091241E">
        <w:rPr>
          <w:rFonts w:ascii="Times New Roman" w:hAnsi="Times New Roman" w:cs="Times New Roman"/>
          <w:sz w:val="28"/>
          <w:szCs w:val="28"/>
        </w:rPr>
        <w:br/>
        <w:t>Total contract value: ...</w:t>
      </w:r>
      <w:r w:rsidRPr="0091241E">
        <w:rPr>
          <w:rFonts w:ascii="Times New Roman" w:hAnsi="Times New Roman" w:cs="Times New Roman"/>
          <w:sz w:val="28"/>
          <w:szCs w:val="28"/>
        </w:rPr>
        <w:br/>
        <w:t>Payment method: 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br/>
        <w:t>ĐI</w:t>
      </w:r>
      <w:r w:rsidRPr="0091241E">
        <w:rPr>
          <w:rFonts w:ascii="Times New Roman" w:hAnsi="Times New Roman" w:cs="Times New Roman"/>
          <w:sz w:val="28"/>
          <w:szCs w:val="28"/>
        </w:rPr>
        <w:t>Ề</w:t>
      </w:r>
      <w:r w:rsidRPr="0091241E">
        <w:rPr>
          <w:rFonts w:ascii="Times New Roman" w:hAnsi="Times New Roman" w:cs="Times New Roman"/>
          <w:sz w:val="28"/>
          <w:szCs w:val="28"/>
        </w:rPr>
        <w:t>U 4: QUY</w:t>
      </w:r>
      <w:r w:rsidRPr="0091241E">
        <w:rPr>
          <w:rFonts w:ascii="Times New Roman" w:hAnsi="Times New Roman" w:cs="Times New Roman"/>
          <w:sz w:val="28"/>
          <w:szCs w:val="28"/>
        </w:rPr>
        <w:t>Ề</w:t>
      </w:r>
      <w:r w:rsidRPr="0091241E">
        <w:rPr>
          <w:rFonts w:ascii="Times New Roman" w:hAnsi="Times New Roman" w:cs="Times New Roman"/>
          <w:sz w:val="28"/>
          <w:szCs w:val="28"/>
        </w:rPr>
        <w:t>N VÀ NGHĨA V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 xml:space="preserve"> C</w:t>
      </w:r>
      <w:r w:rsidRPr="0091241E">
        <w:rPr>
          <w:rFonts w:ascii="Times New Roman" w:hAnsi="Times New Roman" w:cs="Times New Roman"/>
          <w:sz w:val="28"/>
          <w:szCs w:val="28"/>
        </w:rPr>
        <w:t>Ủ</w:t>
      </w:r>
      <w:r w:rsidRPr="0091241E">
        <w:rPr>
          <w:rFonts w:ascii="Times New Roman" w:hAnsi="Times New Roman" w:cs="Times New Roman"/>
          <w:sz w:val="28"/>
          <w:szCs w:val="28"/>
        </w:rPr>
        <w:t>A CÁC BÊN / ARTICLE 4: RIGHTS AND OBLIGATIONS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Các quy</w:t>
      </w:r>
      <w:r w:rsidRPr="0091241E">
        <w:rPr>
          <w:rFonts w:ascii="Times New Roman" w:hAnsi="Times New Roman" w:cs="Times New Roman"/>
          <w:sz w:val="28"/>
          <w:szCs w:val="28"/>
        </w:rPr>
        <w:t>ề</w:t>
      </w:r>
      <w:r w:rsidRPr="0091241E">
        <w:rPr>
          <w:rFonts w:ascii="Times New Roman" w:hAnsi="Times New Roman" w:cs="Times New Roman"/>
          <w:sz w:val="28"/>
          <w:szCs w:val="28"/>
        </w:rPr>
        <w:t>n và nghĩa v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 xml:space="preserve"> c</w:t>
      </w:r>
      <w:r w:rsidRPr="0091241E">
        <w:rPr>
          <w:rFonts w:ascii="Times New Roman" w:hAnsi="Times New Roman" w:cs="Times New Roman"/>
          <w:sz w:val="28"/>
          <w:szCs w:val="28"/>
        </w:rPr>
        <w:t>ụ</w:t>
      </w:r>
      <w:r w:rsidRPr="0091241E">
        <w:rPr>
          <w:rFonts w:ascii="Times New Roman" w:hAnsi="Times New Roman" w:cs="Times New Roman"/>
          <w:sz w:val="28"/>
          <w:szCs w:val="28"/>
        </w:rPr>
        <w:t xml:space="preserve"> th</w:t>
      </w:r>
      <w:r w:rsidRPr="0091241E">
        <w:rPr>
          <w:rFonts w:ascii="Times New Roman" w:hAnsi="Times New Roman" w:cs="Times New Roman"/>
          <w:sz w:val="28"/>
          <w:szCs w:val="28"/>
        </w:rPr>
        <w:t>ể</w:t>
      </w:r>
      <w:r w:rsidRPr="0091241E">
        <w:rPr>
          <w:rFonts w:ascii="Times New Roman" w:hAnsi="Times New Roman" w:cs="Times New Roman"/>
          <w:sz w:val="28"/>
          <w:szCs w:val="28"/>
        </w:rPr>
        <w:t xml:space="preserve"> c</w:t>
      </w:r>
      <w:r w:rsidRPr="0091241E">
        <w:rPr>
          <w:rFonts w:ascii="Times New Roman" w:hAnsi="Times New Roman" w:cs="Times New Roman"/>
          <w:sz w:val="28"/>
          <w:szCs w:val="28"/>
        </w:rPr>
        <w:t>ủ</w:t>
      </w:r>
      <w:r w:rsidRPr="0091241E">
        <w:rPr>
          <w:rFonts w:ascii="Times New Roman" w:hAnsi="Times New Roman" w:cs="Times New Roman"/>
          <w:sz w:val="28"/>
          <w:szCs w:val="28"/>
        </w:rPr>
        <w:t>a Bên A và Bên B...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Specific rights and obligations of Party A and Party B...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br/>
        <w:t>ĐI</w:t>
      </w:r>
      <w:r w:rsidRPr="0091241E">
        <w:rPr>
          <w:rFonts w:ascii="Times New Roman" w:hAnsi="Times New Roman" w:cs="Times New Roman"/>
          <w:sz w:val="28"/>
          <w:szCs w:val="28"/>
        </w:rPr>
        <w:t>Ề</w:t>
      </w:r>
      <w:r w:rsidRPr="0091241E">
        <w:rPr>
          <w:rFonts w:ascii="Times New Roman" w:hAnsi="Times New Roman" w:cs="Times New Roman"/>
          <w:sz w:val="28"/>
          <w:szCs w:val="28"/>
        </w:rPr>
        <w:t>U 5: GI</w:t>
      </w:r>
      <w:r w:rsidRPr="0091241E">
        <w:rPr>
          <w:rFonts w:ascii="Times New Roman" w:hAnsi="Times New Roman" w:cs="Times New Roman"/>
          <w:sz w:val="28"/>
          <w:szCs w:val="28"/>
        </w:rPr>
        <w:t>Ả</w:t>
      </w:r>
      <w:r w:rsidRPr="0091241E">
        <w:rPr>
          <w:rFonts w:ascii="Times New Roman" w:hAnsi="Times New Roman" w:cs="Times New Roman"/>
          <w:sz w:val="28"/>
          <w:szCs w:val="28"/>
        </w:rPr>
        <w:t>I QUY</w:t>
      </w:r>
      <w:r w:rsidRPr="0091241E">
        <w:rPr>
          <w:rFonts w:ascii="Times New Roman" w:hAnsi="Times New Roman" w:cs="Times New Roman"/>
          <w:sz w:val="28"/>
          <w:szCs w:val="28"/>
        </w:rPr>
        <w:t>Ế</w:t>
      </w:r>
      <w:r w:rsidRPr="0091241E">
        <w:rPr>
          <w:rFonts w:ascii="Times New Roman" w:hAnsi="Times New Roman" w:cs="Times New Roman"/>
          <w:sz w:val="28"/>
          <w:szCs w:val="28"/>
        </w:rPr>
        <w:t>T TRANH CH</w:t>
      </w:r>
      <w:r w:rsidRPr="0091241E">
        <w:rPr>
          <w:rFonts w:ascii="Times New Roman" w:hAnsi="Times New Roman" w:cs="Times New Roman"/>
          <w:sz w:val="28"/>
          <w:szCs w:val="28"/>
        </w:rPr>
        <w:t>Ấ</w:t>
      </w:r>
      <w:r w:rsidRPr="0091241E">
        <w:rPr>
          <w:rFonts w:ascii="Times New Roman" w:hAnsi="Times New Roman" w:cs="Times New Roman"/>
          <w:sz w:val="28"/>
          <w:szCs w:val="28"/>
        </w:rPr>
        <w:t>P / ARTICLE 5: DISPUTE RESOLUTION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Tranh ch</w:t>
      </w:r>
      <w:r w:rsidRPr="0091241E">
        <w:rPr>
          <w:rFonts w:ascii="Times New Roman" w:hAnsi="Times New Roman" w:cs="Times New Roman"/>
          <w:sz w:val="28"/>
          <w:szCs w:val="28"/>
        </w:rPr>
        <w:t>ấ</w:t>
      </w:r>
      <w:r w:rsidRPr="0091241E">
        <w:rPr>
          <w:rFonts w:ascii="Times New Roman" w:hAnsi="Times New Roman" w:cs="Times New Roman"/>
          <w:sz w:val="28"/>
          <w:szCs w:val="28"/>
        </w:rPr>
        <w:t>p phát sinh s</w:t>
      </w:r>
      <w:r w:rsidRPr="0091241E">
        <w:rPr>
          <w:rFonts w:ascii="Times New Roman" w:hAnsi="Times New Roman" w:cs="Times New Roman"/>
          <w:sz w:val="28"/>
          <w:szCs w:val="28"/>
        </w:rPr>
        <w:t>ẽ</w:t>
      </w:r>
      <w:r w:rsidRPr="0091241E">
        <w:rPr>
          <w:rFonts w:ascii="Times New Roman" w:hAnsi="Times New Roman" w:cs="Times New Roman"/>
          <w:sz w:val="28"/>
          <w:szCs w:val="28"/>
        </w:rPr>
        <w:t xml:space="preserve"> đư</w:t>
      </w:r>
      <w:r w:rsidRPr="0091241E">
        <w:rPr>
          <w:rFonts w:ascii="Times New Roman" w:hAnsi="Times New Roman" w:cs="Times New Roman"/>
          <w:sz w:val="28"/>
          <w:szCs w:val="28"/>
        </w:rPr>
        <w:t>ợ</w:t>
      </w:r>
      <w:r w:rsidRPr="0091241E">
        <w:rPr>
          <w:rFonts w:ascii="Times New Roman" w:hAnsi="Times New Roman" w:cs="Times New Roman"/>
          <w:sz w:val="28"/>
          <w:szCs w:val="28"/>
        </w:rPr>
        <w:t>c gi</w:t>
      </w:r>
      <w:r w:rsidRPr="0091241E">
        <w:rPr>
          <w:rFonts w:ascii="Times New Roman" w:hAnsi="Times New Roman" w:cs="Times New Roman"/>
          <w:sz w:val="28"/>
          <w:szCs w:val="28"/>
        </w:rPr>
        <w:t>ả</w:t>
      </w:r>
      <w:r w:rsidRPr="0091241E">
        <w:rPr>
          <w:rFonts w:ascii="Times New Roman" w:hAnsi="Times New Roman" w:cs="Times New Roman"/>
          <w:sz w:val="28"/>
          <w:szCs w:val="28"/>
        </w:rPr>
        <w:t>i quy</w:t>
      </w:r>
      <w:r w:rsidRPr="0091241E">
        <w:rPr>
          <w:rFonts w:ascii="Times New Roman" w:hAnsi="Times New Roman" w:cs="Times New Roman"/>
          <w:sz w:val="28"/>
          <w:szCs w:val="28"/>
        </w:rPr>
        <w:t>ế</w:t>
      </w:r>
      <w:r w:rsidRPr="0091241E">
        <w:rPr>
          <w:rFonts w:ascii="Times New Roman" w:hAnsi="Times New Roman" w:cs="Times New Roman"/>
          <w:sz w:val="28"/>
          <w:szCs w:val="28"/>
        </w:rPr>
        <w:t>t thông qua thương lư</w:t>
      </w:r>
      <w:r w:rsidRPr="0091241E">
        <w:rPr>
          <w:rFonts w:ascii="Times New Roman" w:hAnsi="Times New Roman" w:cs="Times New Roman"/>
          <w:sz w:val="28"/>
          <w:szCs w:val="28"/>
        </w:rPr>
        <w:t>ợ</w:t>
      </w:r>
      <w:r w:rsidRPr="0091241E">
        <w:rPr>
          <w:rFonts w:ascii="Times New Roman" w:hAnsi="Times New Roman" w:cs="Times New Roman"/>
          <w:sz w:val="28"/>
          <w:szCs w:val="28"/>
        </w:rPr>
        <w:t>ng, hòa gi</w:t>
      </w:r>
      <w:r w:rsidRPr="0091241E">
        <w:rPr>
          <w:rFonts w:ascii="Times New Roman" w:hAnsi="Times New Roman" w:cs="Times New Roman"/>
          <w:sz w:val="28"/>
          <w:szCs w:val="28"/>
        </w:rPr>
        <w:t>ả</w:t>
      </w:r>
      <w:r w:rsidRPr="0091241E">
        <w:rPr>
          <w:rFonts w:ascii="Times New Roman" w:hAnsi="Times New Roman" w:cs="Times New Roman"/>
          <w:sz w:val="28"/>
          <w:szCs w:val="28"/>
        </w:rPr>
        <w:t>i.</w:t>
      </w:r>
      <w:r w:rsidRPr="0091241E">
        <w:rPr>
          <w:rFonts w:ascii="Times New Roman" w:hAnsi="Times New Roman" w:cs="Times New Roman"/>
          <w:sz w:val="28"/>
          <w:szCs w:val="28"/>
        </w:rPr>
        <w:br/>
        <w:t>N</w:t>
      </w:r>
      <w:r w:rsidRPr="0091241E">
        <w:rPr>
          <w:rFonts w:ascii="Times New Roman" w:hAnsi="Times New Roman" w:cs="Times New Roman"/>
          <w:sz w:val="28"/>
          <w:szCs w:val="28"/>
        </w:rPr>
        <w:t>ế</w:t>
      </w:r>
      <w:r w:rsidRPr="0091241E">
        <w:rPr>
          <w:rFonts w:ascii="Times New Roman" w:hAnsi="Times New Roman" w:cs="Times New Roman"/>
          <w:sz w:val="28"/>
          <w:szCs w:val="28"/>
        </w:rPr>
        <w:t>u không đ</w:t>
      </w:r>
      <w:r w:rsidRPr="0091241E">
        <w:rPr>
          <w:rFonts w:ascii="Times New Roman" w:hAnsi="Times New Roman" w:cs="Times New Roman"/>
          <w:sz w:val="28"/>
          <w:szCs w:val="28"/>
        </w:rPr>
        <w:t>ạ</w:t>
      </w:r>
      <w:r w:rsidRPr="0091241E">
        <w:rPr>
          <w:rFonts w:ascii="Times New Roman" w:hAnsi="Times New Roman" w:cs="Times New Roman"/>
          <w:sz w:val="28"/>
          <w:szCs w:val="28"/>
        </w:rPr>
        <w:t>t đư</w:t>
      </w:r>
      <w:r w:rsidRPr="0091241E">
        <w:rPr>
          <w:rFonts w:ascii="Times New Roman" w:hAnsi="Times New Roman" w:cs="Times New Roman"/>
          <w:sz w:val="28"/>
          <w:szCs w:val="28"/>
        </w:rPr>
        <w:t>ợ</w:t>
      </w:r>
      <w:r w:rsidRPr="0091241E">
        <w:rPr>
          <w:rFonts w:ascii="Times New Roman" w:hAnsi="Times New Roman" w:cs="Times New Roman"/>
          <w:sz w:val="28"/>
          <w:szCs w:val="28"/>
        </w:rPr>
        <w:t>c, tranh ch</w:t>
      </w:r>
      <w:r w:rsidRPr="0091241E">
        <w:rPr>
          <w:rFonts w:ascii="Times New Roman" w:hAnsi="Times New Roman" w:cs="Times New Roman"/>
          <w:sz w:val="28"/>
          <w:szCs w:val="28"/>
        </w:rPr>
        <w:t>ấ</w:t>
      </w:r>
      <w:r w:rsidRPr="0091241E">
        <w:rPr>
          <w:rFonts w:ascii="Times New Roman" w:hAnsi="Times New Roman" w:cs="Times New Roman"/>
          <w:sz w:val="28"/>
          <w:szCs w:val="28"/>
        </w:rPr>
        <w:t>p s</w:t>
      </w:r>
      <w:r w:rsidRPr="0091241E">
        <w:rPr>
          <w:rFonts w:ascii="Times New Roman" w:hAnsi="Times New Roman" w:cs="Times New Roman"/>
          <w:sz w:val="28"/>
          <w:szCs w:val="28"/>
        </w:rPr>
        <w:t>ẽ</w:t>
      </w:r>
      <w:r w:rsidRPr="0091241E">
        <w:rPr>
          <w:rFonts w:ascii="Times New Roman" w:hAnsi="Times New Roman" w:cs="Times New Roman"/>
          <w:sz w:val="28"/>
          <w:szCs w:val="28"/>
        </w:rPr>
        <w:t xml:space="preserve"> đư</w:t>
      </w:r>
      <w:r w:rsidRPr="0091241E">
        <w:rPr>
          <w:rFonts w:ascii="Times New Roman" w:hAnsi="Times New Roman" w:cs="Times New Roman"/>
          <w:sz w:val="28"/>
          <w:szCs w:val="28"/>
        </w:rPr>
        <w:t>ợ</w:t>
      </w:r>
      <w:r w:rsidRPr="0091241E">
        <w:rPr>
          <w:rFonts w:ascii="Times New Roman" w:hAnsi="Times New Roman" w:cs="Times New Roman"/>
          <w:sz w:val="28"/>
          <w:szCs w:val="28"/>
        </w:rPr>
        <w:t>c gi</w:t>
      </w:r>
      <w:r w:rsidRPr="0091241E">
        <w:rPr>
          <w:rFonts w:ascii="Times New Roman" w:hAnsi="Times New Roman" w:cs="Times New Roman"/>
          <w:sz w:val="28"/>
          <w:szCs w:val="28"/>
        </w:rPr>
        <w:t>ả</w:t>
      </w:r>
      <w:r w:rsidRPr="0091241E">
        <w:rPr>
          <w:rFonts w:ascii="Times New Roman" w:hAnsi="Times New Roman" w:cs="Times New Roman"/>
          <w:sz w:val="28"/>
          <w:szCs w:val="28"/>
        </w:rPr>
        <w:t>i quy</w:t>
      </w:r>
      <w:r w:rsidRPr="0091241E">
        <w:rPr>
          <w:rFonts w:ascii="Times New Roman" w:hAnsi="Times New Roman" w:cs="Times New Roman"/>
          <w:sz w:val="28"/>
          <w:szCs w:val="28"/>
        </w:rPr>
        <w:t>ế</w:t>
      </w:r>
      <w:r w:rsidRPr="0091241E">
        <w:rPr>
          <w:rFonts w:ascii="Times New Roman" w:hAnsi="Times New Roman" w:cs="Times New Roman"/>
          <w:sz w:val="28"/>
          <w:szCs w:val="28"/>
        </w:rPr>
        <w:t>t t</w:t>
      </w:r>
      <w:r w:rsidRPr="0091241E">
        <w:rPr>
          <w:rFonts w:ascii="Times New Roman" w:hAnsi="Times New Roman" w:cs="Times New Roman"/>
          <w:sz w:val="28"/>
          <w:szCs w:val="28"/>
        </w:rPr>
        <w:t>ạ</w:t>
      </w:r>
      <w:r w:rsidRPr="0091241E">
        <w:rPr>
          <w:rFonts w:ascii="Times New Roman" w:hAnsi="Times New Roman" w:cs="Times New Roman"/>
          <w:sz w:val="28"/>
          <w:szCs w:val="28"/>
        </w:rPr>
        <w:t>i ... theo pháp lu</w:t>
      </w:r>
      <w:r w:rsidRPr="0091241E">
        <w:rPr>
          <w:rFonts w:ascii="Times New Roman" w:hAnsi="Times New Roman" w:cs="Times New Roman"/>
          <w:sz w:val="28"/>
          <w:szCs w:val="28"/>
        </w:rPr>
        <w:t>ậ</w:t>
      </w:r>
      <w:r w:rsidRPr="0091241E">
        <w:rPr>
          <w:rFonts w:ascii="Times New Roman" w:hAnsi="Times New Roman" w:cs="Times New Roman"/>
          <w:sz w:val="28"/>
          <w:szCs w:val="28"/>
        </w:rPr>
        <w:t>t ...</w:t>
      </w:r>
    </w:p>
    <w:p w:rsidR="00113379" w:rsidRPr="0091241E" w:rsidRDefault="0091241E">
      <w:pPr>
        <w:rPr>
          <w:rFonts w:ascii="Times New Roman" w:hAnsi="Times New Roman" w:cs="Times New Roman"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t>Any disputes arising shall be resolved through negotiation and mediation.</w:t>
      </w:r>
      <w:r w:rsidRPr="0091241E">
        <w:rPr>
          <w:rFonts w:ascii="Times New Roman" w:hAnsi="Times New Roman" w:cs="Times New Roman"/>
          <w:sz w:val="28"/>
          <w:szCs w:val="28"/>
        </w:rPr>
        <w:br/>
        <w:t>If not resolved, the dispute shall be settled at ... under the laws o</w:t>
      </w:r>
      <w:r w:rsidRPr="0091241E">
        <w:rPr>
          <w:rFonts w:ascii="Times New Roman" w:hAnsi="Times New Roman" w:cs="Times New Roman"/>
          <w:sz w:val="28"/>
          <w:szCs w:val="28"/>
        </w:rPr>
        <w:t>f ...</w:t>
      </w:r>
    </w:p>
    <w:p w:rsidR="00113379" w:rsidRPr="0091241E" w:rsidRDefault="0091241E">
      <w:pPr>
        <w:rPr>
          <w:rFonts w:ascii="Times New Roman" w:hAnsi="Times New Roman" w:cs="Times New Roman"/>
          <w:b/>
          <w:sz w:val="28"/>
          <w:szCs w:val="28"/>
        </w:rPr>
      </w:pPr>
      <w:r w:rsidRPr="0091241E">
        <w:rPr>
          <w:rFonts w:ascii="Times New Roman" w:hAnsi="Times New Roman" w:cs="Times New Roman"/>
          <w:sz w:val="28"/>
          <w:szCs w:val="28"/>
        </w:rPr>
        <w:br/>
      </w:r>
      <w:r w:rsidRPr="0091241E">
        <w:rPr>
          <w:rFonts w:ascii="Times New Roman" w:hAnsi="Times New Roman" w:cs="Times New Roman"/>
          <w:b/>
          <w:sz w:val="28"/>
          <w:szCs w:val="28"/>
        </w:rPr>
        <w:t>Đ</w:t>
      </w:r>
      <w:r w:rsidRPr="0091241E">
        <w:rPr>
          <w:rFonts w:ascii="Times New Roman" w:hAnsi="Times New Roman" w:cs="Times New Roman"/>
          <w:b/>
          <w:sz w:val="28"/>
          <w:szCs w:val="28"/>
        </w:rPr>
        <w:t>Ạ</w:t>
      </w:r>
      <w:r w:rsidRPr="0091241E">
        <w:rPr>
          <w:rFonts w:ascii="Times New Roman" w:hAnsi="Times New Roman" w:cs="Times New Roman"/>
          <w:b/>
          <w:sz w:val="28"/>
          <w:szCs w:val="28"/>
        </w:rPr>
        <w:t>I DI</w:t>
      </w:r>
      <w:r w:rsidRPr="0091241E">
        <w:rPr>
          <w:rFonts w:ascii="Times New Roman" w:hAnsi="Times New Roman" w:cs="Times New Roman"/>
          <w:b/>
          <w:sz w:val="28"/>
          <w:szCs w:val="28"/>
        </w:rPr>
        <w:t>Ệ</w:t>
      </w:r>
      <w:r w:rsidRPr="0091241E">
        <w:rPr>
          <w:rFonts w:ascii="Times New Roman" w:hAnsi="Times New Roman" w:cs="Times New Roman"/>
          <w:b/>
          <w:sz w:val="28"/>
          <w:szCs w:val="28"/>
        </w:rPr>
        <w:t>N BÊN A / REPRESENTATIVE OF PARTY A</w:t>
      </w:r>
    </w:p>
    <w:p w:rsidR="00113379" w:rsidRPr="0091241E" w:rsidRDefault="0091241E">
      <w:pPr>
        <w:rPr>
          <w:rFonts w:ascii="Times New Roman" w:hAnsi="Times New Roman" w:cs="Times New Roman"/>
          <w:b/>
          <w:sz w:val="28"/>
          <w:szCs w:val="28"/>
        </w:rPr>
      </w:pPr>
      <w:r w:rsidRPr="0091241E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91241E">
        <w:rPr>
          <w:rFonts w:ascii="Times New Roman" w:hAnsi="Times New Roman" w:cs="Times New Roman"/>
          <w:b/>
          <w:sz w:val="28"/>
          <w:szCs w:val="28"/>
        </w:rPr>
        <w:t>ọ</w:t>
      </w:r>
      <w:r w:rsidRPr="0091241E">
        <w:rPr>
          <w:rFonts w:ascii="Times New Roman" w:hAnsi="Times New Roman" w:cs="Times New Roman"/>
          <w:b/>
          <w:sz w:val="28"/>
          <w:szCs w:val="28"/>
        </w:rPr>
        <w:t xml:space="preserve"> tên, ch</w:t>
      </w:r>
      <w:r w:rsidRPr="0091241E">
        <w:rPr>
          <w:rFonts w:ascii="Times New Roman" w:hAnsi="Times New Roman" w:cs="Times New Roman"/>
          <w:b/>
          <w:sz w:val="28"/>
          <w:szCs w:val="28"/>
        </w:rPr>
        <w:t>ứ</w:t>
      </w:r>
      <w:r w:rsidRPr="0091241E">
        <w:rPr>
          <w:rFonts w:ascii="Times New Roman" w:hAnsi="Times New Roman" w:cs="Times New Roman"/>
          <w:b/>
          <w:sz w:val="28"/>
          <w:szCs w:val="28"/>
        </w:rPr>
        <w:t>c v</w:t>
      </w:r>
      <w:r w:rsidRPr="0091241E">
        <w:rPr>
          <w:rFonts w:ascii="Times New Roman" w:hAnsi="Times New Roman" w:cs="Times New Roman"/>
          <w:b/>
          <w:sz w:val="28"/>
          <w:szCs w:val="28"/>
        </w:rPr>
        <w:t>ụ</w:t>
      </w:r>
      <w:r w:rsidRPr="0091241E">
        <w:rPr>
          <w:rFonts w:ascii="Times New Roman" w:hAnsi="Times New Roman" w:cs="Times New Roman"/>
          <w:b/>
          <w:sz w:val="28"/>
          <w:szCs w:val="28"/>
        </w:rPr>
        <w:t xml:space="preserve"> / Signature, full name, position)</w:t>
      </w:r>
    </w:p>
    <w:p w:rsidR="00113379" w:rsidRPr="0091241E" w:rsidRDefault="0091241E">
      <w:pPr>
        <w:rPr>
          <w:rFonts w:ascii="Times New Roman" w:hAnsi="Times New Roman" w:cs="Times New Roman"/>
          <w:b/>
          <w:sz w:val="28"/>
          <w:szCs w:val="28"/>
        </w:rPr>
      </w:pPr>
      <w:r w:rsidRPr="0091241E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91241E">
        <w:rPr>
          <w:rFonts w:ascii="Times New Roman" w:hAnsi="Times New Roman" w:cs="Times New Roman"/>
          <w:b/>
          <w:sz w:val="28"/>
          <w:szCs w:val="28"/>
        </w:rPr>
        <w:t>Ạ</w:t>
      </w:r>
      <w:r w:rsidRPr="0091241E">
        <w:rPr>
          <w:rFonts w:ascii="Times New Roman" w:hAnsi="Times New Roman" w:cs="Times New Roman"/>
          <w:b/>
          <w:sz w:val="28"/>
          <w:szCs w:val="28"/>
        </w:rPr>
        <w:t>I DI</w:t>
      </w:r>
      <w:r w:rsidRPr="0091241E">
        <w:rPr>
          <w:rFonts w:ascii="Times New Roman" w:hAnsi="Times New Roman" w:cs="Times New Roman"/>
          <w:b/>
          <w:sz w:val="28"/>
          <w:szCs w:val="28"/>
        </w:rPr>
        <w:t>Ệ</w:t>
      </w:r>
      <w:r w:rsidRPr="0091241E">
        <w:rPr>
          <w:rFonts w:ascii="Times New Roman" w:hAnsi="Times New Roman" w:cs="Times New Roman"/>
          <w:b/>
          <w:sz w:val="28"/>
          <w:szCs w:val="28"/>
        </w:rPr>
        <w:t>N BÊN B / REPRESENTATIVE OF PARTY B</w:t>
      </w:r>
    </w:p>
    <w:p w:rsidR="00113379" w:rsidRPr="0091241E" w:rsidRDefault="0091241E">
      <w:pPr>
        <w:rPr>
          <w:rFonts w:ascii="Times New Roman" w:hAnsi="Times New Roman" w:cs="Times New Roman"/>
          <w:b/>
          <w:sz w:val="28"/>
          <w:szCs w:val="28"/>
        </w:rPr>
      </w:pPr>
      <w:r w:rsidRPr="0091241E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91241E">
        <w:rPr>
          <w:rFonts w:ascii="Times New Roman" w:hAnsi="Times New Roman" w:cs="Times New Roman"/>
          <w:b/>
          <w:sz w:val="28"/>
          <w:szCs w:val="28"/>
        </w:rPr>
        <w:t>ọ</w:t>
      </w:r>
      <w:r w:rsidRPr="0091241E">
        <w:rPr>
          <w:rFonts w:ascii="Times New Roman" w:hAnsi="Times New Roman" w:cs="Times New Roman"/>
          <w:b/>
          <w:sz w:val="28"/>
          <w:szCs w:val="28"/>
        </w:rPr>
        <w:t xml:space="preserve"> tên, ch</w:t>
      </w:r>
      <w:r w:rsidRPr="0091241E">
        <w:rPr>
          <w:rFonts w:ascii="Times New Roman" w:hAnsi="Times New Roman" w:cs="Times New Roman"/>
          <w:b/>
          <w:sz w:val="28"/>
          <w:szCs w:val="28"/>
        </w:rPr>
        <w:t>ứ</w:t>
      </w:r>
      <w:r w:rsidRPr="0091241E">
        <w:rPr>
          <w:rFonts w:ascii="Times New Roman" w:hAnsi="Times New Roman" w:cs="Times New Roman"/>
          <w:b/>
          <w:sz w:val="28"/>
          <w:szCs w:val="28"/>
        </w:rPr>
        <w:t>c v</w:t>
      </w:r>
      <w:r w:rsidRPr="0091241E">
        <w:rPr>
          <w:rFonts w:ascii="Times New Roman" w:hAnsi="Times New Roman" w:cs="Times New Roman"/>
          <w:b/>
          <w:sz w:val="28"/>
          <w:szCs w:val="28"/>
        </w:rPr>
        <w:t>ụ</w:t>
      </w:r>
      <w:r w:rsidRPr="0091241E">
        <w:rPr>
          <w:rFonts w:ascii="Times New Roman" w:hAnsi="Times New Roman" w:cs="Times New Roman"/>
          <w:b/>
          <w:sz w:val="28"/>
          <w:szCs w:val="28"/>
        </w:rPr>
        <w:t xml:space="preserve"> / Signature, full name, position)</w:t>
      </w:r>
    </w:p>
    <w:sectPr w:rsidR="00113379" w:rsidRPr="0091241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3379"/>
    <w:rsid w:val="0015074B"/>
    <w:rsid w:val="0029639D"/>
    <w:rsid w:val="00326F90"/>
    <w:rsid w:val="0091241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13619C2F-2BF1-4C95-844D-E1553A54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54F8FB-30D8-401E-B793-AF60114F3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2025-06-13T03:21:00Z</dcterms:created>
  <dcterms:modified xsi:type="dcterms:W3CDTF">2025-06-13T03:21:00Z</dcterms:modified>
  <cp:category/>
</cp:coreProperties>
</file>