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  <w:sz w:val="28"/>
        </w:rPr>
        <w:t>TUẦN 17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  <w:sz w:val="28"/>
        </w:rPr>
        <w:t>KẾ HOẠCH BÀI DẠY MÔN TOÁN 3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</w:rPr>
        <w:t>CHỦ ĐỀ 6: PHÉP NHÂN, PHÉP CHIA TRONG PHẠM VI 1 000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</w:rPr>
        <w:t>Bài 40: LUYỆN TẬP CHUNG (Tiết 2) - Trang 112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I. YÊU CẦU CẦN ĐẠT: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1. Năng lực đặc thù:</w:t>
      </w:r>
    </w:p>
    <w:p w:rsidR="00A55609" w:rsidRPr="001B6BDA" w:rsidRDefault="00406DDF" w:rsidP="001B6BDA">
      <w:pPr>
        <w:spacing w:after="0" w:line="240" w:lineRule="auto"/>
      </w:pPr>
      <w:r w:rsidRPr="001B6BDA">
        <w:t>- Giải được bài toán so sánh số lớn gấp mấy lần số bé trong tình huống thực tế.</w:t>
      </w:r>
    </w:p>
    <w:p w:rsidR="00A55609" w:rsidRPr="001B6BDA" w:rsidRDefault="00406DDF" w:rsidP="001B6BDA">
      <w:pPr>
        <w:spacing w:after="0" w:line="240" w:lineRule="auto"/>
      </w:pPr>
      <w:r w:rsidRPr="001B6BDA">
        <w:t>- Tính được khối lượng qua bài toán gấp một số lên một số lần.</w:t>
      </w:r>
    </w:p>
    <w:p w:rsidR="00A55609" w:rsidRPr="001B6BDA" w:rsidRDefault="00406DDF" w:rsidP="001B6BDA">
      <w:pPr>
        <w:spacing w:after="0" w:line="240" w:lineRule="auto"/>
      </w:pPr>
      <w:r w:rsidRPr="001B6BDA">
        <w:t>- Tính được giá trị biểu thức nhân liên tiếp và nhận biết cách tính thuận tiện.</w:t>
      </w:r>
    </w:p>
    <w:p w:rsidR="00A55609" w:rsidRPr="001B6BDA" w:rsidRDefault="00406DDF" w:rsidP="001B6BDA">
      <w:pPr>
        <w:spacing w:after="0" w:line="240" w:lineRule="auto"/>
      </w:pPr>
      <w:r w:rsidRPr="001B6BDA">
        <w:t>- Vận dụng phép nhân, phép chia để trình bày lời giải rõ ràng.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2. Năng lực chung:</w:t>
      </w:r>
    </w:p>
    <w:p w:rsidR="00A55609" w:rsidRPr="001B6BDA" w:rsidRDefault="00406DDF" w:rsidP="001B6BDA">
      <w:pPr>
        <w:spacing w:after="0" w:line="240" w:lineRule="auto"/>
      </w:pPr>
      <w:r w:rsidRPr="001B6BDA">
        <w:t>- Tự chủ, tự học: tự đọc đề, xác định phép tính và kiểm tra kết quả.</w:t>
      </w:r>
    </w:p>
    <w:p w:rsidR="00A55609" w:rsidRPr="001B6BDA" w:rsidRDefault="00406DDF" w:rsidP="001B6BDA">
      <w:pPr>
        <w:spacing w:after="0" w:line="240" w:lineRule="auto"/>
      </w:pPr>
      <w:r w:rsidRPr="001B6BDA">
        <w:t>- Giao tiếp và hợp tác: trao đổi nhóm đôi, nhóm 4 để giải thích cách làm.</w:t>
      </w:r>
    </w:p>
    <w:p w:rsidR="00A55609" w:rsidRPr="001B6BDA" w:rsidRDefault="00406DDF" w:rsidP="001B6BDA">
      <w:pPr>
        <w:spacing w:after="0" w:line="240" w:lineRule="auto"/>
      </w:pPr>
      <w:r w:rsidRPr="001B6BDA">
        <w:t>- Giải quyết vấn đề và sáng tạo: chọn cách tính thuận tiện khi biểu thức có nhiều phép nhân.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3. Phẩm chất:</w:t>
      </w:r>
    </w:p>
    <w:p w:rsidR="00A55609" w:rsidRPr="001B6BDA" w:rsidRDefault="00406DDF" w:rsidP="001B6BDA">
      <w:pPr>
        <w:spacing w:after="0" w:line="240" w:lineRule="auto"/>
      </w:pPr>
      <w:r w:rsidRPr="001B6BDA">
        <w:t>- Chăm chỉ: tích cực làm bài và hoàn thành bài giải.</w:t>
      </w:r>
    </w:p>
    <w:p w:rsidR="00A55609" w:rsidRPr="001B6BDA" w:rsidRDefault="00406DDF" w:rsidP="001B6BDA">
      <w:pPr>
        <w:spacing w:after="0" w:line="240" w:lineRule="auto"/>
      </w:pPr>
      <w:r w:rsidRPr="001B6BDA">
        <w:t>- Trung thực: nêu đúng kết quả, tự sửa lỗi khi được góp ý.</w:t>
      </w:r>
    </w:p>
    <w:p w:rsidR="00A55609" w:rsidRPr="001B6BDA" w:rsidRDefault="00406DDF" w:rsidP="001B6BDA">
      <w:pPr>
        <w:spacing w:after="0" w:line="240" w:lineRule="auto"/>
      </w:pPr>
      <w:r w:rsidRPr="001B6BDA">
        <w:t>- Trách nhiệm: trình bày bài giải rõ ràng, đầy đủ đơn vị.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II. ĐỒ DÙNG DẠY HỌC</w:t>
      </w:r>
    </w:p>
    <w:p w:rsidR="00A55609" w:rsidRPr="001B6BDA" w:rsidRDefault="00406DDF" w:rsidP="001B6BDA">
      <w:pPr>
        <w:spacing w:after="0" w:line="240" w:lineRule="auto"/>
      </w:pPr>
      <w:r w:rsidRPr="001B6BDA">
        <w:t>- Kế hoạch bài dạy, SGK Toán 3 tập một, bài giảng PowerPoint.</w:t>
      </w:r>
    </w:p>
    <w:p w:rsidR="00A55609" w:rsidRPr="001B6BDA" w:rsidRDefault="00406DDF" w:rsidP="001B6BDA">
      <w:pPr>
        <w:spacing w:after="0" w:line="240" w:lineRule="auto"/>
      </w:pPr>
      <w:r w:rsidRPr="001B6BDA">
        <w:t>- Bảng con, vở Toán, phiếu học tập nhóm.</w:t>
      </w:r>
    </w:p>
    <w:p w:rsidR="00A55609" w:rsidRPr="001B6BDA" w:rsidRDefault="00406DDF" w:rsidP="001B6BDA">
      <w:pPr>
        <w:spacing w:after="0" w:line="240" w:lineRule="auto"/>
      </w:pPr>
      <w:r w:rsidRPr="001B6BDA">
        <w:t>- Hình cắt từ SGK trang 112.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III. HOẠT ĐỘNG DẠY HỌC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992"/>
        <w:gridCol w:w="4872"/>
      </w:tblGrid>
      <w:tr w:rsidR="001B6BDA" w:rsidRPr="001B6BDA" w:rsidTr="001B6BDA">
        <w:trPr>
          <w:tblHeader/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b/>
              </w:rPr>
              <w:t>Hoạt động của giáo viên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b/>
              </w:rPr>
              <w:t>Hoạt động của học sinh</w:t>
            </w:r>
          </w:p>
        </w:tc>
      </w:tr>
      <w:tr w:rsidR="001B6BDA" w:rsidRPr="001B6BDA" w:rsidTr="001B6BDA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1. Khởi động: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Ôn lại so sánh số lớn gấp mấy lần số bé và tính giá trị biểu thức nhân.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tổ chức trò chơi “Bắn tên” với phép chia, phép nhân nhanh.</w:t>
            </w: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tham gia trò chơi theo hiệu lệnh.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nêu: 6 gấp mấy lần 2?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6 gấp 3 lần 2 vì 6 : 2 = 3.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nêu: Tính 6 × 2 × 5.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6 × 2 × 5 = 60.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Khi tính phép nhân liên tiếp, em có thể chọn cách nào cho thuận tiện?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Có thể nhóm các thừa số để tính thuận tiện hơn.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nhận xét và dẫn dắt vào bài luyện tập chung tiết 2.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ghi tên bài.</w:t>
            </w:r>
          </w:p>
        </w:tc>
      </w:tr>
      <w:tr w:rsidR="001B6BDA" w:rsidRPr="001B6BDA" w:rsidTr="001B6BDA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2. Luyện tập: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Giải bài toán gấp lên một số lần, so sánh số lớn gấp mấy lần số bé và tính biểu thức nhân liên tiếp.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2. Bài toán cây cau. (Làm việc cá nhân)</w:t>
            </w:r>
          </w:p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noProof/>
              </w:rPr>
              <w:drawing>
                <wp:inline distT="0" distB="0" distL="0" distR="0" wp14:anchorId="467D2211" wp14:editId="4990B36D">
                  <wp:extent cx="2880360" cy="40158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40_t2_b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401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 xml:space="preserve">- HS đọc: Cây cau nhà em lúc mới trồng cao </w:t>
            </w:r>
            <w:r w:rsidRPr="001B6BDA">
              <w:lastRenderedPageBreak/>
              <w:t>2 m. Hiện nay, cây cau đã cao 6 m. Hỏi hiện nay cây cau cao gấp mấy lần lúc mới trồng?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GV hỏi: Bài toán cho biết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Lúc mới trồng cây cau cao 2 m, hiện nay cao 6 m.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Bài toán hỏi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Hỏi hiện nay cây cau cao gấp mấy lần lúc mới trồng.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Muốn biết 6 m gấp mấy lần 2 m, ta làm phép tính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Ta làm phép chia 6 : 2.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làm bài vào vở, 1 HS làm bảng lớp.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Hiện nay cây cau cao gấp lúc mới trồng số lần là: 6 : 2 = 3 (lần). Đáp số: 3 lần.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Muốn biết số lớn gấp mấy lần số bé, ta lấy số lớn chia cho số bé.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3a. Bài toán cân nặng con vật. (Làm việc nhóm 4)</w:t>
            </w:r>
          </w:p>
          <w:p w:rsidR="00A55609" w:rsidRPr="001B6BDA" w:rsidRDefault="00A55609" w:rsidP="001B6BDA">
            <w:pPr>
              <w:spacing w:after="0" w:line="240" w:lineRule="auto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Quan sát thông tin về cân nặng của con ngỗng, con chó và con lợn để tìm cân nặng con lợn.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Con ngỗng cân nặng bao nhiêu ki-lô-gam?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Con ngỗng cân nặng 6 kg.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Con chó nặng gấp mấy lần con ngỗng?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Con chó nặng gấp 2 lần con ngỗng.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Con lợn nặng gấp mấy lần con chó?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Con lợn nặng gấp 5 lần con chó.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nhóm 4 thảo luận, viết biểu thức và tính cân nặng con lợn.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Con chó nặng 6 × 2 = 12 (kg); con lợn nặng 12 × 5 = 60 (kg). Cũng có thể tính 6 × (2 × 5) = 60 (kg).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Cách nhóm thừa số phù hợp giúp tính biểu thức nhân nhanh và thuận tiện.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3b. Tính giá trị của biểu thức. (Làm việc cá nhân)</w:t>
            </w:r>
          </w:p>
          <w:p w:rsidR="00A55609" w:rsidRPr="001B6BDA" w:rsidRDefault="00A55609" w:rsidP="001B6BDA">
            <w:pPr>
              <w:spacing w:after="0" w:line="240" w:lineRule="auto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Tính giá trị của biểu thức.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Biểu thức 8 × 5 × 2 có thể tính thuận tiện như thế nào?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Có thể tính 8 × (5 × 2) = 8 × 10.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Biểu thức 9 × 2 × 5 có thể tính thuận tiện như thế nào?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Có thể tính 9 × (2 × 5) = 9 × 10.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làm bài vào bảng con rồi ghi vào vở.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8 × 5 × 2 = 80; 9 × 2 × 5 = 90.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Khi nhân liên tiếp, có thể nhóm các thừa số để tạo số tròn chục và tính nhanh hơn.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1B6BDA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3. Vận dụng: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Củng cố cách giải bài toán gấp lên một số lần và tính thuận tiện.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nêu tình huống: Một quyển vở 8 mm, chồng 5 quyển gấp đôi thì dày bao nhiêu mm?</w:t>
            </w: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nêu: 8 × 5 × 2 = 80 mm.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nhận xét, tuyên dương và dặn HS chuẩn bị bài ôn tập học kì 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nghe.</w:t>
            </w:r>
          </w:p>
        </w:tc>
      </w:tr>
    </w:tbl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IV. ĐIỀU CHỈNH SAU BÀI DẠY:</w:t>
      </w:r>
    </w:p>
    <w:p w:rsidR="00A55609" w:rsidRPr="001B6BDA" w:rsidRDefault="00406DDF" w:rsidP="001B6BDA">
      <w:pPr>
        <w:spacing w:after="0" w:line="240" w:lineRule="auto"/>
      </w:pPr>
      <w:r w:rsidRPr="001B6BDA">
        <w:t>.......................................................................................................................................</w:t>
      </w:r>
    </w:p>
    <w:p w:rsidR="00A55609" w:rsidRPr="001B6BDA" w:rsidRDefault="00406DDF" w:rsidP="001B6BDA">
      <w:pPr>
        <w:spacing w:after="0" w:line="240" w:lineRule="auto"/>
      </w:pPr>
      <w:r w:rsidRPr="001B6BDA">
        <w:t>.......................................................................................................................................</w:t>
      </w:r>
    </w:p>
    <w:p w:rsidR="001B6BDA" w:rsidRDefault="001B6BDA" w:rsidP="001B6BDA">
      <w:pPr>
        <w:spacing w:after="0" w:line="240" w:lineRule="auto"/>
      </w:pPr>
    </w:p>
    <w:p w:rsidR="00A55609" w:rsidRPr="001B6BDA" w:rsidRDefault="00A55609" w:rsidP="001B6BDA">
      <w:pPr>
        <w:spacing w:after="0" w:line="240" w:lineRule="auto"/>
      </w:pP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  <w:sz w:val="28"/>
        </w:rPr>
        <w:t>KẾ HOẠCH BÀI DẠY MÔN TOÁN 3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</w:rPr>
        <w:t>CHỦ ĐỀ 7: ÔN TẬP HỌC KÌ I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</w:rPr>
        <w:t>Bài 41: ÔN TẬP PHÉP NHÂN, PHÉP CHIA TRONG PHẠM VI 100, 1 000 (Tiết 1) - Trang 113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I. YÊU CẦU CẦN ĐẠT: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1. Năng lực đặc thù:</w:t>
      </w:r>
    </w:p>
    <w:p w:rsidR="00A55609" w:rsidRPr="001B6BDA" w:rsidRDefault="00406DDF" w:rsidP="001B6BDA">
      <w:pPr>
        <w:spacing w:after="0" w:line="240" w:lineRule="auto"/>
      </w:pPr>
      <w:r w:rsidRPr="001B6BDA">
        <w:t>- Tính nhẩm được phép nhân, phép chia trong phạm vi 100.</w:t>
      </w:r>
    </w:p>
    <w:p w:rsidR="00A55609" w:rsidRPr="001B6BDA" w:rsidRDefault="00406DDF" w:rsidP="001B6BDA">
      <w:pPr>
        <w:spacing w:after="0" w:line="240" w:lineRule="auto"/>
      </w:pPr>
      <w:r w:rsidRPr="001B6BDA">
        <w:t>- Đặt tính và tính được phép nhân, phép chia đã học.</w:t>
      </w:r>
    </w:p>
    <w:p w:rsidR="00A55609" w:rsidRPr="001B6BDA" w:rsidRDefault="00406DDF" w:rsidP="001B6BDA">
      <w:pPr>
        <w:spacing w:after="0" w:line="240" w:lineRule="auto"/>
      </w:pPr>
      <w:r w:rsidRPr="001B6BDA">
        <w:t>- Kiểm tra được phép tính đúng, sai và giải bài toán thực tế.</w:t>
      </w:r>
    </w:p>
    <w:p w:rsidR="00A55609" w:rsidRPr="001B6BDA" w:rsidRDefault="00406DDF" w:rsidP="001B6BDA">
      <w:pPr>
        <w:spacing w:after="0" w:line="240" w:lineRule="auto"/>
      </w:pPr>
      <w:r w:rsidRPr="001B6BDA">
        <w:t>- Vận dụng phép nhân, phép chia để tìm số can cần dùng trong tình huống thực tế.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2. Năng lực chung:</w:t>
      </w:r>
    </w:p>
    <w:p w:rsidR="00A55609" w:rsidRPr="001B6BDA" w:rsidRDefault="00406DDF" w:rsidP="001B6BDA">
      <w:pPr>
        <w:spacing w:after="0" w:line="240" w:lineRule="auto"/>
      </w:pPr>
      <w:r w:rsidRPr="001B6BDA">
        <w:t>- Tự chủ, tự học: tự làm bài và đối chiếu kết quả.</w:t>
      </w:r>
    </w:p>
    <w:p w:rsidR="00A55609" w:rsidRPr="001B6BDA" w:rsidRDefault="00406DDF" w:rsidP="001B6BDA">
      <w:pPr>
        <w:spacing w:after="0" w:line="240" w:lineRule="auto"/>
      </w:pPr>
      <w:r w:rsidRPr="001B6BDA">
        <w:t>- Giao tiếp và hợp tác: trình bày cách làm, nhận xét bài bạn.</w:t>
      </w:r>
    </w:p>
    <w:p w:rsidR="00A55609" w:rsidRPr="001B6BDA" w:rsidRDefault="00406DDF" w:rsidP="001B6BDA">
      <w:pPr>
        <w:spacing w:after="0" w:line="240" w:lineRule="auto"/>
      </w:pPr>
      <w:r w:rsidRPr="001B6BDA">
        <w:t>- Giải quyết vấn đề và sáng tạo: chọn phép tính phù hợp khi giải toán có lời văn.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3. Phẩm chất:</w:t>
      </w:r>
    </w:p>
    <w:p w:rsidR="00A55609" w:rsidRPr="001B6BDA" w:rsidRDefault="00406DDF" w:rsidP="001B6BDA">
      <w:pPr>
        <w:spacing w:after="0" w:line="240" w:lineRule="auto"/>
      </w:pPr>
      <w:r w:rsidRPr="001B6BDA">
        <w:t>- Chăm chỉ: tích cực ôn tập, hoàn thành bài tập.</w:t>
      </w:r>
    </w:p>
    <w:p w:rsidR="00A55609" w:rsidRPr="001B6BDA" w:rsidRDefault="00406DDF" w:rsidP="001B6BDA">
      <w:pPr>
        <w:spacing w:after="0" w:line="240" w:lineRule="auto"/>
      </w:pPr>
      <w:r w:rsidRPr="001B6BDA">
        <w:t>- Trung thực: tự làm trước khi kiểm tra kết quả bằng công cụ hỗ trợ.</w:t>
      </w:r>
    </w:p>
    <w:p w:rsidR="00A55609" w:rsidRPr="001B6BDA" w:rsidRDefault="00406DDF" w:rsidP="001B6BDA">
      <w:pPr>
        <w:spacing w:after="0" w:line="240" w:lineRule="auto"/>
      </w:pPr>
      <w:r w:rsidRPr="001B6BDA">
        <w:t>- Trách nhiệm: biết sử dụng AI để hỗ trợ học tập đúng cách.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4. Tích hợp:</w:t>
      </w:r>
    </w:p>
    <w:p w:rsidR="00A55609" w:rsidRPr="001B6BDA" w:rsidRDefault="00406DDF" w:rsidP="001B6BDA">
      <w:pPr>
        <w:spacing w:after="0" w:line="240" w:lineRule="auto"/>
      </w:pPr>
      <w:r w:rsidRPr="001B6BDA">
        <w:t>- Tích hợp AI (Khung 3439) - 3.A1.2: HS phân biệt dùng AI để hỗ trợ ôn tập, kiểm tra kết quả với việc để AI làm thay bài. Gợi ý hoạt động: GV nêu hai tình huống: tự làm rồi dùng ChatGPT/Gemini để kiểm tra và chép luôn đáp án AI; HS chọn cách học đúng, giải thích vì sao cần tự tư duy trước.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II. ĐỒ DÙNG DẠY HỌC</w:t>
      </w:r>
    </w:p>
    <w:p w:rsidR="00A55609" w:rsidRPr="001B6BDA" w:rsidRDefault="00406DDF" w:rsidP="001B6BDA">
      <w:pPr>
        <w:spacing w:after="0" w:line="240" w:lineRule="auto"/>
      </w:pPr>
      <w:r w:rsidRPr="001B6BDA">
        <w:t>- Kế hoạch bài dạy, SGK Toán 3 tập một, bài giảng PowerPoint.</w:t>
      </w:r>
    </w:p>
    <w:p w:rsidR="00A55609" w:rsidRPr="001B6BDA" w:rsidRDefault="00406DDF" w:rsidP="001B6BDA">
      <w:pPr>
        <w:spacing w:after="0" w:line="240" w:lineRule="auto"/>
      </w:pPr>
      <w:r w:rsidRPr="001B6BDA">
        <w:lastRenderedPageBreak/>
        <w:t>- Bảng con, vở Toán, phiếu học tập; tình huống minh họa dùng ChatGPT/Gemini để kiểm tra kết quả.</w:t>
      </w:r>
    </w:p>
    <w:p w:rsidR="00A55609" w:rsidRPr="001B6BDA" w:rsidRDefault="00406DDF" w:rsidP="001B6BDA">
      <w:pPr>
        <w:spacing w:after="0" w:line="240" w:lineRule="auto"/>
      </w:pPr>
      <w:r w:rsidRPr="001B6BDA">
        <w:t>- Hình cắt từ SGK trang 113.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III. HOẠT ĐỘNG DẠY HỌC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943"/>
        <w:gridCol w:w="4921"/>
      </w:tblGrid>
      <w:tr w:rsidR="001B6BDA" w:rsidRPr="001B6BDA" w:rsidTr="001B6BDA">
        <w:trPr>
          <w:tblHeader/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b/>
              </w:rPr>
              <w:t>Hoạt động của giáo viên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b/>
              </w:rPr>
              <w:t>Hoạt động của học sinh</w:t>
            </w:r>
          </w:p>
        </w:tc>
      </w:tr>
      <w:tr w:rsidR="001B6BDA" w:rsidRPr="001B6BDA" w:rsidTr="001B6BDA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1. Khởi động: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Tạo tâm thế ôn tập phép nhân, phép chia trong phạm vi 100, 1 000.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tổ chức trò chơi “Ai nhanh hơn” với phép nhân, phép chia đơn giản.</w:t>
            </w: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tham gia trò chơi theo nhóm.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nêu: 20 × 3 bằng bao nhiêu?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20 × 3 = 60.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nêu: 80 : 4 bằng bao nhiêu?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80 : 4 = 20.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nhận xét, tuyên dương và dẫn dắt vào bài ôn tập.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ghi tên bài.</w:t>
            </w:r>
          </w:p>
        </w:tc>
      </w:tr>
      <w:tr w:rsidR="001B6BDA" w:rsidRPr="001B6BDA" w:rsidTr="001B6BDA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2. Luyện tập: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Ôn tập tính nhẩm, đặt tính, kiểm tra đúng sai và giải toán thực tế.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 tích hợp AI 3.A1.2: HS phân biệt dùng AI để kiểm tra kết quả sau khi tự làm với việc chép luôn đáp án AI.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1. Tính nhẩm. (Làm việc cá nhân)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Tính nhẩm.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Bài 1 gồm những phép tính nào?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Gồm phép nhân và phép chia trong phạm vi 100.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Khi tính nhẩm 20 × 3, em làm thế nào?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Em lấy 2 chục nhân 3 được 6 chục, tức là 60.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làm bảng con từng dãy phép tính.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a) 60; 80; 100; 90. b) 30; 20; 30; 20.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Tính nhẩm nhanh cần dựa vào bảng nhân, bảng chia và số tròn chục.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2. Đặt tính rồi tính. (Làm việc cá nhân)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Đặt tính rồi tính.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Khi đặt tính phép nhân, cần chú ý điều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Cần viết thẳng hàng và nhân từ phải sang trái.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Khi phép chia có dư, cần ghi kết quả như thế nào?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Cần ghi thương và số dư.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làm bài vào vở, 3 HS lên bảng chữa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 xml:space="preserve">- HS trình bày: 34 × 2 = 68; 15 × 6 = 90; 23 × 4 = 92; 69 : 3 = 23; 84 : 7 = 12; 95 : 8 = 11 </w:t>
            </w:r>
            <w:r w:rsidRPr="001B6BDA">
              <w:lastRenderedPageBreak/>
              <w:t>(dư 7).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GV kết luận: Đặt tính cẩn thận giúp tính đúng phép nhân, phép chia.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Tích hợp AI: GV nêu hai tình huống: Bạn A tự làm rồi dùng ChatGPT/Gemini để kiểm tra kết quả; bạn B chưa làm đã chép luôn đáp án AI.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hai tình huống.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Cách học nào đúng hơn? Vì sao?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Cách của bạn A đúng hơn vì phải tự tư duy trước, AI chỉ dùng để kiểm tra và phát hiện lỗi.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Tích hợp AI chỉ hỗ trợ ôn tập; HS không dùng AI để làm thay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ghi nhớ.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3. Đúng, sai? (Làm việc nhóm 2)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Điền Đ, S.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Phép tính a) 17 × 5 = 55 đúng hay sai?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Sai, vì 17 × 5 = 85.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Phép tính b) 86 : 6 = 14 dư 2 đúng hay sai?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Đúng, vì 14 × 6 + 2 = 86.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nhóm 2 kiểm tra từng phép tính và ghi Đ hoặc S.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a) S; b) Đ.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Muốn kiểm tra phép tính, cần nhân hoặc chia lại để đối chiếu.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4. Bài toán xe chở học sinh. (Làm việc cá nhân)</w:t>
            </w:r>
          </w:p>
          <w:p w:rsidR="00A55609" w:rsidRPr="001B6BDA" w:rsidRDefault="00A55609" w:rsidP="001B6BDA">
            <w:pPr>
              <w:spacing w:after="0" w:line="240" w:lineRule="auto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Hai xe ô tô chở học sinh đi thăm Lăng Bác Hồ, mỗi xe chở 45 học sinh. Hỏi có tất cả bao nhiêu học sinh đi thăm Lăng Bác Hồ?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Bài toán cho biết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Có 2 xe, mỗi xe chở 45 học sinh.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Bài toán hỏi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Hỏi có tất cả bao nhiêu học sinh.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Ta làm phép tính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Ta làm phép nhân 45 × 2.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làm bài vào vở.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Có tất cả số học sinh là: 45 × 2 = 90 (học sinh). Đáp số: 90 học sinh.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Khi có các nhóm bằng nhau, ta dùng phép nhân để tìm tất cả.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5. Bài toán can nước mắm. (Làm việc nhóm 4)</w:t>
            </w:r>
          </w:p>
          <w:p w:rsidR="00A55609" w:rsidRPr="001B6BDA" w:rsidRDefault="00A55609" w:rsidP="001B6BDA">
            <w:pPr>
              <w:spacing w:after="0" w:line="240" w:lineRule="auto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HS quan sát hình trong SGK.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Trong thùng có 28 l nước mắm. Hỏi cần ít nhất bao nhiêu cái can loại 5 l để chứa hết lượng nước mắm đó?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Thùng có bao nhiêu lít nước mắm?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Thùng có 28 l nước mắm.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Mỗi can chứa được bao nhiêu lít?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Mỗi can chứa được 5 l.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Vì sao phải dùng thêm 1 can khi còn dư?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Vì phần nước mắm còn dư vẫn cần có can để chứa.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nhóm 4 thảo luận và trình bày cách giải.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28 : 5 = 5 (dư 3). Cần 5 can đầy và thêm 1 can để chứa 3 l còn lại, nên cần ít nhất 6 can.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Khi chia có dư trong bài toán chứa hết, cần thêm 1 đơn vị chứa phần còn lại.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1B6BDA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3. Vận dụng: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Củng cố cách tự ôn tập phép nhân, phép chia và dùng AI đúng cách.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nêu một việc nên làm khi dùng AI để kiểm tra bài toán.</w:t>
            </w: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nêu: Em tự làm trước, sau đó dùng AI để kiểm tra và phải đọc lại cách giải.</w:t>
            </w:r>
          </w:p>
        </w:tc>
      </w:tr>
      <w:tr w:rsidR="001B6BDA" w:rsidRPr="001B6BDA" w:rsidTr="001B6BDA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nhận xét, tuyên dương và dặn HS tiếp tục ôn tập.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nghe.</w:t>
            </w:r>
          </w:p>
        </w:tc>
      </w:tr>
    </w:tbl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IV. ĐIỀU CHỈNH SAU BÀI DẠY:</w:t>
      </w:r>
    </w:p>
    <w:p w:rsidR="00A55609" w:rsidRPr="001B6BDA" w:rsidRDefault="00406DDF" w:rsidP="001B6BDA">
      <w:pPr>
        <w:spacing w:after="0" w:line="240" w:lineRule="auto"/>
      </w:pPr>
      <w:r w:rsidRPr="001B6BDA">
        <w:t>.......................................................................................................................................</w:t>
      </w:r>
    </w:p>
    <w:p w:rsidR="00A55609" w:rsidRPr="001B6BDA" w:rsidRDefault="00406DDF" w:rsidP="001B6BDA">
      <w:pPr>
        <w:spacing w:after="0" w:line="240" w:lineRule="auto"/>
      </w:pPr>
      <w:r w:rsidRPr="001B6BDA">
        <w:t>.......................................................................................................................................</w:t>
      </w:r>
    </w:p>
    <w:p w:rsidR="00A55609" w:rsidRPr="001B6BDA" w:rsidRDefault="00406DDF" w:rsidP="009E2E16">
      <w:pPr>
        <w:spacing w:after="0" w:line="240" w:lineRule="auto"/>
      </w:pPr>
      <w:r w:rsidRPr="001B6BDA">
        <w:rPr>
          <w:b/>
          <w:sz w:val="28"/>
        </w:rPr>
        <w:t>KẾ HOẠCH BÀI DẠY MÔN TOÁN 3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</w:rPr>
        <w:t>CHỦ ĐỀ 7: ÔN TẬP HỌC KÌ I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</w:rPr>
        <w:t>Bài 41: ÔN TẬP PHÉP NHÂN, PHÉP CHIA TRONG PHẠM VI 100, 1 000 (Tiết 2) - Trang 114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I. YÊU CẦU CẦN ĐẠT: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1. Năng lực đặc thù:</w:t>
      </w:r>
    </w:p>
    <w:p w:rsidR="00A55609" w:rsidRPr="001B6BDA" w:rsidRDefault="00406DDF" w:rsidP="001B6BDA">
      <w:pPr>
        <w:spacing w:after="0" w:line="240" w:lineRule="auto"/>
      </w:pPr>
      <w:r w:rsidRPr="001B6BDA">
        <w:t>- Tính nhẩm được phép nhân, phép chia với số tròn trăm.</w:t>
      </w:r>
    </w:p>
    <w:p w:rsidR="00A55609" w:rsidRPr="001B6BDA" w:rsidRDefault="00406DDF" w:rsidP="001B6BDA">
      <w:pPr>
        <w:spacing w:after="0" w:line="240" w:lineRule="auto"/>
      </w:pPr>
      <w:r w:rsidRPr="001B6BDA">
        <w:t>- Đặt tính và tính được phép nhân, phép chia trong phạm vi 1 000.</w:t>
      </w:r>
    </w:p>
    <w:p w:rsidR="00A55609" w:rsidRPr="001B6BDA" w:rsidRDefault="00406DDF" w:rsidP="001B6BDA">
      <w:pPr>
        <w:spacing w:after="0" w:line="240" w:lineRule="auto"/>
      </w:pPr>
      <w:r w:rsidRPr="001B6BDA">
        <w:t>- Kiểm tra đúng, sai các phép tính đã thực hiện.</w:t>
      </w:r>
    </w:p>
    <w:p w:rsidR="00A55609" w:rsidRPr="001B6BDA" w:rsidRDefault="00406DDF" w:rsidP="001B6BDA">
      <w:pPr>
        <w:spacing w:after="0" w:line="240" w:lineRule="auto"/>
      </w:pPr>
      <w:r w:rsidRPr="001B6BDA">
        <w:t>- Giải được bài toán chia đều và tìm chữ số thích hợp trong phép tính.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2. Năng lực chung:</w:t>
      </w:r>
    </w:p>
    <w:p w:rsidR="00A55609" w:rsidRPr="001B6BDA" w:rsidRDefault="00406DDF" w:rsidP="001B6BDA">
      <w:pPr>
        <w:spacing w:after="0" w:line="240" w:lineRule="auto"/>
      </w:pPr>
      <w:r w:rsidRPr="001B6BDA">
        <w:t>- Tự chủ, tự học: tự làm bài cá nhân và kiểm tra kết quả.</w:t>
      </w:r>
    </w:p>
    <w:p w:rsidR="00A55609" w:rsidRPr="001B6BDA" w:rsidRDefault="00406DDF" w:rsidP="001B6BDA">
      <w:pPr>
        <w:spacing w:after="0" w:line="240" w:lineRule="auto"/>
      </w:pPr>
      <w:r w:rsidRPr="001B6BDA">
        <w:t>- Giao tiếp và hợp tác: trao đổi nhóm để giải thích cách tìm chữ số.</w:t>
      </w:r>
    </w:p>
    <w:p w:rsidR="00A55609" w:rsidRPr="001B6BDA" w:rsidRDefault="00406DDF" w:rsidP="001B6BDA">
      <w:pPr>
        <w:spacing w:after="0" w:line="240" w:lineRule="auto"/>
      </w:pPr>
      <w:r w:rsidRPr="001B6BDA">
        <w:t>- Giải quyết vấn đề và sáng tạo: vận dụng phép chia vào tình huống xếp bánh vào hộp.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3. Phẩm chất:</w:t>
      </w:r>
    </w:p>
    <w:p w:rsidR="00A55609" w:rsidRPr="001B6BDA" w:rsidRDefault="00406DDF" w:rsidP="001B6BDA">
      <w:pPr>
        <w:spacing w:after="0" w:line="240" w:lineRule="auto"/>
      </w:pPr>
      <w:r w:rsidRPr="001B6BDA">
        <w:t>- Chăm chỉ: luyện tập đầy đủ các dạng bài.</w:t>
      </w:r>
    </w:p>
    <w:p w:rsidR="00A55609" w:rsidRPr="001B6BDA" w:rsidRDefault="00406DDF" w:rsidP="001B6BDA">
      <w:pPr>
        <w:spacing w:after="0" w:line="240" w:lineRule="auto"/>
      </w:pPr>
      <w:r w:rsidRPr="001B6BDA">
        <w:t>- Trung thực: tự kiểm tra kết quả, không chép bài bạn.</w:t>
      </w:r>
    </w:p>
    <w:p w:rsidR="00A55609" w:rsidRPr="001B6BDA" w:rsidRDefault="00406DDF" w:rsidP="001B6BDA">
      <w:pPr>
        <w:spacing w:after="0" w:line="240" w:lineRule="auto"/>
      </w:pPr>
      <w:r w:rsidRPr="001B6BDA">
        <w:lastRenderedPageBreak/>
        <w:t>- Trách nhiệm: trình bày phép tính rõ ràng, đúng đơn vị.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II. ĐỒ DÙNG DẠY HỌC</w:t>
      </w:r>
    </w:p>
    <w:p w:rsidR="00A55609" w:rsidRPr="001B6BDA" w:rsidRDefault="00406DDF" w:rsidP="001B6BDA">
      <w:pPr>
        <w:spacing w:after="0" w:line="240" w:lineRule="auto"/>
      </w:pPr>
      <w:r w:rsidRPr="001B6BDA">
        <w:t>- Kế hoạch bài dạy, SGK Toán 3 tập một, bài giảng PowerPoint.</w:t>
      </w:r>
    </w:p>
    <w:p w:rsidR="00A55609" w:rsidRPr="001B6BDA" w:rsidRDefault="00406DDF" w:rsidP="001B6BDA">
      <w:pPr>
        <w:spacing w:after="0" w:line="240" w:lineRule="auto"/>
      </w:pPr>
      <w:r w:rsidRPr="001B6BDA">
        <w:t>- Bảng con, phiếu nhóm, vở Toán.</w:t>
      </w:r>
    </w:p>
    <w:p w:rsidR="00A55609" w:rsidRPr="001B6BDA" w:rsidRDefault="00406DDF" w:rsidP="001B6BDA">
      <w:pPr>
        <w:spacing w:after="0" w:line="240" w:lineRule="auto"/>
      </w:pPr>
      <w:r w:rsidRPr="001B6BDA">
        <w:t>- Hình cắt từ SGK trang 114.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III. HOẠT ĐỘNG DẠY HỌC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933"/>
        <w:gridCol w:w="4931"/>
      </w:tblGrid>
      <w:tr w:rsidR="001B6BDA" w:rsidRPr="001B6BDA" w:rsidTr="009E2E16">
        <w:trPr>
          <w:tblHeader/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b/>
              </w:rPr>
              <w:t>Hoạt động của giáo viên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b/>
              </w:rPr>
              <w:t>Hoạt động của học sinh</w:t>
            </w:r>
          </w:p>
        </w:tc>
      </w:tr>
      <w:tr w:rsidR="001B6BDA" w:rsidRPr="001B6BDA" w:rsidTr="009E2E16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1. Khởi động: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Ôn lại tính nhẩm nhân, chia với số tròn trăm.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tổ chức trò chơi “Tiếp sức tính nhẩm”.</w:t>
            </w: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tham gia theo tổ.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nêu: 300 × 3, 800 : 4.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300 × 3 = 900; 800 : 4 = 200.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nhận xét, dẫn dắt vào tiết ôn tập 2.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ghi tên bài.</w:t>
            </w:r>
          </w:p>
        </w:tc>
      </w:tr>
      <w:tr w:rsidR="001B6BDA" w:rsidRPr="001B6BDA" w:rsidTr="009E2E16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2. Luyện tập: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Ôn tập tính nhẩm, đặt tính, kiểm tra đúng sai, giải toán và tìm chữ số thích hợp.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1. Tính nhẩm. (Làm việc cá nhân)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Tính nhẩm.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Bài 1 có các số tròn trăm nào?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Có 300, 400, 200, 500, 800, 700, 600, 400.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Khi nhẩm 500 × 2, em làm thế nào?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5 trăm × 2 = 10 trăm, tức là 1 000.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làm nhanh vào bảng con.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a) 900; 800; 800; 1 000. b) 200; 100; 200; 200.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Có thể nhẩm theo số trăm để tìm kết quả nhanh.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9E2E16">
            <w:pPr>
              <w:spacing w:after="0" w:line="240" w:lineRule="auto"/>
            </w:pPr>
            <w:r w:rsidRPr="001B6BDA">
              <w:rPr>
                <w:b/>
              </w:rPr>
              <w:t>Bài 2. Đặt tính rồi tính. (Làm việc cá nhân)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Đặt tính rồi tính.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Phép nhân 107 × 9 có nhớ không?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Có nhớ ở hàng đơn vị.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Phép chia 569 : 9 có dư không?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Có dư 2.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làm vào vở, đổi vở kiểm tra.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423 × 2 = 846; 107 × 9 = 963; 91 × 8 = 728; 848 : 4 = 212; 740 : 5 = 148; 569 : 9 = 63 (dư 2).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Khi đặt tính cần viết thẳng hàng, với phép chia cần ghi số dư nếu có.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3. Đúng, sai? (Làm việc nhóm 2)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Điền Đ, S.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Câu a đúng hay sai?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Đúng, vì 114 × 6 = 684.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GV hỏi: Câu b đúng hay sai?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Sai, vì 510 : 5 = 102, không phải 12.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nhóm 2 kiểm tra từng phép tính.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a) Đ; b) S.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Cần tính lại hoặc dùng phép tính ngược để kiểm tra kết quả.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4. Bài toán xếp bánh vào hộp. (Làm việc cá nhân)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Các bạn xếp 256 cái bánh vào các hộp, mỗi hộp 8 cái bánh. Hỏi các bạn xếp được bao nhiêu hộp bánh như vậy?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Bài toán cho biết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Có 256 cái bánh, mỗi hộp 8 cái bánh.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Bài toán hỏi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Hỏi xếp được bao nhiêu hộp bánh.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Ta làm phép tính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Ta làm phép chia 256 : 8.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làm bài vào vở.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Các bạn xếp được số hộp bánh là: 256 : 8 = 32 (hộp). Đáp số: 32 hộp bánh.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Chia đều số bánh vào các hộp, ta dùng phép chia.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9E2E16">
            <w:pPr>
              <w:spacing w:after="0" w:line="240" w:lineRule="auto"/>
            </w:pPr>
            <w:r w:rsidRPr="001B6BDA">
              <w:rPr>
                <w:b/>
              </w:rPr>
              <w:t>Bài 5. Tìm chữ số thích hợp. (Làm việc nhóm 4)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Tìm chữ số thích hợp.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Ở câu a, số nào nhân với 4 được số có dạng 60?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152 × 4 = 608.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Ở câu b, số có dạng 3? nhân 7 được số có tận cùng là 6 là số nào?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38 × 7 = 266.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nhóm 4 thử, kiểm tra và điền chữ số thích hợp.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a) 152 × 4 = 608 nên điền 5 và 8; b) 38 × 7 = 266 nên điền 8, 2, 6.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Tìm chữ số thích hợp cần dựa vào bảng nhân, nhớ và kiểm tra lại kết quả.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9E2E16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3. Vận dụng: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Củng cố tính nhẩm, đặt tính và giải toán chia đều.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nêu: Có 180 quyển vở chia đều vào 6 thùng, mỗi thùng có bao nhiêu quyển?</w:t>
            </w: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180 : 6 = 30 quyển.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GV nhận xét, tuyên dương.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nghe.</w:t>
            </w:r>
          </w:p>
        </w:tc>
      </w:tr>
    </w:tbl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IV. ĐIỀU CHỈNH SAU BÀI DẠY:</w:t>
      </w:r>
    </w:p>
    <w:p w:rsidR="00A55609" w:rsidRPr="001B6BDA" w:rsidRDefault="00406DDF" w:rsidP="001B6BDA">
      <w:pPr>
        <w:spacing w:after="0" w:line="240" w:lineRule="auto"/>
      </w:pPr>
      <w:r w:rsidRPr="001B6BDA">
        <w:t>.......................................................................................................................................</w:t>
      </w:r>
    </w:p>
    <w:p w:rsidR="00A55609" w:rsidRPr="001B6BDA" w:rsidRDefault="00406DDF" w:rsidP="001B6BDA">
      <w:pPr>
        <w:spacing w:after="0" w:line="240" w:lineRule="auto"/>
      </w:pPr>
      <w:r w:rsidRPr="001B6BDA">
        <w:t>.......................................................................................................................................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  <w:sz w:val="28"/>
        </w:rPr>
        <w:t>KẾ HOẠCH BÀI DẠY MÔN TOÁN 3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</w:rPr>
        <w:t>CHỦ ĐỀ 7: ÔN TẬP HỌC KÌ I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</w:rPr>
        <w:t>Bài 41: ÔN TẬP PHÉP NHÂN, PHÉP CHIA TRONG PHẠM VI 100, 1 000 (Tiết 3) - Trang 115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I. YÊU CẦU CẦN ĐẠT: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1. Năng lực đặc thù:</w:t>
      </w:r>
    </w:p>
    <w:p w:rsidR="00A55609" w:rsidRPr="001B6BDA" w:rsidRDefault="00406DDF" w:rsidP="001B6BDA">
      <w:pPr>
        <w:spacing w:after="0" w:line="240" w:lineRule="auto"/>
      </w:pPr>
      <w:r w:rsidRPr="001B6BDA">
        <w:t>- Chọn được đáp án đúng cho phép nhân, phép chia và phép chia có dư.</w:t>
      </w:r>
    </w:p>
    <w:p w:rsidR="00A55609" w:rsidRPr="001B6BDA" w:rsidRDefault="00406DDF" w:rsidP="001B6BDA">
      <w:pPr>
        <w:spacing w:after="0" w:line="240" w:lineRule="auto"/>
      </w:pPr>
      <w:r w:rsidRPr="001B6BDA">
        <w:t>- Tìm được thành phần chưa biết trong phép nhân, phép chia.</w:t>
      </w:r>
    </w:p>
    <w:p w:rsidR="00A55609" w:rsidRPr="001B6BDA" w:rsidRDefault="00406DDF" w:rsidP="001B6BDA">
      <w:pPr>
        <w:spacing w:after="0" w:line="240" w:lineRule="auto"/>
      </w:pPr>
      <w:r w:rsidRPr="001B6BDA">
        <w:t>- Giải được bài toán gấp lên một số lần và cộng tổng.</w:t>
      </w:r>
    </w:p>
    <w:p w:rsidR="00A55609" w:rsidRPr="001B6BDA" w:rsidRDefault="00406DDF" w:rsidP="001B6BDA">
      <w:pPr>
        <w:spacing w:after="0" w:line="240" w:lineRule="auto"/>
      </w:pPr>
      <w:r w:rsidRPr="001B6BDA">
        <w:t>- Tìm được một phần mấy của số lượng trong tranh và hoàn thành câu đố chữ số.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2. Năng lực chung:</w:t>
      </w:r>
    </w:p>
    <w:p w:rsidR="00A55609" w:rsidRPr="001B6BDA" w:rsidRDefault="00406DDF" w:rsidP="001B6BDA">
      <w:pPr>
        <w:spacing w:after="0" w:line="240" w:lineRule="auto"/>
      </w:pPr>
      <w:r w:rsidRPr="001B6BDA">
        <w:t>- Tự chủ, tự học: tự tính rồi chọn đáp án đúng.</w:t>
      </w:r>
    </w:p>
    <w:p w:rsidR="00A55609" w:rsidRPr="001B6BDA" w:rsidRDefault="00406DDF" w:rsidP="001B6BDA">
      <w:pPr>
        <w:spacing w:after="0" w:line="240" w:lineRule="auto"/>
      </w:pPr>
      <w:r w:rsidRPr="001B6BDA">
        <w:t>- Giao tiếp và hợp tác: giải thích cách tìm thành phần chưa biết, trao đổi nhóm.</w:t>
      </w:r>
    </w:p>
    <w:p w:rsidR="00A55609" w:rsidRPr="001B6BDA" w:rsidRDefault="00406DDF" w:rsidP="001B6BDA">
      <w:pPr>
        <w:spacing w:after="0" w:line="240" w:lineRule="auto"/>
      </w:pPr>
      <w:r w:rsidRPr="001B6BDA">
        <w:t>- Giải quyết vấn đề và sáng tạo: vận dụng phép nhân, phép chia để giải câu đố.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3. Phẩm chất:</w:t>
      </w:r>
    </w:p>
    <w:p w:rsidR="00A55609" w:rsidRPr="001B6BDA" w:rsidRDefault="00406DDF" w:rsidP="001B6BDA">
      <w:pPr>
        <w:spacing w:after="0" w:line="240" w:lineRule="auto"/>
      </w:pPr>
      <w:r w:rsidRPr="001B6BDA">
        <w:t>- Chăm chỉ: tích cực luyện tập các dạng bài tổng hợp.</w:t>
      </w:r>
    </w:p>
    <w:p w:rsidR="00A55609" w:rsidRPr="001B6BDA" w:rsidRDefault="00406DDF" w:rsidP="001B6BDA">
      <w:pPr>
        <w:spacing w:after="0" w:line="240" w:lineRule="auto"/>
      </w:pPr>
      <w:r w:rsidRPr="001B6BDA">
        <w:t>- Trung thực: nêu rõ cách tính, tự sửa lỗi.</w:t>
      </w:r>
    </w:p>
    <w:p w:rsidR="00A55609" w:rsidRPr="001B6BDA" w:rsidRDefault="00406DDF" w:rsidP="001B6BDA">
      <w:pPr>
        <w:spacing w:after="0" w:line="240" w:lineRule="auto"/>
      </w:pPr>
      <w:r w:rsidRPr="001B6BDA">
        <w:t>- Trách nhiệm: hoàn thành nhiệm vụ cá nhân và hỗ trợ bạn trong nhóm.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II. ĐỒ DÙNG DẠY HỌC</w:t>
      </w:r>
    </w:p>
    <w:p w:rsidR="00A55609" w:rsidRPr="001B6BDA" w:rsidRDefault="00406DDF" w:rsidP="001B6BDA">
      <w:pPr>
        <w:spacing w:after="0" w:line="240" w:lineRule="auto"/>
      </w:pPr>
      <w:r w:rsidRPr="001B6BDA">
        <w:t>- Kế hoạch bài dạy, SGK Toán 3 tập một, bài giảng PowerPoint.</w:t>
      </w:r>
    </w:p>
    <w:p w:rsidR="00A55609" w:rsidRPr="001B6BDA" w:rsidRDefault="00406DDF" w:rsidP="001B6BDA">
      <w:pPr>
        <w:spacing w:after="0" w:line="240" w:lineRule="auto"/>
      </w:pPr>
      <w:r w:rsidRPr="001B6BDA">
        <w:t>- Bảng con, phiếu học tập nhóm, vở Toán.</w:t>
      </w:r>
    </w:p>
    <w:p w:rsidR="00A55609" w:rsidRPr="001B6BDA" w:rsidRDefault="00406DDF" w:rsidP="001B6BDA">
      <w:pPr>
        <w:spacing w:after="0" w:line="240" w:lineRule="auto"/>
      </w:pPr>
      <w:r w:rsidRPr="001B6BDA">
        <w:t>- Hình cắt từ SGK trang 115.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III. HOẠT ĐỘNG DẠY HỌC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932"/>
        <w:gridCol w:w="4932"/>
      </w:tblGrid>
      <w:tr w:rsidR="001B6BDA" w:rsidRPr="001B6BDA" w:rsidTr="009E2E16">
        <w:trPr>
          <w:tblHeader/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b/>
              </w:rPr>
              <w:t>Hoạt động của giáo viên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b/>
              </w:rPr>
              <w:t>Hoạt động của học sinh</w:t>
            </w:r>
          </w:p>
        </w:tc>
      </w:tr>
      <w:tr w:rsidR="001B6BDA" w:rsidRPr="001B6BDA" w:rsidTr="009E2E16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1. Khởi động: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Ôn lại phép nhân, phép chia và tìm thành phần chưa biết.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tổ chức trò chơi “Chọn đáp án nhanh”.</w:t>
            </w: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chuẩn bị bảng con ghi đáp án.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nêu: 192 × 4 bằng bao nhiêu?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192 × 4 = 768.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nhận xét, dẫn dắt vào tiết ôn tập 3.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ghi tên bài.</w:t>
            </w:r>
          </w:p>
        </w:tc>
      </w:tr>
      <w:tr w:rsidR="001B6BDA" w:rsidRPr="001B6BDA" w:rsidTr="009E2E16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2. Luyện tập: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Chọn đáp án đúng, tìm thành phần chưa biết, giải toán và tìm một phần mấy của số.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1. Chọn câu trả lời đúng. (Làm việc cá nhân)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Chọn câu trả lời đúng.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Kết quả của 192 × 4 là bao nhiêu?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Là 768.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GV hỏi: Kết quả của 906 : 3 là bao nhiêu?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Là 302.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Số dư của phép chia 628 : 8 là bao nhiêu?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Là 4.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ghi đáp án vào bảng con.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a) B; b) D; c) C.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Trước khi chọn đáp án, cần tự tính và đối chiếu từng phương 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2. Tìm thành phần chưa biết trong phép tính. (Làm việc nhóm 2)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Tìm thành phần chưa biết trong phép tính.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Muốn tìm thừa số chưa biết, ta làm thế nào?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Lấy tích chia cho thừa số đã biết.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Muốn tìm số chia, ta làm thế nào?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Lấy số bị chia chia cho thương.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nhóm 2 làm bài và giải thích cách tìm.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a) 31 × 6 = 186; b) 15 × 7 = 105; c) 72 : 9 = 8.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Tìm thành phần chưa biết cần dựa vào quan hệ giữa phép nhân và phép chia.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3. Bài toán hái hoa. (Làm việc cá nhân)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Mi hái được 25 bông hoa, Mai hái được số bông hoa gấp 3 lần của Mi. Hỏi cả hai chị em hái được bao nhiêu bông hoa?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Mi hái được bao nhiêu bông hoa?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Mi hái được 25 bông hoa.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Mai hái được như thế nào so với Mi?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Mai hái gấp 3 lần của Mi.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Muốn biết cả hai chị em hái được bao nhiêu bông hoa, cần tìm gì trước?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Cần tìm số bông hoa Mai hái được trước.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làm bài vào vở, 1 HS làm bảng lớp.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Mai hái được 25 × 3 = 75 (bông hoa). Cả hai chị em hái được 25 + 75 = 100 (bông hoa). Đáp số: 100 bông hoa.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Bài toán có hai bước cần tìm số bông hoa của Mai rồi cộng với số bông hoa của Mi.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4. Số? (Làm việc nhóm 2)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Tìm một phần mấy số ngôi sao.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Có tất cả bao nhiêu ngôi sao?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Có 15 ngôi sao.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Một phần ba của 15 là bao nhiêu?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Là 5.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Một phần năm của 15 là bao nhiêu?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Là 3.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thảo luận nhóm 2 và điền số vào ô trống.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a) 1/3 số ngôi sao là 5 ngôi sao; b) 1/5 số ngôi sao là 3 ngôi sao.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Muốn tìm một phần mấy của một số, ta lấy số đó chia cho số phần bằng nhau.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5. Đố em! (Làm việc nhóm 4)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Chọn chữ số 1, 2, 3 thích hợp thay cho dấu ?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Ta cần tạo phép nhân có kết quả bằng bao nhiêu?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Kết quả bằng 63.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Trong các chữ số 1, 2, 3, số nào tạo được phép nhân đúng?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21 × 3 = 63.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nhóm 4 thử các chữ số và kiểm tra kết quả.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Điền 21 × 3 = 63.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Khi giải câu đố chữ số, cần thử có căn cứ và kiểm tra lại bằng phép nhân.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5A359D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3. Vận dụng: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Củng cố phép nhân, phép chia qua tình huống thực tế.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nêu: Một thùng có 24 quyển sách, 3 thùng có bao nhiêu quyển sách?</w:t>
            </w: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24 × 3 = 72 quyển sách.</w:t>
            </w:r>
          </w:p>
        </w:tc>
      </w:tr>
      <w:tr w:rsidR="001B6BDA" w:rsidRPr="001B6BDA" w:rsidTr="009E2E16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nhận xét, tuyên dương và dặn HS chuẩn bị bài 42.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nghe.</w:t>
            </w:r>
          </w:p>
        </w:tc>
      </w:tr>
    </w:tbl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IV. ĐIỀU CHỈNH SAU BÀI DẠY:</w:t>
      </w:r>
    </w:p>
    <w:p w:rsidR="00A55609" w:rsidRPr="001B6BDA" w:rsidRDefault="00406DDF" w:rsidP="001B6BDA">
      <w:pPr>
        <w:spacing w:after="0" w:line="240" w:lineRule="auto"/>
      </w:pPr>
      <w:r w:rsidRPr="001B6BDA">
        <w:t>.......................................................................................................................................</w:t>
      </w:r>
    </w:p>
    <w:p w:rsidR="00A55609" w:rsidRPr="001B6BDA" w:rsidRDefault="00406DDF" w:rsidP="001B6BDA">
      <w:pPr>
        <w:spacing w:after="0" w:line="240" w:lineRule="auto"/>
      </w:pPr>
      <w:r w:rsidRPr="001B6BDA">
        <w:t>.......................................................................................................................................</w:t>
      </w:r>
    </w:p>
    <w:p w:rsidR="00A55609" w:rsidRPr="001B6BDA" w:rsidRDefault="00406DDF" w:rsidP="001B6BDA">
      <w:pPr>
        <w:spacing w:after="0" w:line="240" w:lineRule="auto"/>
      </w:pPr>
      <w:r w:rsidRPr="001B6BDA">
        <w:br w:type="page"/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  <w:sz w:val="28"/>
        </w:rPr>
        <w:lastRenderedPageBreak/>
        <w:t>KẾ HOẠCH BÀI DẠY MÔN TOÁN 3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</w:rPr>
        <w:t>CHỦ ĐỀ 7: ÔN TẬP HỌC KÌ I</w:t>
      </w:r>
    </w:p>
    <w:p w:rsidR="00A55609" w:rsidRPr="001B6BDA" w:rsidRDefault="00406DDF" w:rsidP="001B6BDA">
      <w:pPr>
        <w:spacing w:after="0" w:line="240" w:lineRule="auto"/>
        <w:jc w:val="center"/>
      </w:pPr>
      <w:r w:rsidRPr="001B6BDA">
        <w:rPr>
          <w:b/>
        </w:rPr>
        <w:t>Bài 42: ÔN TẬP BIỂU THỨC SỐ (Tiết 1) - Trang 116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I. YÊU CẦU CẦN ĐẠT: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1. Năng lực đặc thù:</w:t>
      </w:r>
    </w:p>
    <w:p w:rsidR="00A55609" w:rsidRPr="001B6BDA" w:rsidRDefault="00406DDF" w:rsidP="001B6BDA">
      <w:pPr>
        <w:spacing w:after="0" w:line="240" w:lineRule="auto"/>
      </w:pPr>
      <w:r w:rsidRPr="001B6BDA">
        <w:t>- Tính được giá trị biểu thức có phép cộng, trừ, nhân, chia.</w:t>
      </w:r>
    </w:p>
    <w:p w:rsidR="00A55609" w:rsidRPr="001B6BDA" w:rsidRDefault="00406DDF" w:rsidP="001B6BDA">
      <w:pPr>
        <w:spacing w:after="0" w:line="240" w:lineRule="auto"/>
      </w:pPr>
      <w:r w:rsidRPr="001B6BDA">
        <w:t>- Vận dụng biểu thức số để giải bài toán có nhiều phép tính.</w:t>
      </w:r>
    </w:p>
    <w:p w:rsidR="00A55609" w:rsidRPr="001B6BDA" w:rsidRDefault="00406DDF" w:rsidP="001B6BDA">
      <w:pPr>
        <w:spacing w:after="0" w:line="240" w:lineRule="auto"/>
      </w:pPr>
      <w:r w:rsidRPr="001B6BDA">
        <w:t>- So sánh được giá trị biểu thức với số cho trước.</w:t>
      </w:r>
    </w:p>
    <w:p w:rsidR="00A55609" w:rsidRPr="001B6BDA" w:rsidRDefault="00406DDF" w:rsidP="001B6BDA">
      <w:pPr>
        <w:spacing w:after="0" w:line="240" w:lineRule="auto"/>
      </w:pPr>
      <w:r w:rsidRPr="001B6BDA">
        <w:t>- Chọn được dấu phép tính thích hợp trong biểu thức đơn giản.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2. Năng lực chung:</w:t>
      </w:r>
    </w:p>
    <w:p w:rsidR="00A55609" w:rsidRPr="001B6BDA" w:rsidRDefault="00406DDF" w:rsidP="001B6BDA">
      <w:pPr>
        <w:spacing w:after="0" w:line="240" w:lineRule="auto"/>
      </w:pPr>
      <w:r w:rsidRPr="001B6BDA">
        <w:t>- Tự chủ, tự học: tự xác định thứ tự thực hiện phép tính.</w:t>
      </w:r>
    </w:p>
    <w:p w:rsidR="00A55609" w:rsidRPr="001B6BDA" w:rsidRDefault="00406DDF" w:rsidP="001B6BDA">
      <w:pPr>
        <w:spacing w:after="0" w:line="240" w:lineRule="auto"/>
      </w:pPr>
      <w:r w:rsidRPr="001B6BDA">
        <w:t>- Giao tiếp và hợp tác: trao đổi lí do chọn bước tính trước.</w:t>
      </w:r>
    </w:p>
    <w:p w:rsidR="00A55609" w:rsidRPr="001B6BDA" w:rsidRDefault="00406DDF" w:rsidP="001B6BDA">
      <w:pPr>
        <w:spacing w:after="0" w:line="240" w:lineRule="auto"/>
      </w:pPr>
      <w:r w:rsidRPr="001B6BDA">
        <w:t>- Giải quyết vấn đề và sáng tạo: kéo thả thứ tự thực hiện phép tính trên PowerPoint tương tác.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3. Phẩm chất:</w:t>
      </w:r>
    </w:p>
    <w:p w:rsidR="00A55609" w:rsidRPr="001B6BDA" w:rsidRDefault="00406DDF" w:rsidP="001B6BDA">
      <w:pPr>
        <w:spacing w:after="0" w:line="240" w:lineRule="auto"/>
      </w:pPr>
      <w:r w:rsidRPr="001B6BDA">
        <w:t>- Chăm chỉ: tích cực tính giá trị biểu thức và kiểm tra kết quả.</w:t>
      </w:r>
    </w:p>
    <w:p w:rsidR="00A55609" w:rsidRPr="001B6BDA" w:rsidRDefault="00406DDF" w:rsidP="001B6BDA">
      <w:pPr>
        <w:spacing w:after="0" w:line="240" w:lineRule="auto"/>
      </w:pPr>
      <w:r w:rsidRPr="001B6BDA">
        <w:t>- Trung thực: báo cáo đúng kết quả, sửa lỗi khi sắp xếp sai bước tính.</w:t>
      </w:r>
    </w:p>
    <w:p w:rsidR="00A55609" w:rsidRPr="001B6BDA" w:rsidRDefault="00406DDF" w:rsidP="001B6BDA">
      <w:pPr>
        <w:spacing w:after="0" w:line="240" w:lineRule="auto"/>
      </w:pPr>
      <w:r w:rsidRPr="001B6BDA">
        <w:t>- Trách nhiệm: thao tác với thiết bị số đúng yêu cầu của GV.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4. Tích hợp:</w:t>
      </w:r>
    </w:p>
    <w:p w:rsidR="00A55609" w:rsidRPr="001B6BDA" w:rsidRDefault="00406DDF" w:rsidP="001B6BDA">
      <w:pPr>
        <w:spacing w:after="0" w:line="240" w:lineRule="auto"/>
      </w:pPr>
      <w:r w:rsidRPr="001B6BDA">
        <w:t>- Tích hợp NLS 5.1.CB1a: GV dùng PowerPoint tương tác cho HS kéo thả thứ tự thực hiện phép tính trong biểu thức; HS nêu lí do chọn bước tính trước và điều chỉnh khi sắp xếp sai.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II. ĐỒ DÙNG DẠY HỌC</w:t>
      </w:r>
    </w:p>
    <w:p w:rsidR="00A55609" w:rsidRPr="001B6BDA" w:rsidRDefault="00406DDF" w:rsidP="001B6BDA">
      <w:pPr>
        <w:spacing w:after="0" w:line="240" w:lineRule="auto"/>
      </w:pPr>
      <w:r w:rsidRPr="001B6BDA">
        <w:t>- Kế hoạch bài dạy, SGK Toán 3 tập một, bài giảng PowerPoint.</w:t>
      </w:r>
    </w:p>
    <w:p w:rsidR="00A55609" w:rsidRPr="001B6BDA" w:rsidRDefault="00406DDF" w:rsidP="001B6BDA">
      <w:pPr>
        <w:spacing w:after="0" w:line="240" w:lineRule="auto"/>
      </w:pPr>
      <w:r w:rsidRPr="001B6BDA">
        <w:t>- PowerPoint tương tác kéo thả thứ tự phép tính, bảng con, vở Toán.</w:t>
      </w:r>
    </w:p>
    <w:p w:rsidR="00A55609" w:rsidRPr="001B6BDA" w:rsidRDefault="00406DDF" w:rsidP="001B6BDA">
      <w:pPr>
        <w:spacing w:after="0" w:line="240" w:lineRule="auto"/>
      </w:pPr>
      <w:r w:rsidRPr="001B6BDA">
        <w:t>- Hình cắt từ SGK trang 116.</w:t>
      </w:r>
    </w:p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III. HOẠT ĐỘNG DẠY HỌC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992"/>
        <w:gridCol w:w="4872"/>
      </w:tblGrid>
      <w:tr w:rsidR="001B6BDA" w:rsidRPr="001B6BDA" w:rsidTr="005A359D">
        <w:trPr>
          <w:tblHeader/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b/>
              </w:rPr>
              <w:t>Hoạt động của giáo viên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b/>
              </w:rPr>
              <w:t>Hoạt động của học sinh</w:t>
            </w:r>
          </w:p>
        </w:tc>
      </w:tr>
      <w:tr w:rsidR="001B6BDA" w:rsidRPr="001B6BDA" w:rsidTr="005A359D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1. Khởi động: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Ôn lại thứ tự thực hiện phép tính trong biểu thức.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tổ chức trò chơi “Bước nào trước?”.</w:t>
            </w: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tham gia trò chơi bằng bảng con.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nêu biểu thức 14 × 6 - 29 và hỏi tính phép nào trước.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Tính phép nhân trước.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nhận xét, dẫn dắt vào bài ôn tập biểu thức số.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ghi tên bài.</w:t>
            </w:r>
          </w:p>
        </w:tc>
      </w:tr>
      <w:tr w:rsidR="001B6BDA" w:rsidRPr="001B6BDA" w:rsidTr="005A359D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2. Luyện tập: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Tính giá trị biểu thức, giải toán bằng biểu thức và chọn biểu thức có giá trị phù hợp.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 tích hợp NLS 5.1.CB1a: HS kéo thả thứ tự thực hiện phép tính trên PowerPoint tương tác và điều chỉnh khi sắp xếp sai.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1. Tính giá trị của biểu thức. (Làm việc cá nhân)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Tính giá trị của biểu thức.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Biểu thức 731 - 680 + 19 chỉ có cộng, trừ thì tính thế nào?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Tính lần lượt từ trái sang phải.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Biểu thức 348 + 84 : 6 có phép chia và phép cộng thì tính phép nào trước?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Tính phép chia trước.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Tích hợp NLS: GV chiếu PowerPoint tương tác, yêu cầu HS kéo số 1 vào phép tính cần làm trước, số 2 vào bước tiếp theo rồi mới làm vào vở.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a) 731 - 680 + 19 = 70; b) 63 × 2 : 7 = 18; c) 14 × 6 - 29 = 55; d) 348 + 84 : 6 = 362.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Khi biểu thức có nhân/chia và cộng/trừ, cần thực hiện nhân/chia trước, cộng/trừ sau.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2. Bài toán bao gạo, bao ngô. (Làm việc cá nhân)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Mỗi bao gạo cân nặng 30 kg, mỗi bao ngô cân nặng 45 kg. Hỏi 3 bao gạo và 1 bao ngô cân nặng bao nhiêu ki-lô-gam?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Bài toán cho biết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Mỗi bao gạo 30 kg, mỗi bao ngô 45 kg.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Bài toán hỏi gì?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Hỏi 3 bao gạo và 1 bao ngô cân nặng bao nhiêu ki-lô-gam.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Cần tính gì trước?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Tính cân nặng của 3 bao gạo trước.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làm bài vào vở, khuyến khích viết biểu thức.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3 bao gạo và 1 bao ngô cân nặng là: 30 × 3 + 45 = 90 + 45 = 135 (kg). Đáp số: 135 kg.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Có thể dùng biểu thức để trình bày bài toán có nhiều bước tính.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3. Những biểu thức nào có giá trị lớn hơn 80? (Làm việc nhóm 2)</w:t>
            </w:r>
          </w:p>
          <w:p w:rsidR="00A55609" w:rsidRPr="001B6BDA" w:rsidRDefault="00A55609" w:rsidP="001B6BDA">
            <w:pPr>
              <w:spacing w:after="0" w:line="240" w:lineRule="auto"/>
              <w:jc w:val="center"/>
            </w:pP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Những biểu thức nào dưới đây có giá trị lớn hơn 80?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Biểu thức A có giá trị bao nhiêu?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A = 30 × 2 + 20 = 80, không lớn hơn 80.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Biểu thức B có giá trị bao nhiêu?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B = 50 + 100 : 2 = 100, lớn hơn 80.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 xml:space="preserve">- GV yêu cầu nhóm 2 tính từng biểu thức và </w:t>
            </w:r>
            <w:r w:rsidRPr="001B6BDA">
              <w:lastRenderedPageBreak/>
              <w:t>khoanh biểu thức có giá trị lớn hơn 80.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HS thực hiện theo yêu cầu của GV.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lastRenderedPageBreak/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B = 100, C = 90, D = 110 nên các biểu thức lớn hơn 80 là B, C, D.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Muốn so sánh giá trị biểu thức với 80, cần tính đúng giá trị từng biểu thức trước.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rPr>
                <w:b/>
              </w:rPr>
              <w:t>Bài 4. Đố em! (Làm việc nhóm 4)</w:t>
            </w:r>
          </w:p>
          <w:p w:rsidR="00A55609" w:rsidRPr="001B6BDA" w:rsidRDefault="00406DDF" w:rsidP="001B6BDA">
            <w:pPr>
              <w:spacing w:after="0" w:line="240" w:lineRule="auto"/>
              <w:jc w:val="center"/>
            </w:pPr>
            <w:r w:rsidRPr="001B6BDA">
              <w:rPr>
                <w:noProof/>
              </w:rPr>
              <w:drawing>
                <wp:inline distT="0" distB="0" distL="0" distR="0" wp14:anchorId="5DE2C13B" wp14:editId="5F1BEB91">
                  <wp:extent cx="2880360" cy="609307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42_t1_b4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609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quan sát hình trong SGK.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đọc yêu cầu/đề bài.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đọc: Chọn dấu phép tính “+”, “-” thích hợp thay cho dấu ?.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Ta cần thay mấy dấu phép tính?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Cần thay hai dấu phép tính.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hỏi: Làm thế nào để 5 ? 5 ? 5 = 5?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Có thể điền + rồi - hoặc - rồi +.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nhóm 4 thử dấu +, - và kiểm tra kết quả.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thực hiện theo yêu cầu của GV.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mời HS trình bày kết quả, nhận xét bài bạn.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trình bày: 5 + 5 - 5 = 5 hoặc 5 - 5 + 5 = 5.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kết luận: Khi chọn dấu phép tính, cần thử và tính lại để kiểm tra điều kiện đề bài.</w:t>
            </w:r>
          </w:p>
        </w:tc>
        <w:tc>
          <w:tcPr>
            <w:tcW w:w="5000" w:type="dxa"/>
            <w:tcBorders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 và sửa bài nếu cần.</w:t>
            </w:r>
          </w:p>
        </w:tc>
      </w:tr>
      <w:tr w:rsidR="001B6BDA" w:rsidRPr="001B6BDA" w:rsidTr="005A359D">
        <w:trPr>
          <w:jc w:val="center"/>
        </w:trPr>
        <w:tc>
          <w:tcPr>
            <w:tcW w:w="964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bookmarkStart w:id="0" w:name="_GoBack"/>
            <w:r w:rsidRPr="001B6BDA">
              <w:rPr>
                <w:b/>
              </w:rPr>
              <w:t>3. Vận dụng: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- Mục tiêu: Củng cố thứ tự thực hiện phép tính trong biểu thức.</w:t>
            </w:r>
          </w:p>
          <w:p w:rsidR="00A55609" w:rsidRPr="001B6BDA" w:rsidRDefault="00406DDF" w:rsidP="001B6BDA">
            <w:pPr>
              <w:spacing w:after="0" w:line="240" w:lineRule="auto"/>
            </w:pPr>
            <w:r w:rsidRPr="001B6BDA">
              <w:t>*Cách tiến hành:</w:t>
            </w:r>
          </w:p>
        </w:tc>
      </w:tr>
      <w:bookmarkEnd w:id="0"/>
      <w:tr w:rsidR="001B6BDA" w:rsidRPr="001B6BDA" w:rsidTr="005A359D">
        <w:trPr>
          <w:jc w:val="center"/>
        </w:trPr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yêu cầu HS nêu quy tắc tính biểu thức có phép nhân, chia và cộng, trừ.</w:t>
            </w:r>
          </w:p>
        </w:tc>
        <w:tc>
          <w:tcPr>
            <w:tcW w:w="5000" w:type="dxa"/>
            <w:tcBorders>
              <w:top w:val="single" w:sz="8" w:space="0" w:color="000000"/>
            </w:tcBorders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trả lời: Thực hiện nhân, chia trước; cộng, trừ sau.</w:t>
            </w:r>
          </w:p>
        </w:tc>
      </w:tr>
      <w:tr w:rsidR="001B6BDA" w:rsidRPr="001B6BDA" w:rsidTr="005A359D">
        <w:trPr>
          <w:jc w:val="center"/>
        </w:trPr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GV nhận xét, tuyên dương và dặn HS luyện thêm bài ôn tập biểu thức.</w:t>
            </w:r>
          </w:p>
        </w:tc>
        <w:tc>
          <w:tcPr>
            <w:tcW w:w="5000" w:type="dxa"/>
            <w:shd w:val="clear" w:color="auto" w:fill="auto"/>
          </w:tcPr>
          <w:p w:rsidR="00A55609" w:rsidRPr="001B6BDA" w:rsidRDefault="00406DDF" w:rsidP="001B6BDA">
            <w:pPr>
              <w:spacing w:after="0" w:line="240" w:lineRule="auto"/>
            </w:pPr>
            <w:r w:rsidRPr="001B6BDA">
              <w:t>- HS lắng nghe.</w:t>
            </w:r>
          </w:p>
        </w:tc>
      </w:tr>
    </w:tbl>
    <w:p w:rsidR="00A55609" w:rsidRPr="001B6BDA" w:rsidRDefault="00406DDF" w:rsidP="001B6BDA">
      <w:pPr>
        <w:spacing w:after="0" w:line="240" w:lineRule="auto"/>
      </w:pPr>
      <w:r w:rsidRPr="001B6BDA">
        <w:rPr>
          <w:b/>
        </w:rPr>
        <w:t>IV. ĐIỀU CHỈNH SAU BÀI DẠY:</w:t>
      </w:r>
    </w:p>
    <w:p w:rsidR="00A55609" w:rsidRPr="001B6BDA" w:rsidRDefault="00406DDF" w:rsidP="001B6BDA">
      <w:pPr>
        <w:spacing w:after="0" w:line="240" w:lineRule="auto"/>
      </w:pPr>
      <w:r w:rsidRPr="001B6BDA">
        <w:t>.......................................................................................................................................</w:t>
      </w:r>
    </w:p>
    <w:p w:rsidR="00A55609" w:rsidRPr="001B6BDA" w:rsidRDefault="00406DDF" w:rsidP="001B6BDA">
      <w:pPr>
        <w:spacing w:after="0" w:line="240" w:lineRule="auto"/>
      </w:pPr>
      <w:r w:rsidRPr="001B6BDA">
        <w:t>.......................................................................................................................................</w:t>
      </w:r>
    </w:p>
    <w:sectPr w:rsidR="00A55609" w:rsidRPr="001B6BDA" w:rsidSect="00034616">
      <w:pgSz w:w="12240" w:h="15840"/>
      <w:pgMar w:top="1152" w:right="1008" w:bottom="1152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6BDA"/>
    <w:rsid w:val="0029639D"/>
    <w:rsid w:val="00326F90"/>
    <w:rsid w:val="00406DDF"/>
    <w:rsid w:val="005A359D"/>
    <w:rsid w:val="009E2E16"/>
    <w:rsid w:val="00A5560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B6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BD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B6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B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441C3A-A2CA-42F6-B6D3-E6FBF211B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4237</Words>
  <Characters>24155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Administrator</cp:lastModifiedBy>
  <cp:revision>3</cp:revision>
  <dcterms:created xsi:type="dcterms:W3CDTF">2026-06-18T19:04:00Z</dcterms:created>
  <dcterms:modified xsi:type="dcterms:W3CDTF">2026-08-15T03:43:00Z</dcterms:modified>
  <cp:category/>
</cp:coreProperties>
</file>