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BEF" w:rsidRDefault="00CD1F00">
      <w:pPr>
        <w:spacing w:after="40"/>
        <w:jc w:val="center"/>
      </w:pPr>
      <w:r>
        <w:rPr>
          <w:b/>
          <w:sz w:val="32"/>
        </w:rPr>
        <w:t>KẾ HOẠCH BÀI DẠY MÔN TOÁN LỚP 1</w:t>
      </w:r>
    </w:p>
    <w:p w:rsidR="00941BEF" w:rsidRDefault="00CD1F00">
      <w:pPr>
        <w:spacing w:after="40"/>
        <w:jc w:val="center"/>
      </w:pPr>
      <w:r>
        <w:rPr>
          <w:b/>
          <w:sz w:val="28"/>
        </w:rPr>
        <w:t>BỘ SÁCH KẾT NỐI TRI THỨC VỚI CUỘC SỐNG</w:t>
      </w:r>
    </w:p>
    <w:p w:rsidR="00941BEF" w:rsidRDefault="00CD1F00">
      <w:pPr>
        <w:spacing w:after="160"/>
        <w:jc w:val="center"/>
      </w:pPr>
      <w:r>
        <w:rPr>
          <w:b/>
          <w:sz w:val="28"/>
        </w:rPr>
        <w:t>TUẦN 8</w:t>
      </w:r>
    </w:p>
    <w:p w:rsidR="00941BEF" w:rsidRDefault="00CD1F00">
      <w:pPr>
        <w:keepNext/>
        <w:spacing w:before="80" w:after="40"/>
        <w:jc w:val="center"/>
      </w:pPr>
      <w:r>
        <w:rPr>
          <w:b/>
          <w:sz w:val="30"/>
        </w:rPr>
        <w:t>BÀI 7: HÌNH VUÔNG, HÌNH TRÒN, HÌNH TAM GIÁC, HÌNH CHỮ NHẬT - TIẾT 2: LUYỆN TẬP</w:t>
      </w:r>
    </w:p>
    <w:p w:rsidR="00941BEF" w:rsidRDefault="00CD1F00">
      <w:pPr>
        <w:keepNext/>
        <w:spacing w:after="120"/>
        <w:jc w:val="center"/>
      </w:pPr>
      <w:r>
        <w:rPr>
          <w:i/>
        </w:rPr>
        <w:t>Số tiết thực hiện: 01 tiết    -    Thời gian thực hiện: .........................</w:t>
      </w:r>
    </w:p>
    <w:p w:rsidR="00941BEF" w:rsidRDefault="00CD1F00">
      <w:pPr>
        <w:keepNext/>
        <w:spacing w:before="80" w:after="40"/>
      </w:pPr>
      <w:r>
        <w:rPr>
          <w:b/>
        </w:rPr>
        <w:t>I. YÊU CẦU CẦN ĐẠT</w:t>
      </w:r>
    </w:p>
    <w:p w:rsidR="00941BEF" w:rsidRDefault="00CD1F00">
      <w:r>
        <w:rPr>
          <w:b/>
        </w:rPr>
        <w:t>1. Năng lực đặc thù</w:t>
      </w:r>
    </w:p>
    <w:p w:rsidR="00941BEF" w:rsidRDefault="00CD1F00">
      <w:r>
        <w:t>- Củng cố nhận dạng bốn hình phẳng qua hình rời, hình ghép và đồ vật.</w:t>
      </w:r>
    </w:p>
    <w:p w:rsidR="00941BEF" w:rsidRDefault="00CD1F00">
      <w:r>
        <w:t>- Đếm được số hình theo từng loại trong tranh.</w:t>
      </w:r>
    </w:p>
    <w:p w:rsidR="00941BEF" w:rsidRDefault="00CD1F00">
      <w:r>
        <w:t>- Xác định được hình không thuộc nhóm theo yêu cầu.</w:t>
      </w:r>
    </w:p>
    <w:p w:rsidR="00941BEF" w:rsidRDefault="00CD1F00">
      <w:r>
        <w:rPr>
          <w:b/>
        </w:rPr>
        <w:t>2. Năng lực chung</w:t>
      </w:r>
    </w:p>
    <w:p w:rsidR="00941BEF" w:rsidRDefault="00CD1F00">
      <w:r>
        <w:t>- Tự chủ và tự học: Chủ động thực hiện nhiệm vụ; biết tự kiểm tra, điều chỉnh kết quả.</w:t>
      </w:r>
    </w:p>
    <w:p w:rsidR="00941BEF" w:rsidRDefault="00CD1F00">
      <w:r>
        <w:t>- Giao tiếp và hợp tác: Trao đổi cách làm; biết lắng nghe và hỗ trợ bạn trong hoạt động nhóm.</w:t>
      </w:r>
    </w:p>
    <w:p w:rsidR="00941BEF" w:rsidRDefault="00CD1F00">
      <w:r>
        <w:t>- Giải quyết vấn đề và sáng tạo: Vận dụng kiến thức để giải quyết nhiệm vụ gắn với tranh hoặc tình huống thực tế.</w:t>
      </w:r>
    </w:p>
    <w:p w:rsidR="00941BEF" w:rsidRDefault="00CD1F00">
      <w:r>
        <w:rPr>
          <w:b/>
        </w:rPr>
        <w:t>3. Phẩm chất</w:t>
      </w:r>
    </w:p>
    <w:p w:rsidR="00941BEF" w:rsidRDefault="00CD1F00">
      <w:r>
        <w:t>- Chăm chỉ: Tích cực tham gia các hoạt động học tập và hoàn thành bài tập.</w:t>
      </w:r>
    </w:p>
    <w:p w:rsidR="00941BEF" w:rsidRDefault="00CD1F00">
      <w:r>
        <w:t>- Trung thực: Nêu, viết đúng kết quả quan sát và tính toán.</w:t>
      </w:r>
    </w:p>
    <w:p w:rsidR="00941BEF" w:rsidRDefault="00CD1F00">
      <w:r>
        <w:t>- Trách nhiệm: Giữ gìn đồ dùng, thực hiện nhiệm vụ cá nhân và nhiệm vụ nhóm.</w:t>
      </w:r>
    </w:p>
    <w:p w:rsidR="00941BEF" w:rsidRDefault="00CD1F00">
      <w:pPr>
        <w:keepNext/>
        <w:spacing w:before="80" w:after="40"/>
      </w:pPr>
      <w:r>
        <w:rPr>
          <w:b/>
        </w:rPr>
        <w:t>II. ĐỒ DÙNG DẠY HỌC</w:t>
      </w:r>
    </w:p>
    <w:p w:rsidR="00941BEF" w:rsidRDefault="00CD1F00">
      <w:r>
        <w:rPr>
          <w:b/>
        </w:rPr>
        <w:t>1. Giáo viên</w:t>
      </w:r>
    </w:p>
    <w:p w:rsidR="00941BEF" w:rsidRDefault="00CD1F00">
      <w:r>
        <w:t>- SGK Toán 1, Tập một; SGV Toán 1, Tập một.</w:t>
      </w:r>
    </w:p>
    <w:p w:rsidR="00941BEF" w:rsidRDefault="00CD1F00">
      <w:r>
        <w:t>- Tranh cắt đúng nội dung sử dụng từ SGK; bảng phụ; thẻ số; bộ đồ dùng học Toán.</w:t>
      </w:r>
    </w:p>
    <w:p w:rsidR="00941BEF" w:rsidRDefault="00CD1F00">
      <w:r>
        <w:rPr>
          <w:b/>
        </w:rPr>
        <w:t>2. Học sinh</w:t>
      </w:r>
    </w:p>
    <w:p w:rsidR="00941BEF" w:rsidRDefault="00CD1F00">
      <w:r>
        <w:t>- SGK Toán 1; bộ đồ dùng học Toán; bảng con; vở/bút chì.</w:t>
      </w:r>
    </w:p>
    <w:p w:rsidR="00941BEF" w:rsidRDefault="00CD1F00">
      <w:pPr>
        <w:keepNext/>
        <w:spacing w:before="80" w:after="40"/>
      </w:pPr>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102"/>
        <w:gridCol w:w="4649"/>
      </w:tblGrid>
      <w:tr w:rsidR="00941BEF" w:rsidTr="009C5356">
        <w:trPr>
          <w:cantSplit/>
          <w:jc w:val="center"/>
        </w:trPr>
        <w:tc>
          <w:tcPr>
            <w:tcW w:w="9751" w:type="dxa"/>
            <w:gridSpan w:val="2"/>
            <w:tcBorders>
              <w:top w:val="single" w:sz="4" w:space="0" w:color="auto"/>
              <w:bottom w:val="single" w:sz="4" w:space="0" w:color="auto"/>
            </w:tcBorders>
            <w:shd w:val="clear" w:color="auto" w:fill="auto"/>
            <w:tcMar>
              <w:top w:w="60" w:type="dxa"/>
              <w:left w:w="80" w:type="dxa"/>
              <w:bottom w:w="60" w:type="dxa"/>
              <w:right w:w="80" w:type="dxa"/>
            </w:tcMar>
          </w:tcPr>
          <w:p w:rsidR="00941BEF" w:rsidRDefault="00CD1F00">
            <w:r>
              <w:rPr>
                <w:b/>
              </w:rPr>
              <w:t>1. KHỞI ĐỘNG - Chọn đúng hình</w:t>
            </w:r>
          </w:p>
          <w:p w:rsidR="00941BEF" w:rsidRDefault="00CD1F00">
            <w:r>
              <w:rPr>
                <w:b/>
              </w:rPr>
              <w:t>Mục tiêu:</w:t>
            </w:r>
          </w:p>
          <w:p w:rsidR="00941BEF" w:rsidRDefault="00CD1F00">
            <w:r>
              <w:t>- Ôn tên gọi bốn hình đã học.</w:t>
            </w:r>
          </w:p>
          <w:p w:rsidR="00941BEF" w:rsidRDefault="00CD1F00">
            <w:r>
              <w:rPr>
                <w:b/>
              </w:rPr>
              <w:t>Cách tiến hành:</w:t>
            </w:r>
          </w:p>
        </w:tc>
      </w:tr>
      <w:tr w:rsidR="00941BEF" w:rsidTr="009C5356">
        <w:trPr>
          <w:cantSplit/>
          <w:jc w:val="center"/>
        </w:trPr>
        <w:tc>
          <w:tcPr>
            <w:tcW w:w="5102" w:type="dxa"/>
            <w:tcBorders>
              <w:top w:val="single" w:sz="4" w:space="0" w:color="auto"/>
            </w:tcBorders>
            <w:shd w:val="clear" w:color="auto" w:fill="auto"/>
            <w:tcMar>
              <w:top w:w="40" w:type="dxa"/>
              <w:left w:w="80" w:type="dxa"/>
              <w:bottom w:w="40" w:type="dxa"/>
              <w:right w:w="80" w:type="dxa"/>
            </w:tcMar>
          </w:tcPr>
          <w:p w:rsidR="00941BEF" w:rsidRDefault="00CD1F00">
            <w:r>
              <w:t>- GV nêu tên một hình và yêu cầu HS giơ hình tương ứng trong bộ đồ dùng.</w:t>
            </w:r>
          </w:p>
        </w:tc>
        <w:tc>
          <w:tcPr>
            <w:tcW w:w="4649" w:type="dxa"/>
            <w:tcBorders>
              <w:top w:val="single" w:sz="4" w:space="0" w:color="auto"/>
            </w:tcBorders>
            <w:shd w:val="clear" w:color="auto" w:fill="auto"/>
            <w:tcMar>
              <w:top w:w="40" w:type="dxa"/>
              <w:left w:w="80" w:type="dxa"/>
              <w:bottom w:w="40" w:type="dxa"/>
              <w:right w:w="80" w:type="dxa"/>
            </w:tcMar>
          </w:tcPr>
          <w:p w:rsidR="00941BEF" w:rsidRDefault="00CD1F00">
            <w:r>
              <w:t>- HS giơ đúng hình vuông, hình tròn, hình tam giác hoặc hình chữ nhật.</w:t>
            </w:r>
          </w:p>
        </w:tc>
      </w:tr>
      <w:tr w:rsidR="00941BEF" w:rsidTr="009C5356">
        <w:trPr>
          <w:cantSplit/>
          <w:jc w:val="center"/>
        </w:trPr>
        <w:tc>
          <w:tcPr>
            <w:tcW w:w="5102" w:type="dxa"/>
            <w:tcBorders>
              <w:bottom w:val="single" w:sz="4" w:space="0" w:color="auto"/>
            </w:tcBorders>
            <w:shd w:val="clear" w:color="auto" w:fill="auto"/>
            <w:tcMar>
              <w:top w:w="40" w:type="dxa"/>
              <w:left w:w="80" w:type="dxa"/>
              <w:bottom w:w="40" w:type="dxa"/>
              <w:right w:w="80" w:type="dxa"/>
            </w:tcMar>
          </w:tcPr>
          <w:p w:rsidR="00941BEF" w:rsidRDefault="00CD1F00">
            <w:r>
              <w:t>- GV giới thiệu: “Hôm nay, các em luyện đếm và tìm hình trong các tranh ghép.”</w:t>
            </w:r>
          </w:p>
        </w:tc>
        <w:tc>
          <w:tcPr>
            <w:tcW w:w="4649" w:type="dxa"/>
            <w:tcBorders>
              <w:bottom w:val="single" w:sz="4" w:space="0" w:color="auto"/>
            </w:tcBorders>
            <w:shd w:val="clear" w:color="auto" w:fill="auto"/>
            <w:tcMar>
              <w:top w:w="40" w:type="dxa"/>
              <w:left w:w="80" w:type="dxa"/>
              <w:bottom w:w="40" w:type="dxa"/>
              <w:right w:w="80" w:type="dxa"/>
            </w:tcMar>
          </w:tcPr>
          <w:p w:rsidR="00941BEF" w:rsidRDefault="00CD1F00">
            <w:r>
              <w:t>- HS lắng nghe và mở SGK trang 48.</w:t>
            </w:r>
          </w:p>
        </w:tc>
      </w:tr>
      <w:tr w:rsidR="00941BEF" w:rsidTr="009C5356">
        <w:trPr>
          <w:cantSplit/>
          <w:jc w:val="center"/>
        </w:trPr>
        <w:tc>
          <w:tcPr>
            <w:tcW w:w="9751" w:type="dxa"/>
            <w:gridSpan w:val="2"/>
            <w:tcBorders>
              <w:top w:val="single" w:sz="4" w:space="0" w:color="auto"/>
              <w:bottom w:val="single" w:sz="4" w:space="0" w:color="auto"/>
            </w:tcBorders>
            <w:shd w:val="clear" w:color="auto" w:fill="auto"/>
            <w:tcMar>
              <w:top w:w="60" w:type="dxa"/>
              <w:left w:w="80" w:type="dxa"/>
              <w:bottom w:w="60" w:type="dxa"/>
              <w:right w:w="80" w:type="dxa"/>
            </w:tcMar>
          </w:tcPr>
          <w:p w:rsidR="00941BEF" w:rsidRDefault="00CD1F00">
            <w:r>
              <w:rPr>
                <w:b/>
              </w:rPr>
              <w:t>2. LUYỆN TẬP - Bài 1 và Bài 2</w:t>
            </w:r>
          </w:p>
          <w:p w:rsidR="00941BEF" w:rsidRDefault="00CD1F00">
            <w:r>
              <w:rPr>
                <w:b/>
              </w:rPr>
              <w:t>Mục tiêu:</w:t>
            </w:r>
          </w:p>
          <w:p w:rsidR="00941BEF" w:rsidRDefault="00CD1F00">
            <w:r>
              <w:t>- Đếm số hình theo từng loại.</w:t>
            </w:r>
          </w:p>
          <w:p w:rsidR="00941BEF" w:rsidRDefault="00CD1F00">
            <w:r>
              <w:t>- Nhận biết hình vuông, hình tam giác trong hình xếp que tính.</w:t>
            </w:r>
          </w:p>
          <w:p w:rsidR="00941BEF" w:rsidRDefault="00CD1F00">
            <w:r>
              <w:rPr>
                <w:b/>
              </w:rPr>
              <w:t>Cách tiến hành:</w:t>
            </w:r>
          </w:p>
        </w:tc>
      </w:tr>
      <w:tr w:rsidR="00941BEF" w:rsidTr="009C5356">
        <w:trPr>
          <w:cantSplit/>
          <w:jc w:val="center"/>
        </w:trPr>
        <w:tc>
          <w:tcPr>
            <w:tcW w:w="5102" w:type="dxa"/>
            <w:tcBorders>
              <w:top w:val="single" w:sz="4" w:space="0" w:color="auto"/>
            </w:tcBorders>
            <w:shd w:val="clear" w:color="auto" w:fill="auto"/>
            <w:tcMar>
              <w:top w:w="40" w:type="dxa"/>
              <w:left w:w="80" w:type="dxa"/>
              <w:bottom w:w="40" w:type="dxa"/>
              <w:right w:w="80" w:type="dxa"/>
            </w:tcMar>
          </w:tcPr>
          <w:p w:rsidR="00941BEF" w:rsidRDefault="00CD1F00">
            <w:r>
              <w:t xml:space="preserve">- </w:t>
            </w:r>
            <w:r>
              <w:rPr>
                <w:b/>
              </w:rPr>
              <w:t>Bài 1:</w:t>
            </w:r>
            <w:r>
              <w:t xml:space="preserve"> GV hỏi: “Trong tranh có bao nhiêu hình tròn, hình vuông, hình tam giác và hình chữ nhật?”</w:t>
            </w:r>
          </w:p>
          <w:p w:rsidR="00941BEF" w:rsidRDefault="00941BEF">
            <w:pPr>
              <w:spacing w:before="40" w:after="20"/>
              <w:jc w:val="center"/>
            </w:pPr>
          </w:p>
        </w:tc>
        <w:tc>
          <w:tcPr>
            <w:tcW w:w="4649" w:type="dxa"/>
            <w:tcBorders>
              <w:top w:val="single" w:sz="4" w:space="0" w:color="auto"/>
            </w:tcBorders>
            <w:shd w:val="clear" w:color="auto" w:fill="auto"/>
            <w:tcMar>
              <w:top w:w="40" w:type="dxa"/>
              <w:left w:w="80" w:type="dxa"/>
              <w:bottom w:w="40" w:type="dxa"/>
              <w:right w:w="80" w:type="dxa"/>
            </w:tcMar>
          </w:tcPr>
          <w:p w:rsidR="00941BEF" w:rsidRDefault="00CD1F00">
            <w:r>
              <w:t>- HS quan sát và đếm lần lượt từng loại hình.</w:t>
            </w:r>
          </w:p>
        </w:tc>
      </w:tr>
      <w:tr w:rsidR="00941BEF" w:rsidTr="009C5356">
        <w:trPr>
          <w:cantSplit/>
          <w:jc w:val="center"/>
        </w:trPr>
        <w:tc>
          <w:tcPr>
            <w:tcW w:w="5102" w:type="dxa"/>
            <w:shd w:val="clear" w:color="auto" w:fill="auto"/>
            <w:tcMar>
              <w:top w:w="40" w:type="dxa"/>
              <w:left w:w="80" w:type="dxa"/>
              <w:bottom w:w="40" w:type="dxa"/>
              <w:right w:w="80" w:type="dxa"/>
            </w:tcMar>
          </w:tcPr>
          <w:p w:rsidR="00941BEF" w:rsidRDefault="00CD1F00">
            <w:r>
              <w:t>- GV yêu cầu HS ghi kết quả vào vở/SGK.</w:t>
            </w:r>
          </w:p>
        </w:tc>
        <w:tc>
          <w:tcPr>
            <w:tcW w:w="4649" w:type="dxa"/>
            <w:shd w:val="clear" w:color="auto" w:fill="auto"/>
            <w:tcMar>
              <w:top w:w="40" w:type="dxa"/>
              <w:left w:w="80" w:type="dxa"/>
              <w:bottom w:w="40" w:type="dxa"/>
              <w:right w:w="80" w:type="dxa"/>
            </w:tcMar>
          </w:tcPr>
          <w:p w:rsidR="00941BEF" w:rsidRDefault="00CD1F00">
            <w:r>
              <w:t>- HS ghi kết quả theo số hình đã đếm.</w:t>
            </w:r>
          </w:p>
        </w:tc>
      </w:tr>
      <w:tr w:rsidR="00941BEF" w:rsidTr="009C5356">
        <w:trPr>
          <w:cantSplit/>
          <w:jc w:val="center"/>
        </w:trPr>
        <w:tc>
          <w:tcPr>
            <w:tcW w:w="5102" w:type="dxa"/>
            <w:shd w:val="clear" w:color="auto" w:fill="auto"/>
            <w:tcMar>
              <w:top w:w="40" w:type="dxa"/>
              <w:left w:w="80" w:type="dxa"/>
              <w:bottom w:w="40" w:type="dxa"/>
              <w:right w:w="80" w:type="dxa"/>
            </w:tcMar>
          </w:tcPr>
          <w:p w:rsidR="00941BEF" w:rsidRDefault="00CD1F00">
            <w:r>
              <w:lastRenderedPageBreak/>
              <w:t>- GV yêu cầu HS đổi bài kiểm tra theo cặp.</w:t>
            </w:r>
          </w:p>
        </w:tc>
        <w:tc>
          <w:tcPr>
            <w:tcW w:w="4649" w:type="dxa"/>
            <w:shd w:val="clear" w:color="auto" w:fill="auto"/>
            <w:tcMar>
              <w:top w:w="40" w:type="dxa"/>
              <w:left w:w="80" w:type="dxa"/>
              <w:bottom w:w="40" w:type="dxa"/>
              <w:right w:w="80" w:type="dxa"/>
            </w:tcMar>
          </w:tcPr>
          <w:p w:rsidR="00941BEF" w:rsidRDefault="00CD1F00">
            <w:r>
              <w:t>- HS kiểm tra kết quả với bạn.</w:t>
            </w:r>
          </w:p>
        </w:tc>
      </w:tr>
      <w:tr w:rsidR="00941BEF" w:rsidTr="009C5356">
        <w:trPr>
          <w:cantSplit/>
          <w:jc w:val="center"/>
        </w:trPr>
        <w:tc>
          <w:tcPr>
            <w:tcW w:w="5102" w:type="dxa"/>
            <w:shd w:val="clear" w:color="auto" w:fill="auto"/>
            <w:tcMar>
              <w:top w:w="40" w:type="dxa"/>
              <w:left w:w="80" w:type="dxa"/>
              <w:bottom w:w="40" w:type="dxa"/>
              <w:right w:w="80" w:type="dxa"/>
            </w:tcMar>
          </w:tcPr>
          <w:p w:rsidR="00941BEF" w:rsidRDefault="00CD1F00">
            <w:r>
              <w:t>- GV chốt Bài 1: “Muốn đếm chính xác, ta chọn một loại hình để đếm xong rồi mới chuyển sang loại khác.”</w:t>
            </w:r>
          </w:p>
        </w:tc>
        <w:tc>
          <w:tcPr>
            <w:tcW w:w="4649" w:type="dxa"/>
            <w:shd w:val="clear" w:color="auto" w:fill="auto"/>
            <w:tcMar>
              <w:top w:w="40" w:type="dxa"/>
              <w:left w:w="80" w:type="dxa"/>
              <w:bottom w:w="40" w:type="dxa"/>
              <w:right w:w="80" w:type="dxa"/>
            </w:tcMar>
          </w:tcPr>
          <w:p w:rsidR="00941BEF" w:rsidRDefault="00CD1F00">
            <w:r>
              <w:t>- HS sửa bài nếu cần.</w:t>
            </w:r>
          </w:p>
        </w:tc>
      </w:tr>
      <w:tr w:rsidR="00941BEF" w:rsidTr="009C5356">
        <w:trPr>
          <w:cantSplit/>
          <w:jc w:val="center"/>
        </w:trPr>
        <w:tc>
          <w:tcPr>
            <w:tcW w:w="5102" w:type="dxa"/>
            <w:shd w:val="clear" w:color="auto" w:fill="auto"/>
            <w:tcMar>
              <w:top w:w="40" w:type="dxa"/>
              <w:left w:w="80" w:type="dxa"/>
              <w:bottom w:w="40" w:type="dxa"/>
              <w:right w:w="80" w:type="dxa"/>
            </w:tcMar>
          </w:tcPr>
          <w:p w:rsidR="00941BEF" w:rsidRDefault="00CD1F00">
            <w:r>
              <w:t xml:space="preserve">- </w:t>
            </w:r>
            <w:r>
              <w:rPr>
                <w:b/>
              </w:rPr>
              <w:t>Bài 2:</w:t>
            </w:r>
            <w:r>
              <w:t xml:space="preserve"> GV hỏi: “Hình xếp bằng que tính có bao nhiêu hình vuông? Bao nhiêu hình tam giác?”</w:t>
            </w:r>
          </w:p>
          <w:p w:rsidR="00941BEF" w:rsidRDefault="00941BEF">
            <w:pPr>
              <w:spacing w:before="40" w:after="20"/>
              <w:jc w:val="center"/>
            </w:pPr>
          </w:p>
        </w:tc>
        <w:tc>
          <w:tcPr>
            <w:tcW w:w="4649" w:type="dxa"/>
            <w:shd w:val="clear" w:color="auto" w:fill="auto"/>
            <w:tcMar>
              <w:top w:w="40" w:type="dxa"/>
              <w:left w:w="80" w:type="dxa"/>
              <w:bottom w:w="40" w:type="dxa"/>
              <w:right w:w="80" w:type="dxa"/>
            </w:tcMar>
          </w:tcPr>
          <w:p w:rsidR="00941BEF" w:rsidRDefault="00CD1F00">
            <w:r>
              <w:t>- HS quan sát hình que tính và đếm.</w:t>
            </w:r>
          </w:p>
        </w:tc>
      </w:tr>
      <w:tr w:rsidR="00941BEF" w:rsidTr="009C5356">
        <w:trPr>
          <w:cantSplit/>
          <w:jc w:val="center"/>
        </w:trPr>
        <w:tc>
          <w:tcPr>
            <w:tcW w:w="5102" w:type="dxa"/>
            <w:shd w:val="clear" w:color="auto" w:fill="auto"/>
            <w:tcMar>
              <w:top w:w="40" w:type="dxa"/>
              <w:left w:w="80" w:type="dxa"/>
              <w:bottom w:w="40" w:type="dxa"/>
              <w:right w:w="80" w:type="dxa"/>
            </w:tcMar>
          </w:tcPr>
          <w:p w:rsidR="00941BEF" w:rsidRDefault="00CD1F00">
            <w:r>
              <w:t>- GV yêu cầu HS dùng que tính xếp lại hình theo mẫu trong nhóm đôi.</w:t>
            </w:r>
          </w:p>
        </w:tc>
        <w:tc>
          <w:tcPr>
            <w:tcW w:w="4649" w:type="dxa"/>
            <w:shd w:val="clear" w:color="auto" w:fill="auto"/>
            <w:tcMar>
              <w:top w:w="40" w:type="dxa"/>
              <w:left w:w="80" w:type="dxa"/>
              <w:bottom w:w="40" w:type="dxa"/>
              <w:right w:w="80" w:type="dxa"/>
            </w:tcMar>
          </w:tcPr>
          <w:p w:rsidR="00941BEF" w:rsidRDefault="00CD1F00">
            <w:r>
              <w:t>- HS thực hành xếp hình và kiểm tra số hình tạo được.</w:t>
            </w:r>
          </w:p>
        </w:tc>
      </w:tr>
      <w:tr w:rsidR="00941BEF" w:rsidTr="009C5356">
        <w:trPr>
          <w:cantSplit/>
          <w:jc w:val="center"/>
        </w:trPr>
        <w:tc>
          <w:tcPr>
            <w:tcW w:w="5102" w:type="dxa"/>
            <w:tcBorders>
              <w:bottom w:val="single" w:sz="4" w:space="0" w:color="auto"/>
            </w:tcBorders>
            <w:shd w:val="clear" w:color="auto" w:fill="auto"/>
            <w:tcMar>
              <w:top w:w="40" w:type="dxa"/>
              <w:left w:w="80" w:type="dxa"/>
              <w:bottom w:w="40" w:type="dxa"/>
              <w:right w:w="80" w:type="dxa"/>
            </w:tcMar>
          </w:tcPr>
          <w:p w:rsidR="00941BEF" w:rsidRDefault="00CD1F00">
            <w:r>
              <w:t>- GV chốt Bài 2: “Các hình nhỏ có thể ghép thành một hình lớn; cần quan sát đầy đủ khi đếm.”</w:t>
            </w:r>
          </w:p>
        </w:tc>
        <w:tc>
          <w:tcPr>
            <w:tcW w:w="4649" w:type="dxa"/>
            <w:tcBorders>
              <w:bottom w:val="single" w:sz="4" w:space="0" w:color="auto"/>
            </w:tcBorders>
            <w:shd w:val="clear" w:color="auto" w:fill="auto"/>
            <w:tcMar>
              <w:top w:w="40" w:type="dxa"/>
              <w:left w:w="80" w:type="dxa"/>
              <w:bottom w:w="40" w:type="dxa"/>
              <w:right w:w="80" w:type="dxa"/>
            </w:tcMar>
          </w:tcPr>
          <w:p w:rsidR="00941BEF" w:rsidRDefault="00CD1F00">
            <w:r>
              <w:t>- HS lắng nghe và ghi nhớ.</w:t>
            </w:r>
          </w:p>
        </w:tc>
      </w:tr>
      <w:tr w:rsidR="00941BEF" w:rsidTr="009C5356">
        <w:trPr>
          <w:cantSplit/>
          <w:jc w:val="center"/>
        </w:trPr>
        <w:tc>
          <w:tcPr>
            <w:tcW w:w="9751" w:type="dxa"/>
            <w:gridSpan w:val="2"/>
            <w:tcBorders>
              <w:top w:val="single" w:sz="4" w:space="0" w:color="auto"/>
              <w:bottom w:val="single" w:sz="4" w:space="0" w:color="auto"/>
            </w:tcBorders>
            <w:shd w:val="clear" w:color="auto" w:fill="auto"/>
            <w:tcMar>
              <w:top w:w="60" w:type="dxa"/>
              <w:left w:w="80" w:type="dxa"/>
              <w:bottom w:w="60" w:type="dxa"/>
              <w:right w:w="80" w:type="dxa"/>
            </w:tcMar>
          </w:tcPr>
          <w:p w:rsidR="00941BEF" w:rsidRDefault="00CD1F00">
            <w:r>
              <w:rPr>
                <w:b/>
              </w:rPr>
              <w:t>3. LUYỆN TẬP - Bài 3 và Bài 4</w:t>
            </w:r>
          </w:p>
          <w:p w:rsidR="00941BEF" w:rsidRDefault="00CD1F00">
            <w:r>
              <w:rPr>
                <w:b/>
              </w:rPr>
              <w:t>Mục tiêu:</w:t>
            </w:r>
          </w:p>
          <w:p w:rsidR="00941BEF" w:rsidRDefault="00CD1F00">
            <w:r>
              <w:t>- Điền bảng thống kê số hình theo tranh.</w:t>
            </w:r>
          </w:p>
          <w:p w:rsidR="00941BEF" w:rsidRDefault="00CD1F00">
            <w:r>
              <w:t>- Xác định được những hình không phải hình vuông.</w:t>
            </w:r>
          </w:p>
          <w:p w:rsidR="00941BEF" w:rsidRDefault="00CD1F00">
            <w:r>
              <w:rPr>
                <w:b/>
              </w:rPr>
              <w:t>Cách tiến hành:</w:t>
            </w:r>
          </w:p>
        </w:tc>
      </w:tr>
      <w:tr w:rsidR="00941BEF" w:rsidTr="009C5356">
        <w:trPr>
          <w:cantSplit/>
          <w:jc w:val="center"/>
        </w:trPr>
        <w:tc>
          <w:tcPr>
            <w:tcW w:w="5102" w:type="dxa"/>
            <w:tcBorders>
              <w:top w:val="single" w:sz="4" w:space="0" w:color="auto"/>
            </w:tcBorders>
            <w:shd w:val="clear" w:color="auto" w:fill="auto"/>
            <w:tcMar>
              <w:top w:w="40" w:type="dxa"/>
              <w:left w:w="80" w:type="dxa"/>
              <w:bottom w:w="40" w:type="dxa"/>
              <w:right w:w="80" w:type="dxa"/>
            </w:tcMar>
          </w:tcPr>
          <w:p w:rsidR="00941BEF" w:rsidRDefault="00CD1F00">
            <w:r>
              <w:t xml:space="preserve">- </w:t>
            </w:r>
            <w:r>
              <w:rPr>
                <w:b/>
              </w:rPr>
              <w:t>Bài 3:</w:t>
            </w:r>
            <w:r>
              <w:t xml:space="preserve"> GV cho HS quan sát ba hình ghép và hỏi: “Mỗi hình có bao nhiêu hình tròn, hình chữ nhật, hình tam giác, hình vuông?”</w:t>
            </w:r>
          </w:p>
          <w:p w:rsidR="00941BEF" w:rsidRDefault="00941BEF">
            <w:pPr>
              <w:spacing w:before="40" w:after="20"/>
              <w:jc w:val="center"/>
            </w:pPr>
          </w:p>
        </w:tc>
        <w:tc>
          <w:tcPr>
            <w:tcW w:w="4649" w:type="dxa"/>
            <w:tcBorders>
              <w:top w:val="single" w:sz="4" w:space="0" w:color="auto"/>
            </w:tcBorders>
            <w:shd w:val="clear" w:color="auto" w:fill="auto"/>
            <w:tcMar>
              <w:top w:w="40" w:type="dxa"/>
              <w:left w:w="80" w:type="dxa"/>
              <w:bottom w:w="40" w:type="dxa"/>
              <w:right w:w="80" w:type="dxa"/>
            </w:tcMar>
          </w:tcPr>
          <w:p w:rsidR="00941BEF" w:rsidRDefault="00CD1F00">
            <w:r>
              <w:t>- HS quan sát và đếm từng hình.</w:t>
            </w:r>
          </w:p>
        </w:tc>
      </w:tr>
      <w:tr w:rsidR="00941BEF" w:rsidTr="009C5356">
        <w:trPr>
          <w:cantSplit/>
          <w:jc w:val="center"/>
        </w:trPr>
        <w:tc>
          <w:tcPr>
            <w:tcW w:w="5102" w:type="dxa"/>
            <w:shd w:val="clear" w:color="auto" w:fill="auto"/>
            <w:tcMar>
              <w:top w:w="40" w:type="dxa"/>
              <w:left w:w="80" w:type="dxa"/>
              <w:bottom w:w="40" w:type="dxa"/>
              <w:right w:w="80" w:type="dxa"/>
            </w:tcMar>
          </w:tcPr>
          <w:p w:rsidR="00941BEF" w:rsidRDefault="00CD1F00">
            <w:r>
              <w:t>- GV yêu cầu HS hoàn thành bảng vào SGK/vở bài tập.</w:t>
            </w:r>
          </w:p>
        </w:tc>
        <w:tc>
          <w:tcPr>
            <w:tcW w:w="4649" w:type="dxa"/>
            <w:shd w:val="clear" w:color="auto" w:fill="auto"/>
            <w:tcMar>
              <w:top w:w="40" w:type="dxa"/>
              <w:left w:w="80" w:type="dxa"/>
              <w:bottom w:w="40" w:type="dxa"/>
              <w:right w:w="80" w:type="dxa"/>
            </w:tcMar>
          </w:tcPr>
          <w:p w:rsidR="00941BEF" w:rsidRDefault="00CD1F00">
            <w:r>
              <w:t>- HS điền: a) 2 hình tròn, 1 hình chữ nhật, 3 hình tam giác, 0 hình vuông; b) 1 hình tròn, 1 hình chữ nhật, 3 hình tam giác, 0 hình vuông; c) 2 hình tròn, 3 hình chữ nhật, 1 hình tam giác, 0 hình vuông.</w:t>
            </w:r>
          </w:p>
        </w:tc>
      </w:tr>
      <w:tr w:rsidR="00941BEF" w:rsidTr="009C5356">
        <w:trPr>
          <w:cantSplit/>
          <w:jc w:val="center"/>
        </w:trPr>
        <w:tc>
          <w:tcPr>
            <w:tcW w:w="5102" w:type="dxa"/>
            <w:shd w:val="clear" w:color="auto" w:fill="auto"/>
            <w:tcMar>
              <w:top w:w="40" w:type="dxa"/>
              <w:left w:w="80" w:type="dxa"/>
              <w:bottom w:w="40" w:type="dxa"/>
              <w:right w:w="80" w:type="dxa"/>
            </w:tcMar>
          </w:tcPr>
          <w:p w:rsidR="00941BEF" w:rsidRDefault="00CD1F00">
            <w:r>
              <w:t>- GV chốt Bài 3: “Bảng giúp ghi lại kết quả đếm rõ ràng, dễ kiểm tra.”</w:t>
            </w:r>
          </w:p>
        </w:tc>
        <w:tc>
          <w:tcPr>
            <w:tcW w:w="4649" w:type="dxa"/>
            <w:shd w:val="clear" w:color="auto" w:fill="auto"/>
            <w:tcMar>
              <w:top w:w="40" w:type="dxa"/>
              <w:left w:w="80" w:type="dxa"/>
              <w:bottom w:w="40" w:type="dxa"/>
              <w:right w:w="80" w:type="dxa"/>
            </w:tcMar>
          </w:tcPr>
          <w:p w:rsidR="00941BEF" w:rsidRDefault="00CD1F00">
            <w:r>
              <w:t>- HS đối chiếu và sửa bài.</w:t>
            </w:r>
          </w:p>
        </w:tc>
      </w:tr>
      <w:tr w:rsidR="00941BEF" w:rsidTr="009C5356">
        <w:trPr>
          <w:cantSplit/>
          <w:jc w:val="center"/>
        </w:trPr>
        <w:tc>
          <w:tcPr>
            <w:tcW w:w="5102" w:type="dxa"/>
            <w:shd w:val="clear" w:color="auto" w:fill="auto"/>
            <w:tcMar>
              <w:top w:w="40" w:type="dxa"/>
              <w:left w:w="80" w:type="dxa"/>
              <w:bottom w:w="40" w:type="dxa"/>
              <w:right w:w="80" w:type="dxa"/>
            </w:tcMar>
          </w:tcPr>
          <w:p w:rsidR="00941BEF" w:rsidRDefault="00CD1F00">
            <w:r>
              <w:t xml:space="preserve">- </w:t>
            </w:r>
            <w:r>
              <w:rPr>
                <w:b/>
              </w:rPr>
              <w:t>Bài 4:</w:t>
            </w:r>
            <w:r>
              <w:t xml:space="preserve"> GV hỏi: “Những hình nào trong khung không phải là hình vuông?”</w:t>
            </w:r>
          </w:p>
          <w:p w:rsidR="00941BEF" w:rsidRDefault="00941BEF">
            <w:pPr>
              <w:spacing w:before="40" w:after="20"/>
              <w:jc w:val="center"/>
            </w:pPr>
          </w:p>
        </w:tc>
        <w:tc>
          <w:tcPr>
            <w:tcW w:w="4649" w:type="dxa"/>
            <w:shd w:val="clear" w:color="auto" w:fill="auto"/>
            <w:tcMar>
              <w:top w:w="40" w:type="dxa"/>
              <w:left w:w="80" w:type="dxa"/>
              <w:bottom w:w="40" w:type="dxa"/>
              <w:right w:w="80" w:type="dxa"/>
            </w:tcMar>
          </w:tcPr>
          <w:p w:rsidR="00941BEF" w:rsidRDefault="00CD1F00">
            <w:r>
              <w:t>- HS nhận dạng từng hình trong khung.</w:t>
            </w:r>
          </w:p>
        </w:tc>
      </w:tr>
      <w:tr w:rsidR="00941BEF" w:rsidTr="009C5356">
        <w:trPr>
          <w:cantSplit/>
          <w:jc w:val="center"/>
        </w:trPr>
        <w:tc>
          <w:tcPr>
            <w:tcW w:w="5102" w:type="dxa"/>
            <w:shd w:val="clear" w:color="auto" w:fill="auto"/>
            <w:tcMar>
              <w:top w:w="40" w:type="dxa"/>
              <w:left w:w="80" w:type="dxa"/>
              <w:bottom w:w="40" w:type="dxa"/>
              <w:right w:w="80" w:type="dxa"/>
            </w:tcMar>
          </w:tcPr>
          <w:p w:rsidR="00941BEF" w:rsidRDefault="00CD1F00">
            <w:r>
              <w:t>- GV yêu cầu HS khoanh các hình không phải hình vuông.</w:t>
            </w:r>
          </w:p>
        </w:tc>
        <w:tc>
          <w:tcPr>
            <w:tcW w:w="4649" w:type="dxa"/>
            <w:shd w:val="clear" w:color="auto" w:fill="auto"/>
            <w:tcMar>
              <w:top w:w="40" w:type="dxa"/>
              <w:left w:w="80" w:type="dxa"/>
              <w:bottom w:w="40" w:type="dxa"/>
              <w:right w:w="80" w:type="dxa"/>
            </w:tcMar>
          </w:tcPr>
          <w:p w:rsidR="00941BEF" w:rsidRDefault="00CD1F00">
            <w:r>
              <w:t>- HS khoanh hình tròn, hình tam giác và hình chữ nhật.</w:t>
            </w:r>
          </w:p>
        </w:tc>
      </w:tr>
      <w:tr w:rsidR="00941BEF" w:rsidTr="009C5356">
        <w:trPr>
          <w:cantSplit/>
          <w:jc w:val="center"/>
        </w:trPr>
        <w:tc>
          <w:tcPr>
            <w:tcW w:w="5102" w:type="dxa"/>
            <w:tcBorders>
              <w:bottom w:val="single" w:sz="4" w:space="0" w:color="auto"/>
            </w:tcBorders>
            <w:shd w:val="clear" w:color="auto" w:fill="auto"/>
            <w:tcMar>
              <w:top w:w="40" w:type="dxa"/>
              <w:left w:w="80" w:type="dxa"/>
              <w:bottom w:w="40" w:type="dxa"/>
              <w:right w:w="80" w:type="dxa"/>
            </w:tcMar>
          </w:tcPr>
          <w:p w:rsidR="00941BEF" w:rsidRDefault="00CD1F00">
            <w:r>
              <w:t>- GV chốt Bài 4: “Màu sắc không quyết định tên hình; ta cần nhìn hình dạng.”</w:t>
            </w:r>
          </w:p>
        </w:tc>
        <w:tc>
          <w:tcPr>
            <w:tcW w:w="4649" w:type="dxa"/>
            <w:tcBorders>
              <w:bottom w:val="single" w:sz="4" w:space="0" w:color="auto"/>
            </w:tcBorders>
            <w:shd w:val="clear" w:color="auto" w:fill="auto"/>
            <w:tcMar>
              <w:top w:w="40" w:type="dxa"/>
              <w:left w:w="80" w:type="dxa"/>
              <w:bottom w:w="40" w:type="dxa"/>
              <w:right w:w="80" w:type="dxa"/>
            </w:tcMar>
          </w:tcPr>
          <w:p w:rsidR="00941BEF" w:rsidRDefault="00CD1F00">
            <w:r>
              <w:t>- HS nhắc lại kết luận.</w:t>
            </w:r>
          </w:p>
        </w:tc>
      </w:tr>
      <w:tr w:rsidR="00941BEF" w:rsidTr="009C5356">
        <w:trPr>
          <w:cantSplit/>
          <w:jc w:val="center"/>
        </w:trPr>
        <w:tc>
          <w:tcPr>
            <w:tcW w:w="9751" w:type="dxa"/>
            <w:gridSpan w:val="2"/>
            <w:tcBorders>
              <w:top w:val="single" w:sz="4" w:space="0" w:color="auto"/>
              <w:bottom w:val="single" w:sz="4" w:space="0" w:color="auto"/>
            </w:tcBorders>
            <w:shd w:val="clear" w:color="auto" w:fill="auto"/>
            <w:tcMar>
              <w:top w:w="60" w:type="dxa"/>
              <w:left w:w="80" w:type="dxa"/>
              <w:bottom w:w="60" w:type="dxa"/>
              <w:right w:w="80" w:type="dxa"/>
            </w:tcMar>
          </w:tcPr>
          <w:p w:rsidR="00941BEF" w:rsidRDefault="00CD1F00">
            <w:r>
              <w:rPr>
                <w:b/>
              </w:rPr>
              <w:t>4. VẬN DỤNG - CỦNG CỐ</w:t>
            </w:r>
          </w:p>
          <w:p w:rsidR="00941BEF" w:rsidRDefault="00CD1F00">
            <w:r>
              <w:rPr>
                <w:b/>
              </w:rPr>
              <w:t>Mục tiêu:</w:t>
            </w:r>
          </w:p>
          <w:p w:rsidR="00941BEF" w:rsidRDefault="00CD1F00">
            <w:r>
              <w:t>- Nhận dạng hình qua đồ vật trong lớp học.</w:t>
            </w:r>
          </w:p>
          <w:p w:rsidR="00941BEF" w:rsidRDefault="00CD1F00">
            <w:r>
              <w:rPr>
                <w:b/>
              </w:rPr>
              <w:t>Cách tiến hành:</w:t>
            </w:r>
          </w:p>
        </w:tc>
      </w:tr>
      <w:tr w:rsidR="00941BEF" w:rsidTr="009C5356">
        <w:trPr>
          <w:cantSplit/>
          <w:jc w:val="center"/>
        </w:trPr>
        <w:tc>
          <w:tcPr>
            <w:tcW w:w="5102" w:type="dxa"/>
            <w:tcBorders>
              <w:top w:val="single" w:sz="4" w:space="0" w:color="auto"/>
            </w:tcBorders>
            <w:shd w:val="clear" w:color="auto" w:fill="auto"/>
            <w:tcMar>
              <w:top w:w="40" w:type="dxa"/>
              <w:left w:w="80" w:type="dxa"/>
              <w:bottom w:w="40" w:type="dxa"/>
              <w:right w:w="80" w:type="dxa"/>
            </w:tcMar>
          </w:tcPr>
          <w:p w:rsidR="00941BEF" w:rsidRDefault="00CD1F00">
            <w:r>
              <w:t>- GV yêu cầu HS tìm trong lớp một đồ vật có dạng mỗi hình đã học.</w:t>
            </w:r>
          </w:p>
        </w:tc>
        <w:tc>
          <w:tcPr>
            <w:tcW w:w="4649" w:type="dxa"/>
            <w:tcBorders>
              <w:top w:val="single" w:sz="4" w:space="0" w:color="auto"/>
            </w:tcBorders>
            <w:shd w:val="clear" w:color="auto" w:fill="auto"/>
            <w:tcMar>
              <w:top w:w="40" w:type="dxa"/>
              <w:left w:w="80" w:type="dxa"/>
              <w:bottom w:w="40" w:type="dxa"/>
              <w:right w:w="80" w:type="dxa"/>
            </w:tcMar>
          </w:tcPr>
          <w:p w:rsidR="00941BEF" w:rsidRDefault="00CD1F00">
            <w:r>
              <w:t>- HS nêu ví dụ về hình vuông, hình tròn, hình tam giác, hình chữ nhật.</w:t>
            </w:r>
          </w:p>
        </w:tc>
      </w:tr>
      <w:tr w:rsidR="00941BEF" w:rsidTr="009C5356">
        <w:trPr>
          <w:cantSplit/>
          <w:jc w:val="center"/>
        </w:trPr>
        <w:tc>
          <w:tcPr>
            <w:tcW w:w="5102" w:type="dxa"/>
            <w:shd w:val="clear" w:color="auto" w:fill="auto"/>
            <w:tcMar>
              <w:top w:w="40" w:type="dxa"/>
              <w:left w:w="80" w:type="dxa"/>
              <w:bottom w:w="40" w:type="dxa"/>
              <w:right w:w="80" w:type="dxa"/>
            </w:tcMar>
          </w:tcPr>
          <w:p w:rsidR="00941BEF" w:rsidRDefault="00CD1F00">
            <w:r>
              <w:t>- GV dặn HS chuẩn bị giấy màu, kéo và hồ dán cho bài học STEM tiếp theo.</w:t>
            </w:r>
          </w:p>
        </w:tc>
        <w:tc>
          <w:tcPr>
            <w:tcW w:w="4649" w:type="dxa"/>
            <w:shd w:val="clear" w:color="auto" w:fill="auto"/>
            <w:tcMar>
              <w:top w:w="40" w:type="dxa"/>
              <w:left w:w="80" w:type="dxa"/>
              <w:bottom w:w="40" w:type="dxa"/>
              <w:right w:w="80" w:type="dxa"/>
            </w:tcMar>
          </w:tcPr>
          <w:p w:rsidR="00941BEF" w:rsidRDefault="00CD1F00">
            <w:r>
              <w:t>- HS ghi nhớ và chuẩn bị.</w:t>
            </w:r>
          </w:p>
        </w:tc>
      </w:tr>
    </w:tbl>
    <w:tbl>
      <w:tblPr>
        <w:tblW w:w="0" w:type="auto"/>
        <w:jc w:val="center"/>
        <w:tblLayout w:type="fixed"/>
        <w:tblLook w:val="04A0" w:firstRow="1" w:lastRow="0" w:firstColumn="1" w:lastColumn="0" w:noHBand="0" w:noVBand="1"/>
      </w:tblPr>
      <w:tblGrid>
        <w:gridCol w:w="9751"/>
      </w:tblGrid>
      <w:tr w:rsidR="00941BEF">
        <w:trPr>
          <w:cantSplit/>
          <w:jc w:val="center"/>
        </w:trPr>
        <w:tc>
          <w:tcPr>
            <w:tcW w:w="9751" w:type="dxa"/>
            <w:tcMar>
              <w:top w:w="40" w:type="dxa"/>
              <w:left w:w="0" w:type="dxa"/>
              <w:bottom w:w="40" w:type="dxa"/>
              <w:right w:w="0" w:type="dxa"/>
            </w:tcMar>
          </w:tcPr>
          <w:p w:rsidR="00941BEF" w:rsidRDefault="00CD1F00">
            <w:r>
              <w:rPr>
                <w:b/>
              </w:rPr>
              <w:lastRenderedPageBreak/>
              <w:t>IV. ĐIỀU CHỈNH SAU BÀI DẠY (NẾU CÓ)</w:t>
            </w:r>
          </w:p>
          <w:p w:rsidR="00941BEF" w:rsidRDefault="00CD1F00">
            <w:r>
              <w:t>........................................................................................................................................................</w:t>
            </w:r>
          </w:p>
          <w:p w:rsidR="00941BEF" w:rsidRDefault="00CD1F00">
            <w:r>
              <w:t>........................................................................................................................................................</w:t>
            </w:r>
          </w:p>
        </w:tc>
      </w:tr>
    </w:tbl>
    <w:p w:rsidR="00941BEF" w:rsidRDefault="00CD1F00">
      <w:pPr>
        <w:keepNext/>
        <w:spacing w:before="80" w:after="40"/>
        <w:jc w:val="center"/>
      </w:pPr>
      <w:r>
        <w:rPr>
          <w:b/>
          <w:sz w:val="30"/>
        </w:rPr>
        <w:t>BÀI HỌC STEM: THỰC HÀNH TRANG TRÍ LỚP HỌC BẰNG CÁC HÌNH HÌNH HỌC - TIẾT 1 (TIẾT 2 TRONG TUẦN 8)</w:t>
      </w:r>
    </w:p>
    <w:p w:rsidR="00941BEF" w:rsidRDefault="00CD1F00">
      <w:pPr>
        <w:keepNext/>
        <w:spacing w:after="120"/>
        <w:jc w:val="center"/>
      </w:pPr>
      <w:r>
        <w:rPr>
          <w:i/>
        </w:rPr>
        <w:t>Số tiết thực hiện: 01 tiết    -    Thời gian thực hiện: .........................</w:t>
      </w:r>
    </w:p>
    <w:p w:rsidR="00941BEF" w:rsidRDefault="00CD1F00">
      <w:pPr>
        <w:keepNext/>
        <w:spacing w:before="80" w:after="40"/>
      </w:pPr>
      <w:r>
        <w:rPr>
          <w:b/>
        </w:rPr>
        <w:t>I. YÊU CẦU CẦN ĐẠT</w:t>
      </w:r>
    </w:p>
    <w:p w:rsidR="00941BEF" w:rsidRDefault="00CD1F00">
      <w:r>
        <w:rPr>
          <w:b/>
        </w:rPr>
        <w:t>1. Năng lực đặc thù</w:t>
      </w:r>
    </w:p>
    <w:p w:rsidR="00941BEF" w:rsidRDefault="00CD1F00">
      <w:r>
        <w:t>- Vận dụng nhận biết hình vuông, hình tròn, hình tam giác, hình chữ nhật trong sản phẩm trang trí.</w:t>
      </w:r>
    </w:p>
    <w:p w:rsidR="00941BEF" w:rsidRDefault="00CD1F00">
      <w:r>
        <w:t>- Nêu được yêu cầu và đề xuất ý tưởng cho sản phẩm trang trí lớp học.</w:t>
      </w:r>
    </w:p>
    <w:p w:rsidR="00941BEF" w:rsidRDefault="00CD1F00">
      <w:r>
        <w:t>- Chọn được vật liệu phù hợp để làm sản phẩm.</w:t>
      </w:r>
    </w:p>
    <w:p w:rsidR="00941BEF" w:rsidRDefault="00CD1F00">
      <w:r>
        <w:rPr>
          <w:b/>
        </w:rPr>
        <w:t>2. Năng lực chung</w:t>
      </w:r>
    </w:p>
    <w:p w:rsidR="00941BEF" w:rsidRDefault="00CD1F00">
      <w:r>
        <w:t>- Tự chủ và tự học: Chủ động thực hiện nhiệm vụ; biết tự kiểm tra, điều chỉnh kết quả.</w:t>
      </w:r>
    </w:p>
    <w:p w:rsidR="00941BEF" w:rsidRDefault="00CD1F00">
      <w:r>
        <w:t>- Giao tiếp và hợp tác: Trao đổi cách làm; biết lắng nghe và hỗ trợ bạn trong hoạt động nhóm.</w:t>
      </w:r>
    </w:p>
    <w:p w:rsidR="00941BEF" w:rsidRDefault="00CD1F00">
      <w:r>
        <w:t>- Giải quyết vấn đề và sáng tạo: Vận dụng kiến thức để giải quyết nhiệm vụ gắn với tranh hoặc tình huống thực tế.</w:t>
      </w:r>
    </w:p>
    <w:p w:rsidR="00941BEF" w:rsidRDefault="00CD1F00">
      <w:r>
        <w:rPr>
          <w:b/>
        </w:rPr>
        <w:t>3. Phẩm chất</w:t>
      </w:r>
    </w:p>
    <w:p w:rsidR="00941BEF" w:rsidRDefault="00CD1F00">
      <w:r>
        <w:t>- Chăm chỉ: Tích cực quan sát, đề xuất ý tưởng.</w:t>
      </w:r>
    </w:p>
    <w:p w:rsidR="00941BEF" w:rsidRDefault="00CD1F00">
      <w:r>
        <w:t>- Trách nhiệm: Giữ gìn vật liệu và sử dụng thiết bị/học liệu đúng hướng dẫn.</w:t>
      </w:r>
    </w:p>
    <w:p w:rsidR="00941BEF" w:rsidRDefault="00CD1F00">
      <w:r>
        <w:t>- Hợp tác: Biết thống nhất ý tưởng trong nhóm.</w:t>
      </w:r>
    </w:p>
    <w:p w:rsidR="00941BEF" w:rsidRDefault="00CD1F00">
      <w:pPr>
        <w:spacing w:before="20"/>
      </w:pPr>
      <w:r>
        <w:rPr>
          <w:b/>
          <w:color w:val="C00000"/>
        </w:rPr>
        <w:t>4. Tích hợp</w:t>
      </w:r>
    </w:p>
    <w:p w:rsidR="00941BEF" w:rsidRDefault="00CD1F00">
      <w:r>
        <w:rPr>
          <w:color w:val="C00000"/>
        </w:rPr>
        <w:t>- Điều chỉnh theo KHGD: Thay Bài 8: Thực hành lắp ghép, xếp hình - Tiết 1 và Tiết 2 bằng Bài học STEM “Thực hành trang trí lớp học bằng các hình hình học” (02 tiết).</w:t>
      </w:r>
    </w:p>
    <w:p w:rsidR="00941BEF" w:rsidRDefault="00CD1F00">
      <w:r>
        <w:rPr>
          <w:color w:val="C00000"/>
        </w:rPr>
        <w:t>- Tích hợp AI - 1.C1.2: Hiểu camera là “mắt” giúp thiết bị/robot thu nhận hình ảnh; AI có thể xử lí hình ảnh để nhận diện các mảnh ghép khi thực hiện nhiệm vụ xếp hình.</w:t>
      </w:r>
    </w:p>
    <w:p w:rsidR="00941BEF" w:rsidRDefault="00CD1F00">
      <w:pPr>
        <w:keepNext/>
        <w:spacing w:before="80" w:after="40"/>
      </w:pPr>
      <w:r>
        <w:rPr>
          <w:b/>
        </w:rPr>
        <w:t>II. ĐỒ DÙNG DẠY HỌC</w:t>
      </w:r>
    </w:p>
    <w:p w:rsidR="00941BEF" w:rsidRDefault="00CD1F00">
      <w:r>
        <w:rPr>
          <w:b/>
        </w:rPr>
        <w:t>1. Giáo viên</w:t>
      </w:r>
    </w:p>
    <w:p w:rsidR="00941BEF" w:rsidRDefault="00CD1F00">
      <w:r>
        <w:t>- Sách/Bài học STEM lớp 1; một số mẫu trang trí; video hoặc hình minh họa robot xếp hình.</w:t>
      </w:r>
    </w:p>
    <w:p w:rsidR="00941BEF" w:rsidRDefault="00CD1F00">
      <w:r>
        <w:t>- Giấy màu; bìa các-tông; bút màu; kéo đầu tròn; hồ dán.</w:t>
      </w:r>
    </w:p>
    <w:p w:rsidR="00941BEF" w:rsidRDefault="00CD1F00">
      <w:r>
        <w:rPr>
          <w:b/>
        </w:rPr>
        <w:t>2. Học sinh</w:t>
      </w:r>
    </w:p>
    <w:p w:rsidR="00941BEF" w:rsidRDefault="00CD1F00">
      <w:r>
        <w:t>- Giấy màu; bút màu; kéo đầu tròn; hồ dán; bộ hình phẳng.</w:t>
      </w:r>
    </w:p>
    <w:p w:rsidR="00941BEF" w:rsidRDefault="00CD1F00">
      <w:pPr>
        <w:keepNext/>
        <w:spacing w:before="80" w:after="40"/>
      </w:pPr>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102"/>
        <w:gridCol w:w="4649"/>
      </w:tblGrid>
      <w:tr w:rsidR="00941BEF" w:rsidTr="009C5356">
        <w:trPr>
          <w:cantSplit/>
          <w:jc w:val="center"/>
        </w:trPr>
        <w:tc>
          <w:tcPr>
            <w:tcW w:w="9751" w:type="dxa"/>
            <w:gridSpan w:val="2"/>
            <w:tcBorders>
              <w:top w:val="single" w:sz="4" w:space="0" w:color="auto"/>
              <w:bottom w:val="single" w:sz="4" w:space="0" w:color="auto"/>
            </w:tcBorders>
            <w:shd w:val="clear" w:color="auto" w:fill="auto"/>
            <w:tcMar>
              <w:top w:w="60" w:type="dxa"/>
              <w:left w:w="80" w:type="dxa"/>
              <w:bottom w:w="60" w:type="dxa"/>
              <w:right w:w="80" w:type="dxa"/>
            </w:tcMar>
          </w:tcPr>
          <w:p w:rsidR="00941BEF" w:rsidRDefault="00CD1F00">
            <w:r>
              <w:rPr>
                <w:b/>
              </w:rPr>
              <w:t>1. KHỞI ĐỘNG - Trò chơi “Tớ tên là gì?”</w:t>
            </w:r>
          </w:p>
          <w:p w:rsidR="00941BEF" w:rsidRDefault="00CD1F00">
            <w:r>
              <w:rPr>
                <w:b/>
              </w:rPr>
              <w:t>Mục tiêu:</w:t>
            </w:r>
          </w:p>
          <w:p w:rsidR="00941BEF" w:rsidRDefault="00CD1F00">
            <w:r>
              <w:t>- Ôn nhận dạng hình phẳng.</w:t>
            </w:r>
          </w:p>
          <w:p w:rsidR="00941BEF" w:rsidRDefault="00CD1F00">
            <w:r>
              <w:t>- Kết nối đến nhiệm vụ ghép hình trang trí.</w:t>
            </w:r>
          </w:p>
          <w:p w:rsidR="00941BEF" w:rsidRDefault="00CD1F00">
            <w:r>
              <w:rPr>
                <w:b/>
              </w:rPr>
              <w:t>Cách tiến hành:</w:t>
            </w:r>
          </w:p>
        </w:tc>
      </w:tr>
      <w:tr w:rsidR="00941BEF" w:rsidTr="009C5356">
        <w:trPr>
          <w:cantSplit/>
          <w:jc w:val="center"/>
        </w:trPr>
        <w:tc>
          <w:tcPr>
            <w:tcW w:w="5102" w:type="dxa"/>
            <w:tcBorders>
              <w:top w:val="single" w:sz="4" w:space="0" w:color="auto"/>
            </w:tcBorders>
            <w:shd w:val="clear" w:color="auto" w:fill="auto"/>
            <w:tcMar>
              <w:top w:w="40" w:type="dxa"/>
              <w:left w:w="80" w:type="dxa"/>
              <w:bottom w:w="40" w:type="dxa"/>
              <w:right w:w="80" w:type="dxa"/>
            </w:tcMar>
          </w:tcPr>
          <w:p w:rsidR="00941BEF" w:rsidRDefault="00CD1F00">
            <w:r>
              <w:t>- GV giơ lần lượt hình vuông, hình tròn, hình tam giác, hình chữ nhật.</w:t>
            </w:r>
          </w:p>
        </w:tc>
        <w:tc>
          <w:tcPr>
            <w:tcW w:w="4649" w:type="dxa"/>
            <w:tcBorders>
              <w:top w:val="single" w:sz="4" w:space="0" w:color="auto"/>
            </w:tcBorders>
            <w:shd w:val="clear" w:color="auto" w:fill="auto"/>
            <w:tcMar>
              <w:top w:w="40" w:type="dxa"/>
              <w:left w:w="80" w:type="dxa"/>
              <w:bottom w:w="40" w:type="dxa"/>
              <w:right w:w="80" w:type="dxa"/>
            </w:tcMar>
          </w:tcPr>
          <w:p w:rsidR="00941BEF" w:rsidRDefault="00CD1F00">
            <w:r>
              <w:t>- HS gọi tên và giơ hình tương ứng.</w:t>
            </w:r>
          </w:p>
        </w:tc>
      </w:tr>
      <w:tr w:rsidR="00941BEF" w:rsidTr="009C5356">
        <w:trPr>
          <w:cantSplit/>
          <w:jc w:val="center"/>
        </w:trPr>
        <w:tc>
          <w:tcPr>
            <w:tcW w:w="5102" w:type="dxa"/>
            <w:shd w:val="clear" w:color="auto" w:fill="auto"/>
            <w:tcMar>
              <w:top w:w="40" w:type="dxa"/>
              <w:left w:w="80" w:type="dxa"/>
              <w:bottom w:w="40" w:type="dxa"/>
              <w:right w:w="80" w:type="dxa"/>
            </w:tcMar>
          </w:tcPr>
          <w:p w:rsidR="00941BEF" w:rsidRDefault="00CD1F00">
            <w:r>
              <w:t>- GV đưa hình ghép đơn giản và hỏi: “Hình này được ghép từ những hình nào?”</w:t>
            </w:r>
          </w:p>
        </w:tc>
        <w:tc>
          <w:tcPr>
            <w:tcW w:w="4649" w:type="dxa"/>
            <w:shd w:val="clear" w:color="auto" w:fill="auto"/>
            <w:tcMar>
              <w:top w:w="40" w:type="dxa"/>
              <w:left w:w="80" w:type="dxa"/>
              <w:bottom w:w="40" w:type="dxa"/>
              <w:right w:w="80" w:type="dxa"/>
            </w:tcMar>
          </w:tcPr>
          <w:p w:rsidR="00941BEF" w:rsidRDefault="00CD1F00">
            <w:r>
              <w:t>- HS nhận biết các hình thành phần.</w:t>
            </w:r>
          </w:p>
        </w:tc>
      </w:tr>
      <w:tr w:rsidR="00941BEF" w:rsidTr="009C5356">
        <w:trPr>
          <w:cantSplit/>
          <w:jc w:val="center"/>
        </w:trPr>
        <w:tc>
          <w:tcPr>
            <w:tcW w:w="5102" w:type="dxa"/>
            <w:tcBorders>
              <w:bottom w:val="single" w:sz="4" w:space="0" w:color="auto"/>
            </w:tcBorders>
            <w:shd w:val="clear" w:color="auto" w:fill="auto"/>
            <w:tcMar>
              <w:top w:w="40" w:type="dxa"/>
              <w:left w:w="80" w:type="dxa"/>
              <w:bottom w:w="40" w:type="dxa"/>
              <w:right w:w="80" w:type="dxa"/>
            </w:tcMar>
          </w:tcPr>
          <w:p w:rsidR="00941BEF" w:rsidRDefault="00CD1F00">
            <w:r>
              <w:lastRenderedPageBreak/>
              <w:t>- GV giới thiệu nhiệm vụ: “Các nhóm sẽ dùng các hình đã học để tạo sản phẩm trang trí lớp học.”</w:t>
            </w:r>
          </w:p>
        </w:tc>
        <w:tc>
          <w:tcPr>
            <w:tcW w:w="4649" w:type="dxa"/>
            <w:tcBorders>
              <w:bottom w:val="single" w:sz="4" w:space="0" w:color="auto"/>
            </w:tcBorders>
            <w:shd w:val="clear" w:color="auto" w:fill="auto"/>
            <w:tcMar>
              <w:top w:w="40" w:type="dxa"/>
              <w:left w:w="80" w:type="dxa"/>
              <w:bottom w:w="40" w:type="dxa"/>
              <w:right w:w="80" w:type="dxa"/>
            </w:tcMar>
          </w:tcPr>
          <w:p w:rsidR="00941BEF" w:rsidRDefault="00CD1F00">
            <w:r>
              <w:t>- HS xác định nhiệm vụ của bài học.</w:t>
            </w:r>
          </w:p>
        </w:tc>
      </w:tr>
      <w:tr w:rsidR="00941BEF" w:rsidTr="009C5356">
        <w:trPr>
          <w:cantSplit/>
          <w:jc w:val="center"/>
        </w:trPr>
        <w:tc>
          <w:tcPr>
            <w:tcW w:w="9751" w:type="dxa"/>
            <w:gridSpan w:val="2"/>
            <w:tcBorders>
              <w:top w:val="single" w:sz="4" w:space="0" w:color="auto"/>
              <w:bottom w:val="single" w:sz="4" w:space="0" w:color="auto"/>
            </w:tcBorders>
            <w:shd w:val="clear" w:color="auto" w:fill="auto"/>
            <w:tcMar>
              <w:top w:w="60" w:type="dxa"/>
              <w:left w:w="80" w:type="dxa"/>
              <w:bottom w:w="60" w:type="dxa"/>
              <w:right w:w="80" w:type="dxa"/>
            </w:tcMar>
          </w:tcPr>
          <w:p w:rsidR="00941BEF" w:rsidRDefault="00CD1F00">
            <w:r>
              <w:rPr>
                <w:b/>
              </w:rPr>
              <w:t>2. KHÁM PHÁ - TÍCH HỢP AI: Camera giúp robot nhìn mảnh ghép</w:t>
            </w:r>
          </w:p>
          <w:p w:rsidR="00941BEF" w:rsidRDefault="00CD1F00">
            <w:r>
              <w:rPr>
                <w:b/>
              </w:rPr>
              <w:t>Mục tiêu:</w:t>
            </w:r>
          </w:p>
          <w:p w:rsidR="00941BEF" w:rsidRDefault="00CD1F00">
            <w:r>
              <w:t>- Nhận biết camera giúp thiết bị thu nhận hình ảnh.</w:t>
            </w:r>
          </w:p>
          <w:p w:rsidR="00941BEF" w:rsidRDefault="00CD1F00">
            <w:r>
              <w:t>- Hiểu sơ giản AI hỗ trợ robot nhận diện mảnh ghép.</w:t>
            </w:r>
          </w:p>
          <w:p w:rsidR="00941BEF" w:rsidRDefault="00CD1F00">
            <w:r>
              <w:rPr>
                <w:color w:val="C00000"/>
              </w:rPr>
              <w:t>- Mục tiêu tích hợp: AI 1.C1.2: camera là “mắt” của máy trong nhiệm vụ nhận diện hình ảnh.</w:t>
            </w:r>
          </w:p>
          <w:p w:rsidR="00941BEF" w:rsidRDefault="00CD1F00">
            <w:r>
              <w:rPr>
                <w:b/>
              </w:rPr>
              <w:t>Cách tiến hành:</w:t>
            </w:r>
          </w:p>
        </w:tc>
      </w:tr>
      <w:tr w:rsidR="00941BEF" w:rsidTr="009C5356">
        <w:trPr>
          <w:cantSplit/>
          <w:jc w:val="center"/>
        </w:trPr>
        <w:tc>
          <w:tcPr>
            <w:tcW w:w="5102" w:type="dxa"/>
            <w:tcBorders>
              <w:top w:val="single" w:sz="4" w:space="0" w:color="auto"/>
            </w:tcBorders>
            <w:shd w:val="clear" w:color="auto" w:fill="auto"/>
            <w:tcMar>
              <w:top w:w="40" w:type="dxa"/>
              <w:left w:w="80" w:type="dxa"/>
              <w:bottom w:w="40" w:type="dxa"/>
              <w:right w:w="80" w:type="dxa"/>
            </w:tcMar>
          </w:tcPr>
          <w:p w:rsidR="00941BEF" w:rsidRDefault="00CD1F00">
            <w:r>
              <w:rPr>
                <w:color w:val="C00000"/>
              </w:rPr>
              <w:t>- TÍCH HỢP AI - GV cho HS xem hình ảnh hoặc đoạn clip ngắn về robot đang xếp các mảnh hình.</w:t>
            </w:r>
          </w:p>
        </w:tc>
        <w:tc>
          <w:tcPr>
            <w:tcW w:w="4649" w:type="dxa"/>
            <w:tcBorders>
              <w:top w:val="single" w:sz="4" w:space="0" w:color="auto"/>
            </w:tcBorders>
            <w:shd w:val="clear" w:color="auto" w:fill="auto"/>
            <w:tcMar>
              <w:top w:w="40" w:type="dxa"/>
              <w:left w:w="80" w:type="dxa"/>
              <w:bottom w:w="40" w:type="dxa"/>
              <w:right w:w="80" w:type="dxa"/>
            </w:tcMar>
          </w:tcPr>
          <w:p w:rsidR="00941BEF" w:rsidRDefault="00CD1F00">
            <w:r>
              <w:t>- HS quan sát robot thực hiện nhiệm vụ xếp hình.</w:t>
            </w:r>
          </w:p>
        </w:tc>
      </w:tr>
      <w:tr w:rsidR="00941BEF" w:rsidTr="009C5356">
        <w:trPr>
          <w:cantSplit/>
          <w:jc w:val="center"/>
        </w:trPr>
        <w:tc>
          <w:tcPr>
            <w:tcW w:w="5102" w:type="dxa"/>
            <w:shd w:val="clear" w:color="auto" w:fill="auto"/>
            <w:tcMar>
              <w:top w:w="40" w:type="dxa"/>
              <w:left w:w="80" w:type="dxa"/>
              <w:bottom w:w="40" w:type="dxa"/>
              <w:right w:w="80" w:type="dxa"/>
            </w:tcMar>
          </w:tcPr>
          <w:p w:rsidR="00941BEF" w:rsidRDefault="00CD1F00">
            <w:r>
              <w:rPr>
                <w:color w:val="C00000"/>
              </w:rPr>
              <w:t>- TÍCH HỢP AI - GV hỏi: “Robot cần bộ phận nào để nhìn thấy mảnh hình trước khi chọn và xếp?”</w:t>
            </w:r>
          </w:p>
        </w:tc>
        <w:tc>
          <w:tcPr>
            <w:tcW w:w="4649" w:type="dxa"/>
            <w:shd w:val="clear" w:color="auto" w:fill="auto"/>
            <w:tcMar>
              <w:top w:w="40" w:type="dxa"/>
              <w:left w:w="80" w:type="dxa"/>
              <w:bottom w:w="40" w:type="dxa"/>
              <w:right w:w="80" w:type="dxa"/>
            </w:tcMar>
          </w:tcPr>
          <w:p w:rsidR="00941BEF" w:rsidRDefault="00CD1F00">
            <w:r>
              <w:t>- HS trả lời: Robot cần camera.</w:t>
            </w:r>
          </w:p>
        </w:tc>
      </w:tr>
      <w:tr w:rsidR="00941BEF" w:rsidTr="009C5356">
        <w:trPr>
          <w:cantSplit/>
          <w:jc w:val="center"/>
        </w:trPr>
        <w:tc>
          <w:tcPr>
            <w:tcW w:w="5102" w:type="dxa"/>
            <w:shd w:val="clear" w:color="auto" w:fill="auto"/>
            <w:tcMar>
              <w:top w:w="40" w:type="dxa"/>
              <w:left w:w="80" w:type="dxa"/>
              <w:bottom w:w="40" w:type="dxa"/>
              <w:right w:w="80" w:type="dxa"/>
            </w:tcMar>
          </w:tcPr>
          <w:p w:rsidR="00941BEF" w:rsidRDefault="00CD1F00">
            <w:r>
              <w:rPr>
                <w:color w:val="C00000"/>
              </w:rPr>
              <w:t>- TÍCH HỢP AI - GV diễn giải: “Camera giống như mắt của robot, thu nhận hình ảnh các mảnh ghép. Chương trình AI xử lí hình ảnh để nhận biết mảnh nào là hình tròn, hình vuông hoặc hình tam giác và xác định vị trí để robot chọn đúng.”</w:t>
            </w:r>
          </w:p>
        </w:tc>
        <w:tc>
          <w:tcPr>
            <w:tcW w:w="4649" w:type="dxa"/>
            <w:shd w:val="clear" w:color="auto" w:fill="auto"/>
            <w:tcMar>
              <w:top w:w="40" w:type="dxa"/>
              <w:left w:w="80" w:type="dxa"/>
              <w:bottom w:w="40" w:type="dxa"/>
              <w:right w:w="80" w:type="dxa"/>
            </w:tcMar>
          </w:tcPr>
          <w:p w:rsidR="00941BEF" w:rsidRDefault="00CD1F00">
            <w:r>
              <w:t>- HS lắng nghe và bước đầu hiểu vai trò của camera, AI.</w:t>
            </w:r>
          </w:p>
        </w:tc>
      </w:tr>
      <w:tr w:rsidR="00941BEF" w:rsidTr="009C5356">
        <w:trPr>
          <w:cantSplit/>
          <w:jc w:val="center"/>
        </w:trPr>
        <w:tc>
          <w:tcPr>
            <w:tcW w:w="5102" w:type="dxa"/>
            <w:shd w:val="clear" w:color="auto" w:fill="auto"/>
            <w:tcMar>
              <w:top w:w="40" w:type="dxa"/>
              <w:left w:w="80" w:type="dxa"/>
              <w:bottom w:w="40" w:type="dxa"/>
              <w:right w:w="80" w:type="dxa"/>
            </w:tcMar>
          </w:tcPr>
          <w:p w:rsidR="00941BEF" w:rsidRDefault="00CD1F00">
            <w:r>
              <w:rPr>
                <w:color w:val="C00000"/>
              </w:rPr>
              <w:t>- TÍCH HỢP AI - GV hỏi: “Nếu mảnh ghép bị che khuất hoặc đặt lộn xộn, robot có thể gặp khó khăn gì?”</w:t>
            </w:r>
          </w:p>
        </w:tc>
        <w:tc>
          <w:tcPr>
            <w:tcW w:w="4649" w:type="dxa"/>
            <w:shd w:val="clear" w:color="auto" w:fill="auto"/>
            <w:tcMar>
              <w:top w:w="40" w:type="dxa"/>
              <w:left w:w="80" w:type="dxa"/>
              <w:bottom w:w="40" w:type="dxa"/>
              <w:right w:w="80" w:type="dxa"/>
            </w:tcMar>
          </w:tcPr>
          <w:p w:rsidR="00941BEF" w:rsidRDefault="00CD1F00">
            <w:r>
              <w:t>- HS trả lời: Robot có thể không nhìn rõ hoặc chọn nhầm mảnh ghép.</w:t>
            </w:r>
          </w:p>
        </w:tc>
      </w:tr>
      <w:tr w:rsidR="00941BEF" w:rsidTr="009C5356">
        <w:trPr>
          <w:cantSplit/>
          <w:jc w:val="center"/>
        </w:trPr>
        <w:tc>
          <w:tcPr>
            <w:tcW w:w="5102" w:type="dxa"/>
            <w:tcBorders>
              <w:bottom w:val="single" w:sz="4" w:space="0" w:color="auto"/>
            </w:tcBorders>
            <w:shd w:val="clear" w:color="auto" w:fill="auto"/>
            <w:tcMar>
              <w:top w:w="40" w:type="dxa"/>
              <w:left w:w="80" w:type="dxa"/>
              <w:bottom w:w="40" w:type="dxa"/>
              <w:right w:w="80" w:type="dxa"/>
            </w:tcMar>
          </w:tcPr>
          <w:p w:rsidR="00941BEF" w:rsidRDefault="00CD1F00">
            <w:r>
              <w:rPr>
                <w:color w:val="C00000"/>
              </w:rPr>
              <w:t>- TÍCH HỢP AI - GV kết luận: “Con người cần sắp xếp hình rõ ràng và lập trình để robot thực hiện đúng; máy chỉ hỗ trợ khi nhận được hình ảnh rõ.”</w:t>
            </w:r>
          </w:p>
        </w:tc>
        <w:tc>
          <w:tcPr>
            <w:tcW w:w="4649" w:type="dxa"/>
            <w:tcBorders>
              <w:bottom w:val="single" w:sz="4" w:space="0" w:color="auto"/>
            </w:tcBorders>
            <w:shd w:val="clear" w:color="auto" w:fill="auto"/>
            <w:tcMar>
              <w:top w:w="40" w:type="dxa"/>
              <w:left w:w="80" w:type="dxa"/>
              <w:bottom w:w="40" w:type="dxa"/>
              <w:right w:w="80" w:type="dxa"/>
            </w:tcMar>
          </w:tcPr>
          <w:p w:rsidR="00941BEF" w:rsidRDefault="00CD1F00">
            <w:r>
              <w:t>- HS ghi nhớ kết luận.</w:t>
            </w:r>
          </w:p>
        </w:tc>
      </w:tr>
      <w:tr w:rsidR="00941BEF" w:rsidTr="009C5356">
        <w:trPr>
          <w:cantSplit/>
          <w:jc w:val="center"/>
        </w:trPr>
        <w:tc>
          <w:tcPr>
            <w:tcW w:w="9751" w:type="dxa"/>
            <w:gridSpan w:val="2"/>
            <w:tcBorders>
              <w:top w:val="single" w:sz="4" w:space="0" w:color="auto"/>
              <w:bottom w:val="single" w:sz="4" w:space="0" w:color="auto"/>
            </w:tcBorders>
            <w:shd w:val="clear" w:color="auto" w:fill="auto"/>
            <w:tcMar>
              <w:top w:w="60" w:type="dxa"/>
              <w:left w:w="80" w:type="dxa"/>
              <w:bottom w:w="60" w:type="dxa"/>
              <w:right w:w="80" w:type="dxa"/>
            </w:tcMar>
          </w:tcPr>
          <w:p w:rsidR="00941BEF" w:rsidRDefault="00CD1F00">
            <w:r>
              <w:rPr>
                <w:b/>
              </w:rPr>
              <w:t>3. XÁC ĐỊNH VẤN ĐỀ - Tiêu chí sản phẩm trang trí</w:t>
            </w:r>
          </w:p>
          <w:p w:rsidR="00941BEF" w:rsidRDefault="00CD1F00">
            <w:r>
              <w:rPr>
                <w:b/>
              </w:rPr>
              <w:t>Mục tiêu:</w:t>
            </w:r>
          </w:p>
          <w:p w:rsidR="00941BEF" w:rsidRDefault="00CD1F00">
            <w:r>
              <w:t>- Xác định được yêu cầu của sản phẩm.</w:t>
            </w:r>
          </w:p>
          <w:p w:rsidR="00941BEF" w:rsidRDefault="00CD1F00">
            <w:r>
              <w:t>- Đề xuất ý tưởng sử dụng các hình đã học.</w:t>
            </w:r>
          </w:p>
          <w:p w:rsidR="00941BEF" w:rsidRDefault="00CD1F00">
            <w:r>
              <w:rPr>
                <w:color w:val="C00000"/>
              </w:rPr>
              <w:t>- Mục tiêu tích hợp: Vận dụng hình học vào sản phẩm STEM.</w:t>
            </w:r>
          </w:p>
          <w:p w:rsidR="00941BEF" w:rsidRDefault="00CD1F00">
            <w:r>
              <w:rPr>
                <w:b/>
              </w:rPr>
              <w:t>Cách tiến hành:</w:t>
            </w:r>
          </w:p>
        </w:tc>
      </w:tr>
      <w:tr w:rsidR="00941BEF" w:rsidTr="009C5356">
        <w:trPr>
          <w:cantSplit/>
          <w:jc w:val="center"/>
        </w:trPr>
        <w:tc>
          <w:tcPr>
            <w:tcW w:w="5102" w:type="dxa"/>
            <w:tcBorders>
              <w:top w:val="single" w:sz="4" w:space="0" w:color="auto"/>
            </w:tcBorders>
            <w:shd w:val="clear" w:color="auto" w:fill="auto"/>
            <w:tcMar>
              <w:top w:w="40" w:type="dxa"/>
              <w:left w:w="80" w:type="dxa"/>
              <w:bottom w:w="40" w:type="dxa"/>
              <w:right w:w="80" w:type="dxa"/>
            </w:tcMar>
          </w:tcPr>
          <w:p w:rsidR="00941BEF" w:rsidRDefault="00CD1F00">
            <w:r>
              <w:t>- GV giới thiệu một số mẫu biển lớp hoặc đồ trang trí được ghép từ các hình phẳng.</w:t>
            </w:r>
          </w:p>
        </w:tc>
        <w:tc>
          <w:tcPr>
            <w:tcW w:w="4649" w:type="dxa"/>
            <w:tcBorders>
              <w:top w:val="single" w:sz="4" w:space="0" w:color="auto"/>
            </w:tcBorders>
            <w:shd w:val="clear" w:color="auto" w:fill="auto"/>
            <w:tcMar>
              <w:top w:w="40" w:type="dxa"/>
              <w:left w:w="80" w:type="dxa"/>
              <w:bottom w:w="40" w:type="dxa"/>
              <w:right w:w="80" w:type="dxa"/>
            </w:tcMar>
          </w:tcPr>
          <w:p w:rsidR="00941BEF" w:rsidRDefault="00CD1F00">
            <w:r>
              <w:t>- HS quan sát và gọi tên hình thành phần.</w:t>
            </w:r>
          </w:p>
        </w:tc>
      </w:tr>
      <w:tr w:rsidR="00941BEF" w:rsidTr="009C5356">
        <w:trPr>
          <w:cantSplit/>
          <w:jc w:val="center"/>
        </w:trPr>
        <w:tc>
          <w:tcPr>
            <w:tcW w:w="5102" w:type="dxa"/>
            <w:shd w:val="clear" w:color="auto" w:fill="auto"/>
            <w:tcMar>
              <w:top w:w="40" w:type="dxa"/>
              <w:left w:w="80" w:type="dxa"/>
              <w:bottom w:w="40" w:type="dxa"/>
              <w:right w:w="80" w:type="dxa"/>
            </w:tcMar>
          </w:tcPr>
          <w:p w:rsidR="00941BEF" w:rsidRDefault="00CD1F00">
            <w:r>
              <w:t>- GV hỏi: “Sản phẩm cần được tạo bởi những hình nào?”</w:t>
            </w:r>
          </w:p>
        </w:tc>
        <w:tc>
          <w:tcPr>
            <w:tcW w:w="4649" w:type="dxa"/>
            <w:shd w:val="clear" w:color="auto" w:fill="auto"/>
            <w:tcMar>
              <w:top w:w="40" w:type="dxa"/>
              <w:left w:w="80" w:type="dxa"/>
              <w:bottom w:w="40" w:type="dxa"/>
              <w:right w:w="80" w:type="dxa"/>
            </w:tcMar>
          </w:tcPr>
          <w:p w:rsidR="00941BEF" w:rsidRDefault="00CD1F00">
            <w:r>
              <w:t>- HS trả lời: Hình vuông, hình tròn, hình tam giác, hình chữ nhật.</w:t>
            </w:r>
          </w:p>
        </w:tc>
      </w:tr>
      <w:tr w:rsidR="00941BEF" w:rsidTr="009C5356">
        <w:trPr>
          <w:cantSplit/>
          <w:jc w:val="center"/>
        </w:trPr>
        <w:tc>
          <w:tcPr>
            <w:tcW w:w="5102" w:type="dxa"/>
            <w:shd w:val="clear" w:color="auto" w:fill="auto"/>
            <w:tcMar>
              <w:top w:w="40" w:type="dxa"/>
              <w:left w:w="80" w:type="dxa"/>
              <w:bottom w:w="40" w:type="dxa"/>
              <w:right w:w="80" w:type="dxa"/>
            </w:tcMar>
          </w:tcPr>
          <w:p w:rsidR="00941BEF" w:rsidRDefault="00CD1F00">
            <w:r>
              <w:t>- GV chốt tiêu chí: “Có sử dụng các hình đã học; trang trí đẹp, sáng tạo; sản phẩm chắc chắn.”</w:t>
            </w:r>
          </w:p>
        </w:tc>
        <w:tc>
          <w:tcPr>
            <w:tcW w:w="4649" w:type="dxa"/>
            <w:shd w:val="clear" w:color="auto" w:fill="auto"/>
            <w:tcMar>
              <w:top w:w="40" w:type="dxa"/>
              <w:left w:w="80" w:type="dxa"/>
              <w:bottom w:w="40" w:type="dxa"/>
              <w:right w:w="80" w:type="dxa"/>
            </w:tcMar>
          </w:tcPr>
          <w:p w:rsidR="00941BEF" w:rsidRDefault="00CD1F00">
            <w:r>
              <w:t>- HS nhắc lại tiêu chí.</w:t>
            </w:r>
          </w:p>
        </w:tc>
      </w:tr>
      <w:tr w:rsidR="00941BEF" w:rsidTr="009C5356">
        <w:trPr>
          <w:cantSplit/>
          <w:jc w:val="center"/>
        </w:trPr>
        <w:tc>
          <w:tcPr>
            <w:tcW w:w="5102" w:type="dxa"/>
            <w:shd w:val="clear" w:color="auto" w:fill="auto"/>
            <w:tcMar>
              <w:top w:w="40" w:type="dxa"/>
              <w:left w:w="80" w:type="dxa"/>
              <w:bottom w:w="40" w:type="dxa"/>
              <w:right w:w="80" w:type="dxa"/>
            </w:tcMar>
          </w:tcPr>
          <w:p w:rsidR="00941BEF" w:rsidRDefault="00CD1F00">
            <w:r>
              <w:t>- GV yêu cầu các nhóm thảo luận ý tưởng sản phẩm.</w:t>
            </w:r>
          </w:p>
        </w:tc>
        <w:tc>
          <w:tcPr>
            <w:tcW w:w="4649" w:type="dxa"/>
            <w:shd w:val="clear" w:color="auto" w:fill="auto"/>
            <w:tcMar>
              <w:top w:w="40" w:type="dxa"/>
              <w:left w:w="80" w:type="dxa"/>
              <w:bottom w:w="40" w:type="dxa"/>
              <w:right w:w="80" w:type="dxa"/>
            </w:tcMar>
          </w:tcPr>
          <w:p w:rsidR="00941BEF" w:rsidRDefault="00CD1F00">
            <w:r>
              <w:t>- HS thảo luận: biển lớp, bông hoa, ngôi nhà, con thuyền hoặc sản phẩm khác.</w:t>
            </w:r>
          </w:p>
        </w:tc>
      </w:tr>
      <w:tr w:rsidR="00941BEF" w:rsidTr="009C5356">
        <w:trPr>
          <w:cantSplit/>
          <w:jc w:val="center"/>
        </w:trPr>
        <w:tc>
          <w:tcPr>
            <w:tcW w:w="5102" w:type="dxa"/>
            <w:tcBorders>
              <w:bottom w:val="single" w:sz="4" w:space="0" w:color="auto"/>
            </w:tcBorders>
            <w:shd w:val="clear" w:color="auto" w:fill="auto"/>
            <w:tcMar>
              <w:top w:w="40" w:type="dxa"/>
              <w:left w:w="80" w:type="dxa"/>
              <w:bottom w:w="40" w:type="dxa"/>
              <w:right w:w="80" w:type="dxa"/>
            </w:tcMar>
          </w:tcPr>
          <w:p w:rsidR="00941BEF" w:rsidRDefault="00CD1F00">
            <w:r>
              <w:t>- GV mời đại diện nhóm trình bày và nhận xét ý tưởng.</w:t>
            </w:r>
          </w:p>
        </w:tc>
        <w:tc>
          <w:tcPr>
            <w:tcW w:w="4649" w:type="dxa"/>
            <w:tcBorders>
              <w:bottom w:val="single" w:sz="4" w:space="0" w:color="auto"/>
            </w:tcBorders>
            <w:shd w:val="clear" w:color="auto" w:fill="auto"/>
            <w:tcMar>
              <w:top w:w="40" w:type="dxa"/>
              <w:left w:w="80" w:type="dxa"/>
              <w:bottom w:w="40" w:type="dxa"/>
              <w:right w:w="80" w:type="dxa"/>
            </w:tcMar>
          </w:tcPr>
          <w:p w:rsidR="00941BEF" w:rsidRDefault="00CD1F00">
            <w:r>
              <w:t>- HS trình bày và tiếp thu góp ý.</w:t>
            </w:r>
          </w:p>
        </w:tc>
      </w:tr>
      <w:tr w:rsidR="00941BEF" w:rsidTr="009C5356">
        <w:trPr>
          <w:cantSplit/>
          <w:jc w:val="center"/>
        </w:trPr>
        <w:tc>
          <w:tcPr>
            <w:tcW w:w="9751" w:type="dxa"/>
            <w:gridSpan w:val="2"/>
            <w:tcBorders>
              <w:top w:val="single" w:sz="4" w:space="0" w:color="auto"/>
              <w:bottom w:val="single" w:sz="4" w:space="0" w:color="auto"/>
            </w:tcBorders>
            <w:shd w:val="clear" w:color="auto" w:fill="auto"/>
            <w:tcMar>
              <w:top w:w="60" w:type="dxa"/>
              <w:left w:w="80" w:type="dxa"/>
              <w:bottom w:w="60" w:type="dxa"/>
              <w:right w:w="80" w:type="dxa"/>
            </w:tcMar>
          </w:tcPr>
          <w:p w:rsidR="00941BEF" w:rsidRDefault="00CD1F00">
            <w:r>
              <w:rPr>
                <w:b/>
              </w:rPr>
              <w:lastRenderedPageBreak/>
              <w:t>4. CỦNG CỐ - DẶN DÒ</w:t>
            </w:r>
          </w:p>
          <w:p w:rsidR="00941BEF" w:rsidRDefault="00CD1F00">
            <w:r>
              <w:rPr>
                <w:b/>
              </w:rPr>
              <w:t>Mục tiêu:</w:t>
            </w:r>
          </w:p>
          <w:p w:rsidR="00941BEF" w:rsidRDefault="00CD1F00">
            <w:r>
              <w:t>- Chuẩn bị thực hành làm sản phẩm ở tiết tiếp theo.</w:t>
            </w:r>
          </w:p>
          <w:p w:rsidR="00941BEF" w:rsidRDefault="00CD1F00">
            <w:r>
              <w:rPr>
                <w:b/>
              </w:rPr>
              <w:t>Cách tiến hành:</w:t>
            </w:r>
          </w:p>
        </w:tc>
      </w:tr>
      <w:tr w:rsidR="00941BEF" w:rsidTr="009C5356">
        <w:trPr>
          <w:cantSplit/>
          <w:jc w:val="center"/>
        </w:trPr>
        <w:tc>
          <w:tcPr>
            <w:tcW w:w="5102" w:type="dxa"/>
            <w:tcBorders>
              <w:top w:val="single" w:sz="4" w:space="0" w:color="auto"/>
            </w:tcBorders>
            <w:shd w:val="clear" w:color="auto" w:fill="auto"/>
            <w:tcMar>
              <w:top w:w="40" w:type="dxa"/>
              <w:left w:w="80" w:type="dxa"/>
              <w:bottom w:w="40" w:type="dxa"/>
              <w:right w:w="80" w:type="dxa"/>
            </w:tcMar>
          </w:tcPr>
          <w:p w:rsidR="00941BEF" w:rsidRDefault="00CD1F00">
            <w:r>
              <w:t>- GV yêu cầu nhóm hoàn thiện bản phác thảo và phân công nhiệm vụ.</w:t>
            </w:r>
          </w:p>
        </w:tc>
        <w:tc>
          <w:tcPr>
            <w:tcW w:w="4649" w:type="dxa"/>
            <w:tcBorders>
              <w:top w:val="single" w:sz="4" w:space="0" w:color="auto"/>
            </w:tcBorders>
            <w:shd w:val="clear" w:color="auto" w:fill="auto"/>
            <w:tcMar>
              <w:top w:w="40" w:type="dxa"/>
              <w:left w:w="80" w:type="dxa"/>
              <w:bottom w:w="40" w:type="dxa"/>
              <w:right w:w="80" w:type="dxa"/>
            </w:tcMar>
          </w:tcPr>
          <w:p w:rsidR="00941BEF" w:rsidRDefault="00CD1F00">
            <w:r>
              <w:t>- HS thống nhất bản phác thảo, phân công bạn cắt, bạn dán, bạn trang trí.</w:t>
            </w:r>
          </w:p>
        </w:tc>
      </w:tr>
      <w:tr w:rsidR="00941BEF" w:rsidTr="009C5356">
        <w:trPr>
          <w:cantSplit/>
          <w:jc w:val="center"/>
        </w:trPr>
        <w:tc>
          <w:tcPr>
            <w:tcW w:w="5102" w:type="dxa"/>
            <w:shd w:val="clear" w:color="auto" w:fill="auto"/>
            <w:tcMar>
              <w:top w:w="40" w:type="dxa"/>
              <w:left w:w="80" w:type="dxa"/>
              <w:bottom w:w="40" w:type="dxa"/>
              <w:right w:w="80" w:type="dxa"/>
            </w:tcMar>
          </w:tcPr>
          <w:p w:rsidR="00941BEF" w:rsidRDefault="00CD1F00">
            <w:r>
              <w:t>- GV nhắc HS chuẩn bị vật liệu và sử dụng kéo an toàn.</w:t>
            </w:r>
          </w:p>
        </w:tc>
        <w:tc>
          <w:tcPr>
            <w:tcW w:w="4649" w:type="dxa"/>
            <w:shd w:val="clear" w:color="auto" w:fill="auto"/>
            <w:tcMar>
              <w:top w:w="40" w:type="dxa"/>
              <w:left w:w="80" w:type="dxa"/>
              <w:bottom w:w="40" w:type="dxa"/>
              <w:right w:w="80" w:type="dxa"/>
            </w:tcMar>
          </w:tcPr>
          <w:p w:rsidR="00941BEF" w:rsidRDefault="00CD1F00">
            <w:r>
              <w:t>- HS ghi nhớ quy tắc an toàn.</w:t>
            </w:r>
          </w:p>
        </w:tc>
      </w:tr>
    </w:tbl>
    <w:tbl>
      <w:tblPr>
        <w:tblW w:w="0" w:type="auto"/>
        <w:jc w:val="center"/>
        <w:tblLayout w:type="fixed"/>
        <w:tblLook w:val="04A0" w:firstRow="1" w:lastRow="0" w:firstColumn="1" w:lastColumn="0" w:noHBand="0" w:noVBand="1"/>
      </w:tblPr>
      <w:tblGrid>
        <w:gridCol w:w="9751"/>
      </w:tblGrid>
      <w:tr w:rsidR="00941BEF">
        <w:trPr>
          <w:cantSplit/>
          <w:jc w:val="center"/>
        </w:trPr>
        <w:tc>
          <w:tcPr>
            <w:tcW w:w="9751" w:type="dxa"/>
            <w:tcMar>
              <w:top w:w="40" w:type="dxa"/>
              <w:left w:w="0" w:type="dxa"/>
              <w:bottom w:w="40" w:type="dxa"/>
              <w:right w:w="0" w:type="dxa"/>
            </w:tcMar>
          </w:tcPr>
          <w:p w:rsidR="00941BEF" w:rsidRDefault="00CD1F00">
            <w:r>
              <w:rPr>
                <w:b/>
              </w:rPr>
              <w:t>IV. ĐIỀU CHỈNH SAU BÀI DẠY (NẾU CÓ)</w:t>
            </w:r>
          </w:p>
          <w:p w:rsidR="00941BEF" w:rsidRDefault="00CD1F00">
            <w:r>
              <w:t>........................................................................................................................................................</w:t>
            </w:r>
          </w:p>
          <w:p w:rsidR="00941BEF" w:rsidRDefault="00CD1F00">
            <w:r>
              <w:t>........................................................................................................................................................</w:t>
            </w:r>
          </w:p>
        </w:tc>
      </w:tr>
    </w:tbl>
    <w:p w:rsidR="00941BEF" w:rsidRDefault="00CD1F00">
      <w:pPr>
        <w:keepNext/>
        <w:spacing w:before="80" w:after="40"/>
        <w:jc w:val="center"/>
      </w:pPr>
      <w:r>
        <w:rPr>
          <w:b/>
          <w:sz w:val="30"/>
        </w:rPr>
        <w:t>BÀI HỌC STEM: THỰC HÀNH TRANG TRÍ LỚP HỌC BẰNG CÁC HÌNH HÌNH HỌC - TIẾT 2 (TIẾT 3 TRONG TUẦN 8)</w:t>
      </w:r>
    </w:p>
    <w:p w:rsidR="00941BEF" w:rsidRDefault="00CD1F00">
      <w:pPr>
        <w:keepNext/>
        <w:spacing w:after="120"/>
        <w:jc w:val="center"/>
      </w:pPr>
      <w:r>
        <w:rPr>
          <w:i/>
        </w:rPr>
        <w:t>Số tiết thực hiện: 01 tiết    -    Thời gian thực hiện: .........................</w:t>
      </w:r>
    </w:p>
    <w:p w:rsidR="00941BEF" w:rsidRDefault="00CD1F00">
      <w:pPr>
        <w:keepNext/>
        <w:spacing w:before="80" w:after="40"/>
      </w:pPr>
      <w:r>
        <w:rPr>
          <w:b/>
        </w:rPr>
        <w:t>I. YÊU CẦU CẦN ĐẠT</w:t>
      </w:r>
    </w:p>
    <w:p w:rsidR="00941BEF" w:rsidRDefault="00CD1F00">
      <w:r>
        <w:rPr>
          <w:b/>
        </w:rPr>
        <w:t>1. Năng lực đặc thù</w:t>
      </w:r>
    </w:p>
    <w:p w:rsidR="00941BEF" w:rsidRDefault="00CD1F00">
      <w:r>
        <w:t>- Làm được sản phẩm trang trí lớp học từ các hình phẳng đã học.</w:t>
      </w:r>
    </w:p>
    <w:p w:rsidR="00941BEF" w:rsidRDefault="00CD1F00">
      <w:r>
        <w:t>- Giới thiệu được hình dạng sử dụng trong sản phẩm.</w:t>
      </w:r>
    </w:p>
    <w:p w:rsidR="00941BEF" w:rsidRDefault="00CD1F00">
      <w:r>
        <w:t>- Kiểm tra, điều chỉnh và đánh giá được sản phẩm.</w:t>
      </w:r>
    </w:p>
    <w:p w:rsidR="00941BEF" w:rsidRDefault="00CD1F00">
      <w:r>
        <w:rPr>
          <w:b/>
        </w:rPr>
        <w:t>2. Năng lực chung</w:t>
      </w:r>
    </w:p>
    <w:p w:rsidR="00941BEF" w:rsidRDefault="00CD1F00">
      <w:r>
        <w:t>- Tự chủ và tự học: Chủ động thực hiện nhiệm vụ; biết tự kiểm tra, điều chỉnh kết quả.</w:t>
      </w:r>
    </w:p>
    <w:p w:rsidR="00941BEF" w:rsidRDefault="00CD1F00">
      <w:r>
        <w:t>- Giao tiếp và hợp tác: Trao đổi cách làm; biết lắng nghe và hỗ trợ bạn trong hoạt động nhóm.</w:t>
      </w:r>
    </w:p>
    <w:p w:rsidR="00941BEF" w:rsidRDefault="00CD1F00">
      <w:r>
        <w:t>- Giải quyết vấn đề và sáng tạo: Vận dụng kiến thức để giải quyết nhiệm vụ gắn với tranh hoặc tình huống thực tế.</w:t>
      </w:r>
    </w:p>
    <w:p w:rsidR="00941BEF" w:rsidRDefault="00CD1F00">
      <w:r>
        <w:rPr>
          <w:b/>
        </w:rPr>
        <w:t>3. Phẩm chất</w:t>
      </w:r>
    </w:p>
    <w:p w:rsidR="00941BEF" w:rsidRDefault="00CD1F00">
      <w:r>
        <w:t>- Chăm chỉ: Kiên trì thực hiện sản phẩm.</w:t>
      </w:r>
    </w:p>
    <w:p w:rsidR="00941BEF" w:rsidRDefault="00CD1F00">
      <w:r>
        <w:t>- Trách nhiệm: Thao tác an toàn và giữ vệ sinh lớp học.</w:t>
      </w:r>
    </w:p>
    <w:p w:rsidR="00941BEF" w:rsidRDefault="00CD1F00">
      <w:r>
        <w:t>- Hợp tác: Phân công, hỗ trợ và góp ý lịch sự.</w:t>
      </w:r>
    </w:p>
    <w:p w:rsidR="00941BEF" w:rsidRDefault="00CD1F00">
      <w:pPr>
        <w:spacing w:before="20"/>
      </w:pPr>
      <w:r>
        <w:rPr>
          <w:b/>
          <w:color w:val="C00000"/>
        </w:rPr>
        <w:t>4. Tích hợp</w:t>
      </w:r>
    </w:p>
    <w:p w:rsidR="00941BEF" w:rsidRDefault="00CD1F00">
      <w:r>
        <w:rPr>
          <w:color w:val="C00000"/>
        </w:rPr>
        <w:t>- Điều chỉnh theo KHGD: Thay Bài 8: Thực hành lắp ghép, xếp hình - Tiết 1 và Tiết 2 bằng Bài học STEM “Thực hành trang trí lớp học bằng các hình hình học” (02 tiết).</w:t>
      </w:r>
    </w:p>
    <w:p w:rsidR="00941BEF" w:rsidRDefault="00CD1F00">
      <w:r>
        <w:rPr>
          <w:color w:val="C00000"/>
        </w:rPr>
        <w:t>- Tích hợp AI - 1.C1.2: Hiểu camera là “mắt” giúp thiết bị/robot thu nhận hình ảnh; AI có thể xử lí hình ảnh để nhận diện các mảnh ghép khi thực hiện nhiệm vụ xếp hình.</w:t>
      </w:r>
    </w:p>
    <w:p w:rsidR="00941BEF" w:rsidRDefault="00CD1F00">
      <w:pPr>
        <w:keepNext/>
        <w:spacing w:before="80" w:after="40"/>
      </w:pPr>
      <w:r>
        <w:rPr>
          <w:b/>
        </w:rPr>
        <w:t>II. ĐỒ DÙNG DẠY HỌC</w:t>
      </w:r>
    </w:p>
    <w:p w:rsidR="00941BEF" w:rsidRDefault="00CD1F00">
      <w:r>
        <w:rPr>
          <w:b/>
        </w:rPr>
        <w:t>1. Giáo viên</w:t>
      </w:r>
    </w:p>
    <w:p w:rsidR="00941BEF" w:rsidRDefault="00CD1F00">
      <w:r>
        <w:t>- Mẫu sản phẩm; phiếu đánh giá; giấy màu; bìa các-tông; kéo đầu tròn; hồ dán; bút màu.</w:t>
      </w:r>
    </w:p>
    <w:p w:rsidR="00941BEF" w:rsidRDefault="00CD1F00">
      <w:r>
        <w:rPr>
          <w:b/>
        </w:rPr>
        <w:t>2. Học sinh</w:t>
      </w:r>
    </w:p>
    <w:p w:rsidR="00941BEF" w:rsidRDefault="00CD1F00">
      <w:r>
        <w:t>- Giấy màu; bìa; kéo đầu tròn; hồ dán; bút màu; bản phác thảo của nhóm.</w:t>
      </w:r>
    </w:p>
    <w:p w:rsidR="00941BEF" w:rsidRDefault="00CD1F00">
      <w:pPr>
        <w:keepNext/>
        <w:spacing w:before="80" w:after="40"/>
      </w:pPr>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102"/>
        <w:gridCol w:w="4649"/>
      </w:tblGrid>
      <w:tr w:rsidR="00941BEF" w:rsidTr="009C5356">
        <w:trPr>
          <w:cantSplit/>
          <w:jc w:val="center"/>
        </w:trPr>
        <w:tc>
          <w:tcPr>
            <w:tcW w:w="9751" w:type="dxa"/>
            <w:gridSpan w:val="2"/>
            <w:tcBorders>
              <w:top w:val="single" w:sz="4" w:space="0" w:color="auto"/>
              <w:bottom w:val="single" w:sz="4" w:space="0" w:color="auto"/>
            </w:tcBorders>
            <w:shd w:val="clear" w:color="auto" w:fill="auto"/>
            <w:tcMar>
              <w:top w:w="60" w:type="dxa"/>
              <w:left w:w="80" w:type="dxa"/>
              <w:bottom w:w="60" w:type="dxa"/>
              <w:right w:w="80" w:type="dxa"/>
            </w:tcMar>
          </w:tcPr>
          <w:p w:rsidR="00941BEF" w:rsidRDefault="00CD1F00">
            <w:r>
              <w:rPr>
                <w:b/>
              </w:rPr>
              <w:t>1. KHỞI ĐỘNG - Nhắc lại tiêu chí</w:t>
            </w:r>
          </w:p>
          <w:p w:rsidR="00941BEF" w:rsidRDefault="00CD1F00">
            <w:r>
              <w:rPr>
                <w:b/>
              </w:rPr>
              <w:t>Mục tiêu:</w:t>
            </w:r>
          </w:p>
          <w:p w:rsidR="00941BEF" w:rsidRDefault="00CD1F00">
            <w:r>
              <w:t>- Sẵn sàng thực hành làm sản phẩm.</w:t>
            </w:r>
          </w:p>
          <w:p w:rsidR="00941BEF" w:rsidRDefault="00CD1F00">
            <w:r>
              <w:rPr>
                <w:b/>
              </w:rPr>
              <w:t>Cách tiến hành:</w:t>
            </w:r>
          </w:p>
        </w:tc>
      </w:tr>
      <w:tr w:rsidR="00941BEF" w:rsidTr="009C5356">
        <w:trPr>
          <w:cantSplit/>
          <w:jc w:val="center"/>
        </w:trPr>
        <w:tc>
          <w:tcPr>
            <w:tcW w:w="5102" w:type="dxa"/>
            <w:tcBorders>
              <w:top w:val="single" w:sz="4" w:space="0" w:color="auto"/>
            </w:tcBorders>
            <w:shd w:val="clear" w:color="auto" w:fill="auto"/>
            <w:tcMar>
              <w:top w:w="40" w:type="dxa"/>
              <w:left w:w="80" w:type="dxa"/>
              <w:bottom w:w="40" w:type="dxa"/>
              <w:right w:w="80" w:type="dxa"/>
            </w:tcMar>
          </w:tcPr>
          <w:p w:rsidR="00941BEF" w:rsidRDefault="00CD1F00">
            <w:r>
              <w:lastRenderedPageBreak/>
              <w:t>- GV hỏi: “Sản phẩm trang trí cần đảm bảo những yêu cầu nào?”</w:t>
            </w:r>
          </w:p>
        </w:tc>
        <w:tc>
          <w:tcPr>
            <w:tcW w:w="4649" w:type="dxa"/>
            <w:tcBorders>
              <w:top w:val="single" w:sz="4" w:space="0" w:color="auto"/>
            </w:tcBorders>
            <w:shd w:val="clear" w:color="auto" w:fill="auto"/>
            <w:tcMar>
              <w:top w:w="40" w:type="dxa"/>
              <w:left w:w="80" w:type="dxa"/>
              <w:bottom w:w="40" w:type="dxa"/>
              <w:right w:w="80" w:type="dxa"/>
            </w:tcMar>
          </w:tcPr>
          <w:p w:rsidR="00941BEF" w:rsidRDefault="00CD1F00">
            <w:r>
              <w:t>- HS trả lời: Có các hình đã học; đẹp, sáng tạo; chắc chắn.</w:t>
            </w:r>
          </w:p>
        </w:tc>
      </w:tr>
      <w:tr w:rsidR="00941BEF" w:rsidTr="009C5356">
        <w:trPr>
          <w:cantSplit/>
          <w:jc w:val="center"/>
        </w:trPr>
        <w:tc>
          <w:tcPr>
            <w:tcW w:w="5102" w:type="dxa"/>
            <w:tcBorders>
              <w:bottom w:val="single" w:sz="4" w:space="0" w:color="auto"/>
            </w:tcBorders>
            <w:shd w:val="clear" w:color="auto" w:fill="auto"/>
            <w:tcMar>
              <w:top w:w="40" w:type="dxa"/>
              <w:left w:w="80" w:type="dxa"/>
              <w:bottom w:w="40" w:type="dxa"/>
              <w:right w:w="80" w:type="dxa"/>
            </w:tcMar>
          </w:tcPr>
          <w:p w:rsidR="00941BEF" w:rsidRDefault="00CD1F00">
            <w:r>
              <w:t>- GV nhắc an toàn khi dùng kéo, hồ dán và cách thu dọn giấy vụn.</w:t>
            </w:r>
          </w:p>
        </w:tc>
        <w:tc>
          <w:tcPr>
            <w:tcW w:w="4649" w:type="dxa"/>
            <w:tcBorders>
              <w:bottom w:val="single" w:sz="4" w:space="0" w:color="auto"/>
            </w:tcBorders>
            <w:shd w:val="clear" w:color="auto" w:fill="auto"/>
            <w:tcMar>
              <w:top w:w="40" w:type="dxa"/>
              <w:left w:w="80" w:type="dxa"/>
              <w:bottom w:w="40" w:type="dxa"/>
              <w:right w:w="80" w:type="dxa"/>
            </w:tcMar>
          </w:tcPr>
          <w:p w:rsidR="00941BEF" w:rsidRDefault="00CD1F00">
            <w:r>
              <w:t>- HS sắp xếp vật liệu và nhắc lại quy tắc.</w:t>
            </w:r>
          </w:p>
        </w:tc>
      </w:tr>
      <w:tr w:rsidR="00941BEF" w:rsidTr="009C5356">
        <w:trPr>
          <w:cantSplit/>
          <w:jc w:val="center"/>
        </w:trPr>
        <w:tc>
          <w:tcPr>
            <w:tcW w:w="9751" w:type="dxa"/>
            <w:gridSpan w:val="2"/>
            <w:tcBorders>
              <w:top w:val="single" w:sz="4" w:space="0" w:color="auto"/>
              <w:bottom w:val="single" w:sz="4" w:space="0" w:color="auto"/>
            </w:tcBorders>
            <w:shd w:val="clear" w:color="auto" w:fill="auto"/>
            <w:tcMar>
              <w:top w:w="60" w:type="dxa"/>
              <w:left w:w="80" w:type="dxa"/>
              <w:bottom w:w="60" w:type="dxa"/>
              <w:right w:w="80" w:type="dxa"/>
            </w:tcMar>
          </w:tcPr>
          <w:p w:rsidR="00941BEF" w:rsidRDefault="00CD1F00">
            <w:r>
              <w:rPr>
                <w:b/>
              </w:rPr>
              <w:t>2. THỰC HÀNH - Làm sản phẩm trang trí</w:t>
            </w:r>
          </w:p>
          <w:p w:rsidR="00941BEF" w:rsidRDefault="00CD1F00">
            <w:r>
              <w:rPr>
                <w:b/>
              </w:rPr>
              <w:t>Mục tiêu:</w:t>
            </w:r>
          </w:p>
          <w:p w:rsidR="00941BEF" w:rsidRDefault="00CD1F00">
            <w:r>
              <w:t>- Thực hiện được các bước cắt, ghép, dán hình.</w:t>
            </w:r>
          </w:p>
          <w:p w:rsidR="00941BEF" w:rsidRDefault="00CD1F00">
            <w:r>
              <w:t>- Hợp tác hoàn thành sản phẩm theo ý tưởng.</w:t>
            </w:r>
          </w:p>
          <w:p w:rsidR="00941BEF" w:rsidRDefault="00CD1F00">
            <w:r>
              <w:rPr>
                <w:color w:val="C00000"/>
              </w:rPr>
              <w:t>- Mục tiêu tích hợp: Ứng dụng kiến thức hình học để tạo sản phẩm STEM.</w:t>
            </w:r>
          </w:p>
          <w:p w:rsidR="00941BEF" w:rsidRDefault="00CD1F00">
            <w:r>
              <w:rPr>
                <w:b/>
              </w:rPr>
              <w:t>Cách tiến hành:</w:t>
            </w:r>
          </w:p>
        </w:tc>
      </w:tr>
      <w:tr w:rsidR="00941BEF" w:rsidTr="009C5356">
        <w:trPr>
          <w:cantSplit/>
          <w:jc w:val="center"/>
        </w:trPr>
        <w:tc>
          <w:tcPr>
            <w:tcW w:w="5102" w:type="dxa"/>
            <w:tcBorders>
              <w:top w:val="single" w:sz="4" w:space="0" w:color="auto"/>
            </w:tcBorders>
            <w:shd w:val="clear" w:color="auto" w:fill="auto"/>
            <w:tcMar>
              <w:top w:w="40" w:type="dxa"/>
              <w:left w:w="80" w:type="dxa"/>
              <w:bottom w:w="40" w:type="dxa"/>
              <w:right w:w="80" w:type="dxa"/>
            </w:tcMar>
          </w:tcPr>
          <w:p w:rsidR="00941BEF" w:rsidRDefault="00CD1F00">
            <w:r>
              <w:t>- GV yêu cầu nhóm lựa chọn các hình cần cắt theo bản phác thảo.</w:t>
            </w:r>
          </w:p>
        </w:tc>
        <w:tc>
          <w:tcPr>
            <w:tcW w:w="4649" w:type="dxa"/>
            <w:tcBorders>
              <w:top w:val="single" w:sz="4" w:space="0" w:color="auto"/>
            </w:tcBorders>
            <w:shd w:val="clear" w:color="auto" w:fill="auto"/>
            <w:tcMar>
              <w:top w:w="40" w:type="dxa"/>
              <w:left w:w="80" w:type="dxa"/>
              <w:bottom w:w="40" w:type="dxa"/>
              <w:right w:w="80" w:type="dxa"/>
            </w:tcMar>
          </w:tcPr>
          <w:p w:rsidR="00941BEF" w:rsidRDefault="00CD1F00">
            <w:r>
              <w:t>- HS chọn màu giấy và xác định hình cần tạo.</w:t>
            </w:r>
          </w:p>
        </w:tc>
      </w:tr>
      <w:tr w:rsidR="00941BEF" w:rsidTr="009C5356">
        <w:trPr>
          <w:cantSplit/>
          <w:jc w:val="center"/>
        </w:trPr>
        <w:tc>
          <w:tcPr>
            <w:tcW w:w="5102" w:type="dxa"/>
            <w:shd w:val="clear" w:color="auto" w:fill="auto"/>
            <w:tcMar>
              <w:top w:w="40" w:type="dxa"/>
              <w:left w:w="80" w:type="dxa"/>
              <w:bottom w:w="40" w:type="dxa"/>
              <w:right w:w="80" w:type="dxa"/>
            </w:tcMar>
          </w:tcPr>
          <w:p w:rsidR="00941BEF" w:rsidRDefault="00CD1F00">
            <w:r>
              <w:t>- GV hướng dẫn HS vẽ và cắt từng hình theo phần việc đã phân công.</w:t>
            </w:r>
          </w:p>
        </w:tc>
        <w:tc>
          <w:tcPr>
            <w:tcW w:w="4649" w:type="dxa"/>
            <w:shd w:val="clear" w:color="auto" w:fill="auto"/>
            <w:tcMar>
              <w:top w:w="40" w:type="dxa"/>
              <w:left w:w="80" w:type="dxa"/>
              <w:bottom w:w="40" w:type="dxa"/>
              <w:right w:w="80" w:type="dxa"/>
            </w:tcMar>
          </w:tcPr>
          <w:p w:rsidR="00941BEF" w:rsidRDefault="00CD1F00">
            <w:r>
              <w:t>- HS thực hành vẽ, cắt hình an toàn.</w:t>
            </w:r>
          </w:p>
        </w:tc>
      </w:tr>
      <w:tr w:rsidR="00941BEF" w:rsidTr="009C5356">
        <w:trPr>
          <w:cantSplit/>
          <w:jc w:val="center"/>
        </w:trPr>
        <w:tc>
          <w:tcPr>
            <w:tcW w:w="5102" w:type="dxa"/>
            <w:shd w:val="clear" w:color="auto" w:fill="auto"/>
            <w:tcMar>
              <w:top w:w="40" w:type="dxa"/>
              <w:left w:w="80" w:type="dxa"/>
              <w:bottom w:w="40" w:type="dxa"/>
              <w:right w:w="80" w:type="dxa"/>
            </w:tcMar>
          </w:tcPr>
          <w:p w:rsidR="00941BEF" w:rsidRDefault="00CD1F00">
            <w:r>
              <w:t>- GV yêu cầu nhóm thử xếp các hình trước khi dán.</w:t>
            </w:r>
          </w:p>
        </w:tc>
        <w:tc>
          <w:tcPr>
            <w:tcW w:w="4649" w:type="dxa"/>
            <w:shd w:val="clear" w:color="auto" w:fill="auto"/>
            <w:tcMar>
              <w:top w:w="40" w:type="dxa"/>
              <w:left w:w="80" w:type="dxa"/>
              <w:bottom w:w="40" w:type="dxa"/>
              <w:right w:w="80" w:type="dxa"/>
            </w:tcMar>
          </w:tcPr>
          <w:p w:rsidR="00941BEF" w:rsidRDefault="00CD1F00">
            <w:r>
              <w:t>- HS xếp thử, điều chỉnh bố cục sản phẩm.</w:t>
            </w:r>
          </w:p>
        </w:tc>
      </w:tr>
      <w:tr w:rsidR="00941BEF" w:rsidTr="009C5356">
        <w:trPr>
          <w:cantSplit/>
          <w:jc w:val="center"/>
        </w:trPr>
        <w:tc>
          <w:tcPr>
            <w:tcW w:w="5102" w:type="dxa"/>
            <w:shd w:val="clear" w:color="auto" w:fill="auto"/>
            <w:tcMar>
              <w:top w:w="40" w:type="dxa"/>
              <w:left w:w="80" w:type="dxa"/>
              <w:bottom w:w="40" w:type="dxa"/>
              <w:right w:w="80" w:type="dxa"/>
            </w:tcMar>
          </w:tcPr>
          <w:p w:rsidR="00941BEF" w:rsidRDefault="00CD1F00">
            <w:r>
              <w:t>- GV yêu cầu HS dán và trang trí hoàn thiện sản phẩm.</w:t>
            </w:r>
          </w:p>
        </w:tc>
        <w:tc>
          <w:tcPr>
            <w:tcW w:w="4649" w:type="dxa"/>
            <w:shd w:val="clear" w:color="auto" w:fill="auto"/>
            <w:tcMar>
              <w:top w:w="40" w:type="dxa"/>
              <w:left w:w="80" w:type="dxa"/>
              <w:bottom w:w="40" w:type="dxa"/>
              <w:right w:w="80" w:type="dxa"/>
            </w:tcMar>
          </w:tcPr>
          <w:p w:rsidR="00941BEF" w:rsidRDefault="00CD1F00">
            <w:r>
              <w:t>- HS dán các hình và hoàn thiện sản phẩm.</w:t>
            </w:r>
          </w:p>
        </w:tc>
      </w:tr>
      <w:tr w:rsidR="00941BEF" w:rsidTr="009C5356">
        <w:trPr>
          <w:cantSplit/>
          <w:jc w:val="center"/>
        </w:trPr>
        <w:tc>
          <w:tcPr>
            <w:tcW w:w="5102" w:type="dxa"/>
            <w:tcBorders>
              <w:bottom w:val="single" w:sz="4" w:space="0" w:color="auto"/>
            </w:tcBorders>
            <w:shd w:val="clear" w:color="auto" w:fill="auto"/>
            <w:tcMar>
              <w:top w:w="40" w:type="dxa"/>
              <w:left w:w="80" w:type="dxa"/>
              <w:bottom w:w="40" w:type="dxa"/>
              <w:right w:w="80" w:type="dxa"/>
            </w:tcMar>
          </w:tcPr>
          <w:p w:rsidR="00941BEF" w:rsidRDefault="00CD1F00">
            <w:r>
              <w:t>- GV quan sát, hỗ trợ nhóm gặp khó khăn và nhắc thu gom vật liệu.</w:t>
            </w:r>
          </w:p>
        </w:tc>
        <w:tc>
          <w:tcPr>
            <w:tcW w:w="4649" w:type="dxa"/>
            <w:tcBorders>
              <w:bottom w:val="single" w:sz="4" w:space="0" w:color="auto"/>
            </w:tcBorders>
            <w:shd w:val="clear" w:color="auto" w:fill="auto"/>
            <w:tcMar>
              <w:top w:w="40" w:type="dxa"/>
              <w:left w:w="80" w:type="dxa"/>
              <w:bottom w:w="40" w:type="dxa"/>
              <w:right w:w="80" w:type="dxa"/>
            </w:tcMar>
          </w:tcPr>
          <w:p w:rsidR="00941BEF" w:rsidRDefault="00CD1F00">
            <w:r>
              <w:t>- HS hoàn thiện, giữ khu vực làm việc sạch sẽ.</w:t>
            </w:r>
          </w:p>
        </w:tc>
      </w:tr>
      <w:tr w:rsidR="00941BEF" w:rsidTr="009C5356">
        <w:trPr>
          <w:cantSplit/>
          <w:jc w:val="center"/>
        </w:trPr>
        <w:tc>
          <w:tcPr>
            <w:tcW w:w="9751" w:type="dxa"/>
            <w:gridSpan w:val="2"/>
            <w:tcBorders>
              <w:top w:val="single" w:sz="4" w:space="0" w:color="auto"/>
              <w:bottom w:val="single" w:sz="4" w:space="0" w:color="auto"/>
            </w:tcBorders>
            <w:shd w:val="clear" w:color="auto" w:fill="auto"/>
            <w:tcMar>
              <w:top w:w="60" w:type="dxa"/>
              <w:left w:w="80" w:type="dxa"/>
              <w:bottom w:w="60" w:type="dxa"/>
              <w:right w:w="80" w:type="dxa"/>
            </w:tcMar>
          </w:tcPr>
          <w:p w:rsidR="00941BEF" w:rsidRDefault="00CD1F00">
            <w:r>
              <w:rPr>
                <w:b/>
              </w:rPr>
              <w:t>3. TRƯNG BÀY - GIỚI THIỆU VÀ ĐÁNH GIÁ</w:t>
            </w:r>
          </w:p>
          <w:p w:rsidR="00941BEF" w:rsidRDefault="00CD1F00">
            <w:r>
              <w:rPr>
                <w:b/>
              </w:rPr>
              <w:t>Mục tiêu:</w:t>
            </w:r>
          </w:p>
          <w:p w:rsidR="00941BEF" w:rsidRDefault="00CD1F00">
            <w:r>
              <w:t>- Nêu được các hình sử dụng trong sản phẩm.</w:t>
            </w:r>
          </w:p>
          <w:p w:rsidR="00941BEF" w:rsidRDefault="00CD1F00">
            <w:r>
              <w:t>- Biết đánh giá và điều chỉnh sản phẩm theo tiêu chí.</w:t>
            </w:r>
          </w:p>
          <w:p w:rsidR="00941BEF" w:rsidRDefault="00CD1F00">
            <w:r>
              <w:rPr>
                <w:color w:val="C00000"/>
              </w:rPr>
              <w:t>- Mục tiêu tích hợp: Liên hệ vai trò con người kiểm tra kết quả của sản phẩm do công cụ hỗ trợ tạo ra.</w:t>
            </w:r>
          </w:p>
          <w:p w:rsidR="00941BEF" w:rsidRDefault="00CD1F00">
            <w:r>
              <w:rPr>
                <w:b/>
              </w:rPr>
              <w:t>Cách tiến hành:</w:t>
            </w:r>
          </w:p>
        </w:tc>
      </w:tr>
      <w:tr w:rsidR="00941BEF" w:rsidTr="009C5356">
        <w:trPr>
          <w:cantSplit/>
          <w:jc w:val="center"/>
        </w:trPr>
        <w:tc>
          <w:tcPr>
            <w:tcW w:w="5102" w:type="dxa"/>
            <w:tcBorders>
              <w:top w:val="single" w:sz="4" w:space="0" w:color="auto"/>
            </w:tcBorders>
            <w:shd w:val="clear" w:color="auto" w:fill="auto"/>
            <w:tcMar>
              <w:top w:w="40" w:type="dxa"/>
              <w:left w:w="80" w:type="dxa"/>
              <w:bottom w:w="40" w:type="dxa"/>
              <w:right w:w="80" w:type="dxa"/>
            </w:tcMar>
          </w:tcPr>
          <w:p w:rsidR="00941BEF" w:rsidRDefault="00CD1F00">
            <w:r>
              <w:t>- GV yêu cầu đại diện nhóm giới thiệu: sản phẩm là gì; dùng những hình nào; cách làm ra sao.</w:t>
            </w:r>
          </w:p>
        </w:tc>
        <w:tc>
          <w:tcPr>
            <w:tcW w:w="4649" w:type="dxa"/>
            <w:tcBorders>
              <w:top w:val="single" w:sz="4" w:space="0" w:color="auto"/>
            </w:tcBorders>
            <w:shd w:val="clear" w:color="auto" w:fill="auto"/>
            <w:tcMar>
              <w:top w:w="40" w:type="dxa"/>
              <w:left w:w="80" w:type="dxa"/>
              <w:bottom w:w="40" w:type="dxa"/>
              <w:right w:w="80" w:type="dxa"/>
            </w:tcMar>
          </w:tcPr>
          <w:p w:rsidR="00941BEF" w:rsidRDefault="00CD1F00">
            <w:r>
              <w:t>- HS giới thiệu sản phẩm của nhóm.</w:t>
            </w:r>
          </w:p>
        </w:tc>
      </w:tr>
      <w:tr w:rsidR="00941BEF" w:rsidTr="009C5356">
        <w:trPr>
          <w:cantSplit/>
          <w:jc w:val="center"/>
        </w:trPr>
        <w:tc>
          <w:tcPr>
            <w:tcW w:w="5102" w:type="dxa"/>
            <w:shd w:val="clear" w:color="auto" w:fill="auto"/>
            <w:tcMar>
              <w:top w:w="40" w:type="dxa"/>
              <w:left w:w="80" w:type="dxa"/>
              <w:bottom w:w="40" w:type="dxa"/>
              <w:right w:w="80" w:type="dxa"/>
            </w:tcMar>
          </w:tcPr>
          <w:p w:rsidR="00941BEF" w:rsidRDefault="00CD1F00">
            <w:r>
              <w:t>- GV mời các nhóm nhận xét theo tiêu chí đã thống nhất.</w:t>
            </w:r>
          </w:p>
        </w:tc>
        <w:tc>
          <w:tcPr>
            <w:tcW w:w="4649" w:type="dxa"/>
            <w:shd w:val="clear" w:color="auto" w:fill="auto"/>
            <w:tcMar>
              <w:top w:w="40" w:type="dxa"/>
              <w:left w:w="80" w:type="dxa"/>
              <w:bottom w:w="40" w:type="dxa"/>
              <w:right w:w="80" w:type="dxa"/>
            </w:tcMar>
          </w:tcPr>
          <w:p w:rsidR="00941BEF" w:rsidRDefault="00CD1F00">
            <w:r>
              <w:t>- HS nhận xét lịch sự, góp ý cụ thể.</w:t>
            </w:r>
          </w:p>
        </w:tc>
      </w:tr>
      <w:tr w:rsidR="00941BEF" w:rsidTr="009C5356">
        <w:trPr>
          <w:cantSplit/>
          <w:jc w:val="center"/>
        </w:trPr>
        <w:tc>
          <w:tcPr>
            <w:tcW w:w="5102" w:type="dxa"/>
            <w:shd w:val="clear" w:color="auto" w:fill="auto"/>
            <w:tcMar>
              <w:top w:w="40" w:type="dxa"/>
              <w:left w:w="80" w:type="dxa"/>
              <w:bottom w:w="40" w:type="dxa"/>
              <w:right w:w="80" w:type="dxa"/>
            </w:tcMar>
          </w:tcPr>
          <w:p w:rsidR="00941BEF" w:rsidRDefault="00CD1F00">
            <w:r>
              <w:t>- GV yêu cầu nhóm điều chỉnh chi tiết chưa chắc chắn hoặc chưa cân đối.</w:t>
            </w:r>
          </w:p>
        </w:tc>
        <w:tc>
          <w:tcPr>
            <w:tcW w:w="4649" w:type="dxa"/>
            <w:shd w:val="clear" w:color="auto" w:fill="auto"/>
            <w:tcMar>
              <w:top w:w="40" w:type="dxa"/>
              <w:left w:w="80" w:type="dxa"/>
              <w:bottom w:w="40" w:type="dxa"/>
              <w:right w:w="80" w:type="dxa"/>
            </w:tcMar>
          </w:tcPr>
          <w:p w:rsidR="00941BEF" w:rsidRDefault="00CD1F00">
            <w:r>
              <w:t>- HS sửa và hoàn thiện sản phẩm.</w:t>
            </w:r>
          </w:p>
        </w:tc>
      </w:tr>
      <w:tr w:rsidR="00941BEF" w:rsidTr="009C5356">
        <w:trPr>
          <w:cantSplit/>
          <w:jc w:val="center"/>
        </w:trPr>
        <w:tc>
          <w:tcPr>
            <w:tcW w:w="5102" w:type="dxa"/>
            <w:tcBorders>
              <w:bottom w:val="single" w:sz="4" w:space="0" w:color="auto"/>
            </w:tcBorders>
            <w:shd w:val="clear" w:color="auto" w:fill="auto"/>
            <w:tcMar>
              <w:top w:w="40" w:type="dxa"/>
              <w:left w:w="80" w:type="dxa"/>
              <w:bottom w:w="40" w:type="dxa"/>
              <w:right w:w="80" w:type="dxa"/>
            </w:tcMar>
          </w:tcPr>
          <w:p w:rsidR="00941BEF" w:rsidRDefault="00CD1F00">
            <w:r>
              <w:rPr>
                <w:color w:val="C00000"/>
              </w:rPr>
              <w:t>- TÍCH HỢP AI - GV liên hệ: “Robot có thể nhận diện mảnh ghép bằng camera, nhưng con người vẫn cần kiểm tra xem sản phẩm đã đúng hình, đẹp và chắc chắn chưa.”</w:t>
            </w:r>
          </w:p>
        </w:tc>
        <w:tc>
          <w:tcPr>
            <w:tcW w:w="4649" w:type="dxa"/>
            <w:tcBorders>
              <w:bottom w:val="single" w:sz="4" w:space="0" w:color="auto"/>
            </w:tcBorders>
            <w:shd w:val="clear" w:color="auto" w:fill="auto"/>
            <w:tcMar>
              <w:top w:w="40" w:type="dxa"/>
              <w:left w:w="80" w:type="dxa"/>
              <w:bottom w:w="40" w:type="dxa"/>
              <w:right w:w="80" w:type="dxa"/>
            </w:tcMar>
          </w:tcPr>
          <w:p w:rsidR="00941BEF" w:rsidRDefault="00CD1F00">
            <w:r>
              <w:t>- HS hiểu vai trò kiểm tra của con người đối với kết quả do máy hoặc dụng cụ hỗ trợ.</w:t>
            </w:r>
          </w:p>
        </w:tc>
      </w:tr>
      <w:tr w:rsidR="00941BEF" w:rsidTr="009C5356">
        <w:trPr>
          <w:cantSplit/>
          <w:jc w:val="center"/>
        </w:trPr>
        <w:tc>
          <w:tcPr>
            <w:tcW w:w="9751" w:type="dxa"/>
            <w:gridSpan w:val="2"/>
            <w:tcBorders>
              <w:top w:val="single" w:sz="4" w:space="0" w:color="auto"/>
              <w:bottom w:val="single" w:sz="4" w:space="0" w:color="auto"/>
            </w:tcBorders>
            <w:shd w:val="clear" w:color="auto" w:fill="auto"/>
            <w:tcMar>
              <w:top w:w="60" w:type="dxa"/>
              <w:left w:w="80" w:type="dxa"/>
              <w:bottom w:w="60" w:type="dxa"/>
              <w:right w:w="80" w:type="dxa"/>
            </w:tcMar>
          </w:tcPr>
          <w:p w:rsidR="00941BEF" w:rsidRDefault="00CD1F00">
            <w:bookmarkStart w:id="0" w:name="_GoBack"/>
            <w:r>
              <w:rPr>
                <w:b/>
              </w:rPr>
              <w:t>4. VẬN DỤNG - TRANG TRÍ LỚP HỌC</w:t>
            </w:r>
          </w:p>
          <w:p w:rsidR="00941BEF" w:rsidRDefault="00CD1F00">
            <w:r>
              <w:rPr>
                <w:b/>
              </w:rPr>
              <w:t>Mục tiêu:</w:t>
            </w:r>
          </w:p>
          <w:p w:rsidR="00941BEF" w:rsidRDefault="00CD1F00">
            <w:r>
              <w:t>- Sử dụng sản phẩm để làm đẹp góc học tập.</w:t>
            </w:r>
          </w:p>
          <w:p w:rsidR="00941BEF" w:rsidRDefault="00CD1F00">
            <w:r>
              <w:t>- Bảo quản được sản phẩm.</w:t>
            </w:r>
          </w:p>
          <w:p w:rsidR="00941BEF" w:rsidRDefault="00CD1F00">
            <w:r>
              <w:rPr>
                <w:b/>
              </w:rPr>
              <w:t>Cách tiến hành:</w:t>
            </w:r>
          </w:p>
        </w:tc>
      </w:tr>
      <w:bookmarkEnd w:id="0"/>
      <w:tr w:rsidR="00941BEF" w:rsidTr="009C5356">
        <w:trPr>
          <w:cantSplit/>
          <w:jc w:val="center"/>
        </w:trPr>
        <w:tc>
          <w:tcPr>
            <w:tcW w:w="5102" w:type="dxa"/>
            <w:tcBorders>
              <w:top w:val="single" w:sz="4" w:space="0" w:color="auto"/>
            </w:tcBorders>
            <w:shd w:val="clear" w:color="auto" w:fill="auto"/>
            <w:tcMar>
              <w:top w:w="40" w:type="dxa"/>
              <w:left w:w="80" w:type="dxa"/>
              <w:bottom w:w="40" w:type="dxa"/>
              <w:right w:w="80" w:type="dxa"/>
            </w:tcMar>
          </w:tcPr>
          <w:p w:rsidR="00941BEF" w:rsidRDefault="00CD1F00">
            <w:r>
              <w:t>- GV tổ chức cho HS chọn vị trí phù hợp để trưng bày sản phẩm.</w:t>
            </w:r>
          </w:p>
        </w:tc>
        <w:tc>
          <w:tcPr>
            <w:tcW w:w="4649" w:type="dxa"/>
            <w:tcBorders>
              <w:top w:val="single" w:sz="4" w:space="0" w:color="auto"/>
            </w:tcBorders>
            <w:shd w:val="clear" w:color="auto" w:fill="auto"/>
            <w:tcMar>
              <w:top w:w="40" w:type="dxa"/>
              <w:left w:w="80" w:type="dxa"/>
              <w:bottom w:w="40" w:type="dxa"/>
              <w:right w:w="80" w:type="dxa"/>
            </w:tcMar>
          </w:tcPr>
          <w:p w:rsidR="00941BEF" w:rsidRDefault="00CD1F00">
            <w:r>
              <w:t>- HS trang trí góc học tập hoặc khu vực lớp theo hướng dẫn.</w:t>
            </w:r>
          </w:p>
        </w:tc>
      </w:tr>
      <w:tr w:rsidR="00941BEF" w:rsidTr="009C5356">
        <w:trPr>
          <w:cantSplit/>
          <w:jc w:val="center"/>
        </w:trPr>
        <w:tc>
          <w:tcPr>
            <w:tcW w:w="5102" w:type="dxa"/>
            <w:shd w:val="clear" w:color="auto" w:fill="auto"/>
            <w:tcMar>
              <w:top w:w="40" w:type="dxa"/>
              <w:left w:w="80" w:type="dxa"/>
              <w:bottom w:w="40" w:type="dxa"/>
              <w:right w:w="80" w:type="dxa"/>
            </w:tcMar>
          </w:tcPr>
          <w:p w:rsidR="00941BEF" w:rsidRDefault="00CD1F00">
            <w:r>
              <w:lastRenderedPageBreak/>
              <w:t>- GV hỏi: “Em đã dùng những hình nào để làm sản phẩm?”</w:t>
            </w:r>
          </w:p>
        </w:tc>
        <w:tc>
          <w:tcPr>
            <w:tcW w:w="4649" w:type="dxa"/>
            <w:shd w:val="clear" w:color="auto" w:fill="auto"/>
            <w:tcMar>
              <w:top w:w="40" w:type="dxa"/>
              <w:left w:w="80" w:type="dxa"/>
              <w:bottom w:w="40" w:type="dxa"/>
              <w:right w:w="80" w:type="dxa"/>
            </w:tcMar>
          </w:tcPr>
          <w:p w:rsidR="00941BEF" w:rsidRDefault="00CD1F00">
            <w:r>
              <w:t>- HS nêu tên các hình xuất hiện trong sản phẩm của nhóm.</w:t>
            </w:r>
          </w:p>
        </w:tc>
      </w:tr>
      <w:tr w:rsidR="00941BEF" w:rsidTr="009C5356">
        <w:trPr>
          <w:cantSplit/>
          <w:jc w:val="center"/>
        </w:trPr>
        <w:tc>
          <w:tcPr>
            <w:tcW w:w="5102" w:type="dxa"/>
            <w:shd w:val="clear" w:color="auto" w:fill="auto"/>
            <w:tcMar>
              <w:top w:w="40" w:type="dxa"/>
              <w:left w:w="80" w:type="dxa"/>
              <w:bottom w:w="40" w:type="dxa"/>
              <w:right w:w="80" w:type="dxa"/>
            </w:tcMar>
          </w:tcPr>
          <w:p w:rsidR="00941BEF" w:rsidRDefault="00CD1F00">
            <w:r>
              <w:t>- GV kết luận: “Các hình phẳng giúp chúng ta tạo ra nhiều sản phẩm đẹp và hữu ích.”</w:t>
            </w:r>
          </w:p>
        </w:tc>
        <w:tc>
          <w:tcPr>
            <w:tcW w:w="4649" w:type="dxa"/>
            <w:shd w:val="clear" w:color="auto" w:fill="auto"/>
            <w:tcMar>
              <w:top w:w="40" w:type="dxa"/>
              <w:left w:w="80" w:type="dxa"/>
              <w:bottom w:w="40" w:type="dxa"/>
              <w:right w:w="80" w:type="dxa"/>
            </w:tcMar>
          </w:tcPr>
          <w:p w:rsidR="00941BEF" w:rsidRDefault="00CD1F00">
            <w:r>
              <w:t>- HS ghi nhớ và giữ gìn sản phẩm.</w:t>
            </w:r>
          </w:p>
        </w:tc>
      </w:tr>
    </w:tbl>
    <w:tbl>
      <w:tblPr>
        <w:tblW w:w="0" w:type="auto"/>
        <w:jc w:val="center"/>
        <w:tblLayout w:type="fixed"/>
        <w:tblLook w:val="04A0" w:firstRow="1" w:lastRow="0" w:firstColumn="1" w:lastColumn="0" w:noHBand="0" w:noVBand="1"/>
      </w:tblPr>
      <w:tblGrid>
        <w:gridCol w:w="9751"/>
      </w:tblGrid>
      <w:tr w:rsidR="00941BEF">
        <w:trPr>
          <w:cantSplit/>
          <w:jc w:val="center"/>
        </w:trPr>
        <w:tc>
          <w:tcPr>
            <w:tcW w:w="9751" w:type="dxa"/>
            <w:tcMar>
              <w:top w:w="40" w:type="dxa"/>
              <w:left w:w="0" w:type="dxa"/>
              <w:bottom w:w="40" w:type="dxa"/>
              <w:right w:w="0" w:type="dxa"/>
            </w:tcMar>
          </w:tcPr>
          <w:p w:rsidR="00941BEF" w:rsidRDefault="00CD1F00">
            <w:r>
              <w:rPr>
                <w:b/>
              </w:rPr>
              <w:t>IV. ĐIỀU CHỈNH SAU BÀI DẠY (NẾU CÓ)</w:t>
            </w:r>
          </w:p>
          <w:p w:rsidR="00941BEF" w:rsidRDefault="00CD1F00">
            <w:r>
              <w:t>........................................................................................................................................................</w:t>
            </w:r>
          </w:p>
          <w:p w:rsidR="00941BEF" w:rsidRDefault="00CD1F00">
            <w:r>
              <w:t>........................................................................................................................................................</w:t>
            </w:r>
          </w:p>
        </w:tc>
      </w:tr>
    </w:tbl>
    <w:p w:rsidR="00CD1F00" w:rsidRDefault="00CD1F00"/>
    <w:sectPr w:rsidR="00CD1F00" w:rsidSect="00034616">
      <w:footerReference w:type="default" r:id="rId9"/>
      <w:pgSz w:w="11906" w:h="16838"/>
      <w:pgMar w:top="850" w:right="850" w:bottom="85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2B0" w:rsidRDefault="00EC52B0">
      <w:r>
        <w:separator/>
      </w:r>
    </w:p>
  </w:endnote>
  <w:endnote w:type="continuationSeparator" w:id="0">
    <w:p w:rsidR="00EC52B0" w:rsidRDefault="00EC5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BEF" w:rsidRDefault="00CD1F00">
    <w:pPr>
      <w:pStyle w:val="Footer"/>
      <w:jc w:val="center"/>
    </w:pPr>
    <w:r>
      <w:rPr>
        <w:i/>
        <w:color w:val="5A5A5A"/>
        <w:sz w:val="20"/>
      </w:rPr>
      <w:t>Kế hoạch bài dạy môn Toán lớp 1 - Kết nối tri thức với cuộc sống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2B0" w:rsidRDefault="00EC52B0">
      <w:r>
        <w:separator/>
      </w:r>
    </w:p>
  </w:footnote>
  <w:footnote w:type="continuationSeparator" w:id="0">
    <w:p w:rsidR="00EC52B0" w:rsidRDefault="00EC52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941BEF"/>
    <w:rsid w:val="009C5356"/>
    <w:rsid w:val="00AA1D8D"/>
    <w:rsid w:val="00B47730"/>
    <w:rsid w:val="00CB0664"/>
    <w:rsid w:val="00CD1F00"/>
    <w:rsid w:val="00CE15B9"/>
    <w:rsid w:val="00EC52B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cs="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9C5356"/>
    <w:rPr>
      <w:rFonts w:ascii="Tahoma" w:hAnsi="Tahoma" w:cs="Tahoma"/>
      <w:sz w:val="16"/>
      <w:szCs w:val="16"/>
    </w:rPr>
  </w:style>
  <w:style w:type="character" w:customStyle="1" w:styleId="BalloonTextChar">
    <w:name w:val="Balloon Text Char"/>
    <w:basedOn w:val="DefaultParagraphFont"/>
    <w:link w:val="BalloonText"/>
    <w:uiPriority w:val="99"/>
    <w:semiHidden/>
    <w:rsid w:val="009C53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cs="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9C5356"/>
    <w:rPr>
      <w:rFonts w:ascii="Tahoma" w:hAnsi="Tahoma" w:cs="Tahoma"/>
      <w:sz w:val="16"/>
      <w:szCs w:val="16"/>
    </w:rPr>
  </w:style>
  <w:style w:type="character" w:customStyle="1" w:styleId="BalloonTextChar">
    <w:name w:val="Balloon Text Char"/>
    <w:basedOn w:val="DefaultParagraphFont"/>
    <w:link w:val="BalloonText"/>
    <w:uiPriority w:val="99"/>
    <w:semiHidden/>
    <w:rsid w:val="009C53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86D7B-C754-438D-B2FA-1077D1D8E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1950</Words>
  <Characters>11116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13040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Iamp Iamp</cp:lastModifiedBy>
  <cp:revision>3</cp:revision>
  <dcterms:created xsi:type="dcterms:W3CDTF">2026-06-03T16:56:00Z</dcterms:created>
  <dcterms:modified xsi:type="dcterms:W3CDTF">2026-08-18T02:44:00Z</dcterms:modified>
  <cp:category/>
</cp:coreProperties>
</file>