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2B1" w:rsidRDefault="00A70AE5">
      <w:pPr>
        <w:jc w:val="center"/>
      </w:pPr>
      <w:r>
        <w:rPr>
          <w:b/>
          <w:sz w:val="30"/>
        </w:rPr>
        <w:t>KẾ HOẠCH BÀI DẠY – TIẾNG VIỆT LỚP 1 – TUẦN 15</w:t>
      </w:r>
    </w:p>
    <w:p w:rsidR="009032B1" w:rsidRDefault="00A70AE5">
      <w:pPr>
        <w:jc w:val="center"/>
      </w:pPr>
      <w:r>
        <w:rPr>
          <w:b/>
        </w:rPr>
        <w:t>Bộ sách: Kết nối tri thức với cuộc sống</w:t>
      </w:r>
    </w:p>
    <w:p w:rsidR="009032B1" w:rsidRDefault="00A70AE5">
      <w:pPr>
        <w:jc w:val="center"/>
      </w:pPr>
      <w:r>
        <w:rPr>
          <w:b/>
          <w:sz w:val="28"/>
        </w:rPr>
        <w:t>TIẾNG VIỆT</w:t>
      </w:r>
    </w:p>
    <w:p w:rsidR="009032B1" w:rsidRDefault="00A70AE5">
      <w:pPr>
        <w:jc w:val="center"/>
      </w:pPr>
      <w:r>
        <w:rPr>
          <w:b/>
          <w:sz w:val="28"/>
        </w:rPr>
        <w:t>BÀI 66: UÔI, UÔM</w:t>
      </w:r>
    </w:p>
    <w:p w:rsidR="009032B1" w:rsidRDefault="00A70AE5">
      <w:r>
        <w:rPr>
          <w:b/>
        </w:rPr>
        <w:t>I. YÊU CẦU CẦN ĐẠT</w:t>
      </w:r>
    </w:p>
    <w:p w:rsidR="009032B1" w:rsidRDefault="00A70AE5">
      <w:r>
        <w:rPr>
          <w:b/>
        </w:rPr>
        <w:t>1. Năng lực đặc thù</w:t>
      </w:r>
    </w:p>
    <w:p w:rsidR="009032B1" w:rsidRDefault="00A70AE5">
      <w:r>
        <w:t>- Nhận biết và đọc đúng các vần uôi, uôm; đọc đúng tiếng, từ ngữ, câu/đoạn có chứa các vần vừa học.</w:t>
      </w:r>
    </w:p>
    <w:p w:rsidR="009032B1" w:rsidRDefault="00A70AE5">
      <w:r>
        <w:t>- Hiểu và trả lời được các câu hỏi liên quan đến nội dung đoạn đọc và tranh minh hoạ.</w:t>
      </w:r>
    </w:p>
    <w:p w:rsidR="009032B1" w:rsidRDefault="00A70AE5">
      <w:r>
        <w:t>- Viết đúng các vần uôi, uôm và một số tiếng, từ ngữ ứng dụng trong bài.</w:t>
      </w:r>
    </w:p>
    <w:p w:rsidR="009032B1" w:rsidRDefault="00A70AE5">
      <w:r>
        <w:t>- Phát triển vốn từ và kĩ năng nói theo chủ điểm được gợi ý trong tranh.</w:t>
      </w:r>
    </w:p>
    <w:p w:rsidR="009032B1" w:rsidRDefault="00A70AE5">
      <w:r>
        <w:rPr>
          <w:b/>
        </w:rPr>
        <w:t>2. Năng lực chung</w:t>
      </w:r>
    </w:p>
    <w:p w:rsidR="009032B1" w:rsidRDefault="00A70AE5">
      <w:r>
        <w:t>- Tự chủ và tự học: chủ động quan sát tranh, luyện đọc, luyện viết và tự sửa lỗi khi được hướng dẫn.</w:t>
      </w:r>
    </w:p>
    <w:p w:rsidR="009032B1" w:rsidRDefault="00A70AE5">
      <w:r>
        <w:t>- Giao tiếp và hợp tác: biết trao đổi với bạn, lắng nghe, nhận xét và thực hiện nhiệm vụ theo cặp hoặc nhóm.</w:t>
      </w:r>
    </w:p>
    <w:p w:rsidR="009032B1" w:rsidRDefault="00A70AE5">
      <w:r>
        <w:t>- Giải quyết vấn đề và sáng tạo: dựa vào tranh và ngữ liệu để trả lời câu hỏi, nói được câu phù hợp tình huống.</w:t>
      </w:r>
    </w:p>
    <w:p w:rsidR="009032B1" w:rsidRDefault="00A70AE5">
      <w:r>
        <w:rPr>
          <w:b/>
        </w:rPr>
        <w:t>3. Phẩm chất</w:t>
      </w:r>
    </w:p>
    <w:p w:rsidR="009032B1" w:rsidRDefault="00A70AE5">
      <w:r>
        <w:t>- Chăm chỉ: tích cực luyện đọc, luyện viết và hoàn thành nhiệm vụ học tập.</w:t>
      </w:r>
    </w:p>
    <w:p w:rsidR="009032B1" w:rsidRDefault="00A70AE5">
      <w:r>
        <w:t>- Trách nhiệm: giữ gìn sách vở, đồ dùng học tập; hợp tác nghiêm túc trong giờ học.</w:t>
      </w:r>
    </w:p>
    <w:p w:rsidR="009032B1" w:rsidRDefault="00A70AE5">
      <w:r>
        <w:t>- Nhân ái: biết quan tâm tới con người, thiên nhiên và các sự vật gần gũi qua nội dung bài.</w:t>
      </w:r>
    </w:p>
    <w:p w:rsidR="009032B1" w:rsidRDefault="00A70AE5">
      <w:r>
        <w:rPr>
          <w:b/>
          <w:color w:val="FF0000"/>
        </w:rPr>
        <w:t>4. Tích hợp</w:t>
      </w:r>
    </w:p>
    <w:p w:rsidR="009032B1" w:rsidRDefault="00A70AE5">
      <w:r>
        <w:rPr>
          <w:color w:val="FF0000"/>
        </w:rPr>
        <w:t>- Bảo vệ môi trường: Giáo dục HS giữ gìn môi trường biển, không xả rác khi đi lại hoặc vui chơi ven biển.</w:t>
      </w:r>
    </w:p>
    <w:p w:rsidR="009032B1" w:rsidRDefault="00A70AE5">
      <w:r>
        <w:rPr>
          <w:color w:val="FF0000"/>
        </w:rPr>
        <w:t>- Kĩ năng sống/An toàn giao thông: Nhận biết phương tiện giao thông đường thuỷ; biết nghe người lớn hướng dẫn và mặc áo phao khi đi tàu, thuyền.</w:t>
      </w:r>
    </w:p>
    <w:p w:rsidR="009032B1" w:rsidRDefault="00A70AE5">
      <w:r>
        <w:rPr>
          <w:b/>
        </w:rPr>
        <w:t>II. ĐỒ DÙNG DẠY HỌC</w:t>
      </w:r>
    </w:p>
    <w:p w:rsidR="009032B1" w:rsidRDefault="00A70AE5">
      <w:r>
        <w:t>- Giáo viên: SGK, SGV Tiếng Việt 1 tập một; tranh minh hoạ cắt đúng nội dung bài; thẻ chữ/bảng phụ; máy tính, máy chiếu (nếu có).</w:t>
      </w:r>
    </w:p>
    <w:p w:rsidR="009032B1" w:rsidRDefault="00A70AE5">
      <w:r>
        <w:t>- Học sinh: SGK, vở Tập viết, bảng con, bộ thẻ chữ, bút viết.</w:t>
      </w:r>
    </w:p>
    <w:p w:rsidR="009032B1" w:rsidRDefault="00A70AE5">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9032B1" w:rsidTr="00EE3666">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HỌC SINH</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1. HOẠT ĐỘNG MỞ ĐẦU</w:t>
            </w:r>
          </w:p>
          <w:p w:rsidR="009032B1" w:rsidRDefault="00A70AE5">
            <w:pPr>
              <w:spacing w:line="240" w:lineRule="auto"/>
            </w:pPr>
            <w:r>
              <w:rPr>
                <w:b/>
                <w:i/>
              </w:rPr>
              <w:t xml:space="preserve">Mục tiêu: </w:t>
            </w:r>
            <w:r>
              <w:rPr>
                <w:i/>
              </w:rPr>
              <w:t>Tạo tâm thế học tập vui vẻ; ôn lại vần đã học và kết nối vào bài mới.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Cho HS đọc lại một số vần, tiếng, từ ngữ của bài Bài 65: Ôn tập và kể chuyện.</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cá nhân, nhóm và đồng thanh các vần, tiếng, từ ngữ của bài Bài 65: Ôn tập và kể chuyện.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Nhận xét cách đọc, sửa lỗi phát âm cho HS và tuyên dương những em đọc rõ, đúng.</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tự sửa lỗi phát âm và cổ vũ bạn.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xml:space="preserve">- Các em vừa ôn lại những vần đã học. Hôm nay, qua </w:t>
            </w:r>
            <w:r>
              <w:lastRenderedPageBreak/>
              <w:t>bức tranh con thuyền đang căng buồm trên biển, chúng ta sẽ làm quen hai vần mới uôi, uôm.</w:t>
            </w:r>
          </w:p>
        </w:tc>
        <w:tc>
          <w:tcPr>
            <w:tcW w:w="3969" w:type="dxa"/>
            <w:shd w:val="clear" w:color="auto" w:fill="auto"/>
            <w:tcMar>
              <w:top w:w="90" w:type="dxa"/>
              <w:left w:w="100" w:type="dxa"/>
              <w:bottom w:w="90" w:type="dxa"/>
              <w:right w:w="100" w:type="dxa"/>
            </w:tcMar>
          </w:tcPr>
          <w:p w:rsidR="009032B1" w:rsidRDefault="00A70AE5">
            <w:pPr>
              <w:spacing w:line="240" w:lineRule="auto"/>
            </w:pPr>
            <w:r>
              <w:lastRenderedPageBreak/>
              <w:t xml:space="preserve">- HS lắng nghe, quan sát tranh và </w:t>
            </w:r>
            <w:r>
              <w:lastRenderedPageBreak/>
              <w:t>nhắc lại tên bài học.</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lastRenderedPageBreak/>
              <w:t>- Chốt: Bài học hôm nay giúp các em đọc, viết đúng các vần uôi, uôm và sử dụng được những tiếng mới trong giao tiếp.</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nhắc lại các vần mới sẽ học.</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2. HOẠT ĐỘNG HÌNH THÀNH KIẾN THỨC MỚI</w:t>
            </w:r>
          </w:p>
          <w:p w:rsidR="009032B1" w:rsidRDefault="00A70AE5">
            <w:pPr>
              <w:spacing w:line="240" w:lineRule="auto"/>
            </w:pPr>
            <w:r>
              <w:rPr>
                <w:b/>
                <w:i/>
              </w:rPr>
              <w:t xml:space="preserve">Mục tiêu: </w:t>
            </w:r>
            <w:r>
              <w:rPr>
                <w:i/>
              </w:rPr>
              <w:t>Nhận biết, đọc đúng vần, tiếng, từ ngữ mới; viết đúng mẫu trên bảng con.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1. Nhận biết</w:t>
            </w:r>
            <w:r>
              <w:rPr>
                <w:b/>
                <w:i/>
              </w:rPr>
              <w:t xml:space="preserve"> – Mục tiêu: </w:t>
            </w:r>
            <w:r>
              <w:rPr>
                <w:i/>
              </w:rPr>
              <w:t>Quan sát tranh, đọc câu nhận biết và phát hiện vần mới.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t>- Trong tranh có phương tiện gì? Chiếc th</w:t>
            </w:r>
            <w:r w:rsidR="00EE3666">
              <w:t>uyền đang di chuyển như thế nào</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Trong tranh có thuyền buồm. Thuyền buồm đang xuôi theo chiều gió trên mặt biển.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Đọc mẫu câu nhận biết: “Thuyền buồm xuôi theo chiều gió.”; yêu cầu HS đọc theo từng cụm từ rồi đọc cả câu.</w:t>
            </w:r>
          </w:p>
        </w:tc>
        <w:tc>
          <w:tcPr>
            <w:tcW w:w="3969" w:type="dxa"/>
            <w:shd w:val="clear" w:color="auto" w:fill="auto"/>
            <w:tcMar>
              <w:top w:w="90" w:type="dxa"/>
              <w:left w:w="100" w:type="dxa"/>
              <w:bottom w:w="90" w:type="dxa"/>
              <w:right w:w="100" w:type="dxa"/>
            </w:tcMar>
          </w:tcPr>
          <w:p w:rsidR="009032B1" w:rsidRDefault="00A70AE5">
            <w:pPr>
              <w:spacing w:line="240" w:lineRule="auto"/>
            </w:pPr>
            <w:r>
              <w:t>- HS đọc theo GV và đọc cả câu: “Thuyền buồm xuôi theo chiều gió.”.</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Trong câu “Thuyền buồm xuôi theo chiều gió.”, tiếng nào chứa vần mới?</w:t>
            </w:r>
          </w:p>
        </w:tc>
        <w:tc>
          <w:tcPr>
            <w:tcW w:w="3969" w:type="dxa"/>
            <w:shd w:val="clear" w:color="auto" w:fill="auto"/>
            <w:tcMar>
              <w:top w:w="90" w:type="dxa"/>
              <w:left w:w="100" w:type="dxa"/>
              <w:bottom w:w="90" w:type="dxa"/>
              <w:right w:w="100" w:type="dxa"/>
            </w:tcMar>
          </w:tcPr>
          <w:p w:rsidR="009032B1" w:rsidRDefault="00A70AE5">
            <w:pPr>
              <w:spacing w:line="240" w:lineRule="auto"/>
            </w:pPr>
            <w:r>
              <w:t>- HS xác định tiếng có vần uôi, uôm trong câu nhận biết.</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Các tiếng vừa tìm giúp chúng ta nhận biết hai/bốn vần mới của bài là uôi, uôm.</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đồng thanh các vần uôi, uôm.</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2. Đọc vần, tiếng, từ ngữ</w:t>
            </w:r>
            <w:r>
              <w:rPr>
                <w:b/>
                <w:i/>
              </w:rPr>
              <w:t xml:space="preserve"> – Mục tiêu: </w:t>
            </w:r>
            <w:r>
              <w:rPr>
                <w:i/>
              </w:rPr>
              <w:t>Đánh vần, đọc trơn, ghép và mở rộng tiếng/từ có vần mới.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Viết các vần uôi, uôm lên bảng và yêu cầu HS nêu điểm giống, khác nhau.</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nhận xét: các vần có phần đầu gần giống/khác nhau ở âm cuối hoặc âm chính theo từng vần uôi, uôm.</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Đánh vần mẫu các vần uôi, uôm; tổ chức cho HS luyện đọc cá nhân, nhóm, cả lớp.</w:t>
            </w:r>
          </w:p>
        </w:tc>
        <w:tc>
          <w:tcPr>
            <w:tcW w:w="3969" w:type="dxa"/>
            <w:shd w:val="clear" w:color="auto" w:fill="auto"/>
            <w:tcMar>
              <w:top w:w="90" w:type="dxa"/>
              <w:left w:w="100" w:type="dxa"/>
              <w:bottom w:w="90" w:type="dxa"/>
              <w:right w:w="100" w:type="dxa"/>
            </w:tcMar>
          </w:tcPr>
          <w:p w:rsidR="009032B1" w:rsidRDefault="00A70AE5">
            <w:pPr>
              <w:spacing w:line="240" w:lineRule="auto"/>
            </w:pPr>
            <w:r>
              <w:t>- HS đánh vần rồi đọc trơn các vần uôi, uôm theo cá nhân, nhóm và cả lớp.</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Giới thiệu tiếng mẫu “xuôi”; yêu cầu HS phân tích, đánh vần và đọc trơn.</w:t>
            </w:r>
          </w:p>
        </w:tc>
        <w:tc>
          <w:tcPr>
            <w:tcW w:w="3969" w:type="dxa"/>
            <w:shd w:val="clear" w:color="auto" w:fill="auto"/>
            <w:tcMar>
              <w:top w:w="90" w:type="dxa"/>
              <w:left w:w="100" w:type="dxa"/>
              <w:bottom w:w="90" w:type="dxa"/>
              <w:right w:w="100" w:type="dxa"/>
            </w:tcMar>
          </w:tcPr>
          <w:p w:rsidR="009032B1" w:rsidRDefault="00A70AE5">
            <w:pPr>
              <w:spacing w:line="240" w:lineRule="auto"/>
            </w:pPr>
            <w:r>
              <w:t>- HS phân tích, đánh vần và đọc trơn tiếng “xuôi”.</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rsidP="00EE3666">
            <w:pPr>
              <w:spacing w:line="240" w:lineRule="auto"/>
            </w:pPr>
            <w:r>
              <w:t>- Yêu cầu HS quan sát tranh từ ngữ và đọc: con suối, buổi sáng, quả muỗm.</w:t>
            </w:r>
          </w:p>
        </w:tc>
        <w:tc>
          <w:tcPr>
            <w:tcW w:w="3969" w:type="dxa"/>
            <w:shd w:val="clear" w:color="auto" w:fill="auto"/>
            <w:tcMar>
              <w:top w:w="90" w:type="dxa"/>
              <w:left w:w="100" w:type="dxa"/>
              <w:bottom w:w="90" w:type="dxa"/>
              <w:right w:w="100" w:type="dxa"/>
            </w:tcMar>
          </w:tcPr>
          <w:p w:rsidR="009032B1" w:rsidRDefault="00A70AE5">
            <w:pPr>
              <w:spacing w:line="240" w:lineRule="auto"/>
            </w:pPr>
            <w:r>
              <w:t>- HS quan sát tranh, nói tên sự vật và đọc trơn: con suối, buổi sáng, quả muỗm.</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Muốn đọc đúng tiếng mới, các em cần nhận diện đúng vần, đánh vần chậm rồi đọc trơn rõ tiếng.</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lại các vần và từ ngữ: uôi, uôm; con suối, buổi sáng, quả muỗm.</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lastRenderedPageBreak/>
              <w:t>Hoạt động 3. Viết bảng</w:t>
            </w:r>
            <w:r>
              <w:rPr>
                <w:b/>
                <w:i/>
              </w:rPr>
              <w:t xml:space="preserve"> – Mục tiêu: </w:t>
            </w:r>
            <w:r>
              <w:rPr>
                <w:i/>
              </w:rPr>
              <w:t>Viết đúng vần và tiếng ứng dụng, đúng độ cao, khoảng cách và dấu thanh.</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Viết mẫu các vần uôi, uôm và tiếng “xuôi”, vừa viết vừa hướng dẫn nét nối và vị trí dấu thanh.</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quy trình viết, dùng ngón tay viết mô phỏng trên không các vần uôi, uôm.</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Yêu cầu HS viết bảng con các vần uôi, uôm và tiếng “xuôi”.</w:t>
            </w:r>
          </w:p>
        </w:tc>
        <w:tc>
          <w:tcPr>
            <w:tcW w:w="3969" w:type="dxa"/>
            <w:shd w:val="clear" w:color="auto" w:fill="auto"/>
            <w:tcMar>
              <w:top w:w="90" w:type="dxa"/>
              <w:left w:w="100" w:type="dxa"/>
              <w:bottom w:w="90" w:type="dxa"/>
              <w:right w:w="100" w:type="dxa"/>
            </w:tcMar>
          </w:tcPr>
          <w:p w:rsidR="009032B1" w:rsidRDefault="00A70AE5">
            <w:pPr>
              <w:spacing w:line="240" w:lineRule="auto"/>
            </w:pPr>
            <w:r>
              <w:t>- HS viết bảng con các vần uôi, uôm và tiếng “xuôi”.</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Quan sát, nhận xét một số bảng viết; sửa lỗi về nét nối, dấu thanh và khoảng cách chữ.</w:t>
            </w:r>
          </w:p>
        </w:tc>
        <w:tc>
          <w:tcPr>
            <w:tcW w:w="3969" w:type="dxa"/>
            <w:shd w:val="clear" w:color="auto" w:fill="auto"/>
            <w:tcMar>
              <w:top w:w="90" w:type="dxa"/>
              <w:left w:w="100" w:type="dxa"/>
              <w:bottom w:w="90" w:type="dxa"/>
              <w:right w:w="100" w:type="dxa"/>
            </w:tcMar>
          </w:tcPr>
          <w:p w:rsidR="009032B1" w:rsidRDefault="00A70AE5">
            <w:pPr>
              <w:spacing w:line="240" w:lineRule="auto"/>
            </w:pPr>
            <w:r>
              <w:t>- HS quan sát bài viết được nhận xét, tự sửa chữ chưa đúng trên bảng con.</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Khi viết vần và tiếng, các em cần đặt bút đúng điểm, nối nét liền mạch và viết dấu thanh đúng vị trí.</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nhắc lại tư thế ngồi viết và cách giữ bảng/vở sạch đẹp.</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3. HOẠT ĐỘNG LUYỆN TẬP, THỰC HÀNH</w:t>
            </w:r>
          </w:p>
          <w:p w:rsidR="009032B1" w:rsidRDefault="00A70AE5">
            <w:pPr>
              <w:spacing w:line="240" w:lineRule="auto"/>
            </w:pPr>
            <w:r>
              <w:rPr>
                <w:b/>
                <w:i/>
              </w:rPr>
              <w:t xml:space="preserve">Mục tiêu: </w:t>
            </w:r>
            <w:r>
              <w:rPr>
                <w:i/>
              </w:rPr>
              <w:t>Củng cố kĩ năng viết vở, đọc hiểu đoạn ứng dụng và nói theo tranh.</w:t>
            </w:r>
          </w:p>
        </w:tc>
      </w:tr>
      <w:tr w:rsidR="009032B1" w:rsidTr="00EE3666">
        <w:trPr>
          <w:jc w:val="center"/>
        </w:trPr>
        <w:tc>
          <w:tcPr>
            <w:tcW w:w="3969" w:type="dxa"/>
            <w:gridSpan w:val="2"/>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4. Viết vở</w:t>
            </w:r>
            <w:r>
              <w:rPr>
                <w:b/>
                <w:i/>
              </w:rPr>
              <w:t xml:space="preserve"> – Mục tiêu: </w:t>
            </w:r>
            <w:r>
              <w:rPr>
                <w:i/>
              </w:rPr>
              <w:t>Tô, viết đúng vần và từ ngữ ứng dụng vào vở Tập viết.</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Nhắc HS tư thế ngồi viết, cách cầm bút; yêu cầu viết các vần uôi, uôm và một số từ ngữ ứng dụng trong bài.</w:t>
            </w:r>
          </w:p>
        </w:tc>
        <w:tc>
          <w:tcPr>
            <w:tcW w:w="3969" w:type="dxa"/>
            <w:shd w:val="clear" w:color="auto" w:fill="auto"/>
            <w:tcMar>
              <w:top w:w="90" w:type="dxa"/>
              <w:left w:w="100" w:type="dxa"/>
              <w:bottom w:w="90" w:type="dxa"/>
              <w:right w:w="100" w:type="dxa"/>
            </w:tcMar>
          </w:tcPr>
          <w:p w:rsidR="009032B1" w:rsidRDefault="00A70AE5">
            <w:pPr>
              <w:spacing w:line="240" w:lineRule="auto"/>
            </w:pPr>
            <w:r>
              <w:t>- HS ngồi đúng tư thế và viết các vần uôi, uôm, từ ngữ ứng dụng vào vở Tập viết.</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Quan sát từng bàn, hỗ trợ HS còn chậm; nhận xét và sửa một số bài viết.</w:t>
            </w:r>
          </w:p>
        </w:tc>
        <w:tc>
          <w:tcPr>
            <w:tcW w:w="3969" w:type="dxa"/>
            <w:shd w:val="clear" w:color="auto" w:fill="auto"/>
            <w:tcMar>
              <w:top w:w="90" w:type="dxa"/>
              <w:left w:w="100" w:type="dxa"/>
              <w:bottom w:w="90" w:type="dxa"/>
              <w:right w:w="100" w:type="dxa"/>
            </w:tcMar>
          </w:tcPr>
          <w:p w:rsidR="009032B1" w:rsidRDefault="00A70AE5">
            <w:pPr>
              <w:spacing w:line="240" w:lineRule="auto"/>
            </w:pPr>
            <w:r>
              <w:t>- HS hoàn thành bài viết, đổi vở quan sát và học cách sửa lỗi theo hướng dẫn.</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Viết đúng và sạch giúp các em ghi nhớ vần mới lâu hơn.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lắng nghe và tự kiểm tra lại bài viết.</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5. Đọc đoạn ứng dụng</w:t>
            </w:r>
            <w:r>
              <w:rPr>
                <w:b/>
                <w:i/>
              </w:rPr>
              <w:t xml:space="preserve"> – Mục tiêu: </w:t>
            </w:r>
            <w:r>
              <w:rPr>
                <w:i/>
              </w:rPr>
              <w:t>Đọc rõ đoạn ứng dụng, trả lời câu hỏi; hình thành ý thức bảo vệ môi trường biển.</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t>- Yêu cầu HS quan sát tranh minh hoạ đoạn đọc và dự đoán nội dung đoạn.</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tranh và dự đoán nội dung đoạn đọc.</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Đọc mẫu đoạn ứng dụng; yêu cầu HS đọc thầm, tìm tiếng chứa vần mới, sau đó luyện đọc nối tiếp câu.</w:t>
            </w:r>
          </w:p>
        </w:tc>
        <w:tc>
          <w:tcPr>
            <w:tcW w:w="3969" w:type="dxa"/>
            <w:shd w:val="clear" w:color="auto" w:fill="auto"/>
            <w:tcMar>
              <w:top w:w="90" w:type="dxa"/>
              <w:left w:w="100" w:type="dxa"/>
              <w:bottom w:w="90" w:type="dxa"/>
              <w:right w:w="100" w:type="dxa"/>
            </w:tcMar>
          </w:tcPr>
          <w:p w:rsidR="009032B1" w:rsidRDefault="00A70AE5">
            <w:pPr>
              <w:spacing w:line="240" w:lineRule="auto"/>
            </w:pPr>
            <w:r>
              <w:t>- HS đọc thầm, tìm tiếng chứa vần uôi, uôm; luyện đọc nối tiếp câu và đọc cả đoạn.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Buổi sớm mai, ông và Hà đi đâu?</w:t>
            </w:r>
          </w:p>
        </w:tc>
        <w:tc>
          <w:tcPr>
            <w:tcW w:w="3969" w:type="dxa"/>
            <w:shd w:val="clear" w:color="auto" w:fill="auto"/>
            <w:tcMar>
              <w:top w:w="90" w:type="dxa"/>
              <w:left w:w="100" w:type="dxa"/>
              <w:bottom w:w="90" w:type="dxa"/>
              <w:right w:w="100" w:type="dxa"/>
            </w:tcMar>
          </w:tcPr>
          <w:p w:rsidR="009032B1" w:rsidRDefault="00A70AE5">
            <w:pPr>
              <w:spacing w:line="240" w:lineRule="auto"/>
            </w:pPr>
            <w:r>
              <w:t>- Buổi sớm mai, ông và Hà đi ra biển.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Ngoài biển, Hà nhìn thấy những gì?</w:t>
            </w:r>
          </w:p>
        </w:tc>
        <w:tc>
          <w:tcPr>
            <w:tcW w:w="3969" w:type="dxa"/>
            <w:shd w:val="clear" w:color="auto" w:fill="auto"/>
            <w:tcMar>
              <w:top w:w="90" w:type="dxa"/>
              <w:left w:w="100" w:type="dxa"/>
              <w:bottom w:w="90" w:type="dxa"/>
              <w:right w:w="100" w:type="dxa"/>
            </w:tcMar>
          </w:tcPr>
          <w:p w:rsidR="009032B1" w:rsidRDefault="00A70AE5">
            <w:pPr>
              <w:spacing w:line="240" w:lineRule="auto"/>
            </w:pPr>
            <w:r>
              <w:t>- Hà nhìn thấy nhiều tàu lớn, tàu nhỏ rời bến và chiếc thuyền buồm trên biển.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lastRenderedPageBreak/>
              <w:t>- Cảnh biển buổi sáng như thế nào?</w:t>
            </w:r>
          </w:p>
        </w:tc>
        <w:tc>
          <w:tcPr>
            <w:tcW w:w="3969" w:type="dxa"/>
            <w:shd w:val="clear" w:color="auto" w:fill="auto"/>
            <w:tcMar>
              <w:top w:w="90" w:type="dxa"/>
              <w:left w:w="100" w:type="dxa"/>
              <w:bottom w:w="90" w:type="dxa"/>
              <w:right w:w="100" w:type="dxa"/>
            </w:tcMar>
          </w:tcPr>
          <w:p w:rsidR="009032B1" w:rsidRDefault="00A70AE5">
            <w:pPr>
              <w:spacing w:line="240" w:lineRule="auto"/>
            </w:pPr>
            <w:r>
              <w:t>- Cảnh biển buổi sáng đẹp, có nắng ấm và những con thuyền đang đi lại.</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rPr>
                <w:color w:val="FF0000"/>
              </w:rPr>
              <w:t>- Khi đi chơi hoặc đi lại ở bãi biển, em cần làm gì để biển luôn sạch đẹp?</w:t>
            </w:r>
          </w:p>
        </w:tc>
        <w:tc>
          <w:tcPr>
            <w:tcW w:w="3969" w:type="dxa"/>
            <w:shd w:val="clear" w:color="auto" w:fill="auto"/>
            <w:tcMar>
              <w:top w:w="90" w:type="dxa"/>
              <w:left w:w="100" w:type="dxa"/>
              <w:bottom w:w="90" w:type="dxa"/>
              <w:right w:w="100" w:type="dxa"/>
            </w:tcMar>
          </w:tcPr>
          <w:p w:rsidR="009032B1" w:rsidRDefault="00A70AE5">
            <w:pPr>
              <w:spacing w:line="240" w:lineRule="auto"/>
            </w:pPr>
            <w:r>
              <w:t>- HS trả lời: Em bỏ rác đúng nơi quy định, không ném rác xuống nước, biết nhắc bạn cùng giữ sạch bãi biển.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rPr>
                <w:color w:val="FF0000"/>
              </w:rPr>
              <w:t>- Tích hợp bảo vệ môi trường: Biển mang lại vẻ đẹp và nguồn sống cho con người. Rác thải làm bẩn nước biển, gây hại cho cá, rùa và các sinh vật. Mỗi bạn nhỏ cần giữ rác để bỏ đúng thùng, hạn chế đồ nhựa dùng một lần và cùng gia đình bảo vệ cảnh quan biển.</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nêu việc sẽ làm: không xả rác và cùng người thân giữ sạch bãi biển.</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Qua đoạn đọc, các em vừa luyện đọc đúng vần mới vừa hiểu thêm nội dung bức tranh và bài đọc.</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nêu lại một điều em hiểu sau khi đọc đoạn.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6. Nói theo tranh</w:t>
            </w:r>
            <w:r>
              <w:rPr>
                <w:b/>
                <w:i/>
              </w:rPr>
              <w:t xml:space="preserve"> – Mục tiêu: </w:t>
            </w:r>
            <w:r>
              <w:rPr>
                <w:i/>
              </w:rPr>
              <w:t>Nói được về phương tiện đường thuỷ; biết một số việc làm an toàn khi đi tàu, thuyền.</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t>- Yêu cầu HS quan sát tranh nói và trả lời câu hỏi.</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tranh, chuẩn bị câu trả lời theo nội dung tranh.</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Trong tranh nói có những phương tiện nào đi lại trên biển?</w:t>
            </w:r>
          </w:p>
        </w:tc>
        <w:tc>
          <w:tcPr>
            <w:tcW w:w="3969" w:type="dxa"/>
            <w:shd w:val="clear" w:color="auto" w:fill="auto"/>
            <w:tcMar>
              <w:top w:w="90" w:type="dxa"/>
              <w:left w:w="100" w:type="dxa"/>
              <w:bottom w:w="90" w:type="dxa"/>
              <w:right w:w="100" w:type="dxa"/>
            </w:tcMar>
          </w:tcPr>
          <w:p w:rsidR="009032B1" w:rsidRDefault="00A70AE5">
            <w:pPr>
              <w:spacing w:line="240" w:lineRule="auto"/>
            </w:pPr>
            <w:r>
              <w:t>- Có tàu thuỷ, thuyền buồm và thuyền thúng.</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Khi đi tàu, thuyền, em cần làm gì để an toàn?</w:t>
            </w:r>
          </w:p>
        </w:tc>
        <w:tc>
          <w:tcPr>
            <w:tcW w:w="3969" w:type="dxa"/>
            <w:shd w:val="clear" w:color="auto" w:fill="auto"/>
            <w:tcMar>
              <w:top w:w="90" w:type="dxa"/>
              <w:left w:w="100" w:type="dxa"/>
              <w:bottom w:w="90" w:type="dxa"/>
              <w:right w:w="100" w:type="dxa"/>
            </w:tcMar>
          </w:tcPr>
          <w:p w:rsidR="009032B1" w:rsidRDefault="00A70AE5">
            <w:pPr>
              <w:spacing w:line="240" w:lineRule="auto"/>
            </w:pPr>
            <w:r>
              <w:t>- Em cần mặc áo phao, ngồi ngay ngắn, nghe lời người lớn, không đùa nghịch.</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rPr>
                <w:color w:val="FF0000"/>
              </w:rPr>
              <w:t>- Vì sao khi đi trên tàu, thuyền em cần mặc áo phao và nghe lời người lớn?</w:t>
            </w:r>
          </w:p>
        </w:tc>
        <w:tc>
          <w:tcPr>
            <w:tcW w:w="3969" w:type="dxa"/>
            <w:shd w:val="clear" w:color="auto" w:fill="auto"/>
            <w:tcMar>
              <w:top w:w="90" w:type="dxa"/>
              <w:left w:w="100" w:type="dxa"/>
              <w:bottom w:w="90" w:type="dxa"/>
              <w:right w:w="100" w:type="dxa"/>
            </w:tcMar>
          </w:tcPr>
          <w:p w:rsidR="009032B1" w:rsidRDefault="00A70AE5">
            <w:pPr>
              <w:spacing w:line="240" w:lineRule="auto"/>
            </w:pPr>
            <w:r>
              <w:t>- HS trả lời: Vì áo phao giúp em nổi khi gặp sự cố; nghe lời người lớn giúp chuyến đi an toàn.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rPr>
                <w:color w:val="FF0000"/>
              </w:rPr>
              <w:t>- Tích hợp kĩ năng sống/ATGT: Tàu, thuyền là phương tiện giao thông đường thuỷ. Trẻ em chỉ đi cùng người lớn, mặc áo phao đúng cách, ngồi yên, không thò tay xuống nước, không chen lấn và thực hiện hướng dẫn an toàn.</w:t>
            </w:r>
          </w:p>
        </w:tc>
        <w:tc>
          <w:tcPr>
            <w:tcW w:w="3969" w:type="dxa"/>
            <w:shd w:val="clear" w:color="auto" w:fill="auto"/>
            <w:tcMar>
              <w:top w:w="90" w:type="dxa"/>
              <w:left w:w="100" w:type="dxa"/>
              <w:bottom w:w="90" w:type="dxa"/>
              <w:right w:w="100" w:type="dxa"/>
            </w:tcMar>
          </w:tcPr>
          <w:p w:rsidR="009032B1" w:rsidRDefault="00A70AE5">
            <w:pPr>
              <w:spacing w:line="240" w:lineRule="auto"/>
            </w:pPr>
            <w:r>
              <w:t>- HS nêu quy tắc an toàn: mặc áo phao, ngồi ngay ngắn, không đùa nghịch trên thuyền.</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Khi nói theo tranh, các em cần quan sát kĩ, nói đủ ý và biết liên hệ với việc làm của bản thân.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nhắc lại nội dung vừa nói và nhận xét bạn.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4. HOẠT ĐỘNG VẬN DỤNG</w:t>
            </w:r>
          </w:p>
          <w:p w:rsidR="009032B1" w:rsidRDefault="00A70AE5">
            <w:pPr>
              <w:spacing w:line="240" w:lineRule="auto"/>
            </w:pPr>
            <w:r>
              <w:rPr>
                <w:b/>
                <w:i/>
              </w:rPr>
              <w:t xml:space="preserve">Mục tiêu: </w:t>
            </w:r>
            <w:r>
              <w:rPr>
                <w:i/>
              </w:rPr>
              <w:t>Vận dụng vần mới vào nói, đọc và việc làm hằng ngày.</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Yêu cầu HS tìm thêm một tiếng hoặc từ có vần uôi, uôm và đặt một câu ngắn.</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nêu từ tìm được có vần uôi, uôm và đặt câu phù hợp.</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lastRenderedPageBreak/>
              <w:t>- Nhận xét giờ học; dặn HS đọc lại bài cho người thân nghe và thực hiện việc làm phù hợp nội dung bài.</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ghi nhớ nhiệm vụ và thực hiện ở nhà.</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Kết luận: Học vần mới giúp các em đọc được nhiều từ hơn, biết quan sát và ứng xử tốt trong cuộc sống.</w:t>
            </w:r>
          </w:p>
        </w:tc>
        <w:tc>
          <w:tcPr>
            <w:tcW w:w="3969" w:type="dxa"/>
            <w:shd w:val="clear" w:color="auto" w:fill="auto"/>
            <w:tcMar>
              <w:top w:w="90" w:type="dxa"/>
              <w:left w:w="100" w:type="dxa"/>
              <w:bottom w:w="90" w:type="dxa"/>
              <w:right w:w="100" w:type="dxa"/>
            </w:tcMar>
          </w:tcPr>
          <w:p w:rsidR="009032B1" w:rsidRDefault="00A70AE5">
            <w:pPr>
              <w:spacing w:line="240" w:lineRule="auto"/>
            </w:pPr>
            <w:r>
              <w:t>- HS nhắc lại điều em học được trong bài.</w:t>
            </w:r>
          </w:p>
        </w:tc>
      </w:tr>
    </w:tbl>
    <w:p w:rsidR="009032B1" w:rsidRDefault="00A70AE5">
      <w:r>
        <w:rPr>
          <w:b/>
        </w:rPr>
        <w:t>IV. ĐIỀU CHỈNH SAU BÀI DẠY</w:t>
      </w:r>
    </w:p>
    <w:p w:rsidR="009032B1" w:rsidRDefault="00A70AE5">
      <w:r>
        <w:t>………………………………………………………………………………………………………………………</w:t>
      </w:r>
    </w:p>
    <w:p w:rsidR="009032B1" w:rsidRDefault="00A70AE5">
      <w:r>
        <w:t>………………………………………………………………………………………………………………………</w:t>
      </w:r>
    </w:p>
    <w:p w:rsidR="009032B1" w:rsidRDefault="00A70AE5">
      <w:r>
        <w:t>………………………………………………………………………………………………………………………</w:t>
      </w:r>
    </w:p>
    <w:p w:rsidR="009032B1" w:rsidRDefault="009032B1"/>
    <w:p w:rsidR="009032B1" w:rsidRDefault="00A70AE5">
      <w:pPr>
        <w:jc w:val="center"/>
      </w:pPr>
      <w:r>
        <w:rPr>
          <w:b/>
          <w:sz w:val="28"/>
        </w:rPr>
        <w:t>TIẾNG VIỆT</w:t>
      </w:r>
    </w:p>
    <w:p w:rsidR="009032B1" w:rsidRDefault="00A70AE5">
      <w:pPr>
        <w:jc w:val="center"/>
      </w:pPr>
      <w:r>
        <w:rPr>
          <w:b/>
          <w:sz w:val="28"/>
        </w:rPr>
        <w:t>BÀI 67: UÔC, UÔT</w:t>
      </w:r>
    </w:p>
    <w:p w:rsidR="009032B1" w:rsidRDefault="00A70AE5">
      <w:r>
        <w:rPr>
          <w:b/>
        </w:rPr>
        <w:t>I. YÊU CẦU CẦN ĐẠT</w:t>
      </w:r>
    </w:p>
    <w:p w:rsidR="009032B1" w:rsidRDefault="00A70AE5">
      <w:r>
        <w:rPr>
          <w:b/>
        </w:rPr>
        <w:t>1. Năng lực đặc thù</w:t>
      </w:r>
    </w:p>
    <w:p w:rsidR="009032B1" w:rsidRDefault="00A70AE5">
      <w:r>
        <w:t>- Nhận biết và đọc đúng các vần uôc, uôt; đọc đúng tiếng, từ ngữ, câu/đoạn có chứa các vần vừa học.</w:t>
      </w:r>
    </w:p>
    <w:p w:rsidR="009032B1" w:rsidRDefault="00A70AE5">
      <w:r>
        <w:t>- Hiểu và trả lời được các câu hỏi liên quan đến nội dung đoạn đọc và tranh minh hoạ.</w:t>
      </w:r>
    </w:p>
    <w:p w:rsidR="009032B1" w:rsidRDefault="00A70AE5">
      <w:r>
        <w:t>- Viết đúng các vần uôc, uôt và một số tiếng, từ ngữ ứng dụng trong bài.</w:t>
      </w:r>
    </w:p>
    <w:p w:rsidR="009032B1" w:rsidRDefault="00A70AE5">
      <w:r>
        <w:t>- Phát triển vốn từ và kĩ năng nói theo chủ điểm được gợi ý trong tranh.</w:t>
      </w:r>
    </w:p>
    <w:p w:rsidR="009032B1" w:rsidRDefault="00A70AE5">
      <w:r>
        <w:rPr>
          <w:b/>
        </w:rPr>
        <w:t>2. Năng lực chung</w:t>
      </w:r>
    </w:p>
    <w:p w:rsidR="009032B1" w:rsidRDefault="00A70AE5">
      <w:r>
        <w:t>- Tự chủ và tự học: chủ động quan sát tranh, luyện đọc, luyện viết và tự sửa lỗi khi được hướng dẫn.</w:t>
      </w:r>
    </w:p>
    <w:p w:rsidR="009032B1" w:rsidRDefault="00A70AE5">
      <w:r>
        <w:t>- Giao tiếp và hợp tác: biết trao đổi với bạn, lắng nghe, nhận xét và thực hiện nhiệm vụ theo cặp hoặc nhóm.</w:t>
      </w:r>
    </w:p>
    <w:p w:rsidR="009032B1" w:rsidRDefault="00A70AE5">
      <w:r>
        <w:t>- Giải quyết vấn đề và sáng tạo: dựa vào tranh và ngữ liệu để trả lời câu hỏi, nói được câu phù hợp tình huống.</w:t>
      </w:r>
    </w:p>
    <w:p w:rsidR="009032B1" w:rsidRDefault="00A70AE5">
      <w:r>
        <w:rPr>
          <w:b/>
        </w:rPr>
        <w:t>3. Phẩm chất</w:t>
      </w:r>
    </w:p>
    <w:p w:rsidR="009032B1" w:rsidRDefault="00A70AE5">
      <w:r>
        <w:t>- Chăm chỉ: tích cực luyện đọc, luyện viết và hoàn thành nhiệm vụ học tập.</w:t>
      </w:r>
    </w:p>
    <w:p w:rsidR="009032B1" w:rsidRDefault="00A70AE5">
      <w:r>
        <w:t>- Trách nhiệm: giữ gìn sách vở, đồ dùng học tập; hợp tác nghiêm túc trong giờ học.</w:t>
      </w:r>
    </w:p>
    <w:p w:rsidR="009032B1" w:rsidRDefault="00A70AE5">
      <w:r>
        <w:t>- Nhân ái: biết quan tâm tới con người, thiên nhiên và các sự vật gần gũi qua nội dung bài.</w:t>
      </w:r>
    </w:p>
    <w:p w:rsidR="009032B1" w:rsidRDefault="00A70AE5">
      <w:r>
        <w:rPr>
          <w:b/>
        </w:rPr>
        <w:t>II. ĐỒ DÙNG DẠY HỌC</w:t>
      </w:r>
    </w:p>
    <w:p w:rsidR="009032B1" w:rsidRDefault="00A70AE5">
      <w:r>
        <w:t>- Giáo viên: SGK, SGV Tiếng Việt 1 tập một; tranh minh hoạ cắt đúng nội dung bài; thẻ chữ/bảng phụ; máy tính, máy chiếu (nếu có).</w:t>
      </w:r>
    </w:p>
    <w:p w:rsidR="009032B1" w:rsidRDefault="00A70AE5">
      <w:r>
        <w:t>- Học sinh: SGK, vở Tập viết, bảng con, bộ thẻ chữ, bút viết.</w:t>
      </w:r>
    </w:p>
    <w:p w:rsidR="009032B1" w:rsidRDefault="00A70AE5">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9032B1" w:rsidTr="00EE3666">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HỌC SINH</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lastRenderedPageBreak/>
              <w:t>1. HOẠT ĐỘNG MỞ ĐẦU</w:t>
            </w:r>
          </w:p>
          <w:p w:rsidR="009032B1" w:rsidRDefault="00A70AE5">
            <w:pPr>
              <w:spacing w:line="240" w:lineRule="auto"/>
            </w:pPr>
            <w:r>
              <w:rPr>
                <w:b/>
                <w:i/>
              </w:rPr>
              <w:t xml:space="preserve">Mục tiêu: </w:t>
            </w:r>
            <w:r>
              <w:rPr>
                <w:i/>
              </w:rPr>
              <w:t>Tạo tâm thế học tập vui vẻ; ôn lại vần đã học và kết nối vào bài mới.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Cho HS đọc lại một số vần, tiếng, từ ngữ của bài Bài 66: uôi, uôm.</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cá nhân, nhóm và đồng thanh các vần, tiếng, từ ngữ của bài Bài 66: uôi, uôm.</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Nhận xét cách đọc, sửa lỗi phát âm cho HS và tuyên dương những em đọc rõ, đúng.</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tự sửa lỗi phát âm và cổ vũ bạn.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Quan sát việc mẹ chăm sóc Hà trước khi đi chơi, các em sẽ học hai vần mới uôc, uôt và đọc được nhiều từ ngữ gần gũi.</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quan sát tranh và nhắc lại tên bài học.</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Bài học hôm nay giúp các em đọc, viết đúng các vần uôc, uôt và sử dụng được những tiếng mới trong giao tiếp.</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nhắc lại các vần mới sẽ học.</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2. HOẠT ĐỘNG HÌNH THÀNH KIẾN THỨC MỚI</w:t>
            </w:r>
          </w:p>
          <w:p w:rsidR="009032B1" w:rsidRDefault="00A70AE5">
            <w:pPr>
              <w:spacing w:line="240" w:lineRule="auto"/>
            </w:pPr>
            <w:r>
              <w:rPr>
                <w:b/>
                <w:i/>
              </w:rPr>
              <w:t xml:space="preserve">Mục tiêu: </w:t>
            </w:r>
            <w:r>
              <w:rPr>
                <w:i/>
              </w:rPr>
              <w:t>Nhận biết, đọc đúng vần, tiếng, từ ngữ mới; viết đúng mẫu trên bảng con.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1. Nhận biết</w:t>
            </w:r>
            <w:r>
              <w:rPr>
                <w:b/>
                <w:i/>
              </w:rPr>
              <w:t xml:space="preserve"> – Mục tiêu: </w:t>
            </w:r>
            <w:r>
              <w:rPr>
                <w:i/>
              </w:rPr>
              <w:t>Quan sát tranh, đọc câu nhận biết và phát hiện vần mới.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t>- Tranh vẽ những ai? Mẹ đang làm gì cho Hà?</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Tranh vẽ mẹ và Hà. Mẹ đang vuốt tóc và buộc nơ cho Hà.</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Đọc mẫu câu nhận biết: “Mẹ vuốt tóc và buộc nơ cho Hà.”; yêu cầu HS đọc theo từng cụm từ rồi đọc cả câu.</w:t>
            </w:r>
          </w:p>
        </w:tc>
        <w:tc>
          <w:tcPr>
            <w:tcW w:w="3969" w:type="dxa"/>
            <w:shd w:val="clear" w:color="auto" w:fill="auto"/>
            <w:tcMar>
              <w:top w:w="90" w:type="dxa"/>
              <w:left w:w="100" w:type="dxa"/>
              <w:bottom w:w="90" w:type="dxa"/>
              <w:right w:w="100" w:type="dxa"/>
            </w:tcMar>
          </w:tcPr>
          <w:p w:rsidR="009032B1" w:rsidRDefault="00A70AE5">
            <w:pPr>
              <w:spacing w:line="240" w:lineRule="auto"/>
            </w:pPr>
            <w:r>
              <w:t>- HS đọc theo GV và đọc cả câu: “Mẹ vuốt tóc và buộc nơ cho Hà.”.</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Trong câu “Mẹ vuốt tóc và buộc nơ cho Hà.”, tiếng nào chứa vần mới?</w:t>
            </w:r>
          </w:p>
        </w:tc>
        <w:tc>
          <w:tcPr>
            <w:tcW w:w="3969" w:type="dxa"/>
            <w:shd w:val="clear" w:color="auto" w:fill="auto"/>
            <w:tcMar>
              <w:top w:w="90" w:type="dxa"/>
              <w:left w:w="100" w:type="dxa"/>
              <w:bottom w:w="90" w:type="dxa"/>
              <w:right w:w="100" w:type="dxa"/>
            </w:tcMar>
          </w:tcPr>
          <w:p w:rsidR="009032B1" w:rsidRDefault="00A70AE5">
            <w:pPr>
              <w:spacing w:line="240" w:lineRule="auto"/>
            </w:pPr>
            <w:r>
              <w:t>- HS xác định tiếng có vần uôc, uôt trong câu nhận biết.</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Các tiếng vừa tìm giúp chúng ta nhận biết hai/bốn vần mới của bài là uôc, uôt.</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đồng thanh các vần uôc, uôt.</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2. Đọc vần, tiếng, từ ngữ</w:t>
            </w:r>
            <w:r>
              <w:rPr>
                <w:b/>
                <w:i/>
              </w:rPr>
              <w:t xml:space="preserve"> – Mục tiêu: </w:t>
            </w:r>
            <w:r>
              <w:rPr>
                <w:i/>
              </w:rPr>
              <w:t>Đánh vần, đọc trơn, ghép và mở rộng tiếng/từ có vần mới.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Viết các vần uôc, uôt lên bảng và yêu cầu HS nêu điểm giống, khác nhau.</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nhận xét: các vần có phần đầu gần giống/khác nhau ở âm cuối hoặc âm chính theo từng vần uôc, uôt.</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Đánh vần mẫu các vần uôc, uôt; tổ chức cho HS luyện đọc cá nhân, nhóm, cả lớp.</w:t>
            </w:r>
          </w:p>
        </w:tc>
        <w:tc>
          <w:tcPr>
            <w:tcW w:w="3969" w:type="dxa"/>
            <w:shd w:val="clear" w:color="auto" w:fill="auto"/>
            <w:tcMar>
              <w:top w:w="90" w:type="dxa"/>
              <w:left w:w="100" w:type="dxa"/>
              <w:bottom w:w="90" w:type="dxa"/>
              <w:right w:w="100" w:type="dxa"/>
            </w:tcMar>
          </w:tcPr>
          <w:p w:rsidR="009032B1" w:rsidRDefault="00A70AE5">
            <w:pPr>
              <w:spacing w:line="240" w:lineRule="auto"/>
            </w:pPr>
            <w:r>
              <w:t>- HS đánh vần rồi đọc trơn các vần uôc, uôt theo cá nhân, nhóm và cả lớp.</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Giới thiệu tiếng mẫu “buộc”; yêu cầu HS phân tích, đánh vần và đọc trơn.</w:t>
            </w:r>
          </w:p>
        </w:tc>
        <w:tc>
          <w:tcPr>
            <w:tcW w:w="3969" w:type="dxa"/>
            <w:shd w:val="clear" w:color="auto" w:fill="auto"/>
            <w:tcMar>
              <w:top w:w="90" w:type="dxa"/>
              <w:left w:w="100" w:type="dxa"/>
              <w:bottom w:w="90" w:type="dxa"/>
              <w:right w:w="100" w:type="dxa"/>
            </w:tcMar>
          </w:tcPr>
          <w:p w:rsidR="009032B1" w:rsidRDefault="00A70AE5">
            <w:pPr>
              <w:spacing w:line="240" w:lineRule="auto"/>
            </w:pPr>
            <w:r>
              <w:t>- HS phân tích, đánh vần và đọc trơn tiếng “buộc”.</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rsidP="00EE3666">
            <w:pPr>
              <w:spacing w:line="240" w:lineRule="auto"/>
            </w:pPr>
            <w:r>
              <w:lastRenderedPageBreak/>
              <w:t>- Yêu cầu HS quan sát tranh từ ngữ và đọc: ngọn đuốc, viên thuốc, con chuột.</w:t>
            </w:r>
          </w:p>
        </w:tc>
        <w:tc>
          <w:tcPr>
            <w:tcW w:w="3969" w:type="dxa"/>
            <w:shd w:val="clear" w:color="auto" w:fill="auto"/>
            <w:tcMar>
              <w:top w:w="90" w:type="dxa"/>
              <w:left w:w="100" w:type="dxa"/>
              <w:bottom w:w="90" w:type="dxa"/>
              <w:right w:w="100" w:type="dxa"/>
            </w:tcMar>
          </w:tcPr>
          <w:p w:rsidR="009032B1" w:rsidRDefault="00A70AE5">
            <w:pPr>
              <w:spacing w:line="240" w:lineRule="auto"/>
            </w:pPr>
            <w:r>
              <w:t>- HS quan sát tranh, nói tên sự vật và đọc trơn: ngọn đuốc, viên thuốc, con chuột.</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Muốn đọc đúng tiếng mới, các em cần nhận diện đúng vần, đánh vần chậm rồi đọc trơn rõ tiếng.</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lại các vần và từ ngữ: uôc, uôt; ngọn đuốc, viên thuốc, con chuột.</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3. Viết bảng</w:t>
            </w:r>
            <w:r>
              <w:rPr>
                <w:b/>
                <w:i/>
              </w:rPr>
              <w:t xml:space="preserve"> – Mục tiêu: </w:t>
            </w:r>
            <w:r>
              <w:rPr>
                <w:i/>
              </w:rPr>
              <w:t>Viết đúng vần và tiếng ứng dụng, đúng độ cao, khoảng cách và dấu thanh.</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Viết mẫu các vần uôc, uôt và tiếng “buộc”, vừa viết vừa hướng dẫn nét nối và vị trí dấu thanh.</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quy trình viết, dùng ngón tay viết mô phỏng trên không các vần uôc, uôt.</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Yêu cầu HS viết bảng con các vần uôc, uôt và tiếng “buộc”.</w:t>
            </w:r>
          </w:p>
        </w:tc>
        <w:tc>
          <w:tcPr>
            <w:tcW w:w="3969" w:type="dxa"/>
            <w:shd w:val="clear" w:color="auto" w:fill="auto"/>
            <w:tcMar>
              <w:top w:w="90" w:type="dxa"/>
              <w:left w:w="100" w:type="dxa"/>
              <w:bottom w:w="90" w:type="dxa"/>
              <w:right w:w="100" w:type="dxa"/>
            </w:tcMar>
          </w:tcPr>
          <w:p w:rsidR="009032B1" w:rsidRDefault="00A70AE5">
            <w:pPr>
              <w:spacing w:line="240" w:lineRule="auto"/>
            </w:pPr>
            <w:r>
              <w:t>- HS viết bảng con các vần uôc, uôt và tiếng “buộc”.</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Quan sát, nhận xét một số bảng viết; sửa lỗi về nét nối, dấu thanh và khoảng cách chữ.</w:t>
            </w:r>
          </w:p>
        </w:tc>
        <w:tc>
          <w:tcPr>
            <w:tcW w:w="3969" w:type="dxa"/>
            <w:shd w:val="clear" w:color="auto" w:fill="auto"/>
            <w:tcMar>
              <w:top w:w="90" w:type="dxa"/>
              <w:left w:w="100" w:type="dxa"/>
              <w:bottom w:w="90" w:type="dxa"/>
              <w:right w:w="100" w:type="dxa"/>
            </w:tcMar>
          </w:tcPr>
          <w:p w:rsidR="009032B1" w:rsidRDefault="00A70AE5">
            <w:pPr>
              <w:spacing w:line="240" w:lineRule="auto"/>
            </w:pPr>
            <w:r>
              <w:t>- HS quan sát bài viết được nhận xét, tự sửa chữ chưa đúng trên bảng con.</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Khi viết vần và tiếng, các em cần đặt bút đúng điểm, nối nét liền mạch và viết dấu thanh đúng vị trí.</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nhắc lại tư thế ngồi viết và cách giữ bảng/vở sạch đẹp.</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3. HOẠT ĐỘNG LUYỆN TẬP, THỰC HÀNH</w:t>
            </w:r>
          </w:p>
          <w:p w:rsidR="009032B1" w:rsidRDefault="00A70AE5">
            <w:pPr>
              <w:spacing w:line="240" w:lineRule="auto"/>
            </w:pPr>
            <w:r>
              <w:rPr>
                <w:b/>
                <w:i/>
              </w:rPr>
              <w:t xml:space="preserve">Mục tiêu: </w:t>
            </w:r>
            <w:r>
              <w:rPr>
                <w:i/>
              </w:rPr>
              <w:t>Củng cố kĩ năng viết vở, đọc hiểu đoạn ứng dụng và nói theo tranh.</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4. Viết vở</w:t>
            </w:r>
            <w:r>
              <w:rPr>
                <w:b/>
                <w:i/>
              </w:rPr>
              <w:t xml:space="preserve"> – Mục tiêu: </w:t>
            </w:r>
            <w:r>
              <w:rPr>
                <w:i/>
              </w:rPr>
              <w:t>Tô, viết đúng vần và từ ngữ ứng dụng vào vở Tập viết.</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Nhắc HS tư thế ngồi viết, cách cầm bút; yêu cầu viết các vần uôc, uôt và một số từ ngữ ứng dụng trong bài.</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ngồi đúng tư thế và viết các vần uôc, uôt, từ ngữ ứng dụng vào vở Tập viết.</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Quan sát từng bàn, hỗ trợ HS còn chậm; nhận xét và sửa một số bài viết.</w:t>
            </w:r>
          </w:p>
        </w:tc>
        <w:tc>
          <w:tcPr>
            <w:tcW w:w="3969" w:type="dxa"/>
            <w:shd w:val="clear" w:color="auto" w:fill="auto"/>
            <w:tcMar>
              <w:top w:w="90" w:type="dxa"/>
              <w:left w:w="100" w:type="dxa"/>
              <w:bottom w:w="90" w:type="dxa"/>
              <w:right w:w="100" w:type="dxa"/>
            </w:tcMar>
          </w:tcPr>
          <w:p w:rsidR="009032B1" w:rsidRDefault="00A70AE5">
            <w:pPr>
              <w:spacing w:line="240" w:lineRule="auto"/>
            </w:pPr>
            <w:r>
              <w:t>- HS hoàn thành bài viết, đổi vở quan sát và học cách sửa lỗi theo hướng dẫn.</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Viết đúng và sạch giúp các em ghi nhớ vần mới lâu hơn.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lắng nghe và tự kiểm tra lại bài viết.</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5. Đọc đoạn ứng dụng</w:t>
            </w:r>
            <w:r>
              <w:rPr>
                <w:b/>
                <w:i/>
              </w:rPr>
              <w:t xml:space="preserve"> – Mục tiêu: </w:t>
            </w:r>
            <w:r>
              <w:rPr>
                <w:i/>
              </w:rPr>
              <w:t>Đọc rõ đoạn ứng dụng, trả lời câu hỏi.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t>- Yêu cầu HS quan sát tranh minh hoạ đoạn đọc và dự đoán nội dung đoạn.</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tranh và dự đoán nội dung đoạn đọc.</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Đọc mẫu đoạn ứng dụng; yêu cầu HS đọc thầm, tìm tiếng chứa vần mới, sau đó luyện đọc nối tiếp câu.</w:t>
            </w:r>
          </w:p>
        </w:tc>
        <w:tc>
          <w:tcPr>
            <w:tcW w:w="3969" w:type="dxa"/>
            <w:shd w:val="clear" w:color="auto" w:fill="auto"/>
            <w:tcMar>
              <w:top w:w="90" w:type="dxa"/>
              <w:left w:w="100" w:type="dxa"/>
              <w:bottom w:w="90" w:type="dxa"/>
              <w:right w:w="100" w:type="dxa"/>
            </w:tcMar>
          </w:tcPr>
          <w:p w:rsidR="009032B1" w:rsidRDefault="00A70AE5">
            <w:pPr>
              <w:spacing w:line="240" w:lineRule="auto"/>
            </w:pPr>
            <w:r>
              <w:t>- HS đọc thầm, tìm tiếng chứa vần uôc, uôt; luyện đọc nối tiếp câu và đọc cả đoạn.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lastRenderedPageBreak/>
              <w:t>- Mẹ cho Hà đi đâu?</w:t>
            </w:r>
          </w:p>
        </w:tc>
        <w:tc>
          <w:tcPr>
            <w:tcW w:w="3969" w:type="dxa"/>
            <w:shd w:val="clear" w:color="auto" w:fill="auto"/>
            <w:tcMar>
              <w:top w:w="90" w:type="dxa"/>
              <w:left w:w="100" w:type="dxa"/>
              <w:bottom w:w="90" w:type="dxa"/>
              <w:right w:w="100" w:type="dxa"/>
            </w:tcMar>
          </w:tcPr>
          <w:p w:rsidR="009032B1" w:rsidRDefault="00A70AE5">
            <w:pPr>
              <w:spacing w:line="240" w:lineRule="auto"/>
            </w:pPr>
            <w:r>
              <w:t>- Mẹ cho Hà đi công viên.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Hà mặc gì và đi giày màu gì?</w:t>
            </w:r>
          </w:p>
        </w:tc>
        <w:tc>
          <w:tcPr>
            <w:tcW w:w="3969" w:type="dxa"/>
            <w:shd w:val="clear" w:color="auto" w:fill="auto"/>
            <w:tcMar>
              <w:top w:w="90" w:type="dxa"/>
              <w:left w:w="100" w:type="dxa"/>
              <w:bottom w:w="90" w:type="dxa"/>
              <w:right w:w="100" w:type="dxa"/>
            </w:tcMar>
          </w:tcPr>
          <w:p w:rsidR="009032B1" w:rsidRDefault="00A70AE5">
            <w:pPr>
              <w:spacing w:line="240" w:lineRule="auto"/>
            </w:pPr>
            <w:r>
              <w:t>- Hà mặc váy trắng và đi giày màu hồng.</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Mẹ dặn Hà điều gì khi đi chơi?</w:t>
            </w:r>
          </w:p>
        </w:tc>
        <w:tc>
          <w:tcPr>
            <w:tcW w:w="3969" w:type="dxa"/>
            <w:shd w:val="clear" w:color="auto" w:fill="auto"/>
            <w:tcMar>
              <w:top w:w="90" w:type="dxa"/>
              <w:left w:w="100" w:type="dxa"/>
              <w:bottom w:w="90" w:type="dxa"/>
              <w:right w:w="100" w:type="dxa"/>
            </w:tcMar>
          </w:tcPr>
          <w:p w:rsidR="009032B1" w:rsidRDefault="00A70AE5">
            <w:pPr>
              <w:spacing w:line="240" w:lineRule="auto"/>
            </w:pPr>
            <w:r>
              <w:t>- Mẹ dặn Hà ăn mặc gọn gàng, lịch sự khi đi chơi.</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Qua đoạn đọc, các em vừa luyện đọc đúng vần mới vừa hiểu thêm nội dung bức tranh và bài đọc.</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nêu lại một điều em hiểu sau khi đọc đoạn.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6. Nói theo tranh</w:t>
            </w:r>
            <w:r>
              <w:rPr>
                <w:b/>
                <w:i/>
              </w:rPr>
              <w:t xml:space="preserve"> – Mục tiêu: </w:t>
            </w:r>
            <w:r>
              <w:rPr>
                <w:i/>
              </w:rPr>
              <w:t>Nói được câu phù hợp nội dung tranh và liên hệ bản thân.</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t>- Yêu cầu HS quan sát tranh nói và trả lời câu hỏi.</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tranh, chuẩn bị câu trả lời theo nội dung tranh.</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Hai bạn trong tranh đang chuẩn bị gì?</w:t>
            </w:r>
          </w:p>
        </w:tc>
        <w:tc>
          <w:tcPr>
            <w:tcW w:w="3969" w:type="dxa"/>
            <w:shd w:val="clear" w:color="auto" w:fill="auto"/>
            <w:tcMar>
              <w:top w:w="90" w:type="dxa"/>
              <w:left w:w="100" w:type="dxa"/>
              <w:bottom w:w="90" w:type="dxa"/>
              <w:right w:w="100" w:type="dxa"/>
            </w:tcMar>
          </w:tcPr>
          <w:p w:rsidR="009032B1" w:rsidRDefault="00A70AE5">
            <w:pPr>
              <w:spacing w:line="240" w:lineRule="auto"/>
            </w:pPr>
            <w:r>
              <w:t>- Bạn nam đang gói quà, bạn nữ đang viết thiệp chúc mừng.</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Khi đi dự sinh nhật bạn, em cần chuẩn bị gì?</w:t>
            </w:r>
          </w:p>
        </w:tc>
        <w:tc>
          <w:tcPr>
            <w:tcW w:w="3969" w:type="dxa"/>
            <w:shd w:val="clear" w:color="auto" w:fill="auto"/>
            <w:tcMar>
              <w:top w:w="90" w:type="dxa"/>
              <w:left w:w="100" w:type="dxa"/>
              <w:bottom w:w="90" w:type="dxa"/>
              <w:right w:w="100" w:type="dxa"/>
            </w:tcMar>
          </w:tcPr>
          <w:p w:rsidR="009032B1" w:rsidRDefault="00A70AE5">
            <w:pPr>
              <w:spacing w:line="240" w:lineRule="auto"/>
            </w:pPr>
            <w:r>
              <w:t>- Em chuẩn bị quà hoặc thiệp chúc mừng và ăn mặc gọn gàng, lịch sự.</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Khi nói theo tranh, các em cần quan sát kĩ, nói đủ ý và biết liên hệ với việc làm của bản thân.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nhắc lại nội dung vừa nói và nhận xét bạn.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4. HOẠT ĐỘNG VẬN DỤNG</w:t>
            </w:r>
          </w:p>
          <w:p w:rsidR="009032B1" w:rsidRDefault="00A70AE5">
            <w:pPr>
              <w:spacing w:line="240" w:lineRule="auto"/>
            </w:pPr>
            <w:r>
              <w:rPr>
                <w:b/>
                <w:i/>
              </w:rPr>
              <w:t xml:space="preserve">Mục tiêu: </w:t>
            </w:r>
            <w:r>
              <w:rPr>
                <w:i/>
              </w:rPr>
              <w:t>Vận dụng vần mới vào nói, đọc và việc làm hằng ngày.</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Yêu cầu HS tìm thêm một tiếng hoặc từ có vần uôc, uôt và đặt một câu ngắn.</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nêu từ tìm được có vần uôc, uôt và đặt câu phù hợp.</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Nhận xét giờ học; dặn HS đọc lại bài cho người thân nghe và thực hiện việc làm phù hợp nội dung bài.</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ghi nhớ nhiệm vụ và thực hiện ở nhà.</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Kết luận: Học vần mới giúp các em đọc được nhiều từ hơn, biết quan sát và ứng xử tốt trong cuộc sống.</w:t>
            </w:r>
          </w:p>
        </w:tc>
        <w:tc>
          <w:tcPr>
            <w:tcW w:w="3969" w:type="dxa"/>
            <w:shd w:val="clear" w:color="auto" w:fill="auto"/>
            <w:tcMar>
              <w:top w:w="90" w:type="dxa"/>
              <w:left w:w="100" w:type="dxa"/>
              <w:bottom w:w="90" w:type="dxa"/>
              <w:right w:w="100" w:type="dxa"/>
            </w:tcMar>
          </w:tcPr>
          <w:p w:rsidR="009032B1" w:rsidRDefault="00A70AE5">
            <w:pPr>
              <w:spacing w:line="240" w:lineRule="auto"/>
            </w:pPr>
            <w:r>
              <w:t>- HS nhắc lại điều em học được trong bài.</w:t>
            </w:r>
          </w:p>
        </w:tc>
      </w:tr>
    </w:tbl>
    <w:p w:rsidR="009032B1" w:rsidRDefault="00A70AE5">
      <w:r>
        <w:rPr>
          <w:b/>
        </w:rPr>
        <w:t>IV. ĐIỀU CHỈNH SAU BÀI DẠY</w:t>
      </w:r>
    </w:p>
    <w:p w:rsidR="009032B1" w:rsidRDefault="00A70AE5">
      <w:r>
        <w:t>………………………………………………………………………………………………………………………</w:t>
      </w:r>
    </w:p>
    <w:p w:rsidR="009032B1" w:rsidRDefault="00A70AE5">
      <w:r>
        <w:t>………………………………………………………………………………………………………………………</w:t>
      </w:r>
    </w:p>
    <w:p w:rsidR="009032B1" w:rsidRDefault="00A70AE5">
      <w:r>
        <w:t>………………………………………………………………………………………………………………………</w:t>
      </w:r>
    </w:p>
    <w:p w:rsidR="009032B1" w:rsidRDefault="00A70AE5">
      <w:r>
        <w:br w:type="page"/>
      </w:r>
    </w:p>
    <w:p w:rsidR="009032B1" w:rsidRDefault="00A70AE5">
      <w:pPr>
        <w:jc w:val="center"/>
      </w:pPr>
      <w:r>
        <w:rPr>
          <w:b/>
          <w:sz w:val="28"/>
        </w:rPr>
        <w:lastRenderedPageBreak/>
        <w:t>TIẾNG VIỆT</w:t>
      </w:r>
    </w:p>
    <w:p w:rsidR="009032B1" w:rsidRDefault="00A70AE5">
      <w:pPr>
        <w:jc w:val="center"/>
      </w:pPr>
      <w:r>
        <w:rPr>
          <w:b/>
          <w:sz w:val="28"/>
        </w:rPr>
        <w:t>LUYỆN VIẾT NÂNG CAO</w:t>
      </w:r>
    </w:p>
    <w:p w:rsidR="009032B1" w:rsidRDefault="00A70AE5">
      <w:r>
        <w:rPr>
          <w:b/>
        </w:rPr>
        <w:t>I. YÊU CẦU CẦN ĐẠT</w:t>
      </w:r>
    </w:p>
    <w:p w:rsidR="009032B1" w:rsidRDefault="00A70AE5">
      <w:r>
        <w:rPr>
          <w:b/>
        </w:rPr>
        <w:t>1. Năng lực đặc thù</w:t>
      </w:r>
    </w:p>
    <w:p w:rsidR="009032B1" w:rsidRDefault="00A70AE5">
      <w:r>
        <w:t>- Củng cố cách đọc và viết đúng các vần, tiếng, từ ngữ: uôi, uôm, uôc, uôt; suối, buồm, thuốc, chuột.</w:t>
      </w:r>
    </w:p>
    <w:p w:rsidR="009032B1" w:rsidRDefault="00A70AE5">
      <w:r>
        <w:t>- Rèn tư thế ngồi viết, cách cầm bút, trình bày sạch đẹp.</w:t>
      </w:r>
    </w:p>
    <w:p w:rsidR="009032B1" w:rsidRDefault="00A70AE5">
      <w:r>
        <w:rPr>
          <w:b/>
        </w:rPr>
        <w:t>2. Năng lực chung</w:t>
      </w:r>
    </w:p>
    <w:p w:rsidR="009032B1" w:rsidRDefault="00A70AE5">
      <w:r>
        <w:t>- Tự chủ và tự học: chủ động quan sát tranh, luyện đọc, luyện viết và tự sửa lỗi khi được hướng dẫn.</w:t>
      </w:r>
    </w:p>
    <w:p w:rsidR="009032B1" w:rsidRDefault="00A70AE5">
      <w:r>
        <w:t>- Giao tiếp và hợp tác: biết trao đổi với bạn, lắng nghe, nhận xét và thực hiện nhiệm vụ theo cặp hoặc nhóm.</w:t>
      </w:r>
    </w:p>
    <w:p w:rsidR="009032B1" w:rsidRDefault="00A70AE5">
      <w:r>
        <w:rPr>
          <w:b/>
        </w:rPr>
        <w:t>3. Phẩm chất</w:t>
      </w:r>
    </w:p>
    <w:p w:rsidR="009032B1" w:rsidRDefault="00A70AE5">
      <w:r>
        <w:t>- Chăm chỉ: tích cực luyện đọc, luyện viết và hoàn thành nhiệm vụ học tập.</w:t>
      </w:r>
    </w:p>
    <w:p w:rsidR="009032B1" w:rsidRDefault="00A70AE5">
      <w:r>
        <w:t>- Trách nhiệm: giữ gìn sách vở, đồ dùng học tập; hợp tác nghiêm túc trong giờ học.</w:t>
      </w:r>
    </w:p>
    <w:p w:rsidR="009032B1" w:rsidRDefault="00A70AE5">
      <w:r>
        <w:rPr>
          <w:b/>
        </w:rPr>
        <w:t>II. ĐỒ DÙNG DẠY HỌC</w:t>
      </w:r>
    </w:p>
    <w:p w:rsidR="009032B1" w:rsidRDefault="00A70AE5">
      <w:r>
        <w:t>- Giáo viên: SGK, SGV Tiếng Việt 1 tập một; tranh minh hoạ cắt đúng nội dung bài; thẻ chữ/bảng phụ; máy tính, máy chiếu (nếu có).</w:t>
      </w:r>
    </w:p>
    <w:p w:rsidR="009032B1" w:rsidRDefault="00A70AE5">
      <w:r>
        <w:t>- Học sinh: SGK, vở Tập viết, bảng con, bộ thẻ chữ, bút viết.</w:t>
      </w:r>
    </w:p>
    <w:p w:rsidR="009032B1" w:rsidRDefault="00A70AE5">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9032B1" w:rsidTr="00EE3666">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HỌC SINH</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1. HOẠT ĐỘNG MỞ ĐẦU</w:t>
            </w:r>
          </w:p>
          <w:p w:rsidR="009032B1" w:rsidRDefault="00A70AE5">
            <w:pPr>
              <w:spacing w:line="240" w:lineRule="auto"/>
            </w:pPr>
            <w:r>
              <w:rPr>
                <w:b/>
                <w:i/>
              </w:rPr>
              <w:t xml:space="preserve">Mục tiêu: </w:t>
            </w:r>
            <w:r>
              <w:rPr>
                <w:i/>
              </w:rPr>
              <w:t>Tạo hứng thú và ôn lại vần đã học.</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Tổ chức cho HS đọc nối tiếp các vần vừa học trên bảng phụ.</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cá nhân, nhóm và cả lớp các vần trên bảng phụ.</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Giới thiệu: Tiết luyện viết hôm nay giúp các em viết đều nét và ghi nhớ các vần đã học.</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và chuẩn bị bảng con, vở ô li.</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Các em cần đọc đúng trước khi viết đúng.</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lại các vần chuẩn bị luyện viết.</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2. HOẠT ĐỘNG LUYỆN TẬP, THỰC HÀNH</w:t>
            </w:r>
          </w:p>
          <w:p w:rsidR="009032B1" w:rsidRDefault="00A70AE5">
            <w:pPr>
              <w:spacing w:line="240" w:lineRule="auto"/>
            </w:pPr>
            <w:r>
              <w:rPr>
                <w:b/>
                <w:i/>
              </w:rPr>
              <w:t xml:space="preserve">Mục tiêu: </w:t>
            </w:r>
            <w:r>
              <w:rPr>
                <w:i/>
              </w:rPr>
              <w:t>Viết đúng mẫu chữ, đúng khoảng cách và trình bày sạch đẹp.</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Viết mẫu và hướng dẫn HS viết: uôi, uôm, uôc, uôt; suối, buồm, thuốc, chuột.</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mẫu và nêu lại các vần, tiếng cần viết: uôi, uôm, uôc, uôt; suối, buồm, thuốc, chuột.</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Yêu cầu HS viết bảng con một lượt; quan sát, sửa nét nối và dấu thanh.</w:t>
            </w:r>
          </w:p>
        </w:tc>
        <w:tc>
          <w:tcPr>
            <w:tcW w:w="3969" w:type="dxa"/>
            <w:shd w:val="clear" w:color="auto" w:fill="auto"/>
            <w:tcMar>
              <w:top w:w="90" w:type="dxa"/>
              <w:left w:w="100" w:type="dxa"/>
              <w:bottom w:w="90" w:type="dxa"/>
              <w:right w:w="100" w:type="dxa"/>
            </w:tcMar>
          </w:tcPr>
          <w:p w:rsidR="009032B1" w:rsidRDefault="00A70AE5">
            <w:pPr>
              <w:spacing w:line="240" w:lineRule="auto"/>
            </w:pPr>
            <w:r>
              <w:t>- HS viết bảng con, giơ bảng và sửa lỗi theo hướng dẫn.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Yêu cầu HS viết vào vở ô li; nhắc tư thế ngồi, khoảng cách chữ và giữ vở sạch.</w:t>
            </w:r>
          </w:p>
        </w:tc>
        <w:tc>
          <w:tcPr>
            <w:tcW w:w="3969" w:type="dxa"/>
            <w:shd w:val="clear" w:color="auto" w:fill="auto"/>
            <w:tcMar>
              <w:top w:w="90" w:type="dxa"/>
              <w:left w:w="100" w:type="dxa"/>
              <w:bottom w:w="90" w:type="dxa"/>
              <w:right w:w="100" w:type="dxa"/>
            </w:tcMar>
          </w:tcPr>
          <w:p w:rsidR="009032B1" w:rsidRDefault="00A70AE5">
            <w:pPr>
              <w:spacing w:line="240" w:lineRule="auto"/>
            </w:pPr>
            <w:r>
              <w:t>- HS viết vào vở ô li từng dòng theo mẫu, giữ đúng tư thế.</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xml:space="preserve">- Nhận xét một số bài viết, chỉ rõ điểm đúng và lỗi cần </w:t>
            </w:r>
            <w:r>
              <w:lastRenderedPageBreak/>
              <w:t>sửa.</w:t>
            </w:r>
          </w:p>
        </w:tc>
        <w:tc>
          <w:tcPr>
            <w:tcW w:w="3969" w:type="dxa"/>
            <w:shd w:val="clear" w:color="auto" w:fill="auto"/>
            <w:tcMar>
              <w:top w:w="90" w:type="dxa"/>
              <w:left w:w="100" w:type="dxa"/>
              <w:bottom w:w="90" w:type="dxa"/>
              <w:right w:w="100" w:type="dxa"/>
            </w:tcMar>
          </w:tcPr>
          <w:p w:rsidR="009032B1" w:rsidRDefault="00A70AE5">
            <w:pPr>
              <w:spacing w:line="240" w:lineRule="auto"/>
            </w:pPr>
            <w:r>
              <w:lastRenderedPageBreak/>
              <w:t xml:space="preserve">- HS quan sát, đối chiếu bài của </w:t>
            </w:r>
            <w:r>
              <w:lastRenderedPageBreak/>
              <w:t>mình và sửa chữ chưa đúng.</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lastRenderedPageBreak/>
              <w:t>- Chốt: Viết chậm, đúng nét và đúng khoảng cách sẽ giúp chữ đẹp, dễ đọc.</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lắng nghe và tự đánh giá bài viết.</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3. HOẠT ĐỘNG VẬN DỤNG</w:t>
            </w:r>
          </w:p>
          <w:p w:rsidR="009032B1" w:rsidRDefault="00A70AE5">
            <w:pPr>
              <w:spacing w:line="240" w:lineRule="auto"/>
            </w:pPr>
            <w:r>
              <w:rPr>
                <w:b/>
                <w:i/>
              </w:rPr>
              <w:t xml:space="preserve">Mục tiêu: </w:t>
            </w:r>
            <w:r>
              <w:rPr>
                <w:i/>
              </w:rPr>
              <w:t>Tự luyện viết và vận dụng từ ngữ đã học.</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Yêu cầu HS chọn một từ vừa viết và nói một câu có từ đó.</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chọn từ và nói một câu ngắn phù hợp.</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Kết luận: Các em tiếp tục luyện viết mỗi ngày để chữ ngày càng đều và đẹp.</w:t>
            </w:r>
          </w:p>
        </w:tc>
        <w:tc>
          <w:tcPr>
            <w:tcW w:w="3969" w:type="dxa"/>
            <w:shd w:val="clear" w:color="auto" w:fill="auto"/>
            <w:tcMar>
              <w:top w:w="90" w:type="dxa"/>
              <w:left w:w="100" w:type="dxa"/>
              <w:bottom w:w="90" w:type="dxa"/>
              <w:right w:w="100" w:type="dxa"/>
            </w:tcMar>
          </w:tcPr>
          <w:p w:rsidR="009032B1" w:rsidRDefault="00A70AE5">
            <w:pPr>
              <w:spacing w:line="240" w:lineRule="auto"/>
            </w:pPr>
            <w:r>
              <w:t>- HS ghi nhớ nhiệm vụ luyện viết ở nhà.</w:t>
            </w:r>
          </w:p>
        </w:tc>
      </w:tr>
    </w:tbl>
    <w:p w:rsidR="009032B1" w:rsidRDefault="00A70AE5">
      <w:r>
        <w:rPr>
          <w:b/>
        </w:rPr>
        <w:t>IV. ĐIỀU CHỈNH SAU BÀI DẠY</w:t>
      </w:r>
    </w:p>
    <w:p w:rsidR="009032B1" w:rsidRDefault="00A70AE5">
      <w:r>
        <w:t>………………………………………………………………………………………………………………………</w:t>
      </w:r>
    </w:p>
    <w:p w:rsidR="009032B1" w:rsidRDefault="00A70AE5">
      <w:r>
        <w:t>………………………………………………………………………………………………………………………</w:t>
      </w:r>
    </w:p>
    <w:p w:rsidR="009032B1" w:rsidRDefault="00A70AE5">
      <w:r>
        <w:t>………………………………………………………………………………………………………………………</w:t>
      </w:r>
    </w:p>
    <w:p w:rsidR="009032B1" w:rsidRDefault="009032B1"/>
    <w:p w:rsidR="009032B1" w:rsidRDefault="00A70AE5">
      <w:pPr>
        <w:jc w:val="center"/>
      </w:pPr>
      <w:r>
        <w:rPr>
          <w:b/>
          <w:sz w:val="28"/>
        </w:rPr>
        <w:t>TIẾNG VIỆT</w:t>
      </w:r>
    </w:p>
    <w:p w:rsidR="009032B1" w:rsidRDefault="00A70AE5">
      <w:pPr>
        <w:jc w:val="center"/>
      </w:pPr>
      <w:r>
        <w:rPr>
          <w:b/>
          <w:sz w:val="28"/>
        </w:rPr>
        <w:t>BÀI 68: UÔN, UÔNG</w:t>
      </w:r>
    </w:p>
    <w:p w:rsidR="009032B1" w:rsidRDefault="00A70AE5">
      <w:r>
        <w:rPr>
          <w:b/>
        </w:rPr>
        <w:t>I. YÊU CẦU CẦN ĐẠT</w:t>
      </w:r>
    </w:p>
    <w:p w:rsidR="009032B1" w:rsidRDefault="00A70AE5">
      <w:r>
        <w:rPr>
          <w:b/>
        </w:rPr>
        <w:t>1. Năng lực đặc thù</w:t>
      </w:r>
    </w:p>
    <w:p w:rsidR="009032B1" w:rsidRDefault="00A70AE5">
      <w:r>
        <w:t>- Nhận biết và đọc đúng các vần uôn, uông; đọc đúng tiếng, từ ngữ, câu/đoạn có chứa các vần vừa học.</w:t>
      </w:r>
    </w:p>
    <w:p w:rsidR="009032B1" w:rsidRDefault="00A70AE5">
      <w:r>
        <w:t>- Hiểu và trả lời được các câu hỏi liên quan đến nội dung đoạn đọc và tranh minh hoạ.</w:t>
      </w:r>
    </w:p>
    <w:p w:rsidR="009032B1" w:rsidRDefault="00A70AE5">
      <w:r>
        <w:t>- Viết đúng các vần uôn, uông và một số tiếng, từ ngữ ứng dụng trong bài.</w:t>
      </w:r>
    </w:p>
    <w:p w:rsidR="009032B1" w:rsidRDefault="00A70AE5">
      <w:r>
        <w:t>- Phát triển vốn từ và kĩ năng nói theo chủ điểm được gợi ý trong tranh.</w:t>
      </w:r>
    </w:p>
    <w:p w:rsidR="009032B1" w:rsidRDefault="00A70AE5">
      <w:r>
        <w:rPr>
          <w:b/>
        </w:rPr>
        <w:t>2. Năng lực chung</w:t>
      </w:r>
    </w:p>
    <w:p w:rsidR="009032B1" w:rsidRDefault="00A70AE5">
      <w:r>
        <w:t>- Tự chủ và tự học: chủ động quan sát tranh, luyện đọc, luyện viết và tự sửa lỗi khi được hướng dẫn.</w:t>
      </w:r>
    </w:p>
    <w:p w:rsidR="009032B1" w:rsidRDefault="00A70AE5">
      <w:r>
        <w:t>- Giao tiếp và hợp tác: biết trao đổi với bạn, lắng nghe, nhận xét và thực hiện nhiệm vụ theo cặp hoặc nhóm.</w:t>
      </w:r>
    </w:p>
    <w:p w:rsidR="009032B1" w:rsidRDefault="00A70AE5">
      <w:r>
        <w:t>- Giải quyết vấn đề và sáng tạo: dựa vào tranh và ngữ liệu để trả lời câu hỏi, nói được câu phù hợp tình huống.</w:t>
      </w:r>
    </w:p>
    <w:p w:rsidR="009032B1" w:rsidRDefault="00A70AE5">
      <w:r>
        <w:rPr>
          <w:b/>
        </w:rPr>
        <w:t>3. Phẩm chất</w:t>
      </w:r>
    </w:p>
    <w:p w:rsidR="009032B1" w:rsidRDefault="00A70AE5">
      <w:r>
        <w:t>- Chăm chỉ: tích cực luyện đọc, luyện viết và hoàn thành nhiệm vụ học tập.</w:t>
      </w:r>
    </w:p>
    <w:p w:rsidR="009032B1" w:rsidRDefault="00A70AE5">
      <w:r>
        <w:t>- Trách nhiệm: giữ gìn sách vở, đồ dùng học tập; hợp tác nghiêm túc trong giờ học.</w:t>
      </w:r>
    </w:p>
    <w:p w:rsidR="009032B1" w:rsidRDefault="00A70AE5">
      <w:r>
        <w:t>- Nhân ái: biết quan tâm tới con người, thiên nhiên và các sự vật gần gũi qua nội dung bài.</w:t>
      </w:r>
    </w:p>
    <w:p w:rsidR="009032B1" w:rsidRDefault="00A70AE5">
      <w:r>
        <w:rPr>
          <w:b/>
        </w:rPr>
        <w:t>II. ĐỒ DÙNG DẠY HỌC</w:t>
      </w:r>
    </w:p>
    <w:p w:rsidR="009032B1" w:rsidRDefault="00A70AE5">
      <w:r>
        <w:lastRenderedPageBreak/>
        <w:t>- Giáo viên: SGK, SGV Tiếng Việt 1 tập một; tranh minh hoạ cắt đúng nội dung bài; thẻ chữ/bảng phụ; máy tính, máy chiếu (nếu có).</w:t>
      </w:r>
    </w:p>
    <w:p w:rsidR="009032B1" w:rsidRDefault="00A70AE5">
      <w:r>
        <w:t>- Học sinh: SGK, vở Tập viết, bảng con, bộ thẻ chữ, bút viết.</w:t>
      </w:r>
    </w:p>
    <w:p w:rsidR="009032B1" w:rsidRDefault="00A70AE5">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9032B1" w:rsidTr="00EE3666">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HỌC SINH</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1. HOẠT ĐỘNG MỞ ĐẦU</w:t>
            </w:r>
          </w:p>
          <w:p w:rsidR="009032B1" w:rsidRDefault="00A70AE5">
            <w:pPr>
              <w:spacing w:line="240" w:lineRule="auto"/>
            </w:pPr>
            <w:r>
              <w:rPr>
                <w:b/>
                <w:i/>
              </w:rPr>
              <w:t xml:space="preserve">Mục tiêu: </w:t>
            </w:r>
            <w:r>
              <w:rPr>
                <w:i/>
              </w:rPr>
              <w:t>Tạo tâm thế học tập vui vẻ; ôn lại vần đã học và kết nối vào bài mới.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Cho HS đọc lại một số vần, tiếng, từ ngữ của bài Bài 67: uôc, uôt.</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cá nhân, nhóm và đồng thanh các vần, tiếng, từ ngữ của bài Bài 67: uôc, uôt.</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Nhận xét cách đọc, sửa lỗi phát âm cho HS và tuyên dương những em đọc rõ, đúng.</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tự sửa lỗi phát âm và cổ vũ bạn.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Từ hình ảnh chuồn chuồn bay trên đồng lúa, hôm nay các em sẽ học vần uôn, uông và đọc những tiếng mới thật đúng.</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quan sát tranh và nhắc lại tên bài học.</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Bài học hôm nay giúp các em đọc, viết đúng các vần uôn, uông và sử dụng được những tiếng mới trong giao tiếp.</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nhắc lại các vần mới sẽ học.</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2. HOẠT ĐỘNG HÌNH THÀNH KIẾN THỨC MỚI</w:t>
            </w:r>
          </w:p>
          <w:p w:rsidR="009032B1" w:rsidRDefault="00A70AE5">
            <w:pPr>
              <w:spacing w:line="240" w:lineRule="auto"/>
            </w:pPr>
            <w:r>
              <w:rPr>
                <w:b/>
                <w:i/>
              </w:rPr>
              <w:t xml:space="preserve">Mục tiêu: </w:t>
            </w:r>
            <w:r>
              <w:rPr>
                <w:i/>
              </w:rPr>
              <w:t>Nhận biết, đọc đúng vần, tiếng, từ ngữ mới; viết đúng mẫu trên bảng con.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1. Nhận biết</w:t>
            </w:r>
            <w:r>
              <w:rPr>
                <w:b/>
                <w:i/>
              </w:rPr>
              <w:t xml:space="preserve"> – Mục tiêu: </w:t>
            </w:r>
            <w:r>
              <w:rPr>
                <w:i/>
              </w:rPr>
              <w:t>Quan sát tranh, đọc câu nhận biết và phát hiện vần mới.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t>- Em nhìn thấy con vật gì đang bay? Phía dưới là cảnh vật gì?</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Em nhìn thấy chuồn chuồn đang bay; phía dưới là cánh đồng lúa xanh.</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Đọc mẫu câu nhận biết: “Chuồn chuồn bay qua cánh đồng lúa.”; yêu cầu HS đọc theo từng cụm từ rồi đọc cả câu.</w:t>
            </w:r>
          </w:p>
        </w:tc>
        <w:tc>
          <w:tcPr>
            <w:tcW w:w="3969" w:type="dxa"/>
            <w:shd w:val="clear" w:color="auto" w:fill="auto"/>
            <w:tcMar>
              <w:top w:w="90" w:type="dxa"/>
              <w:left w:w="100" w:type="dxa"/>
              <w:bottom w:w="90" w:type="dxa"/>
              <w:right w:w="100" w:type="dxa"/>
            </w:tcMar>
          </w:tcPr>
          <w:p w:rsidR="009032B1" w:rsidRDefault="00A70AE5">
            <w:pPr>
              <w:spacing w:line="240" w:lineRule="auto"/>
            </w:pPr>
            <w:r>
              <w:t>- HS đọc theo GV và đọc cả câu: “Chuồn chuồn bay qua cánh đồng lúa.”.</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Trong câu “Chuồn chuồn bay qua cánh đồng lúa.”, tiếng nào chứa vần mới?</w:t>
            </w:r>
          </w:p>
        </w:tc>
        <w:tc>
          <w:tcPr>
            <w:tcW w:w="3969" w:type="dxa"/>
            <w:shd w:val="clear" w:color="auto" w:fill="auto"/>
            <w:tcMar>
              <w:top w:w="90" w:type="dxa"/>
              <w:left w:w="100" w:type="dxa"/>
              <w:bottom w:w="90" w:type="dxa"/>
              <w:right w:w="100" w:type="dxa"/>
            </w:tcMar>
          </w:tcPr>
          <w:p w:rsidR="009032B1" w:rsidRDefault="00A70AE5">
            <w:pPr>
              <w:spacing w:line="240" w:lineRule="auto"/>
            </w:pPr>
            <w:r>
              <w:t>- HS xác định tiếng có vần uôn, uông trong câu nhận biết.</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Các tiếng vừa tìm giúp chúng ta nhận biết hai/bốn vần mới của bài là uôn, uông.</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đồng thanh các vần uôn, uông.</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2. Đọc vần, tiếng, từ ngữ</w:t>
            </w:r>
            <w:r>
              <w:rPr>
                <w:b/>
                <w:i/>
              </w:rPr>
              <w:t xml:space="preserve"> – Mục tiêu: </w:t>
            </w:r>
            <w:r>
              <w:rPr>
                <w:i/>
              </w:rPr>
              <w:t>Đánh vần, đọc trơn, ghép và mở rộng tiếng/từ có vần mới.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Viết các vần uôn, uông lên bảng và yêu cầu HS nêu điểm giống, khác nhau.</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nhận xét: các vần có phần đầu gần giống/khác nhau ở âm cuối hoặc âm chính theo từng vần uôn, uông.</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lastRenderedPageBreak/>
              <w:t>- Đánh vần mẫu các vần uôn, uông; tổ chức cho HS luyện đọc cá nhân, nhóm, cả lớp.</w:t>
            </w:r>
          </w:p>
        </w:tc>
        <w:tc>
          <w:tcPr>
            <w:tcW w:w="3969" w:type="dxa"/>
            <w:shd w:val="clear" w:color="auto" w:fill="auto"/>
            <w:tcMar>
              <w:top w:w="90" w:type="dxa"/>
              <w:left w:w="100" w:type="dxa"/>
              <w:bottom w:w="90" w:type="dxa"/>
              <w:right w:w="100" w:type="dxa"/>
            </w:tcMar>
          </w:tcPr>
          <w:p w:rsidR="009032B1" w:rsidRDefault="00A70AE5">
            <w:pPr>
              <w:spacing w:line="240" w:lineRule="auto"/>
            </w:pPr>
            <w:r>
              <w:t>- HS đánh vần rồi đọc trơn các vần uôn, uông theo cá nhân, nhóm và cả lớp.</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Giới thiệu tiếng mẫu “chuồn”; yêu cầu HS phân tích, đánh vần và đọc trơn.</w:t>
            </w:r>
          </w:p>
        </w:tc>
        <w:tc>
          <w:tcPr>
            <w:tcW w:w="3969" w:type="dxa"/>
            <w:shd w:val="clear" w:color="auto" w:fill="auto"/>
            <w:tcMar>
              <w:top w:w="90" w:type="dxa"/>
              <w:left w:w="100" w:type="dxa"/>
              <w:bottom w:w="90" w:type="dxa"/>
              <w:right w:w="100" w:type="dxa"/>
            </w:tcMar>
          </w:tcPr>
          <w:p w:rsidR="009032B1" w:rsidRDefault="00A70AE5">
            <w:pPr>
              <w:spacing w:line="240" w:lineRule="auto"/>
            </w:pPr>
            <w:r>
              <w:t>- HS phân tích, đánh vần và đọc trơn tiếng “chuồn”.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rsidP="00EE3666">
            <w:pPr>
              <w:spacing w:line="240" w:lineRule="auto"/>
            </w:pPr>
            <w:r>
              <w:t>- Yêu cầu HS quan sát tranh từ ngữ và đọc: chuồn chuồn, buồng chuối, quả chuông.</w:t>
            </w:r>
          </w:p>
        </w:tc>
        <w:tc>
          <w:tcPr>
            <w:tcW w:w="3969" w:type="dxa"/>
            <w:shd w:val="clear" w:color="auto" w:fill="auto"/>
            <w:tcMar>
              <w:top w:w="90" w:type="dxa"/>
              <w:left w:w="100" w:type="dxa"/>
              <w:bottom w:w="90" w:type="dxa"/>
              <w:right w:w="100" w:type="dxa"/>
            </w:tcMar>
          </w:tcPr>
          <w:p w:rsidR="009032B1" w:rsidRDefault="00A70AE5">
            <w:pPr>
              <w:spacing w:line="240" w:lineRule="auto"/>
            </w:pPr>
            <w:r>
              <w:t>- HS quan sát tranh, nói tên sự vật và đọc trơn: chuồn chuồn, buồng chuối, quả chuông.</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Muốn đọc đúng tiếng mới, các em cần nhận diện đúng vần, đánh vần chậm rồi đọc trơn rõ tiếng.</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lại các vần và từ ngữ: uôn, uông; chuồn chuồn, buồng chuối, quả chuông.</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3. Viết bảng</w:t>
            </w:r>
            <w:r>
              <w:rPr>
                <w:b/>
                <w:i/>
              </w:rPr>
              <w:t xml:space="preserve"> – Mục tiêu: </w:t>
            </w:r>
            <w:r>
              <w:rPr>
                <w:i/>
              </w:rPr>
              <w:t>Viết đúng vần và tiếng ứng dụng, đúng độ cao, khoảng cách và dấu thanh.</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Viết mẫu các vần uôn, uông và tiếng “chuồn”, vừa viết vừa hướng dẫn nét nối và vị trí dấu thanh.</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quy trình viết, dùng ngón tay viết mô phỏng trên không các vần uôn, uông.</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Yêu cầu HS viết bảng con các vần uôn, uông và tiếng “chuồn”.</w:t>
            </w:r>
          </w:p>
        </w:tc>
        <w:tc>
          <w:tcPr>
            <w:tcW w:w="3969" w:type="dxa"/>
            <w:shd w:val="clear" w:color="auto" w:fill="auto"/>
            <w:tcMar>
              <w:top w:w="90" w:type="dxa"/>
              <w:left w:w="100" w:type="dxa"/>
              <w:bottom w:w="90" w:type="dxa"/>
              <w:right w:w="100" w:type="dxa"/>
            </w:tcMar>
          </w:tcPr>
          <w:p w:rsidR="009032B1" w:rsidRDefault="00A70AE5">
            <w:pPr>
              <w:spacing w:line="240" w:lineRule="auto"/>
            </w:pPr>
            <w:r>
              <w:t>- HS viết bảng con các vần uôn, uông và tiếng “chuồn”.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Quan sát, nhận xét một số bảng viết; sửa lỗi về nét nối, dấu thanh và khoảng cách chữ.</w:t>
            </w:r>
          </w:p>
        </w:tc>
        <w:tc>
          <w:tcPr>
            <w:tcW w:w="3969" w:type="dxa"/>
            <w:shd w:val="clear" w:color="auto" w:fill="auto"/>
            <w:tcMar>
              <w:top w:w="90" w:type="dxa"/>
              <w:left w:w="100" w:type="dxa"/>
              <w:bottom w:w="90" w:type="dxa"/>
              <w:right w:w="100" w:type="dxa"/>
            </w:tcMar>
          </w:tcPr>
          <w:p w:rsidR="009032B1" w:rsidRDefault="00A70AE5">
            <w:pPr>
              <w:spacing w:line="240" w:lineRule="auto"/>
            </w:pPr>
            <w:r>
              <w:t>- HS quan sát bài viết được nhận xét, tự sửa chữ chưa đúng trên bảng con.</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Khi viết vần và tiếng, các em cần đặt bút đúng điểm, nối nét liền mạch và viết dấu thanh đúng vị trí.</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nhắc lại tư thế ngồi viết và cách giữ bảng/vở sạch đẹp.</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3. HOẠT ĐỘNG LUYỆN TẬP, THỰC HÀNH</w:t>
            </w:r>
          </w:p>
          <w:p w:rsidR="009032B1" w:rsidRDefault="00A70AE5">
            <w:pPr>
              <w:spacing w:line="240" w:lineRule="auto"/>
            </w:pPr>
            <w:r>
              <w:rPr>
                <w:b/>
                <w:i/>
              </w:rPr>
              <w:t xml:space="preserve">Mục tiêu: </w:t>
            </w:r>
            <w:r>
              <w:rPr>
                <w:i/>
              </w:rPr>
              <w:t>Củng cố kĩ năng viết vở, đọc hiểu đoạn ứng dụng và nói theo tranh.</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4. Viết vở</w:t>
            </w:r>
            <w:r>
              <w:rPr>
                <w:b/>
                <w:i/>
              </w:rPr>
              <w:t xml:space="preserve"> – Mục tiêu: </w:t>
            </w:r>
            <w:r>
              <w:rPr>
                <w:i/>
              </w:rPr>
              <w:t>Tô, viết đúng vần và từ ngữ ứng dụng vào vở Tập viết.</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Nhắc HS tư thế ngồi viết, cách cầm bút; yêu cầu viết các vần uôn, uông và một số từ ngữ ứng dụng trong bài.</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ngồi đúng tư thế và viết các vần uôn, uông, từ ngữ ứng dụng vào vở Tập viết.</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Quan sát từng bàn, hỗ trợ HS còn chậm; nhận xét và sửa một số bài viết.</w:t>
            </w:r>
          </w:p>
        </w:tc>
        <w:tc>
          <w:tcPr>
            <w:tcW w:w="3969" w:type="dxa"/>
            <w:shd w:val="clear" w:color="auto" w:fill="auto"/>
            <w:tcMar>
              <w:top w:w="90" w:type="dxa"/>
              <w:left w:w="100" w:type="dxa"/>
              <w:bottom w:w="90" w:type="dxa"/>
              <w:right w:w="100" w:type="dxa"/>
            </w:tcMar>
          </w:tcPr>
          <w:p w:rsidR="009032B1" w:rsidRDefault="00A70AE5">
            <w:pPr>
              <w:spacing w:line="240" w:lineRule="auto"/>
            </w:pPr>
            <w:r>
              <w:t>- HS hoàn thành bài viết, đổi vở quan sát và học cách sửa lỗi theo hướng dẫn.</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Viết đúng và sạch giúp các em ghi nhớ vần mới lâu hơn.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lắng nghe và tự kiểm tra lại bài viết.</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5. Đọc đoạn ứng dụng</w:t>
            </w:r>
            <w:r>
              <w:rPr>
                <w:b/>
                <w:i/>
              </w:rPr>
              <w:t xml:space="preserve"> – Mục tiêu: </w:t>
            </w:r>
            <w:r>
              <w:rPr>
                <w:i/>
              </w:rPr>
              <w:t>Đọc rõ đoạn ứng dụng, trả lời câu hỏi.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lastRenderedPageBreak/>
              <w:t>- Yêu cầu HS quan sát tranh minh hoạ đoạn đọc và dự đoán nội dung đoạn.</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tranh và dự đoán nội dung đoạn đọc.</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Đọc mẫu đoạn ứng dụng; yêu cầu HS đọc thầm, tìm tiếng chứa vần mới, sau đó luyện đọc nối tiếp câu.</w:t>
            </w:r>
          </w:p>
        </w:tc>
        <w:tc>
          <w:tcPr>
            <w:tcW w:w="3969" w:type="dxa"/>
            <w:shd w:val="clear" w:color="auto" w:fill="auto"/>
            <w:tcMar>
              <w:top w:w="90" w:type="dxa"/>
              <w:left w:w="100" w:type="dxa"/>
              <w:bottom w:w="90" w:type="dxa"/>
              <w:right w:w="100" w:type="dxa"/>
            </w:tcMar>
          </w:tcPr>
          <w:p w:rsidR="009032B1" w:rsidRDefault="00A70AE5">
            <w:pPr>
              <w:spacing w:line="240" w:lineRule="auto"/>
            </w:pPr>
            <w:r>
              <w:t>- HS đọc thầm, tìm tiếng chứa vần uôn, uông; luyện đọc nối tiếp câu và đọc cả đoạn.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Khi trời sắp mưa, chuồn chuồn bay thế nào?</w:t>
            </w:r>
          </w:p>
        </w:tc>
        <w:tc>
          <w:tcPr>
            <w:tcW w:w="3969" w:type="dxa"/>
            <w:shd w:val="clear" w:color="auto" w:fill="auto"/>
            <w:tcMar>
              <w:top w:w="90" w:type="dxa"/>
              <w:left w:w="100" w:type="dxa"/>
              <w:bottom w:w="90" w:type="dxa"/>
              <w:right w:w="100" w:type="dxa"/>
            </w:tcMar>
          </w:tcPr>
          <w:p w:rsidR="009032B1" w:rsidRDefault="00A70AE5">
            <w:pPr>
              <w:spacing w:line="240" w:lineRule="auto"/>
            </w:pPr>
            <w:r>
              <w:t>- Khi trời sắp mưa, chuồn chuồn thường bay thấp.</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Khi trời nắng, cảnh vật như thế nào?</w:t>
            </w:r>
          </w:p>
        </w:tc>
        <w:tc>
          <w:tcPr>
            <w:tcW w:w="3969" w:type="dxa"/>
            <w:shd w:val="clear" w:color="auto" w:fill="auto"/>
            <w:tcMar>
              <w:top w:w="90" w:type="dxa"/>
              <w:left w:w="100" w:type="dxa"/>
              <w:bottom w:w="90" w:type="dxa"/>
              <w:right w:w="100" w:type="dxa"/>
            </w:tcMar>
          </w:tcPr>
          <w:p w:rsidR="009032B1" w:rsidRDefault="00A70AE5">
            <w:pPr>
              <w:spacing w:line="240" w:lineRule="auto"/>
            </w:pPr>
            <w:r>
              <w:t>- Khi trời nắng, bầu trời sáng và mọi người có thể hoạt động ngoài trời.</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Bài đọc nói về hiện tượng gì?</w:t>
            </w:r>
          </w:p>
        </w:tc>
        <w:tc>
          <w:tcPr>
            <w:tcW w:w="3969" w:type="dxa"/>
            <w:shd w:val="clear" w:color="auto" w:fill="auto"/>
            <w:tcMar>
              <w:top w:w="90" w:type="dxa"/>
              <w:left w:w="100" w:type="dxa"/>
              <w:bottom w:w="90" w:type="dxa"/>
              <w:right w:w="100" w:type="dxa"/>
            </w:tcMar>
          </w:tcPr>
          <w:p w:rsidR="009032B1" w:rsidRDefault="00A70AE5">
            <w:pPr>
              <w:spacing w:line="240" w:lineRule="auto"/>
            </w:pPr>
            <w:r>
              <w:t>- Bài đọc nói về dấu hiệu thời tiết qua hình ảnh chuồn chuồn.</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Qua đoạn đọc, các em vừa luyện đọc đúng vần mới vừa hiểu thêm nội dung bức tranh và bài đọc.</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nêu lại một điều em hiểu sau khi đọc đoạn.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6. Nói theo tranh</w:t>
            </w:r>
            <w:r>
              <w:rPr>
                <w:b/>
                <w:i/>
              </w:rPr>
              <w:t xml:space="preserve"> – Mục tiêu: </w:t>
            </w:r>
            <w:r>
              <w:rPr>
                <w:i/>
              </w:rPr>
              <w:t>Nói được câu phù hợp nội dung tranh và liên hệ bản thân.</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t>- Yêu cầu HS quan sát tranh nói và trả lời câu hỏi.</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tranh, chuẩn bị câu trả lời theo nội dung tranh.</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Tranh nào vẽ trời mưa? Tranh nào vẽ trời nắng?</w:t>
            </w:r>
          </w:p>
        </w:tc>
        <w:tc>
          <w:tcPr>
            <w:tcW w:w="3969" w:type="dxa"/>
            <w:shd w:val="clear" w:color="auto" w:fill="auto"/>
            <w:tcMar>
              <w:top w:w="90" w:type="dxa"/>
              <w:left w:w="100" w:type="dxa"/>
              <w:bottom w:w="90" w:type="dxa"/>
              <w:right w:w="100" w:type="dxa"/>
            </w:tcMar>
          </w:tcPr>
          <w:p w:rsidR="009032B1" w:rsidRDefault="00A70AE5">
            <w:pPr>
              <w:spacing w:line="240" w:lineRule="auto"/>
            </w:pPr>
            <w:r>
              <w:t>- Tranh có bạn mặc áo mưa, cầm ô là trời mưa; tranh có mặt trời sáng là trời nắng.</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Khi trời mưa, em cần làm gì?</w:t>
            </w:r>
          </w:p>
        </w:tc>
        <w:tc>
          <w:tcPr>
            <w:tcW w:w="3969" w:type="dxa"/>
            <w:shd w:val="clear" w:color="auto" w:fill="auto"/>
            <w:tcMar>
              <w:top w:w="90" w:type="dxa"/>
              <w:left w:w="100" w:type="dxa"/>
              <w:bottom w:w="90" w:type="dxa"/>
              <w:right w:w="100" w:type="dxa"/>
            </w:tcMar>
          </w:tcPr>
          <w:p w:rsidR="009032B1" w:rsidRDefault="00A70AE5">
            <w:pPr>
              <w:spacing w:line="240" w:lineRule="auto"/>
            </w:pPr>
            <w:r>
              <w:t>- Em mặc áo mưa hoặc che ô và đi lại cẩn thận.</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Khi nói theo tranh, các em cần quan sát kĩ, nói đủ ý và biết liên hệ với việc làm của bản thân.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nhắc lại nội dung vừa nói và nhận xét bạn.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4. HOẠT ĐỘNG VẬN DỤNG</w:t>
            </w:r>
          </w:p>
          <w:p w:rsidR="009032B1" w:rsidRDefault="00A70AE5">
            <w:pPr>
              <w:spacing w:line="240" w:lineRule="auto"/>
            </w:pPr>
            <w:r>
              <w:rPr>
                <w:b/>
                <w:i/>
              </w:rPr>
              <w:t xml:space="preserve">Mục tiêu: </w:t>
            </w:r>
            <w:r>
              <w:rPr>
                <w:i/>
              </w:rPr>
              <w:t>Vận dụng vần mới vào nói, đọc và việc làm hằng ngày.</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Yêu cầu HS tìm thêm một tiếng hoặc từ có vần uôn, uông và đặt một câu ngắn.</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nêu từ tìm được có vần uôn, uông và đặt câu phù hợp.</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Nhận xét giờ học; dặn HS đọc lại bài cho người thân nghe và thực hiện việc làm phù hợp nội dung bài.</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ghi nhớ nhiệm vụ và thực hiện ở nhà.</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Kết luận: Học vần mới giúp các em đọc được nhiều từ hơn, biết quan sát và ứng xử tốt trong cuộc sống.</w:t>
            </w:r>
          </w:p>
        </w:tc>
        <w:tc>
          <w:tcPr>
            <w:tcW w:w="3969" w:type="dxa"/>
            <w:shd w:val="clear" w:color="auto" w:fill="auto"/>
            <w:tcMar>
              <w:top w:w="90" w:type="dxa"/>
              <w:left w:w="100" w:type="dxa"/>
              <w:bottom w:w="90" w:type="dxa"/>
              <w:right w:w="100" w:type="dxa"/>
            </w:tcMar>
          </w:tcPr>
          <w:p w:rsidR="009032B1" w:rsidRDefault="00A70AE5">
            <w:pPr>
              <w:spacing w:line="240" w:lineRule="auto"/>
            </w:pPr>
            <w:r>
              <w:t>- HS nhắc lại điều em học được trong bài.</w:t>
            </w:r>
          </w:p>
        </w:tc>
      </w:tr>
    </w:tbl>
    <w:p w:rsidR="009032B1" w:rsidRDefault="00A70AE5">
      <w:r>
        <w:rPr>
          <w:b/>
        </w:rPr>
        <w:t>IV. ĐIỀU CHỈNH SAU BÀI DẠY</w:t>
      </w:r>
    </w:p>
    <w:p w:rsidR="009032B1" w:rsidRDefault="00A70AE5">
      <w:r>
        <w:t>………………………………………………………………………………………………………………………</w:t>
      </w:r>
    </w:p>
    <w:p w:rsidR="009032B1" w:rsidRDefault="00A70AE5">
      <w:r>
        <w:lastRenderedPageBreak/>
        <w:t>………………………………………………………………………………………………………………………</w:t>
      </w:r>
    </w:p>
    <w:p w:rsidR="009032B1" w:rsidRDefault="00A70AE5">
      <w:r>
        <w:t>………………………………………………………………………………………………………………………</w:t>
      </w:r>
    </w:p>
    <w:p w:rsidR="009032B1" w:rsidRDefault="009032B1"/>
    <w:p w:rsidR="009032B1" w:rsidRDefault="00A70AE5">
      <w:pPr>
        <w:jc w:val="center"/>
      </w:pPr>
      <w:r>
        <w:rPr>
          <w:b/>
          <w:sz w:val="28"/>
        </w:rPr>
        <w:t>TIẾNG VIỆT</w:t>
      </w:r>
    </w:p>
    <w:p w:rsidR="009032B1" w:rsidRDefault="00A70AE5">
      <w:pPr>
        <w:jc w:val="center"/>
      </w:pPr>
      <w:r>
        <w:rPr>
          <w:b/>
          <w:sz w:val="28"/>
        </w:rPr>
        <w:t>BÀI 69: ƯƠI, ƯƠU</w:t>
      </w:r>
    </w:p>
    <w:p w:rsidR="009032B1" w:rsidRDefault="00A70AE5">
      <w:r>
        <w:rPr>
          <w:b/>
        </w:rPr>
        <w:t>I. YÊU CẦU CẦN ĐẠT</w:t>
      </w:r>
    </w:p>
    <w:p w:rsidR="009032B1" w:rsidRDefault="00A70AE5">
      <w:r>
        <w:rPr>
          <w:b/>
        </w:rPr>
        <w:t>1. Năng lực đặc thù</w:t>
      </w:r>
    </w:p>
    <w:p w:rsidR="009032B1" w:rsidRDefault="00A70AE5">
      <w:r>
        <w:t>- Nhận biết và đọc đúng các vần ươi, ươu; đọc đúng tiếng, từ ngữ, câu/đoạn có chứa các vần vừa học.</w:t>
      </w:r>
    </w:p>
    <w:p w:rsidR="009032B1" w:rsidRDefault="00A70AE5">
      <w:r>
        <w:t>- Hiểu và trả lời được các câu hỏi liên quan đến nội dung đoạn đọc và tranh minh hoạ.</w:t>
      </w:r>
    </w:p>
    <w:p w:rsidR="009032B1" w:rsidRDefault="00A70AE5">
      <w:r>
        <w:t>- Viết đúng các vần ươi, ươu và một số tiếng, từ ngữ ứng dụng trong bài.</w:t>
      </w:r>
    </w:p>
    <w:p w:rsidR="009032B1" w:rsidRDefault="00A70AE5">
      <w:r>
        <w:t>- Phát triển vốn từ và kĩ năng nói theo chủ điểm được gợi ý trong tranh.</w:t>
      </w:r>
    </w:p>
    <w:p w:rsidR="009032B1" w:rsidRDefault="00A70AE5">
      <w:r>
        <w:rPr>
          <w:b/>
        </w:rPr>
        <w:t>2. Năng lực chung</w:t>
      </w:r>
    </w:p>
    <w:p w:rsidR="009032B1" w:rsidRDefault="00A70AE5">
      <w:r>
        <w:t>- Tự chủ và tự học: chủ động quan sát tranh, luyện đọc, luyện viết và tự sửa lỗi khi được hướng dẫn.</w:t>
      </w:r>
    </w:p>
    <w:p w:rsidR="009032B1" w:rsidRDefault="00A70AE5">
      <w:r>
        <w:t>- Giao tiếp và hợp tác: biết trao đổi với bạn, lắng nghe, nhận xét và thực hiện nhiệm vụ theo cặp hoặc nhóm.</w:t>
      </w:r>
    </w:p>
    <w:p w:rsidR="009032B1" w:rsidRDefault="00A70AE5">
      <w:r>
        <w:t>- Giải quyết vấn đề và sáng tạo: dựa vào tranh và ngữ liệu để trả lời câu hỏi, nói được câu phù hợp tình huống.</w:t>
      </w:r>
    </w:p>
    <w:p w:rsidR="009032B1" w:rsidRDefault="00A70AE5">
      <w:r>
        <w:rPr>
          <w:b/>
        </w:rPr>
        <w:t>3. Phẩm chất</w:t>
      </w:r>
    </w:p>
    <w:p w:rsidR="009032B1" w:rsidRDefault="00A70AE5">
      <w:r>
        <w:t>- Chăm chỉ: tích cực luyện đọc, luyện viết và hoàn thành nhiệm vụ học tập.</w:t>
      </w:r>
    </w:p>
    <w:p w:rsidR="009032B1" w:rsidRDefault="00A70AE5">
      <w:r>
        <w:t>- Trách nhiệm: giữ gìn sách vở, đồ dùng học tập; hợp tác nghiêm túc trong giờ học.</w:t>
      </w:r>
    </w:p>
    <w:p w:rsidR="009032B1" w:rsidRDefault="00A70AE5">
      <w:r>
        <w:t>- Nhân ái: biết quan tâm tới con người, thiên nhiên và các sự vật gần gũi qua nội dung bài.</w:t>
      </w:r>
    </w:p>
    <w:p w:rsidR="009032B1" w:rsidRDefault="00A70AE5">
      <w:r>
        <w:rPr>
          <w:b/>
        </w:rPr>
        <w:t>II. ĐỒ DÙNG DẠY HỌC</w:t>
      </w:r>
    </w:p>
    <w:p w:rsidR="009032B1" w:rsidRDefault="00A70AE5">
      <w:r>
        <w:t>- Giáo viên: SGK, SGV Tiếng Việt 1 tập một; tranh minh hoạ cắt đúng nội dung bài; thẻ chữ/bảng phụ; máy tính, máy chiếu (nếu có).</w:t>
      </w:r>
    </w:p>
    <w:p w:rsidR="009032B1" w:rsidRDefault="00A70AE5">
      <w:r>
        <w:t>- Học sinh: SGK, vở Tập viết, bảng con, bộ thẻ chữ, bút viết.</w:t>
      </w:r>
    </w:p>
    <w:p w:rsidR="009032B1" w:rsidRDefault="00A70AE5">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9032B1" w:rsidTr="00EE3666">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HỌC SINH</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1. HOẠT ĐỘNG MỞ ĐẦU</w:t>
            </w:r>
          </w:p>
          <w:p w:rsidR="009032B1" w:rsidRDefault="00A70AE5">
            <w:pPr>
              <w:spacing w:line="240" w:lineRule="auto"/>
            </w:pPr>
            <w:r>
              <w:rPr>
                <w:b/>
                <w:i/>
              </w:rPr>
              <w:t xml:space="preserve">Mục tiêu: </w:t>
            </w:r>
            <w:r>
              <w:rPr>
                <w:i/>
              </w:rPr>
              <w:t>Tạo tâm thế học tập vui vẻ; ôn lại vần đã học và kết nối vào bài mới.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Cho HS đọc lại một số vần, tiếng, từ ngữ của bài Bài 68: uôn, uông.</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cá nhân, nhóm và đồng thanh các vần, tiếng, từ ngữ của bài Bài 68: uôn, uông.</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Nhận xét cách đọc, sửa lỗi phát âm cho HS và tuyên dương những em đọc rõ, đúng.</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tự sửa lỗi phát âm và cổ vũ bạn.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Từ tiếng hót của chim khướu và những con vật trong tranh, các em cùng khám phá vần ươi, ươu.</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quan sát tranh và nhắc lại tên bài học.</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lastRenderedPageBreak/>
              <w:t>- Chốt: Bài học hôm nay giúp các em đọc, viết đúng các vần ươi, ươu và sử dụng được những tiếng mới trong giao tiếp.</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nhắc lại các vần mới sẽ học.</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2. HOẠT ĐỘNG HÌNH THÀNH KIẾN THỨC MỚI</w:t>
            </w:r>
          </w:p>
          <w:p w:rsidR="009032B1" w:rsidRDefault="00A70AE5">
            <w:pPr>
              <w:spacing w:line="240" w:lineRule="auto"/>
            </w:pPr>
            <w:r>
              <w:rPr>
                <w:b/>
                <w:i/>
              </w:rPr>
              <w:t xml:space="preserve">Mục tiêu: </w:t>
            </w:r>
            <w:r>
              <w:rPr>
                <w:i/>
              </w:rPr>
              <w:t>Nhận biết, đọc đúng vần, tiếng, từ ngữ mới; viết đúng mẫu trên bảng con.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1. Nhận biết</w:t>
            </w:r>
            <w:r>
              <w:rPr>
                <w:b/>
                <w:i/>
              </w:rPr>
              <w:t xml:space="preserve"> – Mục tiêu: </w:t>
            </w:r>
            <w:r>
              <w:rPr>
                <w:i/>
              </w:rPr>
              <w:t>Quan sát tranh, đọc câu nhận biết và phát hiện vần mới.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t>- Trong tranh có con vật nào? Con vật đó đang làm gì?</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Trong tranh có chim khướu. Chim khướu đang đậu trên cành cây và hót.</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Đọc mẫu câu nhận biết: “Chim khướu hót ríu rít giữa vườn cây.”; yêu cầu HS đọc theo từng cụm từ rồi đọc cả câu.</w:t>
            </w:r>
          </w:p>
        </w:tc>
        <w:tc>
          <w:tcPr>
            <w:tcW w:w="3969" w:type="dxa"/>
            <w:shd w:val="clear" w:color="auto" w:fill="auto"/>
            <w:tcMar>
              <w:top w:w="90" w:type="dxa"/>
              <w:left w:w="100" w:type="dxa"/>
              <w:bottom w:w="90" w:type="dxa"/>
              <w:right w:w="100" w:type="dxa"/>
            </w:tcMar>
          </w:tcPr>
          <w:p w:rsidR="009032B1" w:rsidRDefault="00A70AE5">
            <w:pPr>
              <w:spacing w:line="240" w:lineRule="auto"/>
            </w:pPr>
            <w:r>
              <w:t>- HS đọc theo GV và đọc cả câu: “Chim khướu hót ríu rít giữa vườn cây.”.</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Trong câu “Chim khướu hót ríu rít giữa vườn cây.”, tiếng nào chứa vần mới?</w:t>
            </w:r>
          </w:p>
        </w:tc>
        <w:tc>
          <w:tcPr>
            <w:tcW w:w="3969" w:type="dxa"/>
            <w:shd w:val="clear" w:color="auto" w:fill="auto"/>
            <w:tcMar>
              <w:top w:w="90" w:type="dxa"/>
              <w:left w:w="100" w:type="dxa"/>
              <w:bottom w:w="90" w:type="dxa"/>
              <w:right w:w="100" w:type="dxa"/>
            </w:tcMar>
          </w:tcPr>
          <w:p w:rsidR="009032B1" w:rsidRDefault="00A70AE5">
            <w:pPr>
              <w:spacing w:line="240" w:lineRule="auto"/>
            </w:pPr>
            <w:r>
              <w:t>- HS xác định tiếng có vần ươi, ươu trong câu nhận biết.</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Các tiếng vừa tìm giúp chúng ta nhận biết hai/bốn vần mới của bài là ươi, ươu.</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đồng thanh các vần ươi, ươu.</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2. Đọc vần, tiếng, từ ngữ</w:t>
            </w:r>
            <w:r>
              <w:rPr>
                <w:b/>
                <w:i/>
              </w:rPr>
              <w:t xml:space="preserve"> – Mục tiêu: </w:t>
            </w:r>
            <w:r>
              <w:rPr>
                <w:i/>
              </w:rPr>
              <w:t>Đánh vần, đọc trơn, ghép và mở rộng tiếng/từ có vần mới.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Viết các vần ươi, ươu lên bảng và yêu cầu HS nêu điểm giống, khác nhau.</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nhận xét: các vần có phần đầu gần giống/khác nhau ở âm cuối hoặc âm chính theo từng vần ươi, ươu.</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Đánh vần mẫu các vần ươi, ươu; tổ chức cho HS luyện đọc cá nhân, nhóm, cả lớp.</w:t>
            </w:r>
          </w:p>
        </w:tc>
        <w:tc>
          <w:tcPr>
            <w:tcW w:w="3969" w:type="dxa"/>
            <w:shd w:val="clear" w:color="auto" w:fill="auto"/>
            <w:tcMar>
              <w:top w:w="90" w:type="dxa"/>
              <w:left w:w="100" w:type="dxa"/>
              <w:bottom w:w="90" w:type="dxa"/>
              <w:right w:w="100" w:type="dxa"/>
            </w:tcMar>
          </w:tcPr>
          <w:p w:rsidR="009032B1" w:rsidRDefault="00A70AE5">
            <w:pPr>
              <w:spacing w:line="240" w:lineRule="auto"/>
            </w:pPr>
            <w:r>
              <w:t>- HS đánh vần rồi đọc trơn các vần ươi, ươu theo cá nhân, nhóm và cả lớp.</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Giới thiệu tiếng mẫu “khướu”; yêu cầu HS phân tích, đánh vần và đọc trơn.</w:t>
            </w:r>
          </w:p>
        </w:tc>
        <w:tc>
          <w:tcPr>
            <w:tcW w:w="3969" w:type="dxa"/>
            <w:shd w:val="clear" w:color="auto" w:fill="auto"/>
            <w:tcMar>
              <w:top w:w="90" w:type="dxa"/>
              <w:left w:w="100" w:type="dxa"/>
              <w:bottom w:w="90" w:type="dxa"/>
              <w:right w:w="100" w:type="dxa"/>
            </w:tcMar>
          </w:tcPr>
          <w:p w:rsidR="009032B1" w:rsidRDefault="00A70AE5">
            <w:pPr>
              <w:spacing w:line="240" w:lineRule="auto"/>
            </w:pPr>
            <w:r>
              <w:t>- HS phân tích, đánh vần và đọc trơn tiếng “khướu”.</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rsidP="00EE3666">
            <w:pPr>
              <w:spacing w:line="240" w:lineRule="auto"/>
            </w:pPr>
            <w:r>
              <w:t>- Yêu cầu HS quan sát tranh từ ngữ và đọc: tươi cười, quả bưởi, đà điểu.</w:t>
            </w:r>
          </w:p>
        </w:tc>
        <w:tc>
          <w:tcPr>
            <w:tcW w:w="3969" w:type="dxa"/>
            <w:shd w:val="clear" w:color="auto" w:fill="auto"/>
            <w:tcMar>
              <w:top w:w="90" w:type="dxa"/>
              <w:left w:w="100" w:type="dxa"/>
              <w:bottom w:w="90" w:type="dxa"/>
              <w:right w:w="100" w:type="dxa"/>
            </w:tcMar>
          </w:tcPr>
          <w:p w:rsidR="009032B1" w:rsidRDefault="00A70AE5">
            <w:pPr>
              <w:spacing w:line="240" w:lineRule="auto"/>
            </w:pPr>
            <w:r>
              <w:t>- HS quan sát tranh, nói tên sự vật và đọc trơn: tươi cười, quả bưởi, đà điểu.</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Muốn đọc đúng tiếng mới, các em cần nhận diện đúng vần, đánh vần chậm rồi đọc trơn rõ tiếng.</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lại các vần và từ ngữ: ươi, ươu; tươi cười, quả bưởi, đà điểu.</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3. Viết bảng</w:t>
            </w:r>
            <w:r>
              <w:rPr>
                <w:b/>
                <w:i/>
              </w:rPr>
              <w:t xml:space="preserve"> – Mục tiêu: </w:t>
            </w:r>
            <w:r>
              <w:rPr>
                <w:i/>
              </w:rPr>
              <w:t>Viết đúng vần và tiếng ứng dụng, đúng độ cao, khoảng cách và dấu thanh.</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xml:space="preserve">- Viết mẫu các vần ươi, ươu và tiếng “khướu”, vừa viết </w:t>
            </w:r>
            <w:r>
              <w:lastRenderedPageBreak/>
              <w:t>vừa hướng dẫn nét nối và vị trí dấu thanh.</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lastRenderedPageBreak/>
              <w:t xml:space="preserve">- HS quan sát quy trình viết, dùng </w:t>
            </w:r>
            <w:r>
              <w:lastRenderedPageBreak/>
              <w:t>ngón tay viết mô phỏng trên không các vần ươi, ươu.</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lastRenderedPageBreak/>
              <w:t>- Yêu cầu HS viết bảng con các vần ươi, ươu và tiếng “khướu”.</w:t>
            </w:r>
          </w:p>
        </w:tc>
        <w:tc>
          <w:tcPr>
            <w:tcW w:w="3969" w:type="dxa"/>
            <w:shd w:val="clear" w:color="auto" w:fill="auto"/>
            <w:tcMar>
              <w:top w:w="90" w:type="dxa"/>
              <w:left w:w="100" w:type="dxa"/>
              <w:bottom w:w="90" w:type="dxa"/>
              <w:right w:w="100" w:type="dxa"/>
            </w:tcMar>
          </w:tcPr>
          <w:p w:rsidR="009032B1" w:rsidRDefault="00A70AE5">
            <w:pPr>
              <w:spacing w:line="240" w:lineRule="auto"/>
            </w:pPr>
            <w:r>
              <w:t>- HS viết bảng con các vần ươi, ươu và tiếng “khướu”.</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Quan sát, nhận xét một số bảng viết; sửa lỗi về nét nối, dấu thanh và khoảng cách chữ.</w:t>
            </w:r>
          </w:p>
        </w:tc>
        <w:tc>
          <w:tcPr>
            <w:tcW w:w="3969" w:type="dxa"/>
            <w:shd w:val="clear" w:color="auto" w:fill="auto"/>
            <w:tcMar>
              <w:top w:w="90" w:type="dxa"/>
              <w:left w:w="100" w:type="dxa"/>
              <w:bottom w:w="90" w:type="dxa"/>
              <w:right w:w="100" w:type="dxa"/>
            </w:tcMar>
          </w:tcPr>
          <w:p w:rsidR="009032B1" w:rsidRDefault="00A70AE5">
            <w:pPr>
              <w:spacing w:line="240" w:lineRule="auto"/>
            </w:pPr>
            <w:r>
              <w:t>- HS quan sát bài viết được nhận xét, tự sửa chữ chưa đúng trên bảng con.</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Khi viết vần và tiếng, các em cần đặt bút đúng điểm, nối nét liền mạch và viết dấu thanh đúng vị trí.</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nhắc lại tư thế ngồi viết và cách giữ bảng/vở sạch đẹp.</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3. HOẠT ĐỘNG LUYỆN TẬP, THỰC HÀNH</w:t>
            </w:r>
          </w:p>
          <w:p w:rsidR="009032B1" w:rsidRDefault="00A70AE5">
            <w:pPr>
              <w:spacing w:line="240" w:lineRule="auto"/>
            </w:pPr>
            <w:r>
              <w:rPr>
                <w:b/>
                <w:i/>
              </w:rPr>
              <w:t xml:space="preserve">Mục tiêu: </w:t>
            </w:r>
            <w:r>
              <w:rPr>
                <w:i/>
              </w:rPr>
              <w:t>Củng cố kĩ năng viết vở, đọc hiểu đoạn ứng dụng và nói theo tranh.</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4. Viết vở</w:t>
            </w:r>
            <w:r>
              <w:rPr>
                <w:b/>
                <w:i/>
              </w:rPr>
              <w:t xml:space="preserve"> – Mục tiêu: </w:t>
            </w:r>
            <w:r>
              <w:rPr>
                <w:i/>
              </w:rPr>
              <w:t>Tô, viết đúng vần và từ ngữ ứng dụng vào vở Tập viết.</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Nhắc HS tư thế ngồi viết, cách cầm bút; yêu cầu viết các vần ươi, ươu và một số từ ngữ ứng dụng trong bài.</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ngồi đúng tư thế và viết các vần ươi, ươu, từ ngữ ứng dụng vào vở Tập viết.</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Quan sát từng bàn, hỗ trợ HS còn chậm; nhận xét và sửa một số bài viết.</w:t>
            </w:r>
          </w:p>
        </w:tc>
        <w:tc>
          <w:tcPr>
            <w:tcW w:w="3969" w:type="dxa"/>
            <w:shd w:val="clear" w:color="auto" w:fill="auto"/>
            <w:tcMar>
              <w:top w:w="90" w:type="dxa"/>
              <w:left w:w="100" w:type="dxa"/>
              <w:bottom w:w="90" w:type="dxa"/>
              <w:right w:w="100" w:type="dxa"/>
            </w:tcMar>
          </w:tcPr>
          <w:p w:rsidR="009032B1" w:rsidRDefault="00A70AE5">
            <w:pPr>
              <w:spacing w:line="240" w:lineRule="auto"/>
            </w:pPr>
            <w:r>
              <w:t>- HS hoàn thành bài viết, đổi vở quan sát và học cách sửa lỗi theo hướng dẫn.</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Viết đúng và sạch giúp các em ghi nhớ vần mới lâu hơn.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lắng nghe và tự kiểm tra lại bài viết.</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t>Hoạt động 5. Đọc đoạn ứng dụng</w:t>
            </w:r>
            <w:r>
              <w:rPr>
                <w:b/>
                <w:i/>
              </w:rPr>
              <w:t xml:space="preserve"> – Mục tiêu: </w:t>
            </w:r>
            <w:r>
              <w:rPr>
                <w:i/>
              </w:rPr>
              <w:t>Đọc rõ đoạn ứng dụng, trả lời câu hỏi.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t>- Yêu cầu HS quan sát tranh minh hoạ đoạn đọc và dự đoán nội dung đoạn.</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tranh và dự đoán nội dung đoạn đọc.</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Đọc mẫu đoạn ứng dụng; yêu cầu HS đọc thầm, tìm tiếng chứa vần mới, sau đó luyện đọc nối tiếp câu.</w:t>
            </w:r>
          </w:p>
        </w:tc>
        <w:tc>
          <w:tcPr>
            <w:tcW w:w="3969" w:type="dxa"/>
            <w:shd w:val="clear" w:color="auto" w:fill="auto"/>
            <w:tcMar>
              <w:top w:w="90" w:type="dxa"/>
              <w:left w:w="100" w:type="dxa"/>
              <w:bottom w:w="90" w:type="dxa"/>
              <w:right w:w="100" w:type="dxa"/>
            </w:tcMar>
          </w:tcPr>
          <w:p w:rsidR="009032B1" w:rsidRDefault="00A70AE5">
            <w:pPr>
              <w:spacing w:line="240" w:lineRule="auto"/>
            </w:pPr>
            <w:r>
              <w:t>- HS đọc thầm, tìm tiếng chứa vần ươi, ươu; luyện đọc nối tiếp câu và đọc cả đoạn.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Buổi diễn xiếc có những con vật nào?</w:t>
            </w:r>
          </w:p>
        </w:tc>
        <w:tc>
          <w:tcPr>
            <w:tcW w:w="3969" w:type="dxa"/>
            <w:shd w:val="clear" w:color="auto" w:fill="auto"/>
            <w:tcMar>
              <w:top w:w="90" w:type="dxa"/>
              <w:left w:w="100" w:type="dxa"/>
              <w:bottom w:w="90" w:type="dxa"/>
              <w:right w:w="100" w:type="dxa"/>
            </w:tcMar>
          </w:tcPr>
          <w:p w:rsidR="009032B1" w:rsidRDefault="00A70AE5">
            <w:pPr>
              <w:spacing w:line="240" w:lineRule="auto"/>
            </w:pPr>
            <w:r>
              <w:t>- Buổi diễn xiếc có lạc đà, khỉ và các con vật biểu diễn.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Các con vật làm gì để khán giả vui?</w:t>
            </w:r>
          </w:p>
        </w:tc>
        <w:tc>
          <w:tcPr>
            <w:tcW w:w="3969" w:type="dxa"/>
            <w:shd w:val="clear" w:color="auto" w:fill="auto"/>
            <w:tcMar>
              <w:top w:w="90" w:type="dxa"/>
              <w:left w:w="100" w:type="dxa"/>
              <w:bottom w:w="90" w:type="dxa"/>
              <w:right w:w="100" w:type="dxa"/>
            </w:tcMar>
          </w:tcPr>
          <w:p w:rsidR="009032B1" w:rsidRDefault="00A70AE5">
            <w:pPr>
              <w:spacing w:line="240" w:lineRule="auto"/>
            </w:pPr>
            <w:r>
              <w:t>- Các con vật biểu diễn những động tác ngộ nghĩnh, làm khán giả vui thích.</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Em cần đối xử với động vật như thế nào?</w:t>
            </w:r>
          </w:p>
        </w:tc>
        <w:tc>
          <w:tcPr>
            <w:tcW w:w="3969" w:type="dxa"/>
            <w:shd w:val="clear" w:color="auto" w:fill="auto"/>
            <w:tcMar>
              <w:top w:w="90" w:type="dxa"/>
              <w:left w:w="100" w:type="dxa"/>
              <w:bottom w:w="90" w:type="dxa"/>
              <w:right w:w="100" w:type="dxa"/>
            </w:tcMar>
          </w:tcPr>
          <w:p w:rsidR="009032B1" w:rsidRDefault="00A70AE5">
            <w:pPr>
              <w:spacing w:line="240" w:lineRule="auto"/>
            </w:pPr>
            <w:r>
              <w:t>- Em cần yêu quý, không trêu chọc hay làm đau động vật.</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Qua đoạn đọc, các em vừa luyện đọc đúng vần mới vừa hiểu thêm nội dung bức tranh và bài đọc.</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nêu lại một điều em hiểu sau khi đọc đoạn.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rPr>
                <w:b/>
              </w:rPr>
              <w:lastRenderedPageBreak/>
              <w:t>Hoạt động 6. Nói theo tranh</w:t>
            </w:r>
            <w:r>
              <w:rPr>
                <w:b/>
                <w:i/>
              </w:rPr>
              <w:t xml:space="preserve"> – Mục tiêu: </w:t>
            </w:r>
            <w:r>
              <w:rPr>
                <w:i/>
              </w:rPr>
              <w:t>Nói được câu phù hợp nội dung tranh và liên hệ bản thân.</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t>- Yêu cầu HS quan sát tranh nói và trả lời câu hỏi.</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tranh, chuẩn bị câu trả lời theo nội dung tranh.</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Tranh vẽ con vật nào?</w:t>
            </w:r>
          </w:p>
        </w:tc>
        <w:tc>
          <w:tcPr>
            <w:tcW w:w="3969" w:type="dxa"/>
            <w:shd w:val="clear" w:color="auto" w:fill="auto"/>
            <w:tcMar>
              <w:top w:w="90" w:type="dxa"/>
              <w:left w:w="100" w:type="dxa"/>
              <w:bottom w:w="90" w:type="dxa"/>
              <w:right w:w="100" w:type="dxa"/>
            </w:tcMar>
          </w:tcPr>
          <w:p w:rsidR="009032B1" w:rsidRDefault="00A70AE5">
            <w:pPr>
              <w:spacing w:line="240" w:lineRule="auto"/>
            </w:pPr>
            <w:r>
              <w:t>- Tranh vẽ lạc đà và đàn cừu.</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Em biết gì về lạc đà?</w:t>
            </w:r>
          </w:p>
        </w:tc>
        <w:tc>
          <w:tcPr>
            <w:tcW w:w="3969" w:type="dxa"/>
            <w:shd w:val="clear" w:color="auto" w:fill="auto"/>
            <w:tcMar>
              <w:top w:w="90" w:type="dxa"/>
              <w:left w:w="100" w:type="dxa"/>
              <w:bottom w:w="90" w:type="dxa"/>
              <w:right w:w="100" w:type="dxa"/>
            </w:tcMar>
          </w:tcPr>
          <w:p w:rsidR="009032B1" w:rsidRDefault="00A70AE5">
            <w:pPr>
              <w:spacing w:line="240" w:lineRule="auto"/>
            </w:pPr>
            <w:r>
              <w:t>- Lạc đà có bướu trên lưng, có thể sống ở nơi khô nóng.</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Em thích con vật nào? Vì sao?</w:t>
            </w:r>
          </w:p>
        </w:tc>
        <w:tc>
          <w:tcPr>
            <w:tcW w:w="3969" w:type="dxa"/>
            <w:shd w:val="clear" w:color="auto" w:fill="auto"/>
            <w:tcMar>
              <w:top w:w="90" w:type="dxa"/>
              <w:left w:w="100" w:type="dxa"/>
              <w:bottom w:w="90" w:type="dxa"/>
              <w:right w:w="100" w:type="dxa"/>
            </w:tcMar>
          </w:tcPr>
          <w:p w:rsidR="009032B1" w:rsidRDefault="00A70AE5">
            <w:pPr>
              <w:spacing w:line="240" w:lineRule="auto"/>
            </w:pPr>
            <w:r>
              <w:t>- Em thích lạc đà vì con vật này khỏe và có hình dáng đặc biệt.</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Khi nói theo tranh, các em cần quan sát kĩ, nói đủ ý và biết liên hệ với việc làm của bản thân.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nhắc lại nội dung vừa nói và nhận xét bạn.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4. HOẠT ĐỘNG VẬN DỤNG</w:t>
            </w:r>
          </w:p>
          <w:p w:rsidR="009032B1" w:rsidRDefault="00A70AE5">
            <w:pPr>
              <w:spacing w:line="240" w:lineRule="auto"/>
            </w:pPr>
            <w:r>
              <w:rPr>
                <w:b/>
                <w:i/>
              </w:rPr>
              <w:t xml:space="preserve">Mục tiêu: </w:t>
            </w:r>
            <w:r>
              <w:rPr>
                <w:i/>
              </w:rPr>
              <w:t>Vận dụng vần mới vào nói, đọc và việc làm hằng ngày.</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Yêu cầu HS tìm thêm một tiếng hoặc từ có vần ươi, ươu và đặt một câu ngắn.</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nêu từ tìm được có vần ươi, ươu và đặt câu phù hợp.</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Nhận xét giờ học; dặn HS đọc lại bài cho người thân nghe và thực hiện việc làm phù hợp nội dung bài.</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ghi nhớ nhiệm vụ và thực hiện ở nhà.</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Kết luận: Học vần mới giúp các em đọc được nhiều từ hơn, biết quan sát và ứng xử tốt trong cuộc sống.</w:t>
            </w:r>
          </w:p>
        </w:tc>
        <w:tc>
          <w:tcPr>
            <w:tcW w:w="3969" w:type="dxa"/>
            <w:shd w:val="clear" w:color="auto" w:fill="auto"/>
            <w:tcMar>
              <w:top w:w="90" w:type="dxa"/>
              <w:left w:w="100" w:type="dxa"/>
              <w:bottom w:w="90" w:type="dxa"/>
              <w:right w:w="100" w:type="dxa"/>
            </w:tcMar>
          </w:tcPr>
          <w:p w:rsidR="009032B1" w:rsidRDefault="00A70AE5">
            <w:pPr>
              <w:spacing w:line="240" w:lineRule="auto"/>
            </w:pPr>
            <w:r>
              <w:t>- HS nhắc lại điều em học được trong bài.</w:t>
            </w:r>
          </w:p>
        </w:tc>
      </w:tr>
    </w:tbl>
    <w:p w:rsidR="009032B1" w:rsidRDefault="00A70AE5">
      <w:r>
        <w:rPr>
          <w:b/>
        </w:rPr>
        <w:t>IV. ĐIỀU CHỈNH SAU BÀI DẠY</w:t>
      </w:r>
    </w:p>
    <w:p w:rsidR="009032B1" w:rsidRDefault="00A70AE5">
      <w:r>
        <w:t>………………………………………………………………………………………………………………………</w:t>
      </w:r>
    </w:p>
    <w:p w:rsidR="009032B1" w:rsidRDefault="00A70AE5">
      <w:r>
        <w:t>………………………………………………………………………………………………………………………</w:t>
      </w:r>
    </w:p>
    <w:p w:rsidR="009032B1" w:rsidRDefault="00A70AE5">
      <w:r>
        <w:t>………………………………………………………………………………………………………………………</w:t>
      </w:r>
    </w:p>
    <w:p w:rsidR="009032B1" w:rsidRDefault="009032B1"/>
    <w:p w:rsidR="009032B1" w:rsidRDefault="00A70AE5">
      <w:pPr>
        <w:jc w:val="center"/>
      </w:pPr>
      <w:r>
        <w:rPr>
          <w:b/>
          <w:sz w:val="28"/>
        </w:rPr>
        <w:t>TIẾNG VIỆT</w:t>
      </w:r>
    </w:p>
    <w:p w:rsidR="009032B1" w:rsidRDefault="00A70AE5">
      <w:pPr>
        <w:jc w:val="center"/>
      </w:pPr>
      <w:r>
        <w:rPr>
          <w:b/>
          <w:sz w:val="28"/>
        </w:rPr>
        <w:t>LUYỆN VIẾT NÂNG CAO</w:t>
      </w:r>
    </w:p>
    <w:p w:rsidR="009032B1" w:rsidRDefault="00A70AE5">
      <w:r>
        <w:rPr>
          <w:b/>
        </w:rPr>
        <w:t>I. YÊU CẦU CẦN ĐẠT</w:t>
      </w:r>
    </w:p>
    <w:p w:rsidR="009032B1" w:rsidRDefault="00A70AE5">
      <w:r>
        <w:rPr>
          <w:b/>
        </w:rPr>
        <w:t>1. Năng lực đặc thù</w:t>
      </w:r>
    </w:p>
    <w:p w:rsidR="009032B1" w:rsidRDefault="00A70AE5">
      <w:r>
        <w:t>- Củng cố cách đọc và viết đúng các vần, tiếng, từ ngữ: uôn, uông, ươi, ươu; chuồn chuồn, bưởi, lạc đà.</w:t>
      </w:r>
    </w:p>
    <w:p w:rsidR="009032B1" w:rsidRDefault="00A70AE5">
      <w:r>
        <w:t>- Rèn tư thế ngồi viết, cách cầm bút, trình bày sạch đẹp.</w:t>
      </w:r>
    </w:p>
    <w:p w:rsidR="009032B1" w:rsidRDefault="00A70AE5">
      <w:r>
        <w:rPr>
          <w:b/>
        </w:rPr>
        <w:t>2. Năng lực chung</w:t>
      </w:r>
    </w:p>
    <w:p w:rsidR="009032B1" w:rsidRDefault="00A70AE5">
      <w:r>
        <w:t>- Tự chủ và tự học: chủ động quan sát tranh, luyện đọc, luyện viết và tự sửa lỗi khi được hướng dẫn.</w:t>
      </w:r>
    </w:p>
    <w:p w:rsidR="009032B1" w:rsidRDefault="00A70AE5">
      <w:r>
        <w:lastRenderedPageBreak/>
        <w:t>- Giao tiếp và hợp tác: biết trao đổi với bạn, lắng nghe, nhận xét và thực hiện nhiệm vụ theo cặp hoặc nhóm.</w:t>
      </w:r>
    </w:p>
    <w:p w:rsidR="009032B1" w:rsidRDefault="00A70AE5">
      <w:r>
        <w:rPr>
          <w:b/>
        </w:rPr>
        <w:t>3. Phẩm chất</w:t>
      </w:r>
    </w:p>
    <w:p w:rsidR="009032B1" w:rsidRDefault="00A70AE5">
      <w:r>
        <w:t>- Chăm chỉ: tích cực luyện đọc, luyện viết và hoàn thành nhiệm vụ học tập.</w:t>
      </w:r>
    </w:p>
    <w:p w:rsidR="009032B1" w:rsidRDefault="00A70AE5">
      <w:r>
        <w:t>- Trách nhiệm: giữ gìn sách vở, đồ dùng học tập; hợp tác nghiêm túc trong giờ học.</w:t>
      </w:r>
    </w:p>
    <w:p w:rsidR="009032B1" w:rsidRDefault="00A70AE5">
      <w:r>
        <w:rPr>
          <w:b/>
        </w:rPr>
        <w:t>II. ĐỒ DÙNG DẠY HỌC</w:t>
      </w:r>
    </w:p>
    <w:p w:rsidR="009032B1" w:rsidRDefault="00A70AE5">
      <w:r>
        <w:t>- Giáo viên: SGK, SGV Tiếng Việt 1 tập một; tranh minh hoạ cắt đúng nội dung bài; thẻ chữ/bảng phụ; máy tính, máy chiếu (nếu có).</w:t>
      </w:r>
    </w:p>
    <w:p w:rsidR="009032B1" w:rsidRDefault="00A70AE5">
      <w:r>
        <w:t>- Học sinh: SGK, vở Tập viết, bảng con, bộ thẻ chữ, bút viết.</w:t>
      </w:r>
    </w:p>
    <w:p w:rsidR="009032B1" w:rsidRDefault="00A70AE5">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9032B1" w:rsidTr="00EE3666">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HỌC SINH</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1. HOẠT ĐỘNG MỞ ĐẦU</w:t>
            </w:r>
          </w:p>
          <w:p w:rsidR="009032B1" w:rsidRDefault="00A70AE5">
            <w:pPr>
              <w:spacing w:line="240" w:lineRule="auto"/>
            </w:pPr>
            <w:r>
              <w:rPr>
                <w:b/>
                <w:i/>
              </w:rPr>
              <w:t xml:space="preserve">Mục tiêu: </w:t>
            </w:r>
            <w:r>
              <w:rPr>
                <w:i/>
              </w:rPr>
              <w:t>Tạo hứng thú và ôn lại vần đã học.</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Tổ chức cho HS đọc nối tiếp các vần vừa học trên bảng phụ.</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cá nhân, nhóm và cả lớp các vần trên bảng phụ.</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Giới thiệu: Tiết luyện viết hôm nay giúp các em viết đều nét và ghi nhớ các vần đã học.</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và chuẩn bị bảng con, vở ô li.</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Các em cần đọc đúng trước khi viết đúng.</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lại các vần chuẩn bị luyện viết.</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2. HOẠT ĐỘNG LUYỆN TẬP, THỰC HÀNH</w:t>
            </w:r>
          </w:p>
          <w:p w:rsidR="009032B1" w:rsidRDefault="00A70AE5">
            <w:pPr>
              <w:spacing w:line="240" w:lineRule="auto"/>
            </w:pPr>
            <w:r>
              <w:rPr>
                <w:b/>
                <w:i/>
              </w:rPr>
              <w:t xml:space="preserve">Mục tiêu: </w:t>
            </w:r>
            <w:r>
              <w:rPr>
                <w:i/>
              </w:rPr>
              <w:t>Viết đúng mẫu chữ, đúng khoảng cách và trình bày sạch đẹp.</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Viết mẫu và hướng dẫn HS viết: uôn, uông, ươi, ươu; chuồn chuồn, bưởi, lạc đà.</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mẫu và nêu lại các vần, tiếng cần viết: uôn, uông, ươi, ươu; chuồn chuồn, bưởi, lạc đà.</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Yêu cầu HS viết bảng con một lượt; quan sát, sửa nét nối và dấu thanh.</w:t>
            </w:r>
          </w:p>
        </w:tc>
        <w:tc>
          <w:tcPr>
            <w:tcW w:w="3969" w:type="dxa"/>
            <w:shd w:val="clear" w:color="auto" w:fill="auto"/>
            <w:tcMar>
              <w:top w:w="90" w:type="dxa"/>
              <w:left w:w="100" w:type="dxa"/>
              <w:bottom w:w="90" w:type="dxa"/>
              <w:right w:w="100" w:type="dxa"/>
            </w:tcMar>
          </w:tcPr>
          <w:p w:rsidR="009032B1" w:rsidRDefault="00A70AE5">
            <w:pPr>
              <w:spacing w:line="240" w:lineRule="auto"/>
            </w:pPr>
            <w:r>
              <w:t>- HS viết bảng con, giơ bảng và sửa lỗi theo hướng dẫn.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Yêu cầu HS viết vào vở ô li; nhắc tư thế ngồi, khoảng cách chữ và giữ vở sạch.</w:t>
            </w:r>
          </w:p>
        </w:tc>
        <w:tc>
          <w:tcPr>
            <w:tcW w:w="3969" w:type="dxa"/>
            <w:shd w:val="clear" w:color="auto" w:fill="auto"/>
            <w:tcMar>
              <w:top w:w="90" w:type="dxa"/>
              <w:left w:w="100" w:type="dxa"/>
              <w:bottom w:w="90" w:type="dxa"/>
              <w:right w:w="100" w:type="dxa"/>
            </w:tcMar>
          </w:tcPr>
          <w:p w:rsidR="009032B1" w:rsidRDefault="00A70AE5">
            <w:pPr>
              <w:spacing w:line="240" w:lineRule="auto"/>
            </w:pPr>
            <w:r>
              <w:t>- HS viết vào vở ô li từng dòng theo mẫu, giữ đúng tư thế.</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Nhận xét một số bài viết, chỉ rõ điểm đúng và lỗi cần sửa.</w:t>
            </w:r>
          </w:p>
        </w:tc>
        <w:tc>
          <w:tcPr>
            <w:tcW w:w="3969" w:type="dxa"/>
            <w:shd w:val="clear" w:color="auto" w:fill="auto"/>
            <w:tcMar>
              <w:top w:w="90" w:type="dxa"/>
              <w:left w:w="100" w:type="dxa"/>
              <w:bottom w:w="90" w:type="dxa"/>
              <w:right w:w="100" w:type="dxa"/>
            </w:tcMar>
          </w:tcPr>
          <w:p w:rsidR="009032B1" w:rsidRDefault="00A70AE5">
            <w:pPr>
              <w:spacing w:line="240" w:lineRule="auto"/>
            </w:pPr>
            <w:r>
              <w:t>- HS quan sát, đối chiếu bài của mình và sửa chữ chưa đúng.</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Viết chậm, đúng nét và đúng khoảng cách sẽ giúp chữ đẹp, dễ đọc.</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lắng nghe và tự đánh giá bài viết.</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3. HOẠT ĐỘNG VẬN DỤNG</w:t>
            </w:r>
          </w:p>
          <w:p w:rsidR="009032B1" w:rsidRDefault="00A70AE5">
            <w:pPr>
              <w:spacing w:line="240" w:lineRule="auto"/>
            </w:pPr>
            <w:r>
              <w:rPr>
                <w:b/>
                <w:i/>
              </w:rPr>
              <w:t xml:space="preserve">Mục tiêu: </w:t>
            </w:r>
            <w:r>
              <w:rPr>
                <w:i/>
              </w:rPr>
              <w:t>Tự luyện viết và vận dụng từ ngữ đã học.</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Yêu cầu HS chọn một từ vừa viết và nói một câu có từ đó.</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chọn từ và nói một câu ngắn phù hợp.</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xml:space="preserve">- Kết luận: Các em tiếp tục luyện viết mỗi ngày để chữ </w:t>
            </w:r>
            <w:r>
              <w:lastRenderedPageBreak/>
              <w:t>ngày càng đều và đẹp.</w:t>
            </w:r>
          </w:p>
        </w:tc>
        <w:tc>
          <w:tcPr>
            <w:tcW w:w="3969" w:type="dxa"/>
            <w:shd w:val="clear" w:color="auto" w:fill="auto"/>
            <w:tcMar>
              <w:top w:w="90" w:type="dxa"/>
              <w:left w:w="100" w:type="dxa"/>
              <w:bottom w:w="90" w:type="dxa"/>
              <w:right w:w="100" w:type="dxa"/>
            </w:tcMar>
          </w:tcPr>
          <w:p w:rsidR="009032B1" w:rsidRDefault="00A70AE5">
            <w:pPr>
              <w:spacing w:line="240" w:lineRule="auto"/>
            </w:pPr>
            <w:r>
              <w:lastRenderedPageBreak/>
              <w:t xml:space="preserve">- HS ghi nhớ nhiệm vụ luyện viết ở </w:t>
            </w:r>
            <w:r>
              <w:lastRenderedPageBreak/>
              <w:t>nhà.</w:t>
            </w:r>
          </w:p>
        </w:tc>
      </w:tr>
    </w:tbl>
    <w:p w:rsidR="009032B1" w:rsidRDefault="00A70AE5">
      <w:r>
        <w:rPr>
          <w:b/>
        </w:rPr>
        <w:lastRenderedPageBreak/>
        <w:t>IV. ĐIỀU CHỈNH SAU BÀI DẠY</w:t>
      </w:r>
    </w:p>
    <w:p w:rsidR="009032B1" w:rsidRDefault="00A70AE5">
      <w:r>
        <w:t>………………………………………………………………………………………………………………………</w:t>
      </w:r>
    </w:p>
    <w:p w:rsidR="009032B1" w:rsidRDefault="00A70AE5">
      <w:r>
        <w:t>………………………………………………………………………………………………………………………</w:t>
      </w:r>
    </w:p>
    <w:p w:rsidR="009032B1" w:rsidRDefault="00A70AE5">
      <w:r>
        <w:t>………………………………………………………………………………………………………………………</w:t>
      </w:r>
    </w:p>
    <w:p w:rsidR="009032B1" w:rsidRDefault="009032B1"/>
    <w:p w:rsidR="009032B1" w:rsidRDefault="00A70AE5">
      <w:pPr>
        <w:jc w:val="center"/>
      </w:pPr>
      <w:r>
        <w:rPr>
          <w:b/>
          <w:sz w:val="28"/>
        </w:rPr>
        <w:t>TIẾNG VIỆT</w:t>
      </w:r>
    </w:p>
    <w:p w:rsidR="009032B1" w:rsidRDefault="00A70AE5">
      <w:pPr>
        <w:jc w:val="center"/>
      </w:pPr>
      <w:r>
        <w:rPr>
          <w:b/>
          <w:sz w:val="28"/>
        </w:rPr>
        <w:t>BÀI 70: ÔN TẬP VÀ KỂ CHUYỆN</w:t>
      </w:r>
    </w:p>
    <w:p w:rsidR="009032B1" w:rsidRDefault="00A70AE5">
      <w:r>
        <w:rPr>
          <w:b/>
        </w:rPr>
        <w:t>I. YÊU CẦU CẦN ĐẠT</w:t>
      </w:r>
    </w:p>
    <w:p w:rsidR="009032B1" w:rsidRDefault="00A70AE5">
      <w:r>
        <w:rPr>
          <w:b/>
        </w:rPr>
        <w:t>1. Năng lực đặc thù</w:t>
      </w:r>
    </w:p>
    <w:p w:rsidR="009032B1" w:rsidRDefault="00A70AE5">
      <w:r>
        <w:t>- Ôn đọc và vận dụng các vần đã học: uôi, uôm, uôc, uôt, uôn, uông, ươi, ươu; đọc được tiếng, từ ngữ, câu/đoạn ứng dụng.</w:t>
      </w:r>
    </w:p>
    <w:p w:rsidR="009032B1" w:rsidRDefault="00A70AE5">
      <w:r>
        <w:t>- Viết đúng câu ứng dụng theo yêu cầu; nghe, hiểu và kể lại được từng đoạn của câu chuyện theo tranh.</w:t>
      </w:r>
    </w:p>
    <w:p w:rsidR="009032B1" w:rsidRDefault="00A70AE5">
      <w:r>
        <w:t>- Nêu được bài học phù hợp từ câu chuyện “Chuột nhà và chuột đồng”.</w:t>
      </w:r>
    </w:p>
    <w:p w:rsidR="009032B1" w:rsidRDefault="00A70AE5">
      <w:r>
        <w:rPr>
          <w:b/>
        </w:rPr>
        <w:t>2. Năng lực chung</w:t>
      </w:r>
    </w:p>
    <w:p w:rsidR="009032B1" w:rsidRDefault="00A70AE5">
      <w:r>
        <w:t>- Tự chủ và tự học: chủ động quan sát tranh, luyện đọc, luyện viết và tự sửa lỗi khi được hướng dẫn.</w:t>
      </w:r>
    </w:p>
    <w:p w:rsidR="009032B1" w:rsidRDefault="00A70AE5">
      <w:r>
        <w:t>- Giao tiếp và hợp tác: biết trao đổi với bạn, lắng nghe, nhận xét và thực hiện nhiệm vụ theo cặp hoặc nhóm.</w:t>
      </w:r>
    </w:p>
    <w:p w:rsidR="009032B1" w:rsidRDefault="00A70AE5">
      <w:r>
        <w:t>- Giải quyết vấn đề và sáng tạo: dựa vào tranh và ngữ liệu để trả lời câu hỏi, nói được câu phù hợp tình huống.</w:t>
      </w:r>
    </w:p>
    <w:p w:rsidR="009032B1" w:rsidRDefault="00A70AE5">
      <w:r>
        <w:rPr>
          <w:b/>
        </w:rPr>
        <w:t>3. Phẩm chất</w:t>
      </w:r>
    </w:p>
    <w:p w:rsidR="009032B1" w:rsidRDefault="00A70AE5">
      <w:r>
        <w:t>- Chăm chỉ: tích cực luyện đọc, luyện viết và hoàn thành nhiệm vụ học tập.</w:t>
      </w:r>
    </w:p>
    <w:p w:rsidR="009032B1" w:rsidRDefault="00A70AE5">
      <w:r>
        <w:t>- Trách nhiệm: giữ gìn sách vở, đồ dùng học tập; hợp tác nghiêm túc trong giờ học.</w:t>
      </w:r>
    </w:p>
    <w:p w:rsidR="009032B1" w:rsidRDefault="00A70AE5">
      <w:r>
        <w:t>- Nhân ái: biết rút ra bài học tốt đẹp từ câu chuyện để ứng xử phù hợp.</w:t>
      </w:r>
    </w:p>
    <w:p w:rsidR="009032B1" w:rsidRDefault="00A70AE5">
      <w:r>
        <w:rPr>
          <w:b/>
          <w:color w:val="FF0000"/>
        </w:rPr>
        <w:t>4. Tích hợp</w:t>
      </w:r>
    </w:p>
    <w:p w:rsidR="009032B1" w:rsidRDefault="00A70AE5">
      <w:r>
        <w:rPr>
          <w:color w:val="FF0000"/>
        </w:rPr>
        <w:t>- Lý tưởng cách mạng, đạo đức, lối sống: Qua truyện “Chuột nhà và chuột đồng”, giáo dục HS biết quý trọng cuộc sống bình yên, tự lập và những điều có được từ lao động chân chính.</w:t>
      </w:r>
    </w:p>
    <w:p w:rsidR="009032B1" w:rsidRDefault="00A70AE5">
      <w:r>
        <w:rPr>
          <w:b/>
        </w:rPr>
        <w:t>II. ĐỒ DÙNG DẠY HỌC</w:t>
      </w:r>
    </w:p>
    <w:p w:rsidR="009032B1" w:rsidRDefault="00A70AE5">
      <w:r>
        <w:t>- Giáo viên: SGK, SGV Tiếng Việt 1 tập một; tranh minh hoạ cắt đúng nội dung bài; thẻ chữ/bảng phụ; máy tính, máy chiếu (nếu có).</w:t>
      </w:r>
    </w:p>
    <w:p w:rsidR="009032B1" w:rsidRDefault="00A70AE5">
      <w:r>
        <w:t>- Học sinh: SGK, vở Tập viết, bảng con, bộ thẻ chữ, bút viết.</w:t>
      </w:r>
    </w:p>
    <w:p w:rsidR="009032B1" w:rsidRDefault="00A70AE5">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9032B1" w:rsidTr="00EE3666">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jc w:val="center"/>
            </w:pPr>
            <w:r>
              <w:rPr>
                <w:b/>
              </w:rPr>
              <w:t>HOẠT ĐỘNG CỦA HỌC SINH</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lastRenderedPageBreak/>
              <w:t>1. HOẠT ĐỘNG MỞ ĐẦU</w:t>
            </w:r>
          </w:p>
          <w:p w:rsidR="009032B1" w:rsidRDefault="00A70AE5">
            <w:pPr>
              <w:spacing w:line="240" w:lineRule="auto"/>
            </w:pPr>
            <w:r>
              <w:rPr>
                <w:b/>
                <w:i/>
              </w:rPr>
              <w:t xml:space="preserve">Mục tiêu: </w:t>
            </w:r>
            <w:r>
              <w:rPr>
                <w:i/>
              </w:rPr>
              <w:t>Tạo hứng thú, ôn lại các vần đã học và kết nối vào bài ôn tập.</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Cho HS đọc nối tiếp các vần: uôi, uôm, uôc, uôt, uôn, uông, ươi, ươu.</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cá nhân, nhóm, lớp các vần: uôi, uôm, uôc, uôt, uôn, uông, ươi, ươu.</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Giới thiệu: Hôm nay các em ôn đọc, ôn viết và cùng nghe kể câu chuyện “Chuột nhà và chuột đồng” để rút ra bài học cho mình.</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và nêu tên câu chuyện.</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Đọc đúng các vần đã học sẽ giúp các em nghe, hiểu và kể chuyện rõ ràng hơn.</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đọc lại các vần đã ôn.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2. HOẠT ĐỘNG LUYỆN TẬP, THỰC HÀNH</w:t>
            </w:r>
          </w:p>
          <w:p w:rsidR="009032B1" w:rsidRDefault="00A70AE5">
            <w:pPr>
              <w:spacing w:line="240" w:lineRule="auto"/>
            </w:pPr>
            <w:r>
              <w:rPr>
                <w:b/>
                <w:i/>
              </w:rPr>
              <w:t xml:space="preserve">Mục tiêu: </w:t>
            </w:r>
            <w:r>
              <w:rPr>
                <w:i/>
              </w:rPr>
              <w:t>Ôn đọc vần, đọc đoạn và viết đúng câu ứng dụng.</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t>- Yêu cầu HS quan sát sơ đồ/từ ngữ ôn tập trong SGK và đọc các vần, từ đã học.</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đọc vần và đọc các từ ngữ ôn tập.</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Yêu cầu HS đọc đoạn ứng dụng: Đọc câu/đoạn ôn tập trong SGK và tìm tiếng chứa vần đã học.</w:t>
            </w:r>
          </w:p>
        </w:tc>
        <w:tc>
          <w:tcPr>
            <w:tcW w:w="3969" w:type="dxa"/>
            <w:shd w:val="clear" w:color="auto" w:fill="auto"/>
            <w:tcMar>
              <w:top w:w="90" w:type="dxa"/>
              <w:left w:w="100" w:type="dxa"/>
              <w:bottom w:w="90" w:type="dxa"/>
              <w:right w:w="100" w:type="dxa"/>
            </w:tcMar>
          </w:tcPr>
          <w:p w:rsidR="009032B1" w:rsidRDefault="00A70AE5">
            <w:pPr>
              <w:spacing w:line="240" w:lineRule="auto"/>
            </w:pPr>
            <w:r>
              <w:t>- HS đọc thầm, tìm tiếng có vần đã học rồi luyện đọc đoạn: Đọc câu/đoạn ôn tập trong SGK và tìm tiếng chứa vần đã học.</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Đoạn đọc giúp em hiểu điều gì?</w:t>
            </w:r>
          </w:p>
        </w:tc>
        <w:tc>
          <w:tcPr>
            <w:tcW w:w="3969" w:type="dxa"/>
            <w:shd w:val="clear" w:color="auto" w:fill="auto"/>
            <w:tcMar>
              <w:top w:w="90" w:type="dxa"/>
              <w:left w:w="100" w:type="dxa"/>
              <w:bottom w:w="90" w:type="dxa"/>
              <w:right w:w="100" w:type="dxa"/>
            </w:tcMar>
          </w:tcPr>
          <w:p w:rsidR="009032B1" w:rsidRDefault="00A70AE5">
            <w:pPr>
              <w:spacing w:line="240" w:lineRule="auto"/>
            </w:pPr>
            <w:r>
              <w:t>- HS nêu nội dung chính của đoạn đọc theo gợi ý của GV.</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Hướng dẫn HS viết câu ứng dụng trong vở Tập viết, chú ý điểm đặt bút, dấu thanh và khoảng cách.</w:t>
            </w:r>
          </w:p>
        </w:tc>
        <w:tc>
          <w:tcPr>
            <w:tcW w:w="3969" w:type="dxa"/>
            <w:shd w:val="clear" w:color="auto" w:fill="auto"/>
            <w:tcMar>
              <w:top w:w="90" w:type="dxa"/>
              <w:left w:w="100" w:type="dxa"/>
              <w:bottom w:w="90" w:type="dxa"/>
              <w:right w:w="100" w:type="dxa"/>
            </w:tcMar>
          </w:tcPr>
          <w:p w:rsidR="009032B1" w:rsidRDefault="00A70AE5">
            <w:pPr>
              <w:spacing w:line="240" w:lineRule="auto"/>
            </w:pPr>
            <w:r>
              <w:t>- HS viết câu ứng dụng vào vở, tự rà soát lỗi sau khi viết.</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Các em đã vận dụng vần đã học để đọc hiểu và viết đúng câu ứng dụng.</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lắng nghe và kiểm tra lại bài viết.</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r>
              <w:rPr>
                <w:b/>
              </w:rPr>
              <w:t>3. HOẠT ĐỘNG HÌNH THÀNH, PHÁT TRIỂN NĂNG LỰC NGHE – NÓI</w:t>
            </w:r>
          </w:p>
          <w:p w:rsidR="009032B1" w:rsidRDefault="00A70AE5">
            <w:pPr>
              <w:spacing w:line="240" w:lineRule="auto"/>
            </w:pPr>
            <w:r>
              <w:rPr>
                <w:b/>
                <w:i/>
              </w:rPr>
              <w:t xml:space="preserve">Mục tiêu: </w:t>
            </w:r>
            <w:r>
              <w:rPr>
                <w:i/>
              </w:rPr>
              <w:t>Nghe kể, trả lời câu hỏi và kể lại câu chuyện; thực hiện mục tiêu tích hợp của bài.</w:t>
            </w:r>
          </w:p>
        </w:tc>
      </w:tr>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rsidP="00EE3666">
            <w:pPr>
              <w:spacing w:line="240" w:lineRule="auto"/>
            </w:pPr>
            <w:r>
              <w:t>- Giới thiệu tranh kể chuyện “Chuột nhà và chuột đồng”; yêu cầu HS quan sát và dự đoán các nhân vật, sự việc.</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quan sát tranh, nêu nhân vật và dự đoán nội dung câu chuyện.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Kể toàn bộ câu chuyện “Chuột nhà và chuột đồng” lần thứ nhất bằng giọng phù hợp.</w:t>
            </w:r>
          </w:p>
        </w:tc>
        <w:tc>
          <w:tcPr>
            <w:tcW w:w="3969" w:type="dxa"/>
            <w:shd w:val="clear" w:color="auto" w:fill="auto"/>
            <w:tcMar>
              <w:top w:w="90" w:type="dxa"/>
              <w:left w:w="100" w:type="dxa"/>
              <w:bottom w:w="90" w:type="dxa"/>
              <w:right w:w="100" w:type="dxa"/>
            </w:tcMar>
          </w:tcPr>
          <w:p w:rsidR="009032B1" w:rsidRDefault="00A70AE5">
            <w:pPr>
              <w:spacing w:line="240" w:lineRule="auto"/>
            </w:pPr>
            <w:r>
              <w:t>- HS chú ý lắng nghe để nắm nhân vật và diễn biến chính.</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Kể lần thứ hai theo từng đoạn, kết hợp chỉ tranh; đặt câu hỏi sau mỗi đoạn.</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từng đoạn, quan sát tranh và chuẩn bị trả lời.</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Chuột nhà mời chuột đồng làm gì?</w:t>
            </w:r>
          </w:p>
        </w:tc>
        <w:tc>
          <w:tcPr>
            <w:tcW w:w="3969" w:type="dxa"/>
            <w:shd w:val="clear" w:color="auto" w:fill="auto"/>
            <w:tcMar>
              <w:top w:w="90" w:type="dxa"/>
              <w:left w:w="100" w:type="dxa"/>
              <w:bottom w:w="90" w:type="dxa"/>
              <w:right w:w="100" w:type="dxa"/>
            </w:tcMar>
          </w:tcPr>
          <w:p w:rsidR="009032B1" w:rsidRDefault="00A70AE5">
            <w:pPr>
              <w:spacing w:line="240" w:lineRule="auto"/>
            </w:pPr>
            <w:r>
              <w:t>- Chuột nhà mời chuột đồng vào nhà ăn thức ăn ngon.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lastRenderedPageBreak/>
              <w:t>- Khi ở nhà chuột nhà, chuột đồng cảm thấy thế nào?</w:t>
            </w:r>
          </w:p>
        </w:tc>
        <w:tc>
          <w:tcPr>
            <w:tcW w:w="3969" w:type="dxa"/>
            <w:shd w:val="clear" w:color="auto" w:fill="auto"/>
            <w:tcMar>
              <w:top w:w="90" w:type="dxa"/>
              <w:left w:w="100" w:type="dxa"/>
              <w:bottom w:w="90" w:type="dxa"/>
              <w:right w:w="100" w:type="dxa"/>
            </w:tcMar>
          </w:tcPr>
          <w:p w:rsidR="009032B1" w:rsidRDefault="00A70AE5">
            <w:pPr>
              <w:spacing w:line="240" w:lineRule="auto"/>
            </w:pPr>
            <w:r>
              <w:t>- Chuột đồng lo sợ vì có nhiều nguy hiểm và tiếng động.</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Cuối cùng, chuột đồng chọn điều gì?</w:t>
            </w:r>
          </w:p>
        </w:tc>
        <w:tc>
          <w:tcPr>
            <w:tcW w:w="3969" w:type="dxa"/>
            <w:shd w:val="clear" w:color="auto" w:fill="auto"/>
            <w:tcMar>
              <w:top w:w="90" w:type="dxa"/>
              <w:left w:w="100" w:type="dxa"/>
              <w:bottom w:w="90" w:type="dxa"/>
              <w:right w:w="100" w:type="dxa"/>
            </w:tcMar>
          </w:tcPr>
          <w:p w:rsidR="009032B1" w:rsidRDefault="00A70AE5">
            <w:pPr>
              <w:spacing w:line="240" w:lineRule="auto"/>
            </w:pPr>
            <w:r>
              <w:t>- Chuột đồng chọn trở về đồng ruộng để sống bình yên, tự do.</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rPr>
                <w:color w:val="FF0000"/>
              </w:rPr>
              <w:t>- Vì sao chuột đồng chọn trở về nơi ở đơn sơ của mình?</w:t>
            </w:r>
          </w:p>
        </w:tc>
        <w:tc>
          <w:tcPr>
            <w:tcW w:w="3969" w:type="dxa"/>
            <w:shd w:val="clear" w:color="auto" w:fill="auto"/>
            <w:tcMar>
              <w:top w:w="90" w:type="dxa"/>
              <w:left w:w="100" w:type="dxa"/>
              <w:bottom w:w="90" w:type="dxa"/>
              <w:right w:w="100" w:type="dxa"/>
            </w:tcMar>
          </w:tcPr>
          <w:p w:rsidR="009032B1" w:rsidRDefault="00A70AE5">
            <w:pPr>
              <w:spacing w:line="240" w:lineRule="auto"/>
            </w:pPr>
            <w:r>
              <w:t>- HS trả lời: Chuột đồng thấy cuộc sống ở đồng ruộng tuy giản dị nhưng bình yên và an toàn.</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rPr>
                <w:color w:val="FF0000"/>
              </w:rPr>
              <w:t>- Tích hợp đạo đức, lối sống: Qua lựa chọn của chuột đồng, các em hiểu rằng cuộc sống bình yên, tự lập và những điều có được bằng lao động chân chính rất đáng quý; không nên tham lam hay chạy theo điều hào nhoáng nhưng không an toàn.</w:t>
            </w:r>
          </w:p>
        </w:tc>
        <w:tc>
          <w:tcPr>
            <w:tcW w:w="3969" w:type="dxa"/>
            <w:shd w:val="clear" w:color="auto" w:fill="auto"/>
            <w:tcMar>
              <w:top w:w="90" w:type="dxa"/>
              <w:left w:w="100" w:type="dxa"/>
              <w:bottom w:w="90" w:type="dxa"/>
              <w:right w:w="100" w:type="dxa"/>
            </w:tcMar>
          </w:tcPr>
          <w:p w:rsidR="009032B1" w:rsidRDefault="00A70AE5">
            <w:pPr>
              <w:spacing w:line="240" w:lineRule="auto"/>
            </w:pPr>
            <w:r>
              <w:t>- HS lắng nghe; nêu bài học: Em biết quý trọng những gì mình có và sống chăm chỉ, tự lập.</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Tổ chức cho HS kể chuyện trong nhóm theo tranh; mời đại diện kể trước lớp.</w:t>
            </w:r>
          </w:p>
        </w:tc>
        <w:tc>
          <w:tcPr>
            <w:tcW w:w="3969" w:type="dxa"/>
            <w:shd w:val="clear" w:color="auto" w:fill="auto"/>
            <w:tcMar>
              <w:top w:w="90" w:type="dxa"/>
              <w:left w:w="100" w:type="dxa"/>
              <w:bottom w:w="90" w:type="dxa"/>
              <w:right w:w="100" w:type="dxa"/>
            </w:tcMar>
          </w:tcPr>
          <w:p w:rsidR="009032B1" w:rsidRDefault="00A70AE5">
            <w:pPr>
              <w:spacing w:line="240" w:lineRule="auto"/>
            </w:pPr>
            <w:r>
              <w:t>- HS kể từng đoạn theo tranh trong nhóm, sau đó một số HS kể trước lớp.</w:t>
            </w:r>
          </w:p>
        </w:tc>
      </w:tr>
      <w:tr w:rsidR="009032B1" w:rsidTr="00EE3666">
        <w:trPr>
          <w:jc w:val="center"/>
        </w:trPr>
        <w:tc>
          <w:tcPr>
            <w:tcW w:w="5953"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Chốt: Mỗi câu chuyện đều gửi gắm một bài học; các em cần biết kể lại rõ ràng và vận dụng bài học vào cuộc sống.</w:t>
            </w:r>
          </w:p>
        </w:tc>
        <w:tc>
          <w:tcPr>
            <w:tcW w:w="3969" w:type="dxa"/>
            <w:tcBorders>
              <w:bottom w:val="single" w:sz="4" w:space="0" w:color="auto"/>
            </w:tcBorders>
            <w:shd w:val="clear" w:color="auto" w:fill="auto"/>
            <w:tcMar>
              <w:top w:w="90" w:type="dxa"/>
              <w:left w:w="100" w:type="dxa"/>
              <w:bottom w:w="90" w:type="dxa"/>
              <w:right w:w="100" w:type="dxa"/>
            </w:tcMar>
          </w:tcPr>
          <w:p w:rsidR="009032B1" w:rsidRDefault="00A70AE5">
            <w:pPr>
              <w:spacing w:line="240" w:lineRule="auto"/>
            </w:pPr>
            <w:r>
              <w:t>- HS nêu bài học em rút ra từ câu chuyện.</w:t>
            </w:r>
          </w:p>
        </w:tc>
      </w:tr>
      <w:tr w:rsidR="009032B1" w:rsidTr="00EE3666">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9032B1" w:rsidRDefault="00A70AE5">
            <w:pPr>
              <w:keepNext/>
              <w:spacing w:line="240" w:lineRule="auto"/>
            </w:pPr>
            <w:bookmarkStart w:id="0" w:name="_GoBack"/>
            <w:r>
              <w:rPr>
                <w:b/>
              </w:rPr>
              <w:t>4. HOẠT ĐỘNG VẬN DỤNG</w:t>
            </w:r>
          </w:p>
          <w:p w:rsidR="009032B1" w:rsidRDefault="00A70AE5">
            <w:pPr>
              <w:spacing w:line="240" w:lineRule="auto"/>
            </w:pPr>
            <w:r>
              <w:rPr>
                <w:b/>
                <w:i/>
              </w:rPr>
              <w:t xml:space="preserve">Mục tiêu: </w:t>
            </w:r>
            <w:r>
              <w:rPr>
                <w:i/>
              </w:rPr>
              <w:t>Liên hệ bài học từ câu chuyện với hành vi, việc làm hằng ngày.</w:t>
            </w:r>
          </w:p>
        </w:tc>
      </w:tr>
      <w:bookmarkEnd w:id="0"/>
      <w:tr w:rsidR="009032B1" w:rsidTr="00EE3666">
        <w:trPr>
          <w:jc w:val="center"/>
        </w:trPr>
        <w:tc>
          <w:tcPr>
            <w:tcW w:w="5953"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Yêu cầu HS kể lại một đoạn truyện cho người thân nghe và thực hiện việc làm tốt theo bài học.</w:t>
            </w:r>
          </w:p>
        </w:tc>
        <w:tc>
          <w:tcPr>
            <w:tcW w:w="3969" w:type="dxa"/>
            <w:tcBorders>
              <w:top w:val="single" w:sz="4" w:space="0" w:color="auto"/>
            </w:tcBorders>
            <w:shd w:val="clear" w:color="auto" w:fill="auto"/>
            <w:tcMar>
              <w:top w:w="90" w:type="dxa"/>
              <w:left w:w="100" w:type="dxa"/>
              <w:bottom w:w="90" w:type="dxa"/>
              <w:right w:w="100" w:type="dxa"/>
            </w:tcMar>
          </w:tcPr>
          <w:p w:rsidR="009032B1" w:rsidRDefault="00A70AE5">
            <w:pPr>
              <w:spacing w:line="240" w:lineRule="auto"/>
            </w:pPr>
            <w:r>
              <w:t>- HS nhận nhiệm vụ, dự kiến kể chuyện và thực hiện việc làm tốt ở nhà.</w:t>
            </w:r>
          </w:p>
        </w:tc>
      </w:tr>
      <w:tr w:rsidR="009032B1" w:rsidTr="00EE3666">
        <w:trPr>
          <w:jc w:val="center"/>
        </w:trPr>
        <w:tc>
          <w:tcPr>
            <w:tcW w:w="5953" w:type="dxa"/>
            <w:shd w:val="clear" w:color="auto" w:fill="auto"/>
            <w:tcMar>
              <w:top w:w="90" w:type="dxa"/>
              <w:left w:w="100" w:type="dxa"/>
              <w:bottom w:w="90" w:type="dxa"/>
              <w:right w:w="100" w:type="dxa"/>
            </w:tcMar>
          </w:tcPr>
          <w:p w:rsidR="009032B1" w:rsidRDefault="00A70AE5">
            <w:pPr>
              <w:spacing w:line="240" w:lineRule="auto"/>
            </w:pPr>
            <w:r>
              <w:t>- Kết luận: Qua ôn tập và kể chuyện, các em vừa củng cố kĩ năng Tiếng Việt vừa học cách sống tốt hơn.</w:t>
            </w:r>
          </w:p>
        </w:tc>
        <w:tc>
          <w:tcPr>
            <w:tcW w:w="3969" w:type="dxa"/>
            <w:shd w:val="clear" w:color="auto" w:fill="auto"/>
            <w:tcMar>
              <w:top w:w="90" w:type="dxa"/>
              <w:left w:w="100" w:type="dxa"/>
              <w:bottom w:w="90" w:type="dxa"/>
              <w:right w:w="100" w:type="dxa"/>
            </w:tcMar>
          </w:tcPr>
          <w:p w:rsidR="009032B1" w:rsidRDefault="00A70AE5">
            <w:pPr>
              <w:spacing w:line="240" w:lineRule="auto"/>
            </w:pPr>
            <w:r>
              <w:t>- HS nhắc lại điều đáng nhớ của bài học.</w:t>
            </w:r>
          </w:p>
        </w:tc>
      </w:tr>
    </w:tbl>
    <w:p w:rsidR="009032B1" w:rsidRDefault="00A70AE5">
      <w:r>
        <w:rPr>
          <w:b/>
        </w:rPr>
        <w:t>IV. ĐIỀU CHỈNH SAU BÀI DẠY</w:t>
      </w:r>
    </w:p>
    <w:p w:rsidR="009032B1" w:rsidRDefault="00A70AE5">
      <w:r>
        <w:t>………………………………………………………………………………………………………………………</w:t>
      </w:r>
    </w:p>
    <w:p w:rsidR="009032B1" w:rsidRDefault="00A70AE5">
      <w:r>
        <w:t>………………………………………………………………………………………………………………………</w:t>
      </w:r>
    </w:p>
    <w:p w:rsidR="009032B1" w:rsidRDefault="00A70AE5">
      <w:r>
        <w:t>………………………………………………………………………………………………………………………</w:t>
      </w:r>
    </w:p>
    <w:sectPr w:rsidR="009032B1" w:rsidSect="00034616">
      <w:pgSz w:w="12240" w:h="15840"/>
      <w:pgMar w:top="907" w:right="96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9032B1"/>
    <w:rsid w:val="00A70AE5"/>
    <w:rsid w:val="00AA1D8D"/>
    <w:rsid w:val="00B47730"/>
    <w:rsid w:val="00CB0664"/>
    <w:rsid w:val="00EE366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9"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E36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66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9"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E36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66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E5A41-DBD8-4C82-8F97-448C5E7C4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6028</Words>
  <Characters>34366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40314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2026-06-03T07:57:00Z</dcterms:created>
  <dcterms:modified xsi:type="dcterms:W3CDTF">2026-08-19T01:41:00Z</dcterms:modified>
  <cp:category/>
</cp:coreProperties>
</file>