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0DB457" w14:textId="77777777" w:rsidR="009C07B5" w:rsidRDefault="002821C5" w:rsidP="004F58FE">
      <w:pPr>
        <w:shd w:val="clear" w:color="auto" w:fill="FFFFFF" w:themeFill="background1"/>
        <w:jc w:val="center"/>
      </w:pPr>
      <w:r>
        <w:rPr>
          <w:b/>
          <w:color w:val="000000"/>
        </w:rPr>
        <w:t>KẾ HOẠCH DẠY HỌC - TUẦN 2</w:t>
      </w:r>
    </w:p>
    <w:p w14:paraId="5ACC53E2" w14:textId="77777777" w:rsidR="009C07B5" w:rsidRDefault="002821C5" w:rsidP="004F58FE">
      <w:pPr>
        <w:shd w:val="clear" w:color="auto" w:fill="FFFFFF" w:themeFill="background1"/>
        <w:jc w:val="center"/>
      </w:pPr>
      <w:r>
        <w:rPr>
          <w:b/>
          <w:color w:val="000000"/>
        </w:rPr>
        <w:t>CHỦ ĐỀ 1: EM LỚN LÊN TỪNG NGÀY</w:t>
      </w:r>
    </w:p>
    <w:p w14:paraId="6BBADC9E" w14:textId="77777777" w:rsidR="009C07B5" w:rsidRDefault="002821C5" w:rsidP="004F58FE">
      <w:pPr>
        <w:shd w:val="clear" w:color="auto" w:fill="FFFFFF" w:themeFill="background1"/>
        <w:jc w:val="center"/>
      </w:pPr>
      <w:r>
        <w:rPr>
          <w:b/>
          <w:color w:val="000000"/>
        </w:rPr>
        <w:t>BÀI 3: NIỀM VUI CỦA BI VÀ BỐNG</w:t>
      </w:r>
    </w:p>
    <w:p w14:paraId="7AAE793A" w14:textId="77777777" w:rsidR="009C07B5" w:rsidRDefault="002821C5" w:rsidP="004F58FE">
      <w:pPr>
        <w:shd w:val="clear" w:color="auto" w:fill="FFFFFF" w:themeFill="background1"/>
        <w:jc w:val="center"/>
      </w:pPr>
      <w:r>
        <w:rPr>
          <w:b/>
          <w:color w:val="000000"/>
        </w:rPr>
        <w:t>TIẾT 1 - 2: ĐỌC: NIỀM VUI CỦA BI VÀ BỐNG</w:t>
      </w:r>
    </w:p>
    <w:p w14:paraId="126DB290" w14:textId="77777777" w:rsidR="009C07B5" w:rsidRDefault="002821C5" w:rsidP="004F58FE">
      <w:pPr>
        <w:shd w:val="clear" w:color="auto" w:fill="FFFFFF" w:themeFill="background1"/>
      </w:pPr>
      <w:r>
        <w:rPr>
          <w:b/>
          <w:color w:val="000000"/>
        </w:rPr>
        <w:t>I. YÊU CẦU CẦN ĐẠT:</w:t>
      </w:r>
    </w:p>
    <w:p w14:paraId="156807F8" w14:textId="77777777" w:rsidR="009C07B5" w:rsidRDefault="002821C5" w:rsidP="004F58FE">
      <w:pPr>
        <w:shd w:val="clear" w:color="auto" w:fill="FFFFFF" w:themeFill="background1"/>
      </w:pPr>
      <w:r>
        <w:rPr>
          <w:b/>
          <w:color w:val="000000"/>
        </w:rPr>
        <w:t>1. Năng lực đặc thù:</w:t>
      </w:r>
    </w:p>
    <w:p w14:paraId="53067DC6" w14:textId="77777777" w:rsidR="009C07B5" w:rsidRDefault="002821C5" w:rsidP="004F58FE">
      <w:pPr>
        <w:shd w:val="clear" w:color="auto" w:fill="FFFFFF" w:themeFill="background1"/>
      </w:pPr>
      <w:r>
        <w:rPr>
          <w:color w:val="000000"/>
        </w:rPr>
        <w:t>- Đọc đúng, rõ ràng toàn bài; phát âm đúng các tiếng dễ lẫn: lát nữa, bầu trời, lấy về, bảy hũ vàng.</w:t>
      </w:r>
    </w:p>
    <w:p w14:paraId="3B13F61D" w14:textId="77777777" w:rsidR="009C07B5" w:rsidRDefault="002821C5" w:rsidP="004F58FE">
      <w:pPr>
        <w:shd w:val="clear" w:color="auto" w:fill="FFFFFF" w:themeFill="background1"/>
      </w:pPr>
      <w:r>
        <w:rPr>
          <w:color w:val="000000"/>
        </w:rPr>
        <w:t>- Biết ngắt nghỉ theo dấu câu, đọc lời người kể và lời thoại của Bi, Bống với giọng vui tươi, hồn nhiên.</w:t>
      </w:r>
    </w:p>
    <w:p w14:paraId="07D58091" w14:textId="77777777" w:rsidR="009C07B5" w:rsidRDefault="002821C5" w:rsidP="004F58FE">
      <w:pPr>
        <w:shd w:val="clear" w:color="auto" w:fill="FFFFFF" w:themeFill="background1"/>
      </w:pPr>
      <w:r>
        <w:rPr>
          <w:color w:val="000000"/>
        </w:rPr>
        <w:t>- Hiểu nghĩa từ ngữ trong bài; hiểu nội dung: câu chuyện ca ngợi tình cảm yêu thương, quan tâm giữa hai anh em Bi và Bống.</w:t>
      </w:r>
    </w:p>
    <w:p w14:paraId="24B1FFD6" w14:textId="77777777" w:rsidR="009C07B5" w:rsidRDefault="002821C5" w:rsidP="004F58FE">
      <w:pPr>
        <w:shd w:val="clear" w:color="auto" w:fill="FFFFFF" w:themeFill="background1"/>
      </w:pPr>
      <w:r>
        <w:rPr>
          <w:color w:val="000000"/>
        </w:rPr>
        <w:t>- Trả lời được câu hỏi trong SGK; biết xếp từ ngữ chỉ người, chỉ vật và tìm câu thể hiện sự ngạc nhiên.</w:t>
      </w:r>
    </w:p>
    <w:p w14:paraId="5BB08151" w14:textId="77777777" w:rsidR="009C07B5" w:rsidRDefault="002821C5" w:rsidP="004F58FE">
      <w:pPr>
        <w:shd w:val="clear" w:color="auto" w:fill="FFFFFF" w:themeFill="background1"/>
      </w:pPr>
      <w:r>
        <w:rPr>
          <w:b/>
          <w:color w:val="000000"/>
        </w:rPr>
        <w:t>2. Năng lực chung:</w:t>
      </w:r>
    </w:p>
    <w:p w14:paraId="1D5DF2B2" w14:textId="77777777" w:rsidR="009C07B5" w:rsidRDefault="002821C5" w:rsidP="004F58FE">
      <w:pPr>
        <w:shd w:val="clear" w:color="auto" w:fill="FFFFFF" w:themeFill="background1"/>
      </w:pPr>
      <w:r>
        <w:rPr>
          <w:color w:val="000000"/>
        </w:rPr>
        <w:t>- Tự chủ và tự học: chủ động đọc bài, luyện phát âm và chuẩn bị ý kiến trả lời câu hỏi.</w:t>
      </w:r>
    </w:p>
    <w:p w14:paraId="38344A37" w14:textId="77777777" w:rsidR="009C07B5" w:rsidRDefault="002821C5" w:rsidP="004F58FE">
      <w:pPr>
        <w:shd w:val="clear" w:color="auto" w:fill="FFFFFF" w:themeFill="background1"/>
      </w:pPr>
      <w:r>
        <w:rPr>
          <w:color w:val="000000"/>
        </w:rPr>
        <w:t>- Giao tiếp và hợp tác: biết trao đổi nhóm đôi, nhóm ba khi đọc bài, tìm chi tiết và chia sẻ kết quả.</w:t>
      </w:r>
    </w:p>
    <w:p w14:paraId="490FF89F" w14:textId="77777777" w:rsidR="009C07B5" w:rsidRDefault="002821C5" w:rsidP="004F58FE">
      <w:pPr>
        <w:shd w:val="clear" w:color="auto" w:fill="FFFFFF" w:themeFill="background1"/>
      </w:pPr>
      <w:r>
        <w:rPr>
          <w:color w:val="000000"/>
        </w:rPr>
        <w:t>- Giải quyết vấn đề và sáng tạo: biết suy nghĩ, liên hệ cách quan tâm người thân trong gia đình.</w:t>
      </w:r>
    </w:p>
    <w:p w14:paraId="04C1C109" w14:textId="77777777" w:rsidR="009C07B5" w:rsidRDefault="002821C5" w:rsidP="004F58FE">
      <w:pPr>
        <w:shd w:val="clear" w:color="auto" w:fill="FFFFFF" w:themeFill="background1"/>
      </w:pPr>
      <w:r>
        <w:rPr>
          <w:b/>
          <w:color w:val="000000"/>
        </w:rPr>
        <w:t>3. Phẩm chất:</w:t>
      </w:r>
    </w:p>
    <w:p w14:paraId="18171E82" w14:textId="77777777" w:rsidR="009C07B5" w:rsidRDefault="002821C5" w:rsidP="004F58FE">
      <w:pPr>
        <w:shd w:val="clear" w:color="auto" w:fill="FFFFFF" w:themeFill="background1"/>
      </w:pPr>
      <w:r>
        <w:rPr>
          <w:color w:val="000000"/>
        </w:rPr>
        <w:t>- Nhân ái: biết yêu thương, quan tâm, chia sẻ với anh chị em và người thân.</w:t>
      </w:r>
    </w:p>
    <w:p w14:paraId="49FA2975" w14:textId="77777777" w:rsidR="009C07B5" w:rsidRDefault="002821C5" w:rsidP="004F58FE">
      <w:pPr>
        <w:shd w:val="clear" w:color="auto" w:fill="FFFFFF" w:themeFill="background1"/>
      </w:pPr>
      <w:r>
        <w:rPr>
          <w:color w:val="000000"/>
        </w:rPr>
        <w:t>- Chăm chỉ: tích cực luyện đọc, hoàn thành nhiệm vụ học tập.</w:t>
      </w:r>
    </w:p>
    <w:p w14:paraId="1D154B3E" w14:textId="77777777" w:rsidR="009C07B5" w:rsidRDefault="002821C5" w:rsidP="004F58FE">
      <w:pPr>
        <w:shd w:val="clear" w:color="auto" w:fill="FFFFFF" w:themeFill="background1"/>
      </w:pPr>
      <w:r>
        <w:rPr>
          <w:color w:val="000000"/>
        </w:rPr>
        <w:t>- Trách nhiệm: biết thực hiện việc làm phù hợp để góp phần xây dựng gia đình vui vẻ.</w:t>
      </w:r>
    </w:p>
    <w:p w14:paraId="54F445EA" w14:textId="77777777" w:rsidR="009C07B5" w:rsidRDefault="002821C5" w:rsidP="004F58FE">
      <w:pPr>
        <w:shd w:val="clear" w:color="auto" w:fill="FFFFFF" w:themeFill="background1"/>
      </w:pPr>
      <w:r>
        <w:rPr>
          <w:b/>
          <w:color w:val="C00000"/>
        </w:rPr>
        <w:t>4. Tích hợp:</w:t>
      </w:r>
    </w:p>
    <w:p w14:paraId="3A2B0B48" w14:textId="77777777" w:rsidR="009C07B5" w:rsidRDefault="002821C5" w:rsidP="004F58FE">
      <w:pPr>
        <w:shd w:val="clear" w:color="auto" w:fill="FFFFFF" w:themeFill="background1"/>
      </w:pPr>
      <w:r>
        <w:rPr>
          <w:color w:val="C00000"/>
        </w:rPr>
        <w:t>- Giáo dục quyền con người: HS nhận biết quyền được sống trong gia đình, được yêu thương, chia sẻ tình cảm với người thân.</w:t>
      </w:r>
    </w:p>
    <w:p w14:paraId="205CAADD" w14:textId="77777777" w:rsidR="009C07B5" w:rsidRDefault="002821C5" w:rsidP="004F58FE">
      <w:pPr>
        <w:shd w:val="clear" w:color="auto" w:fill="FFFFFF" w:themeFill="background1"/>
      </w:pPr>
      <w:r>
        <w:rPr>
          <w:color w:val="C00000"/>
        </w:rPr>
        <w:t>- Giáo dục lý tưởng cách mạng, đạo đức, lối sống: bồi dưỡng tình cảm yêu thương anh em, biết quan tâm, sẻ chia; rèn lối sống nhân ái, trách nhiệm trong gia đình và tập thể.</w:t>
      </w:r>
    </w:p>
    <w:p w14:paraId="1E13B4BB" w14:textId="77777777" w:rsidR="009C07B5" w:rsidRDefault="002821C5" w:rsidP="004F58FE">
      <w:pPr>
        <w:shd w:val="clear" w:color="auto" w:fill="FFFFFF" w:themeFill="background1"/>
      </w:pPr>
      <w:r>
        <w:rPr>
          <w:b/>
          <w:color w:val="000000"/>
        </w:rPr>
        <w:t>II. ĐỒ DÙNG DẠY HỌC:</w:t>
      </w:r>
    </w:p>
    <w:p w14:paraId="7509389B" w14:textId="77777777" w:rsidR="009C07B5" w:rsidRDefault="002821C5" w:rsidP="004F58FE">
      <w:pPr>
        <w:shd w:val="clear" w:color="auto" w:fill="FFFFFF" w:themeFill="background1"/>
      </w:pPr>
      <w:r>
        <w:rPr>
          <w:color w:val="000000"/>
        </w:rPr>
        <w:t>- GV: Máy tính, ti vi/máy chiếu, tranh minh họa SGK trang 17 - 19, thẻ từ, phiếu học tập.</w:t>
      </w:r>
    </w:p>
    <w:p w14:paraId="7DCD87DE" w14:textId="77777777" w:rsidR="009C07B5" w:rsidRDefault="002821C5" w:rsidP="004F58FE">
      <w:pPr>
        <w:shd w:val="clear" w:color="auto" w:fill="FFFFFF" w:themeFill="background1"/>
      </w:pPr>
      <w:r>
        <w:rPr>
          <w:color w:val="000000"/>
        </w:rPr>
        <w:t>- HS: SGK Tiếng Việt 2 tập một, Vở bài tập Tiếng Việt, bảng con, bút chì.</w:t>
      </w:r>
    </w:p>
    <w:p w14:paraId="50E24FB3" w14:textId="77777777" w:rsidR="009C07B5" w:rsidRDefault="002821C5" w:rsidP="004F58FE">
      <w:pPr>
        <w:shd w:val="clear" w:color="auto" w:fill="FFFFFF" w:themeFill="background1"/>
      </w:pPr>
      <w:r>
        <w:rPr>
          <w:b/>
        </w:rPr>
        <w:t>III. HOẠT ĐỘNG DẠY HỌC</w:t>
      </w:r>
    </w:p>
    <w:tbl>
      <w:tblPr>
        <w:tblW w:w="0" w:type="auto"/>
        <w:jc w:val="center"/>
        <w:tblBorders>
          <w:top w:val="single" w:sz="8" w:space="0" w:color="000000"/>
          <w:left w:val="single" w:sz="8" w:space="0" w:color="000000"/>
          <w:bottom w:val="single" w:sz="8" w:space="0" w:color="000000"/>
          <w:right w:val="single" w:sz="8" w:space="0" w:color="000000"/>
          <w:insideV w:val="single" w:sz="8" w:space="0" w:color="000000"/>
        </w:tblBorders>
        <w:tblLook w:val="04A0" w:firstRow="1" w:lastRow="0" w:firstColumn="1" w:lastColumn="0" w:noHBand="0" w:noVBand="1"/>
      </w:tblPr>
      <w:tblGrid>
        <w:gridCol w:w="5270"/>
        <w:gridCol w:w="5270"/>
      </w:tblGrid>
      <w:tr w:rsidR="009C07B5" w14:paraId="2956E458" w14:textId="77777777" w:rsidTr="004F58FE">
        <w:trPr>
          <w:jc w:val="center"/>
        </w:trPr>
        <w:tc>
          <w:tcPr>
            <w:tcW w:w="4680" w:type="dxa"/>
            <w:tcBorders>
              <w:bottom w:val="single" w:sz="8" w:space="0" w:color="000000"/>
            </w:tcBorders>
            <w:shd w:val="clear" w:color="auto" w:fill="D9EAF7"/>
            <w:tcMar>
              <w:top w:w="60" w:type="dxa"/>
              <w:left w:w="70" w:type="dxa"/>
              <w:bottom w:w="60" w:type="dxa"/>
              <w:right w:w="70" w:type="dxa"/>
            </w:tcMar>
          </w:tcPr>
          <w:p w14:paraId="15187034" w14:textId="77777777" w:rsidR="009C07B5" w:rsidRDefault="002821C5" w:rsidP="004F58FE">
            <w:pPr>
              <w:shd w:val="clear" w:color="auto" w:fill="FFFFFF" w:themeFill="background1"/>
              <w:jc w:val="center"/>
            </w:pPr>
            <w:r>
              <w:rPr>
                <w:b/>
              </w:rPr>
              <w:t>Hoạt động của giáo viên</w:t>
            </w:r>
          </w:p>
        </w:tc>
        <w:tc>
          <w:tcPr>
            <w:tcW w:w="4680" w:type="dxa"/>
            <w:tcBorders>
              <w:bottom w:val="single" w:sz="8" w:space="0" w:color="000000"/>
            </w:tcBorders>
            <w:shd w:val="clear" w:color="auto" w:fill="D9EAF7"/>
            <w:tcMar>
              <w:top w:w="60" w:type="dxa"/>
              <w:left w:w="70" w:type="dxa"/>
              <w:bottom w:w="60" w:type="dxa"/>
              <w:right w:w="70" w:type="dxa"/>
            </w:tcMar>
          </w:tcPr>
          <w:p w14:paraId="65953D20" w14:textId="77777777" w:rsidR="009C07B5" w:rsidRDefault="002821C5" w:rsidP="004F58FE">
            <w:pPr>
              <w:shd w:val="clear" w:color="auto" w:fill="FFFFFF" w:themeFill="background1"/>
              <w:jc w:val="center"/>
            </w:pPr>
            <w:r>
              <w:rPr>
                <w:b/>
              </w:rPr>
              <w:t>Hoạt động của học sinh</w:t>
            </w:r>
          </w:p>
        </w:tc>
      </w:tr>
      <w:tr w:rsidR="009C07B5" w14:paraId="0F1A669A" w14:textId="77777777" w:rsidTr="004F58FE">
        <w:trPr>
          <w:jc w:val="center"/>
        </w:trPr>
        <w:tc>
          <w:tcPr>
            <w:tcW w:w="10540" w:type="dxa"/>
            <w:gridSpan w:val="2"/>
            <w:tcBorders>
              <w:top w:val="single" w:sz="8" w:space="0" w:color="000000"/>
              <w:bottom w:val="single" w:sz="8" w:space="0" w:color="000000"/>
            </w:tcBorders>
            <w:shd w:val="clear" w:color="auto" w:fill="E2F0D9"/>
          </w:tcPr>
          <w:p w14:paraId="0582D725" w14:textId="77777777" w:rsidR="009C07B5" w:rsidRDefault="002821C5" w:rsidP="004F58FE">
            <w:pPr>
              <w:shd w:val="clear" w:color="auto" w:fill="FFFFFF" w:themeFill="background1"/>
            </w:pPr>
            <w:r>
              <w:rPr>
                <w:b/>
                <w:color w:val="008000"/>
              </w:rPr>
              <w:t>TIẾT 1</w:t>
            </w:r>
          </w:p>
          <w:p w14:paraId="07844B63" w14:textId="77777777" w:rsidR="009C07B5" w:rsidRDefault="002821C5" w:rsidP="004F58FE">
            <w:pPr>
              <w:shd w:val="clear" w:color="auto" w:fill="FFFFFF" w:themeFill="background1"/>
            </w:pPr>
            <w:r>
              <w:rPr>
                <w:b/>
                <w:color w:val="008000"/>
              </w:rPr>
              <w:t>1. Khởi động (5 phút)</w:t>
            </w:r>
          </w:p>
          <w:p w14:paraId="794CB721" w14:textId="77777777" w:rsidR="009C07B5" w:rsidRDefault="002821C5" w:rsidP="004F58FE">
            <w:pPr>
              <w:shd w:val="clear" w:color="auto" w:fill="FFFFFF" w:themeFill="background1"/>
            </w:pPr>
            <w:r>
              <w:rPr>
                <w:i/>
                <w:color w:val="008000"/>
              </w:rPr>
              <w:t>Mục tiêu: Quan sát tranh, dự đoán nội dung bài đọc và tạo tâm thế vui vẻ trước khi vào bài.</w:t>
            </w:r>
          </w:p>
        </w:tc>
      </w:tr>
      <w:tr w:rsidR="009C07B5" w14:paraId="29788970" w14:textId="77777777" w:rsidTr="004F58FE">
        <w:trPr>
          <w:jc w:val="center"/>
        </w:trPr>
        <w:tc>
          <w:tcPr>
            <w:tcW w:w="5270" w:type="dxa"/>
            <w:tcBorders>
              <w:top w:val="single" w:sz="8" w:space="0" w:color="000000"/>
            </w:tcBorders>
          </w:tcPr>
          <w:p w14:paraId="02DECDEF" w14:textId="77777777" w:rsidR="009C07B5" w:rsidRDefault="002821C5" w:rsidP="004F58FE">
            <w:pPr>
              <w:shd w:val="clear" w:color="auto" w:fill="FFFFFF" w:themeFill="background1"/>
            </w:pPr>
            <w:r>
              <w:t>- GV yêu cầu HS quan sát tranh SGK trang 17 và trả lời: Bức tranh dưới đây vẽ những gì?</w:t>
            </w:r>
          </w:p>
          <w:p w14:paraId="388EEED7" w14:textId="46F7CF8E" w:rsidR="009C07B5" w:rsidRDefault="009C07B5" w:rsidP="004F58FE">
            <w:pPr>
              <w:shd w:val="clear" w:color="auto" w:fill="FFFFFF" w:themeFill="background1"/>
              <w:jc w:val="center"/>
            </w:pPr>
          </w:p>
        </w:tc>
        <w:tc>
          <w:tcPr>
            <w:tcW w:w="5270" w:type="dxa"/>
            <w:tcBorders>
              <w:top w:val="single" w:sz="8" w:space="0" w:color="000000"/>
            </w:tcBorders>
          </w:tcPr>
          <w:p w14:paraId="5E6D7D9B" w14:textId="77777777" w:rsidR="009C07B5" w:rsidRDefault="002821C5" w:rsidP="004F58FE">
            <w:pPr>
              <w:shd w:val="clear" w:color="auto" w:fill="FFFFFF" w:themeFill="background1"/>
            </w:pPr>
            <w:r>
              <w:t>- HS trả lời: Tranh vẽ hai anh em đứng ngoài trời sau cơn mưa, trên bầu trời có cầu vồng, cây cối xanh tươi, hai bạn nhỏ đang nhìn lên cầu vồng.</w:t>
            </w:r>
          </w:p>
        </w:tc>
      </w:tr>
      <w:tr w:rsidR="009C07B5" w14:paraId="5282BE98" w14:textId="77777777" w:rsidTr="004F58FE">
        <w:trPr>
          <w:jc w:val="center"/>
        </w:trPr>
        <w:tc>
          <w:tcPr>
            <w:tcW w:w="5270" w:type="dxa"/>
          </w:tcPr>
          <w:p w14:paraId="103D5745" w14:textId="77777777" w:rsidR="009C07B5" w:rsidRDefault="002821C5" w:rsidP="004F58FE">
            <w:pPr>
              <w:shd w:val="clear" w:color="auto" w:fill="FFFFFF" w:themeFill="background1"/>
            </w:pPr>
            <w:r>
              <w:t>- GV hỏi: Theo em, hai bạn nhỏ có thể đang nói gì với nhau khi nhìn thấy cầu vồng?</w:t>
            </w:r>
          </w:p>
        </w:tc>
        <w:tc>
          <w:tcPr>
            <w:tcW w:w="5270" w:type="dxa"/>
          </w:tcPr>
          <w:p w14:paraId="1C49B3C8" w14:textId="77777777" w:rsidR="009C07B5" w:rsidRDefault="002821C5" w:rsidP="004F58FE">
            <w:pPr>
              <w:shd w:val="clear" w:color="auto" w:fill="FFFFFF" w:themeFill="background1"/>
            </w:pPr>
            <w:r>
              <w:t>- HS trả lời: Hai bạn có thể nói: “Cầu vồng đẹp quá!”, “Mình cùng ngắm cầu vồng nhé!”, “Dưới chân cầu vồng có gì không nhỉ?”.</w:t>
            </w:r>
          </w:p>
        </w:tc>
      </w:tr>
      <w:tr w:rsidR="009C07B5" w14:paraId="444F3A70" w14:textId="77777777" w:rsidTr="004F58FE">
        <w:trPr>
          <w:jc w:val="center"/>
        </w:trPr>
        <w:tc>
          <w:tcPr>
            <w:tcW w:w="5270" w:type="dxa"/>
          </w:tcPr>
          <w:p w14:paraId="7CD6BD3C" w14:textId="77777777" w:rsidR="009C07B5" w:rsidRDefault="002821C5" w:rsidP="004F58FE">
            <w:pPr>
              <w:shd w:val="clear" w:color="auto" w:fill="FFFFFF" w:themeFill="background1"/>
            </w:pPr>
            <w:r>
              <w:t xml:space="preserve">- GV giới thiệu bài: “Cầu vồng sau mưa thường gợi cho chúng ta nhiều niềm vui và ước mơ. Hôm nay, cô và các em sẽ đọc bài Niềm vui của Bi và Bống để hiểu hai anh em đã nghĩ gì, nói gì </w:t>
            </w:r>
            <w:r>
              <w:lastRenderedPageBreak/>
              <w:t>và quan tâm nhau ra sao.”</w:t>
            </w:r>
          </w:p>
        </w:tc>
        <w:tc>
          <w:tcPr>
            <w:tcW w:w="5270" w:type="dxa"/>
          </w:tcPr>
          <w:p w14:paraId="552695D7" w14:textId="77777777" w:rsidR="009C07B5" w:rsidRDefault="002821C5" w:rsidP="004F58FE">
            <w:pPr>
              <w:shd w:val="clear" w:color="auto" w:fill="FFFFFF" w:themeFill="background1"/>
            </w:pPr>
            <w:r>
              <w:lastRenderedPageBreak/>
              <w:t>- HS mở SGK trang 17, xác định tên bài Niềm vui của Bi và Bống và chuẩn bị đọc bài.</w:t>
            </w:r>
          </w:p>
        </w:tc>
      </w:tr>
      <w:tr w:rsidR="009C07B5" w14:paraId="2ACB9E9B" w14:textId="77777777" w:rsidTr="004F58FE">
        <w:trPr>
          <w:jc w:val="center"/>
        </w:trPr>
        <w:tc>
          <w:tcPr>
            <w:tcW w:w="5270" w:type="dxa"/>
            <w:tcBorders>
              <w:bottom w:val="single" w:sz="8" w:space="0" w:color="000000"/>
            </w:tcBorders>
          </w:tcPr>
          <w:p w14:paraId="2E81B2A8" w14:textId="77777777" w:rsidR="009C07B5" w:rsidRDefault="002821C5" w:rsidP="004F58FE">
            <w:pPr>
              <w:shd w:val="clear" w:color="auto" w:fill="FFFFFF" w:themeFill="background1"/>
            </w:pPr>
            <w:r>
              <w:t>- GV kết luận: Khi quan sát tranh trước bài đọc, các em biết dự đoán nội dung và chuẩn bị tâm thế đọc bài tốt hơn.</w:t>
            </w:r>
          </w:p>
        </w:tc>
        <w:tc>
          <w:tcPr>
            <w:tcW w:w="5270" w:type="dxa"/>
            <w:tcBorders>
              <w:bottom w:val="single" w:sz="8" w:space="0" w:color="000000"/>
            </w:tcBorders>
          </w:tcPr>
          <w:p w14:paraId="40AF93F3" w14:textId="77777777" w:rsidR="009C07B5" w:rsidRDefault="002821C5" w:rsidP="004F58FE">
            <w:pPr>
              <w:shd w:val="clear" w:color="auto" w:fill="FFFFFF" w:themeFill="background1"/>
            </w:pPr>
            <w:r>
              <w:t>- HS nhắc lại tên bài và sẵn sàng bước vào phần đọc văn bản.</w:t>
            </w:r>
          </w:p>
        </w:tc>
      </w:tr>
      <w:tr w:rsidR="009C07B5" w14:paraId="14C8B154" w14:textId="77777777" w:rsidTr="004F58FE">
        <w:trPr>
          <w:jc w:val="center"/>
        </w:trPr>
        <w:tc>
          <w:tcPr>
            <w:tcW w:w="10540" w:type="dxa"/>
            <w:gridSpan w:val="2"/>
            <w:tcBorders>
              <w:top w:val="single" w:sz="8" w:space="0" w:color="000000"/>
              <w:bottom w:val="nil"/>
            </w:tcBorders>
            <w:shd w:val="clear" w:color="auto" w:fill="E2F0D9"/>
          </w:tcPr>
          <w:p w14:paraId="6090652B" w14:textId="77777777" w:rsidR="009C07B5" w:rsidRDefault="002821C5" w:rsidP="004F58FE">
            <w:pPr>
              <w:shd w:val="clear" w:color="auto" w:fill="FFFFFF" w:themeFill="background1"/>
            </w:pPr>
            <w:r>
              <w:rPr>
                <w:b/>
                <w:color w:val="008000"/>
              </w:rPr>
              <w:t>2. Khám phá kiến thức</w:t>
            </w:r>
          </w:p>
          <w:p w14:paraId="1E85F9B1" w14:textId="77777777" w:rsidR="009C07B5" w:rsidRDefault="002821C5" w:rsidP="004F58FE">
            <w:pPr>
              <w:shd w:val="clear" w:color="auto" w:fill="FFFFFF" w:themeFill="background1"/>
            </w:pPr>
            <w:r>
              <w:rPr>
                <w:i/>
                <w:color w:val="008000"/>
              </w:rPr>
              <w:t>Mục tiêu: Giúp HS đọc thành tiếng trôi chảy toàn bài và hiểu nội dung bài đọc.</w:t>
            </w:r>
          </w:p>
        </w:tc>
      </w:tr>
      <w:tr w:rsidR="009C07B5" w14:paraId="58CBC474" w14:textId="77777777" w:rsidTr="004F58FE">
        <w:trPr>
          <w:jc w:val="center"/>
        </w:trPr>
        <w:tc>
          <w:tcPr>
            <w:tcW w:w="10540" w:type="dxa"/>
            <w:gridSpan w:val="2"/>
            <w:tcBorders>
              <w:top w:val="nil"/>
              <w:bottom w:val="single" w:sz="8" w:space="0" w:color="000000"/>
            </w:tcBorders>
            <w:shd w:val="clear" w:color="auto" w:fill="E2F0D9"/>
          </w:tcPr>
          <w:p w14:paraId="72479591" w14:textId="77777777" w:rsidR="009C07B5" w:rsidRDefault="002821C5" w:rsidP="004F58FE">
            <w:pPr>
              <w:shd w:val="clear" w:color="auto" w:fill="FFFFFF" w:themeFill="background1"/>
            </w:pPr>
            <w:r>
              <w:rPr>
                <w:b/>
                <w:color w:val="008000"/>
              </w:rPr>
              <w:t>Hoạt động 1: Đọc văn bản (20 phút)</w:t>
            </w:r>
          </w:p>
          <w:p w14:paraId="3F41C267" w14:textId="77777777" w:rsidR="009C07B5" w:rsidRDefault="002821C5" w:rsidP="004F58FE">
            <w:pPr>
              <w:shd w:val="clear" w:color="auto" w:fill="FFFFFF" w:themeFill="background1"/>
            </w:pPr>
            <w:r>
              <w:rPr>
                <w:i/>
                <w:color w:val="008000"/>
              </w:rPr>
              <w:t>Mục tiêu: HS đọc đúng, rõ ràng toàn bài; biết đọc lời kể và lời thoại của Bi, Bống với giọng vui tươi, hồn nhiên; ngắt nghỉ hơi đúng ở câu dài.</w:t>
            </w:r>
          </w:p>
        </w:tc>
      </w:tr>
      <w:tr w:rsidR="009C07B5" w14:paraId="7EDE9F21" w14:textId="77777777" w:rsidTr="004F58FE">
        <w:trPr>
          <w:jc w:val="center"/>
        </w:trPr>
        <w:tc>
          <w:tcPr>
            <w:tcW w:w="5270" w:type="dxa"/>
            <w:tcBorders>
              <w:top w:val="single" w:sz="8" w:space="0" w:color="000000"/>
            </w:tcBorders>
          </w:tcPr>
          <w:p w14:paraId="1C3C8A95" w14:textId="77777777" w:rsidR="009C07B5" w:rsidRDefault="002821C5" w:rsidP="004F58FE">
            <w:pPr>
              <w:shd w:val="clear" w:color="auto" w:fill="FFFFFF" w:themeFill="background1"/>
            </w:pPr>
            <w:r>
              <w:rPr>
                <w:b/>
              </w:rPr>
              <w:t>a. GV đọc mẫu.</w:t>
            </w:r>
          </w:p>
        </w:tc>
        <w:tc>
          <w:tcPr>
            <w:tcW w:w="5270" w:type="dxa"/>
            <w:tcBorders>
              <w:top w:val="single" w:sz="8" w:space="0" w:color="000000"/>
            </w:tcBorders>
          </w:tcPr>
          <w:p w14:paraId="599D33F2" w14:textId="77777777" w:rsidR="009C07B5" w:rsidRDefault="002821C5" w:rsidP="004F58FE">
            <w:pPr>
              <w:shd w:val="clear" w:color="auto" w:fill="FFFFFF" w:themeFill="background1"/>
            </w:pPr>
            <w:r>
              <w:t>- HS chuẩn bị lắng nghe, mở SGK bài Niềm vui của Bi và Bống.</w:t>
            </w:r>
          </w:p>
        </w:tc>
      </w:tr>
      <w:tr w:rsidR="009C07B5" w14:paraId="20F79C09" w14:textId="77777777" w:rsidTr="004F58FE">
        <w:trPr>
          <w:jc w:val="center"/>
        </w:trPr>
        <w:tc>
          <w:tcPr>
            <w:tcW w:w="5270" w:type="dxa"/>
          </w:tcPr>
          <w:p w14:paraId="3D8BBB7C" w14:textId="77777777" w:rsidR="009C07B5" w:rsidRDefault="002821C5" w:rsidP="004F58FE">
            <w:pPr>
              <w:shd w:val="clear" w:color="auto" w:fill="FFFFFF" w:themeFill="background1"/>
            </w:pPr>
            <w:r>
              <w:t>- GV đọc mẫu toàn bài với giọng vui, trong sáng; nhấn giọng ở các câu thể hiện sự ngạc nhiên, thích thú của Bi và Bống.</w:t>
            </w:r>
          </w:p>
        </w:tc>
        <w:tc>
          <w:tcPr>
            <w:tcW w:w="5270" w:type="dxa"/>
          </w:tcPr>
          <w:p w14:paraId="34A45FAF" w14:textId="77777777" w:rsidR="009C07B5" w:rsidRDefault="002821C5" w:rsidP="004F58FE">
            <w:pPr>
              <w:shd w:val="clear" w:color="auto" w:fill="FFFFFF" w:themeFill="background1"/>
            </w:pPr>
            <w:r>
              <w:t>- HS nghe GV đọc, dùng bút chì dò theo từng câu trong SGK; chú ý giọng người kể và lời thoại của nhân vật.</w:t>
            </w:r>
          </w:p>
        </w:tc>
      </w:tr>
      <w:tr w:rsidR="009C07B5" w14:paraId="513F7AE1" w14:textId="77777777" w:rsidTr="004F58FE">
        <w:trPr>
          <w:jc w:val="center"/>
        </w:trPr>
        <w:tc>
          <w:tcPr>
            <w:tcW w:w="5270" w:type="dxa"/>
          </w:tcPr>
          <w:p w14:paraId="5629C87B" w14:textId="77777777" w:rsidR="009C07B5" w:rsidRDefault="002821C5" w:rsidP="004F58FE">
            <w:pPr>
              <w:shd w:val="clear" w:color="auto" w:fill="FFFFFF" w:themeFill="background1"/>
            </w:pPr>
            <w:r>
              <w:t>- GV hướng dẫn cách đọc lời thoại của Bi: vui, ngạc nhiên, thích thú; lời thoại của Bống: hồn nhiên, vui vẻ.</w:t>
            </w:r>
          </w:p>
        </w:tc>
        <w:tc>
          <w:tcPr>
            <w:tcW w:w="5270" w:type="dxa"/>
          </w:tcPr>
          <w:p w14:paraId="1BFCEDE7" w14:textId="77777777" w:rsidR="009C07B5" w:rsidRDefault="002821C5" w:rsidP="004F58FE">
            <w:pPr>
              <w:shd w:val="clear" w:color="auto" w:fill="FFFFFF" w:themeFill="background1"/>
            </w:pPr>
            <w:r>
              <w:t>- HS nêu lại: Bi cần đọc giọng vui, ngạc nhiên; Bống đọc giọng hồn nhiên, trong sáng.</w:t>
            </w:r>
          </w:p>
        </w:tc>
      </w:tr>
      <w:tr w:rsidR="009C07B5" w14:paraId="3A5D242F" w14:textId="77777777" w:rsidTr="004F58FE">
        <w:trPr>
          <w:jc w:val="center"/>
        </w:trPr>
        <w:tc>
          <w:tcPr>
            <w:tcW w:w="5270" w:type="dxa"/>
          </w:tcPr>
          <w:p w14:paraId="0B59D9EA" w14:textId="77777777" w:rsidR="009C07B5" w:rsidRDefault="002821C5" w:rsidP="004F58FE">
            <w:pPr>
              <w:shd w:val="clear" w:color="auto" w:fill="FFFFFF" w:themeFill="background1"/>
            </w:pPr>
            <w:r>
              <w:rPr>
                <w:b/>
              </w:rPr>
              <w:t>b. HS luyện đọc đoạn, kết hợp đọc từ khó, câu khó và giải nghĩa từ.</w:t>
            </w:r>
          </w:p>
        </w:tc>
        <w:tc>
          <w:tcPr>
            <w:tcW w:w="5270" w:type="dxa"/>
          </w:tcPr>
          <w:p w14:paraId="1109A720" w14:textId="77777777" w:rsidR="009C07B5" w:rsidRDefault="002821C5" w:rsidP="004F58FE">
            <w:pPr>
              <w:shd w:val="clear" w:color="auto" w:fill="FFFFFF" w:themeFill="background1"/>
            </w:pPr>
            <w:r>
              <w:t>- HS chuẩn bị luyện đọc từng đoạn, đọc từ khó và nêu từ ngữ chưa hiểu.</w:t>
            </w:r>
          </w:p>
        </w:tc>
      </w:tr>
      <w:tr w:rsidR="009C07B5" w14:paraId="29C49E17" w14:textId="77777777" w:rsidTr="004F58FE">
        <w:trPr>
          <w:jc w:val="center"/>
        </w:trPr>
        <w:tc>
          <w:tcPr>
            <w:tcW w:w="5270" w:type="dxa"/>
          </w:tcPr>
          <w:p w14:paraId="2241E356" w14:textId="77777777" w:rsidR="009C07B5" w:rsidRDefault="002821C5" w:rsidP="004F58FE">
            <w:pPr>
              <w:shd w:val="clear" w:color="auto" w:fill="FFFFFF" w:themeFill="background1"/>
            </w:pPr>
            <w:r>
              <w:t>- GV hướng dẫn chia đoạn: đoạn 1 từ đầu đến “quần áo đẹp”; đoạn 2 tiếp theo đến “không có vàng đâu”; đoạn 3 phần còn lại.</w:t>
            </w:r>
          </w:p>
        </w:tc>
        <w:tc>
          <w:tcPr>
            <w:tcW w:w="5270" w:type="dxa"/>
          </w:tcPr>
          <w:p w14:paraId="54BB1FED" w14:textId="77777777" w:rsidR="009C07B5" w:rsidRDefault="002821C5" w:rsidP="004F58FE">
            <w:pPr>
              <w:shd w:val="clear" w:color="auto" w:fill="FFFFFF" w:themeFill="background1"/>
            </w:pPr>
            <w:r>
              <w:t>- HS dùng bút chì đánh dấu 3 đoạn vào SGK và nêu được ranh giới từng đoạn.</w:t>
            </w:r>
          </w:p>
        </w:tc>
      </w:tr>
      <w:tr w:rsidR="009C07B5" w14:paraId="2D3BF8A9" w14:textId="77777777" w:rsidTr="004F58FE">
        <w:trPr>
          <w:jc w:val="center"/>
        </w:trPr>
        <w:tc>
          <w:tcPr>
            <w:tcW w:w="5270" w:type="dxa"/>
          </w:tcPr>
          <w:p w14:paraId="76F1ADC5" w14:textId="77777777" w:rsidR="009C07B5" w:rsidRDefault="002821C5" w:rsidP="004F58FE">
            <w:pPr>
              <w:shd w:val="clear" w:color="auto" w:fill="FFFFFF" w:themeFill="background1"/>
            </w:pPr>
            <w:r>
              <w:t>- HDHS đọc nối tiếp từng đoạn lần 1; GV theo dõi, sửa lỗi phát âm cho HS.</w:t>
            </w:r>
          </w:p>
        </w:tc>
        <w:tc>
          <w:tcPr>
            <w:tcW w:w="5270" w:type="dxa"/>
          </w:tcPr>
          <w:p w14:paraId="30A46178" w14:textId="77777777" w:rsidR="009C07B5" w:rsidRDefault="002821C5" w:rsidP="004F58FE">
            <w:pPr>
              <w:shd w:val="clear" w:color="auto" w:fill="FFFFFF" w:themeFill="background1"/>
            </w:pPr>
            <w:r>
              <w:t>- 3 HS đọc nối tiếp 3 đoạn lần 1; HS khác theo dõi, góp ý cách phát âm.</w:t>
            </w:r>
          </w:p>
        </w:tc>
      </w:tr>
      <w:tr w:rsidR="009C07B5" w14:paraId="1DB18A18" w14:textId="77777777" w:rsidTr="004F58FE">
        <w:trPr>
          <w:jc w:val="center"/>
        </w:trPr>
        <w:tc>
          <w:tcPr>
            <w:tcW w:w="5270" w:type="dxa"/>
          </w:tcPr>
          <w:p w14:paraId="70BF2A7B" w14:textId="77777777" w:rsidR="009C07B5" w:rsidRDefault="002821C5" w:rsidP="004F58FE">
            <w:pPr>
              <w:shd w:val="clear" w:color="auto" w:fill="FFFFFF" w:themeFill="background1"/>
            </w:pPr>
            <w:r>
              <w:t>- GV mời HS nêu một số từ khó phát âm do ảnh hưởng của địa phương.</w:t>
            </w:r>
          </w:p>
        </w:tc>
        <w:tc>
          <w:tcPr>
            <w:tcW w:w="5270" w:type="dxa"/>
          </w:tcPr>
          <w:p w14:paraId="70CDAEA3" w14:textId="77777777" w:rsidR="009C07B5" w:rsidRDefault="002821C5" w:rsidP="004F58FE">
            <w:pPr>
              <w:shd w:val="clear" w:color="auto" w:fill="FFFFFF" w:themeFill="background1"/>
            </w:pPr>
            <w:r>
              <w:t>- HS nêu từ khó: lát nữa, bầu trời, bảy hũ vàng, ngựa hồng, búp bê, quần áo.</w:t>
            </w:r>
          </w:p>
        </w:tc>
      </w:tr>
      <w:tr w:rsidR="009C07B5" w14:paraId="7B068A0B" w14:textId="77777777" w:rsidTr="004F58FE">
        <w:trPr>
          <w:jc w:val="center"/>
        </w:trPr>
        <w:tc>
          <w:tcPr>
            <w:tcW w:w="5270" w:type="dxa"/>
          </w:tcPr>
          <w:p w14:paraId="3F0B7D55" w14:textId="77777777" w:rsidR="009C07B5" w:rsidRDefault="002821C5" w:rsidP="004F58FE">
            <w:pPr>
              <w:shd w:val="clear" w:color="auto" w:fill="FFFFFF" w:themeFill="background1"/>
            </w:pPr>
            <w:r>
              <w:t>- GV viết bảng từ khó và tổ chức cho HS luyện đọc cá nhân, nhóm, đồng thanh.</w:t>
            </w:r>
          </w:p>
        </w:tc>
        <w:tc>
          <w:tcPr>
            <w:tcW w:w="5270" w:type="dxa"/>
          </w:tcPr>
          <w:p w14:paraId="36D3EBB7" w14:textId="77777777" w:rsidR="009C07B5" w:rsidRDefault="002821C5" w:rsidP="004F58FE">
            <w:pPr>
              <w:shd w:val="clear" w:color="auto" w:fill="FFFFFF" w:themeFill="background1"/>
            </w:pPr>
            <w:r>
              <w:t>- HS luyện đọc đúng các từ khó; sửa lỗi phát âm theo hướng dẫn của GV.</w:t>
            </w:r>
          </w:p>
        </w:tc>
      </w:tr>
      <w:tr w:rsidR="009C07B5" w14:paraId="58903C23" w14:textId="77777777" w:rsidTr="004F58FE">
        <w:trPr>
          <w:jc w:val="center"/>
        </w:trPr>
        <w:tc>
          <w:tcPr>
            <w:tcW w:w="5270" w:type="dxa"/>
          </w:tcPr>
          <w:p w14:paraId="44EABB89" w14:textId="77777777" w:rsidR="009C07B5" w:rsidRDefault="002821C5" w:rsidP="004F58FE">
            <w:pPr>
              <w:shd w:val="clear" w:color="auto" w:fill="FFFFFF" w:themeFill="background1"/>
            </w:pPr>
            <w:r>
              <w:t>- GV hướng dẫn đọc câu thoại: “Cầu vồng kìa! Em nhìn xem! Đẹp quá!” và hỏi: Câu này cần đọc với giọng như thế nào?</w:t>
            </w:r>
          </w:p>
        </w:tc>
        <w:tc>
          <w:tcPr>
            <w:tcW w:w="5270" w:type="dxa"/>
          </w:tcPr>
          <w:p w14:paraId="7C295434" w14:textId="77777777" w:rsidR="009C07B5" w:rsidRDefault="002821C5" w:rsidP="004F58FE">
            <w:pPr>
              <w:shd w:val="clear" w:color="auto" w:fill="FFFFFF" w:themeFill="background1"/>
            </w:pPr>
            <w:r>
              <w:t>- HS trả lời: Cần đọc với giọng vui, ngạc nhiên, thích thú; nhấn giọng ở các từ cầu vồng, đẹp quá.</w:t>
            </w:r>
          </w:p>
        </w:tc>
      </w:tr>
      <w:tr w:rsidR="009C07B5" w14:paraId="39B3178D" w14:textId="77777777" w:rsidTr="004F58FE">
        <w:trPr>
          <w:jc w:val="center"/>
        </w:trPr>
        <w:tc>
          <w:tcPr>
            <w:tcW w:w="5270" w:type="dxa"/>
          </w:tcPr>
          <w:p w14:paraId="305FDE43" w14:textId="77777777" w:rsidR="009C07B5" w:rsidRDefault="002821C5" w:rsidP="004F58FE">
            <w:pPr>
              <w:shd w:val="clear" w:color="auto" w:fill="FFFFFF" w:themeFill="background1"/>
            </w:pPr>
            <w:r>
              <w:t>- HDHS đọc nối tiếp từng đoạn lần 2, kết hợp giải nghĩa từ ngữ: hũ, cầu vồng, ngựa hồng.</w:t>
            </w:r>
          </w:p>
        </w:tc>
        <w:tc>
          <w:tcPr>
            <w:tcW w:w="5270" w:type="dxa"/>
          </w:tcPr>
          <w:p w14:paraId="68DE781E" w14:textId="77777777" w:rsidR="009C07B5" w:rsidRDefault="002821C5" w:rsidP="004F58FE">
            <w:pPr>
              <w:shd w:val="clear" w:color="auto" w:fill="FFFFFF" w:themeFill="background1"/>
            </w:pPr>
            <w:r>
              <w:t>- HS đọc nối tiếp lần 2; HS nêu: hũ là đồ dùng để đựng; cầu vồng là vệt sáng nhiều màu trên bầu trời; ngựa hồng là con ngựa màu hồng trong tưởng tượng.</w:t>
            </w:r>
          </w:p>
        </w:tc>
      </w:tr>
      <w:tr w:rsidR="009C07B5" w14:paraId="36F0E053" w14:textId="77777777" w:rsidTr="004F58FE">
        <w:trPr>
          <w:jc w:val="center"/>
        </w:trPr>
        <w:tc>
          <w:tcPr>
            <w:tcW w:w="5270" w:type="dxa"/>
          </w:tcPr>
          <w:p w14:paraId="269B5158" w14:textId="77777777" w:rsidR="009C07B5" w:rsidRDefault="002821C5" w:rsidP="004F58FE">
            <w:pPr>
              <w:shd w:val="clear" w:color="auto" w:fill="FFFFFF" w:themeFill="background1"/>
            </w:pPr>
            <w:r>
              <w:t>- GV mở rộng: Em hãy đặt 1 câu có từ cầu vồng hoặc hũ.</w:t>
            </w:r>
          </w:p>
        </w:tc>
        <w:tc>
          <w:tcPr>
            <w:tcW w:w="5270" w:type="dxa"/>
          </w:tcPr>
          <w:p w14:paraId="2F8C5DA2" w14:textId="77777777" w:rsidR="009C07B5" w:rsidRDefault="002821C5" w:rsidP="004F58FE">
            <w:pPr>
              <w:shd w:val="clear" w:color="auto" w:fill="FFFFFF" w:themeFill="background1"/>
            </w:pPr>
            <w:r>
              <w:t>- HS đặt câu: Sau cơn mưa, em nhìn thấy cầu vồng. Bà đựng gạo trong chiếc hũ nhỏ.</w:t>
            </w:r>
          </w:p>
        </w:tc>
      </w:tr>
      <w:tr w:rsidR="009C07B5" w14:paraId="6C13EAB6" w14:textId="77777777" w:rsidTr="004F58FE">
        <w:trPr>
          <w:jc w:val="center"/>
        </w:trPr>
        <w:tc>
          <w:tcPr>
            <w:tcW w:w="5270" w:type="dxa"/>
          </w:tcPr>
          <w:p w14:paraId="51DAAD23" w14:textId="77777777" w:rsidR="009C07B5" w:rsidRDefault="002821C5" w:rsidP="004F58FE">
            <w:pPr>
              <w:shd w:val="clear" w:color="auto" w:fill="FFFFFF" w:themeFill="background1"/>
            </w:pPr>
            <w:r>
              <w:rPr>
                <w:b/>
              </w:rPr>
              <w:t>c. HS luyện đọc trong nhóm.</w:t>
            </w:r>
          </w:p>
        </w:tc>
        <w:tc>
          <w:tcPr>
            <w:tcW w:w="5270" w:type="dxa"/>
          </w:tcPr>
          <w:p w14:paraId="4D310183" w14:textId="77777777" w:rsidR="009C07B5" w:rsidRDefault="002821C5" w:rsidP="004F58FE">
            <w:pPr>
              <w:shd w:val="clear" w:color="auto" w:fill="FFFFFF" w:themeFill="background1"/>
            </w:pPr>
            <w:r>
              <w:t>- HS chuẩn bị đọc theo nhóm, biết nghe bạn đọc và góp ý nhẹ nhàng.</w:t>
            </w:r>
          </w:p>
        </w:tc>
      </w:tr>
      <w:tr w:rsidR="009C07B5" w14:paraId="231296F8" w14:textId="77777777" w:rsidTr="004F58FE">
        <w:trPr>
          <w:jc w:val="center"/>
        </w:trPr>
        <w:tc>
          <w:tcPr>
            <w:tcW w:w="5270" w:type="dxa"/>
          </w:tcPr>
          <w:p w14:paraId="53202614" w14:textId="77777777" w:rsidR="009C07B5" w:rsidRDefault="002821C5" w:rsidP="004F58FE">
            <w:pPr>
              <w:shd w:val="clear" w:color="auto" w:fill="FFFFFF" w:themeFill="background1"/>
            </w:pPr>
            <w:r>
              <w:t>- Tổ chức cho HS luyện đọc theo nhóm ba; mỗi bạn đọc một đoạn, các bạn còn lại theo dõi và góp ý.</w:t>
            </w:r>
          </w:p>
        </w:tc>
        <w:tc>
          <w:tcPr>
            <w:tcW w:w="5270" w:type="dxa"/>
          </w:tcPr>
          <w:p w14:paraId="13619EB7" w14:textId="77777777" w:rsidR="009C07B5" w:rsidRDefault="002821C5" w:rsidP="004F58FE">
            <w:pPr>
              <w:shd w:val="clear" w:color="auto" w:fill="FFFFFF" w:themeFill="background1"/>
            </w:pPr>
            <w:r>
              <w:t>- HS luyện đọc trong nhóm ba; người đọc sửa lỗi theo góp ý của bạn.</w:t>
            </w:r>
          </w:p>
        </w:tc>
      </w:tr>
      <w:tr w:rsidR="009C07B5" w14:paraId="4FCB5F6A" w14:textId="77777777" w:rsidTr="004F58FE">
        <w:trPr>
          <w:jc w:val="center"/>
        </w:trPr>
        <w:tc>
          <w:tcPr>
            <w:tcW w:w="5270" w:type="dxa"/>
          </w:tcPr>
          <w:p w14:paraId="1B365C52" w14:textId="77777777" w:rsidR="009C07B5" w:rsidRDefault="002821C5" w:rsidP="004F58FE">
            <w:pPr>
              <w:shd w:val="clear" w:color="auto" w:fill="FFFFFF" w:themeFill="background1"/>
            </w:pPr>
            <w:r>
              <w:t>- Tổ chức cho HS thi đọc nối tiếp giữa các nhóm.</w:t>
            </w:r>
          </w:p>
        </w:tc>
        <w:tc>
          <w:tcPr>
            <w:tcW w:w="5270" w:type="dxa"/>
          </w:tcPr>
          <w:p w14:paraId="0F80806C" w14:textId="77777777" w:rsidR="009C07B5" w:rsidRDefault="002821C5" w:rsidP="004F58FE">
            <w:pPr>
              <w:shd w:val="clear" w:color="auto" w:fill="FFFFFF" w:themeFill="background1"/>
            </w:pPr>
            <w:r>
              <w:t>- 2 - 3 nhóm thi đọc nối tiếp; cả lớp lắng nghe, nhận xét nhóm đọc rõ tiếng, đúng giọng nhân vật.</w:t>
            </w:r>
          </w:p>
        </w:tc>
      </w:tr>
      <w:tr w:rsidR="009C07B5" w14:paraId="1D28903C" w14:textId="77777777" w:rsidTr="004F58FE">
        <w:trPr>
          <w:jc w:val="center"/>
        </w:trPr>
        <w:tc>
          <w:tcPr>
            <w:tcW w:w="5270" w:type="dxa"/>
          </w:tcPr>
          <w:p w14:paraId="4818377B" w14:textId="77777777" w:rsidR="009C07B5" w:rsidRDefault="002821C5" w:rsidP="004F58FE">
            <w:pPr>
              <w:shd w:val="clear" w:color="auto" w:fill="FFFFFF" w:themeFill="background1"/>
            </w:pPr>
            <w:r>
              <w:rPr>
                <w:b/>
              </w:rPr>
              <w:t>d. Đọc toàn bài.</w:t>
            </w:r>
          </w:p>
        </w:tc>
        <w:tc>
          <w:tcPr>
            <w:tcW w:w="5270" w:type="dxa"/>
          </w:tcPr>
          <w:p w14:paraId="64153895" w14:textId="77777777" w:rsidR="009C07B5" w:rsidRDefault="002821C5" w:rsidP="004F58FE">
            <w:pPr>
              <w:shd w:val="clear" w:color="auto" w:fill="FFFFFF" w:themeFill="background1"/>
            </w:pPr>
            <w:r>
              <w:t>- HS chuẩn bị luyện đọc toàn bài.</w:t>
            </w:r>
          </w:p>
        </w:tc>
      </w:tr>
      <w:tr w:rsidR="009C07B5" w14:paraId="5FE08539" w14:textId="77777777" w:rsidTr="004F58FE">
        <w:trPr>
          <w:jc w:val="center"/>
        </w:trPr>
        <w:tc>
          <w:tcPr>
            <w:tcW w:w="5270" w:type="dxa"/>
          </w:tcPr>
          <w:p w14:paraId="38321B0C" w14:textId="77777777" w:rsidR="009C07B5" w:rsidRDefault="002821C5" w:rsidP="004F58FE">
            <w:pPr>
              <w:shd w:val="clear" w:color="auto" w:fill="FFFFFF" w:themeFill="background1"/>
            </w:pPr>
            <w:r>
              <w:lastRenderedPageBreak/>
              <w:t>- GV cho HS tự luyện đọc toàn bộ bài.</w:t>
            </w:r>
          </w:p>
        </w:tc>
        <w:tc>
          <w:tcPr>
            <w:tcW w:w="5270" w:type="dxa"/>
          </w:tcPr>
          <w:p w14:paraId="75447F9C" w14:textId="77777777" w:rsidR="009C07B5" w:rsidRDefault="002821C5" w:rsidP="004F58FE">
            <w:pPr>
              <w:shd w:val="clear" w:color="auto" w:fill="FFFFFF" w:themeFill="background1"/>
            </w:pPr>
            <w:r>
              <w:t>- HS tự luyện đọc toàn bài; chú ý ngắt nghỉ hơi và giọng đọc lời thoại.</w:t>
            </w:r>
          </w:p>
        </w:tc>
      </w:tr>
      <w:tr w:rsidR="009C07B5" w14:paraId="77DADC83" w14:textId="77777777" w:rsidTr="004F58FE">
        <w:trPr>
          <w:jc w:val="center"/>
        </w:trPr>
        <w:tc>
          <w:tcPr>
            <w:tcW w:w="5270" w:type="dxa"/>
            <w:tcBorders>
              <w:bottom w:val="single" w:sz="8" w:space="0" w:color="000000"/>
            </w:tcBorders>
          </w:tcPr>
          <w:p w14:paraId="4363B7CB" w14:textId="77777777" w:rsidR="009C07B5" w:rsidRDefault="002821C5" w:rsidP="004F58FE">
            <w:pPr>
              <w:shd w:val="clear" w:color="auto" w:fill="FFFFFF" w:themeFill="background1"/>
            </w:pPr>
            <w:r>
              <w:t>- GV gọi 2 - 3 HS đọc toàn bộ bài; GV nhận xét, tuyên dương HS đọc tiến bộ.</w:t>
            </w:r>
          </w:p>
        </w:tc>
        <w:tc>
          <w:tcPr>
            <w:tcW w:w="5270" w:type="dxa"/>
            <w:tcBorders>
              <w:bottom w:val="single" w:sz="8" w:space="0" w:color="000000"/>
            </w:tcBorders>
          </w:tcPr>
          <w:p w14:paraId="638EC9A6" w14:textId="77777777" w:rsidR="009C07B5" w:rsidRDefault="002821C5" w:rsidP="004F58FE">
            <w:pPr>
              <w:shd w:val="clear" w:color="auto" w:fill="FFFFFF" w:themeFill="background1"/>
            </w:pPr>
            <w:r>
              <w:t>- 2 - 3 HS đọc toàn bài; HS khác theo dõi, nhận xét và rút kinh nghiệm.</w:t>
            </w:r>
          </w:p>
        </w:tc>
      </w:tr>
      <w:tr w:rsidR="009C07B5" w14:paraId="67276E8C" w14:textId="77777777" w:rsidTr="004F58FE">
        <w:trPr>
          <w:jc w:val="center"/>
        </w:trPr>
        <w:tc>
          <w:tcPr>
            <w:tcW w:w="10540" w:type="dxa"/>
            <w:gridSpan w:val="2"/>
            <w:tcBorders>
              <w:top w:val="single" w:sz="8" w:space="0" w:color="000000"/>
              <w:bottom w:val="single" w:sz="8" w:space="0" w:color="000000"/>
            </w:tcBorders>
            <w:shd w:val="clear" w:color="auto" w:fill="E2F0D9"/>
          </w:tcPr>
          <w:p w14:paraId="224A8D6B" w14:textId="77777777" w:rsidR="009C07B5" w:rsidRDefault="002821C5" w:rsidP="004F58FE">
            <w:pPr>
              <w:shd w:val="clear" w:color="auto" w:fill="FFFFFF" w:themeFill="background1"/>
            </w:pPr>
            <w:r>
              <w:rPr>
                <w:b/>
                <w:color w:val="008000"/>
              </w:rPr>
              <w:t>4. Vận dụng (3 phút)</w:t>
            </w:r>
          </w:p>
          <w:p w14:paraId="21201737" w14:textId="77777777" w:rsidR="009C07B5" w:rsidRDefault="002821C5" w:rsidP="004F58FE">
            <w:pPr>
              <w:shd w:val="clear" w:color="auto" w:fill="FFFFFF" w:themeFill="background1"/>
            </w:pPr>
            <w:r>
              <w:rPr>
                <w:i/>
                <w:color w:val="008000"/>
              </w:rPr>
              <w:t>Mục tiêu: Khắc sâu cách đọc đã học; chuẩn bị tốt cho tiết học tiếp theo.</w:t>
            </w:r>
          </w:p>
        </w:tc>
      </w:tr>
      <w:tr w:rsidR="009C07B5" w14:paraId="6ABEAE24" w14:textId="77777777" w:rsidTr="004F58FE">
        <w:trPr>
          <w:jc w:val="center"/>
        </w:trPr>
        <w:tc>
          <w:tcPr>
            <w:tcW w:w="5270" w:type="dxa"/>
            <w:tcBorders>
              <w:top w:val="single" w:sz="8" w:space="0" w:color="000000"/>
            </w:tcBorders>
          </w:tcPr>
          <w:p w14:paraId="6EC8DB54" w14:textId="77777777" w:rsidR="009C07B5" w:rsidRDefault="002821C5" w:rsidP="004F58FE">
            <w:pPr>
              <w:shd w:val="clear" w:color="auto" w:fill="FFFFFF" w:themeFill="background1"/>
            </w:pPr>
            <w:r>
              <w:t>- GV yêu cầu HS nhắc lại giọng đọc của Bi và Bống.</w:t>
            </w:r>
          </w:p>
        </w:tc>
        <w:tc>
          <w:tcPr>
            <w:tcW w:w="5270" w:type="dxa"/>
            <w:tcBorders>
              <w:top w:val="single" w:sz="8" w:space="0" w:color="000000"/>
            </w:tcBorders>
          </w:tcPr>
          <w:p w14:paraId="2A9329FE" w14:textId="77777777" w:rsidR="009C07B5" w:rsidRDefault="002821C5" w:rsidP="004F58FE">
            <w:pPr>
              <w:shd w:val="clear" w:color="auto" w:fill="FFFFFF" w:themeFill="background1"/>
            </w:pPr>
            <w:r>
              <w:t>- HS nêu: Bi đọc giọng vui, ngạc nhiên; Bống đọc giọng hồn nhiên, vui vẻ.</w:t>
            </w:r>
          </w:p>
        </w:tc>
      </w:tr>
      <w:tr w:rsidR="009C07B5" w14:paraId="637315F3" w14:textId="77777777" w:rsidTr="004F58FE">
        <w:trPr>
          <w:jc w:val="center"/>
        </w:trPr>
        <w:tc>
          <w:tcPr>
            <w:tcW w:w="5270" w:type="dxa"/>
            <w:tcBorders>
              <w:bottom w:val="single" w:sz="8" w:space="0" w:color="000000"/>
            </w:tcBorders>
          </w:tcPr>
          <w:p w14:paraId="302B961D" w14:textId="77777777" w:rsidR="009C07B5" w:rsidRDefault="002821C5" w:rsidP="004F58FE">
            <w:pPr>
              <w:shd w:val="clear" w:color="auto" w:fill="FFFFFF" w:themeFill="background1"/>
            </w:pPr>
            <w:r>
              <w:t>- Dặn dò: Về nhà luyện đọc lại bài Niềm vui của Bi và Bống cho người thân nghe.</w:t>
            </w:r>
          </w:p>
        </w:tc>
        <w:tc>
          <w:tcPr>
            <w:tcW w:w="5270" w:type="dxa"/>
            <w:tcBorders>
              <w:bottom w:val="single" w:sz="8" w:space="0" w:color="000000"/>
            </w:tcBorders>
          </w:tcPr>
          <w:p w14:paraId="132A93C1" w14:textId="77777777" w:rsidR="009C07B5" w:rsidRDefault="002821C5" w:rsidP="004F58FE">
            <w:pPr>
              <w:shd w:val="clear" w:color="auto" w:fill="FFFFFF" w:themeFill="background1"/>
            </w:pPr>
            <w:r>
              <w:t>- HS ghi nhớ: Em luyện đọc bài ở nhà và chuẩn bị trả lời câu hỏi ở tiết sau.</w:t>
            </w:r>
          </w:p>
        </w:tc>
      </w:tr>
      <w:tr w:rsidR="009C07B5" w14:paraId="2E0FE79F" w14:textId="77777777" w:rsidTr="004F58FE">
        <w:trPr>
          <w:jc w:val="center"/>
        </w:trPr>
        <w:tc>
          <w:tcPr>
            <w:tcW w:w="10540" w:type="dxa"/>
            <w:gridSpan w:val="2"/>
            <w:tcBorders>
              <w:top w:val="single" w:sz="8" w:space="0" w:color="000000"/>
              <w:bottom w:val="single" w:sz="8" w:space="0" w:color="000000"/>
            </w:tcBorders>
            <w:shd w:val="clear" w:color="auto" w:fill="E2F0D9"/>
          </w:tcPr>
          <w:p w14:paraId="511DE604" w14:textId="77777777" w:rsidR="009C07B5" w:rsidRDefault="002821C5" w:rsidP="004F58FE">
            <w:pPr>
              <w:shd w:val="clear" w:color="auto" w:fill="FFFFFF" w:themeFill="background1"/>
            </w:pPr>
            <w:r>
              <w:rPr>
                <w:b/>
                <w:color w:val="008000"/>
              </w:rPr>
              <w:t>TIẾT 2</w:t>
            </w:r>
          </w:p>
          <w:p w14:paraId="030E0006" w14:textId="77777777" w:rsidR="009C07B5" w:rsidRDefault="002821C5" w:rsidP="004F58FE">
            <w:pPr>
              <w:shd w:val="clear" w:color="auto" w:fill="FFFFFF" w:themeFill="background1"/>
            </w:pPr>
            <w:r>
              <w:rPr>
                <w:b/>
                <w:color w:val="008000"/>
              </w:rPr>
              <w:t>Hoạt động 2: Đọc hiểu (25 phút)</w:t>
            </w:r>
          </w:p>
          <w:p w14:paraId="4B238E1E" w14:textId="77777777" w:rsidR="009C07B5" w:rsidRDefault="002821C5" w:rsidP="004F58FE">
            <w:pPr>
              <w:shd w:val="clear" w:color="auto" w:fill="FFFFFF" w:themeFill="background1"/>
            </w:pPr>
            <w:r>
              <w:rPr>
                <w:i/>
                <w:color w:val="008000"/>
              </w:rPr>
              <w:t>Mục tiêu: HS trả lời được các câu hỏi trong SGK, hiểu tình cảm yêu thương giữa Bi và Bống. Mục tiêu tích hợp: HS nhận biết quyền được sống trong gia đình, được yêu thương, chia sẻ tình cảm với người thân.</w:t>
            </w:r>
          </w:p>
        </w:tc>
      </w:tr>
      <w:tr w:rsidR="009C07B5" w14:paraId="11588432" w14:textId="77777777" w:rsidTr="004F58FE">
        <w:trPr>
          <w:jc w:val="center"/>
        </w:trPr>
        <w:tc>
          <w:tcPr>
            <w:tcW w:w="5270" w:type="dxa"/>
            <w:tcBorders>
              <w:top w:val="single" w:sz="8" w:space="0" w:color="000000"/>
            </w:tcBorders>
          </w:tcPr>
          <w:p w14:paraId="33359D9F" w14:textId="77777777" w:rsidR="009C07B5" w:rsidRDefault="002821C5" w:rsidP="004F58FE">
            <w:pPr>
              <w:shd w:val="clear" w:color="auto" w:fill="FFFFFF" w:themeFill="background1"/>
            </w:pPr>
            <w:r>
              <w:rPr>
                <w:rFonts w:cs="Times New Roman"/>
              </w:rPr>
              <w:t>- GV yêu cầu HS đọc thầm đoạn 1, quan sát tranh gợi ý SGK trang 18 và trả lời: Bài tập 1: Nếu có bảy hũ vàng, Bi và Bống sẽ làm gì?</w:t>
            </w:r>
          </w:p>
          <w:p w14:paraId="2AECB4F4" w14:textId="2BE267C2" w:rsidR="009C07B5" w:rsidRDefault="009C07B5" w:rsidP="004F58FE">
            <w:pPr>
              <w:shd w:val="clear" w:color="auto" w:fill="FFFFFF" w:themeFill="background1"/>
              <w:jc w:val="center"/>
            </w:pPr>
          </w:p>
        </w:tc>
        <w:tc>
          <w:tcPr>
            <w:tcW w:w="5270" w:type="dxa"/>
            <w:tcBorders>
              <w:top w:val="single" w:sz="8" w:space="0" w:color="000000"/>
            </w:tcBorders>
          </w:tcPr>
          <w:p w14:paraId="55E6C676" w14:textId="77777777" w:rsidR="009C07B5" w:rsidRDefault="002821C5" w:rsidP="004F58FE">
            <w:pPr>
              <w:shd w:val="clear" w:color="auto" w:fill="FFFFFF" w:themeFill="background1"/>
            </w:pPr>
            <w:r>
              <w:t>- HS trả lời: Bi sẽ mua một con ngựa hồng và một cái ô tô; Bống sẽ mua nhiều búp bê và quần áo đẹp.</w:t>
            </w:r>
          </w:p>
        </w:tc>
      </w:tr>
      <w:tr w:rsidR="009C07B5" w14:paraId="6E7C59A1" w14:textId="77777777" w:rsidTr="004F58FE">
        <w:trPr>
          <w:jc w:val="center"/>
        </w:trPr>
        <w:tc>
          <w:tcPr>
            <w:tcW w:w="5270" w:type="dxa"/>
          </w:tcPr>
          <w:p w14:paraId="0BD43827" w14:textId="77777777" w:rsidR="009C07B5" w:rsidRDefault="002821C5" w:rsidP="004F58FE">
            <w:pPr>
              <w:shd w:val="clear" w:color="auto" w:fill="FFFFFF" w:themeFill="background1"/>
            </w:pPr>
            <w:r>
              <w:rPr>
                <w:rFonts w:cs="Times New Roman"/>
              </w:rPr>
              <w:t>- GV tổ chức cho HS đọc thầm đoạn 2 và trả lời: Bài tập 2: Không có bảy hũ vàng, hai anh em làm gì?</w:t>
            </w:r>
          </w:p>
        </w:tc>
        <w:tc>
          <w:tcPr>
            <w:tcW w:w="5270" w:type="dxa"/>
          </w:tcPr>
          <w:p w14:paraId="677AD64E" w14:textId="77777777" w:rsidR="009C07B5" w:rsidRDefault="002821C5" w:rsidP="004F58FE">
            <w:pPr>
              <w:shd w:val="clear" w:color="auto" w:fill="FFFFFF" w:themeFill="background1"/>
            </w:pPr>
            <w:r>
              <w:t>- HS trả lời: Bống sẽ lấy bút màu để vẽ tặng anh ngựa hồng và ô tô; Bi sẽ vẽ tặng em nhiều búp bê và quần áo đủ màu sắc.</w:t>
            </w:r>
          </w:p>
        </w:tc>
      </w:tr>
      <w:tr w:rsidR="009C07B5" w14:paraId="308CAB98" w14:textId="77777777" w:rsidTr="004F58FE">
        <w:trPr>
          <w:jc w:val="center"/>
        </w:trPr>
        <w:tc>
          <w:tcPr>
            <w:tcW w:w="5270" w:type="dxa"/>
          </w:tcPr>
          <w:p w14:paraId="338779E3" w14:textId="77777777" w:rsidR="009C07B5" w:rsidRDefault="002821C5" w:rsidP="004F58FE">
            <w:pPr>
              <w:shd w:val="clear" w:color="auto" w:fill="FFFFFF" w:themeFill="background1"/>
            </w:pPr>
            <w:r>
              <w:rPr>
                <w:rFonts w:cs="Times New Roman"/>
              </w:rPr>
              <w:t>- GV yêu cầu HS thảo luận nhóm đôi, trả lời: Bài tập 3: Tìm những câu nói cho thấy hai anh em rất quan tâm và yêu quý nhau.</w:t>
            </w:r>
          </w:p>
        </w:tc>
        <w:tc>
          <w:tcPr>
            <w:tcW w:w="5270" w:type="dxa"/>
          </w:tcPr>
          <w:p w14:paraId="6F5BD1CE" w14:textId="77777777" w:rsidR="009C07B5" w:rsidRDefault="002821C5" w:rsidP="004F58FE">
            <w:pPr>
              <w:shd w:val="clear" w:color="auto" w:fill="FFFFFF" w:themeFill="background1"/>
            </w:pPr>
            <w:r>
              <w:t>- HS trả lời: “Em sẽ lấy bút màu để vẽ tặng anh ngựa hồng và ô tô.”; “Còn anh sẽ vẽ tặng em nhiều búp bê và quần áo đủ các màu sắc.”</w:t>
            </w:r>
          </w:p>
        </w:tc>
      </w:tr>
      <w:tr w:rsidR="009C07B5" w14:paraId="350C33C8" w14:textId="77777777" w:rsidTr="004F58FE">
        <w:trPr>
          <w:jc w:val="center"/>
        </w:trPr>
        <w:tc>
          <w:tcPr>
            <w:tcW w:w="5270" w:type="dxa"/>
          </w:tcPr>
          <w:p w14:paraId="1F9FC574" w14:textId="77777777" w:rsidR="009C07B5" w:rsidRDefault="002821C5" w:rsidP="004F58FE">
            <w:pPr>
              <w:shd w:val="clear" w:color="auto" w:fill="FFFFFF" w:themeFill="background1"/>
            </w:pPr>
            <w:r>
              <w:rPr>
                <w:color w:val="C00000"/>
              </w:rPr>
              <w:t>- Qua những câu nói đó, em thấy Bi và Bống cần được điều gì trong gia đình?</w:t>
            </w:r>
          </w:p>
        </w:tc>
        <w:tc>
          <w:tcPr>
            <w:tcW w:w="5270" w:type="dxa"/>
          </w:tcPr>
          <w:p w14:paraId="4F66C7CF" w14:textId="77777777" w:rsidR="009C07B5" w:rsidRDefault="002821C5" w:rsidP="004F58FE">
            <w:pPr>
              <w:shd w:val="clear" w:color="auto" w:fill="FFFFFF" w:themeFill="background1"/>
            </w:pPr>
            <w:r>
              <w:rPr>
                <w:color w:val="C00000"/>
              </w:rPr>
              <w:t>- HS trả lời: Bi và Bống cần được sống trong gia đình yêu thương, được chia sẻ niềm vui, được nói điều mình thích và được người thân quan tâm.</w:t>
            </w:r>
          </w:p>
        </w:tc>
      </w:tr>
      <w:tr w:rsidR="009C07B5" w14:paraId="2B409828" w14:textId="77777777" w:rsidTr="004F58FE">
        <w:trPr>
          <w:jc w:val="center"/>
        </w:trPr>
        <w:tc>
          <w:tcPr>
            <w:tcW w:w="5270" w:type="dxa"/>
          </w:tcPr>
          <w:p w14:paraId="302B427E" w14:textId="77777777" w:rsidR="009C07B5" w:rsidRDefault="002821C5" w:rsidP="004F58FE">
            <w:pPr>
              <w:shd w:val="clear" w:color="auto" w:fill="FFFFFF" w:themeFill="background1"/>
            </w:pPr>
            <w:r>
              <w:rPr>
                <w:color w:val="C00000"/>
              </w:rPr>
              <w:t>- Tích hợp giáo dục quyền con người: GV diễn giải: Trong gia đình, mỗi trẻ em đều có quyền được sống an toàn, được yêu thương, được lắng nghe và được chia sẻ tình cảm với người thân. Khi Bi và Bống nói lời yêu thương, nghĩ đến niềm vui của nhau, các bạn đang thể hiện một gia đình ấm áp, nơi trẻ em được quan tâm và tôn trọng. Các em cũng cần biết nói lời yêu thương với ông bà, cha mẹ, anh chị em; biết lắng nghe khi người thân chia sẻ để gia đình luôn vui vẻ.</w:t>
            </w:r>
          </w:p>
        </w:tc>
        <w:tc>
          <w:tcPr>
            <w:tcW w:w="5270" w:type="dxa"/>
          </w:tcPr>
          <w:p w14:paraId="06A2B684" w14:textId="77777777" w:rsidR="009C07B5" w:rsidRDefault="002821C5" w:rsidP="004F58FE">
            <w:pPr>
              <w:shd w:val="clear" w:color="auto" w:fill="FFFFFF" w:themeFill="background1"/>
            </w:pPr>
            <w:r>
              <w:rPr>
                <w:color w:val="C00000"/>
              </w:rPr>
              <w:t>- HS nêu: Em có quyền được yêu thương, được lắng nghe; em cũng cần yêu thương, nói lời lễ phép, quan tâm và chia sẻ với người thân.</w:t>
            </w:r>
          </w:p>
        </w:tc>
      </w:tr>
      <w:tr w:rsidR="009C07B5" w14:paraId="0BE6D74E" w14:textId="77777777" w:rsidTr="004F58FE">
        <w:trPr>
          <w:jc w:val="center"/>
        </w:trPr>
        <w:tc>
          <w:tcPr>
            <w:tcW w:w="5270" w:type="dxa"/>
            <w:tcBorders>
              <w:bottom w:val="single" w:sz="8" w:space="0" w:color="000000"/>
            </w:tcBorders>
          </w:tcPr>
          <w:p w14:paraId="681A04D4" w14:textId="77777777" w:rsidR="009C07B5" w:rsidRDefault="002821C5" w:rsidP="004F58FE">
            <w:pPr>
              <w:shd w:val="clear" w:color="auto" w:fill="FFFFFF" w:themeFill="background1"/>
            </w:pPr>
            <w:r>
              <w:t>- GV chốt lại nội dung bài đọc: Câu chuyện cho thấy Bi và Bống tuy không có bảy hũ vàng nhưng vẫn có niềm vui vì hai anh em biết nghĩ đến nhau.</w:t>
            </w:r>
          </w:p>
        </w:tc>
        <w:tc>
          <w:tcPr>
            <w:tcW w:w="5270" w:type="dxa"/>
            <w:tcBorders>
              <w:bottom w:val="single" w:sz="8" w:space="0" w:color="000000"/>
            </w:tcBorders>
          </w:tcPr>
          <w:p w14:paraId="49383219" w14:textId="77777777" w:rsidR="009C07B5" w:rsidRDefault="002821C5" w:rsidP="004F58FE">
            <w:pPr>
              <w:shd w:val="clear" w:color="auto" w:fill="FFFFFF" w:themeFill="background1"/>
            </w:pPr>
            <w:r>
              <w:t>- HS nhắc lại nội dung chính: Bài đọc ca ngợi tình cảm yêu thương, quan tâm giữa hai anh em.</w:t>
            </w:r>
          </w:p>
        </w:tc>
      </w:tr>
      <w:tr w:rsidR="009C07B5" w14:paraId="1390A15D" w14:textId="77777777" w:rsidTr="004F58FE">
        <w:trPr>
          <w:jc w:val="center"/>
        </w:trPr>
        <w:tc>
          <w:tcPr>
            <w:tcW w:w="10540" w:type="dxa"/>
            <w:gridSpan w:val="2"/>
            <w:tcBorders>
              <w:top w:val="single" w:sz="8" w:space="0" w:color="000000"/>
              <w:bottom w:val="single" w:sz="8" w:space="0" w:color="000000"/>
            </w:tcBorders>
            <w:shd w:val="clear" w:color="auto" w:fill="E2F0D9"/>
          </w:tcPr>
          <w:p w14:paraId="31DE863B" w14:textId="77777777" w:rsidR="009C07B5" w:rsidRDefault="002821C5" w:rsidP="004F58FE">
            <w:pPr>
              <w:shd w:val="clear" w:color="auto" w:fill="FFFFFF" w:themeFill="background1"/>
            </w:pPr>
            <w:r>
              <w:rPr>
                <w:b/>
                <w:color w:val="008000"/>
              </w:rPr>
              <w:t>Hoạt động 3: Luyện đọc lại (7 phút)</w:t>
            </w:r>
          </w:p>
          <w:p w14:paraId="40D0566E" w14:textId="77777777" w:rsidR="009C07B5" w:rsidRDefault="002821C5" w:rsidP="004F58FE">
            <w:pPr>
              <w:shd w:val="clear" w:color="auto" w:fill="FFFFFF" w:themeFill="background1"/>
            </w:pPr>
            <w:r>
              <w:rPr>
                <w:i/>
                <w:color w:val="008000"/>
              </w:rPr>
              <w:t>Mục tiêu: HS luyện đọc lại bài, biết thể hiện giọng đọc vui, hồn nhiên của nhân vật.</w:t>
            </w:r>
          </w:p>
        </w:tc>
      </w:tr>
      <w:tr w:rsidR="009C07B5" w14:paraId="6E63FB4D" w14:textId="77777777" w:rsidTr="004F58FE">
        <w:trPr>
          <w:jc w:val="center"/>
        </w:trPr>
        <w:tc>
          <w:tcPr>
            <w:tcW w:w="5270" w:type="dxa"/>
            <w:tcBorders>
              <w:top w:val="single" w:sz="8" w:space="0" w:color="000000"/>
            </w:tcBorders>
          </w:tcPr>
          <w:p w14:paraId="2E8B39BD" w14:textId="77777777" w:rsidR="009C07B5" w:rsidRDefault="002821C5" w:rsidP="004F58FE">
            <w:pPr>
              <w:shd w:val="clear" w:color="auto" w:fill="FFFFFF" w:themeFill="background1"/>
            </w:pPr>
            <w:r>
              <w:t xml:space="preserve">- GV đọc diễn cảm một đoạn trong bài, nhấn </w:t>
            </w:r>
            <w:r>
              <w:lastRenderedPageBreak/>
              <w:t>giọng ở lời thoại của Bi và Bống.</w:t>
            </w:r>
          </w:p>
        </w:tc>
        <w:tc>
          <w:tcPr>
            <w:tcW w:w="5270" w:type="dxa"/>
            <w:tcBorders>
              <w:top w:val="single" w:sz="8" w:space="0" w:color="000000"/>
            </w:tcBorders>
          </w:tcPr>
          <w:p w14:paraId="2E32D00B" w14:textId="77777777" w:rsidR="009C07B5" w:rsidRDefault="002821C5" w:rsidP="004F58FE">
            <w:pPr>
              <w:shd w:val="clear" w:color="auto" w:fill="FFFFFF" w:themeFill="background1"/>
            </w:pPr>
            <w:r>
              <w:lastRenderedPageBreak/>
              <w:t xml:space="preserve">- HS chú ý lắng nghe, nhận biết giọng đọc của </w:t>
            </w:r>
            <w:r>
              <w:lastRenderedPageBreak/>
              <w:t>từng nhân vật.</w:t>
            </w:r>
          </w:p>
        </w:tc>
      </w:tr>
      <w:tr w:rsidR="009C07B5" w14:paraId="3834E339" w14:textId="77777777" w:rsidTr="004F58FE">
        <w:trPr>
          <w:jc w:val="center"/>
        </w:trPr>
        <w:tc>
          <w:tcPr>
            <w:tcW w:w="5270" w:type="dxa"/>
          </w:tcPr>
          <w:p w14:paraId="0CACB9DA" w14:textId="77777777" w:rsidR="009C07B5" w:rsidRDefault="002821C5" w:rsidP="004F58FE">
            <w:pPr>
              <w:shd w:val="clear" w:color="auto" w:fill="FFFFFF" w:themeFill="background1"/>
            </w:pPr>
            <w:r>
              <w:lastRenderedPageBreak/>
              <w:t>- GV tổ chức cho HS đọc phân vai: người kể, Bi, Bống.</w:t>
            </w:r>
          </w:p>
        </w:tc>
        <w:tc>
          <w:tcPr>
            <w:tcW w:w="5270" w:type="dxa"/>
          </w:tcPr>
          <w:p w14:paraId="5962A3DB" w14:textId="77777777" w:rsidR="009C07B5" w:rsidRDefault="002821C5" w:rsidP="004F58FE">
            <w:pPr>
              <w:shd w:val="clear" w:color="auto" w:fill="FFFFFF" w:themeFill="background1"/>
            </w:pPr>
            <w:r>
              <w:t>- HS đọc phân vai; người kể đọc rõ ràng, Bi đọc giọng ngạc nhiên, Bống đọc giọng hồn nhiên.</w:t>
            </w:r>
          </w:p>
        </w:tc>
      </w:tr>
      <w:tr w:rsidR="009C07B5" w14:paraId="466EC9D3" w14:textId="77777777" w:rsidTr="004F58FE">
        <w:trPr>
          <w:jc w:val="center"/>
        </w:trPr>
        <w:tc>
          <w:tcPr>
            <w:tcW w:w="5270" w:type="dxa"/>
            <w:tcBorders>
              <w:bottom w:val="single" w:sz="8" w:space="0" w:color="000000"/>
            </w:tcBorders>
          </w:tcPr>
          <w:p w14:paraId="5FFDD34D" w14:textId="77777777" w:rsidR="009C07B5" w:rsidRDefault="002821C5" w:rsidP="004F58FE">
            <w:pPr>
              <w:shd w:val="clear" w:color="auto" w:fill="FFFFFF" w:themeFill="background1"/>
            </w:pPr>
            <w:r>
              <w:t>- GV nhận xét, biểu dương nhóm đọc rõ lời thoại và biết thể hiện cảm xúc.</w:t>
            </w:r>
          </w:p>
        </w:tc>
        <w:tc>
          <w:tcPr>
            <w:tcW w:w="5270" w:type="dxa"/>
            <w:tcBorders>
              <w:bottom w:val="single" w:sz="8" w:space="0" w:color="000000"/>
            </w:tcBorders>
          </w:tcPr>
          <w:p w14:paraId="27A029C2" w14:textId="77777777" w:rsidR="009C07B5" w:rsidRDefault="002821C5" w:rsidP="004F58FE">
            <w:pPr>
              <w:shd w:val="clear" w:color="auto" w:fill="FFFFFF" w:themeFill="background1"/>
            </w:pPr>
            <w:r>
              <w:t>- HS lắng nghe, rút kinh nghiệm để đọc tốt hơn.</w:t>
            </w:r>
          </w:p>
        </w:tc>
      </w:tr>
      <w:tr w:rsidR="009C07B5" w14:paraId="51D245E8" w14:textId="77777777" w:rsidTr="004F58FE">
        <w:trPr>
          <w:jc w:val="center"/>
        </w:trPr>
        <w:tc>
          <w:tcPr>
            <w:tcW w:w="10540" w:type="dxa"/>
            <w:gridSpan w:val="2"/>
            <w:tcBorders>
              <w:top w:val="single" w:sz="8" w:space="0" w:color="000000"/>
              <w:bottom w:val="nil"/>
            </w:tcBorders>
            <w:shd w:val="clear" w:color="auto" w:fill="E2F0D9"/>
          </w:tcPr>
          <w:p w14:paraId="23416F08" w14:textId="77777777" w:rsidR="009C07B5" w:rsidRDefault="002821C5" w:rsidP="004F58FE">
            <w:pPr>
              <w:shd w:val="clear" w:color="auto" w:fill="FFFFFF" w:themeFill="background1"/>
            </w:pPr>
            <w:r>
              <w:rPr>
                <w:b/>
                <w:color w:val="008000"/>
              </w:rPr>
              <w:t>3. Thực hành (15 phút)</w:t>
            </w:r>
          </w:p>
          <w:p w14:paraId="204D5568" w14:textId="77777777" w:rsidR="009C07B5" w:rsidRDefault="002821C5" w:rsidP="004F58FE">
            <w:pPr>
              <w:shd w:val="clear" w:color="auto" w:fill="FFFFFF" w:themeFill="background1"/>
            </w:pPr>
            <w:r>
              <w:rPr>
                <w:i/>
                <w:color w:val="008000"/>
              </w:rPr>
              <w:t>Mục tiêu: Củng cố từ ngữ chỉ người, chỉ vật và luyện nói câu thể hiện sự ngạc nhiên.</w:t>
            </w:r>
          </w:p>
        </w:tc>
      </w:tr>
      <w:tr w:rsidR="009C07B5" w14:paraId="4DB139B6" w14:textId="77777777" w:rsidTr="004F58FE">
        <w:trPr>
          <w:jc w:val="center"/>
        </w:trPr>
        <w:tc>
          <w:tcPr>
            <w:tcW w:w="10540" w:type="dxa"/>
            <w:gridSpan w:val="2"/>
            <w:tcBorders>
              <w:top w:val="nil"/>
              <w:bottom w:val="single" w:sz="8" w:space="0" w:color="000000"/>
            </w:tcBorders>
            <w:shd w:val="clear" w:color="auto" w:fill="E2F0D9"/>
          </w:tcPr>
          <w:p w14:paraId="0AD0A7EE" w14:textId="77777777" w:rsidR="009C07B5" w:rsidRDefault="002821C5" w:rsidP="004F58FE">
            <w:pPr>
              <w:shd w:val="clear" w:color="auto" w:fill="FFFFFF" w:themeFill="background1"/>
            </w:pPr>
            <w:r>
              <w:rPr>
                <w:b/>
                <w:color w:val="008000"/>
              </w:rPr>
              <w:t>Hoạt động 4: Luyện tập theo văn bản đọc.</w:t>
            </w:r>
          </w:p>
          <w:p w14:paraId="01C7165A" w14:textId="77777777" w:rsidR="009C07B5" w:rsidRDefault="002821C5" w:rsidP="004F58FE">
            <w:pPr>
              <w:shd w:val="clear" w:color="auto" w:fill="FFFFFF" w:themeFill="background1"/>
            </w:pPr>
            <w:r>
              <w:rPr>
                <w:i/>
                <w:color w:val="008000"/>
              </w:rPr>
              <w:t>Mục tiêu: HS biết xếp từ ngữ vào nhóm phù hợp và nói được câu thể hiện sự ngạc nhiên.</w:t>
            </w:r>
          </w:p>
        </w:tc>
      </w:tr>
      <w:tr w:rsidR="009C07B5" w14:paraId="645439FB" w14:textId="77777777" w:rsidTr="004F58FE">
        <w:trPr>
          <w:jc w:val="center"/>
        </w:trPr>
        <w:tc>
          <w:tcPr>
            <w:tcW w:w="5270" w:type="dxa"/>
            <w:tcBorders>
              <w:top w:val="single" w:sz="8" w:space="0" w:color="000000"/>
            </w:tcBorders>
          </w:tcPr>
          <w:p w14:paraId="22FFCBBF" w14:textId="77777777" w:rsidR="009C07B5" w:rsidRDefault="002821C5" w:rsidP="004F58FE">
            <w:pPr>
              <w:shd w:val="clear" w:color="auto" w:fill="FFFFFF" w:themeFill="background1"/>
            </w:pPr>
            <w:r>
              <w:rPr>
                <w:b/>
              </w:rPr>
              <w:t>Bài tập 1: Xếp các từ ngữ dưới đây vào nhóm thích hợp: hũ vàng, Bống, Bi, anh, quần áo, ô tô, búp bê, em.</w:t>
            </w:r>
          </w:p>
        </w:tc>
        <w:tc>
          <w:tcPr>
            <w:tcW w:w="5270" w:type="dxa"/>
            <w:tcBorders>
              <w:top w:val="single" w:sz="8" w:space="0" w:color="000000"/>
            </w:tcBorders>
          </w:tcPr>
          <w:p w14:paraId="4A381396" w14:textId="77777777" w:rsidR="009C07B5" w:rsidRDefault="009C07B5" w:rsidP="004F58FE">
            <w:pPr>
              <w:shd w:val="clear" w:color="auto" w:fill="FFFFFF" w:themeFill="background1"/>
            </w:pPr>
          </w:p>
        </w:tc>
      </w:tr>
      <w:tr w:rsidR="009C07B5" w14:paraId="41DE289C" w14:textId="77777777" w:rsidTr="004F58FE">
        <w:trPr>
          <w:jc w:val="center"/>
        </w:trPr>
        <w:tc>
          <w:tcPr>
            <w:tcW w:w="5270" w:type="dxa"/>
          </w:tcPr>
          <w:p w14:paraId="0E413FE2" w14:textId="77777777" w:rsidR="009C07B5" w:rsidRDefault="002821C5" w:rsidP="004F58FE">
            <w:pPr>
              <w:shd w:val="clear" w:color="auto" w:fill="FFFFFF" w:themeFill="background1"/>
            </w:pPr>
            <w:r>
              <w:t>- GV yêu cầu HS đọc đề bài.</w:t>
            </w:r>
          </w:p>
        </w:tc>
        <w:tc>
          <w:tcPr>
            <w:tcW w:w="5270" w:type="dxa"/>
          </w:tcPr>
          <w:p w14:paraId="783C7194" w14:textId="77777777" w:rsidR="009C07B5" w:rsidRDefault="002821C5" w:rsidP="004F58FE">
            <w:pPr>
              <w:shd w:val="clear" w:color="auto" w:fill="FFFFFF" w:themeFill="background1"/>
            </w:pPr>
            <w:r>
              <w:t>- HS đọc đề bài, nêu yêu cầu cần thực hiện.</w:t>
            </w:r>
          </w:p>
        </w:tc>
      </w:tr>
      <w:tr w:rsidR="009C07B5" w14:paraId="2C82348D" w14:textId="77777777" w:rsidTr="004F58FE">
        <w:trPr>
          <w:jc w:val="center"/>
        </w:trPr>
        <w:tc>
          <w:tcPr>
            <w:tcW w:w="5270" w:type="dxa"/>
          </w:tcPr>
          <w:p w14:paraId="02C8CD9B" w14:textId="77777777" w:rsidR="009C07B5" w:rsidRDefault="002821C5" w:rsidP="004F58FE">
            <w:pPr>
              <w:shd w:val="clear" w:color="auto" w:fill="FFFFFF" w:themeFill="background1"/>
            </w:pPr>
            <w:r>
              <w:t>- GV hướng dẫn HS thực hiện bài tập, nhắc lại yêu cầu trọng tâm của đề bài.</w:t>
            </w:r>
          </w:p>
        </w:tc>
        <w:tc>
          <w:tcPr>
            <w:tcW w:w="5270" w:type="dxa"/>
          </w:tcPr>
          <w:p w14:paraId="6C845A1E" w14:textId="77777777" w:rsidR="009C07B5" w:rsidRDefault="002821C5" w:rsidP="004F58FE">
            <w:pPr>
              <w:shd w:val="clear" w:color="auto" w:fill="FFFFFF" w:themeFill="background1"/>
            </w:pPr>
            <w:r>
              <w:t>- HS lắng nghe, xác định việc cần làm và chuẩn bị thực hiện bài tập.</w:t>
            </w:r>
          </w:p>
        </w:tc>
      </w:tr>
      <w:tr w:rsidR="009C07B5" w14:paraId="71A9E6DE" w14:textId="77777777" w:rsidTr="004F58FE">
        <w:trPr>
          <w:jc w:val="center"/>
        </w:trPr>
        <w:tc>
          <w:tcPr>
            <w:tcW w:w="5270" w:type="dxa"/>
          </w:tcPr>
          <w:p w14:paraId="1A26D52C" w14:textId="77777777" w:rsidR="009C07B5" w:rsidRDefault="002821C5" w:rsidP="004F58FE">
            <w:pPr>
              <w:shd w:val="clear" w:color="auto" w:fill="FFFFFF" w:themeFill="background1"/>
            </w:pPr>
            <w:r>
              <w:t>- GV yêu cầu HS làm việc cá nhân, thực hiện bài vào vở/VBT hoặc bảng con theo yêu cầu.</w:t>
            </w:r>
          </w:p>
        </w:tc>
        <w:tc>
          <w:tcPr>
            <w:tcW w:w="5270" w:type="dxa"/>
          </w:tcPr>
          <w:p w14:paraId="5ECCCB8E" w14:textId="77777777" w:rsidR="009C07B5" w:rsidRDefault="002821C5" w:rsidP="004F58FE">
            <w:pPr>
              <w:shd w:val="clear" w:color="auto" w:fill="FFFFFF" w:themeFill="background1"/>
            </w:pPr>
            <w:r>
              <w:t>- HS làm bài cá nhân, tự kiểm tra lại kết quả trước khi trình bày.</w:t>
            </w:r>
          </w:p>
        </w:tc>
      </w:tr>
      <w:tr w:rsidR="009C07B5" w14:paraId="774DB72A" w14:textId="77777777" w:rsidTr="004F58FE">
        <w:trPr>
          <w:jc w:val="center"/>
        </w:trPr>
        <w:tc>
          <w:tcPr>
            <w:tcW w:w="5270" w:type="dxa"/>
          </w:tcPr>
          <w:p w14:paraId="1E0ABC26" w14:textId="77777777" w:rsidR="009C07B5" w:rsidRDefault="002821C5" w:rsidP="004F58FE">
            <w:pPr>
              <w:shd w:val="clear" w:color="auto" w:fill="FFFFFF" w:themeFill="background1"/>
            </w:pPr>
            <w:r>
              <w:t>- GV mời HS trình bày kết quả trước lớp.</w:t>
            </w:r>
          </w:p>
        </w:tc>
        <w:tc>
          <w:tcPr>
            <w:tcW w:w="5270" w:type="dxa"/>
          </w:tcPr>
          <w:p w14:paraId="1CE0CE0E" w14:textId="77777777" w:rsidR="009C07B5" w:rsidRDefault="002821C5" w:rsidP="004F58FE">
            <w:pPr>
              <w:shd w:val="clear" w:color="auto" w:fill="FFFFFF" w:themeFill="background1"/>
            </w:pPr>
            <w:r>
              <w:t>- HS trình bày kết quả rõ ràng; các bạn theo dõi, nhận xét và bổ sung.</w:t>
            </w:r>
          </w:p>
        </w:tc>
      </w:tr>
      <w:tr w:rsidR="009C07B5" w14:paraId="195EF01F" w14:textId="77777777" w:rsidTr="004F58FE">
        <w:trPr>
          <w:jc w:val="center"/>
        </w:trPr>
        <w:tc>
          <w:tcPr>
            <w:tcW w:w="5270" w:type="dxa"/>
          </w:tcPr>
          <w:p w14:paraId="7B78BC6B" w14:textId="77777777" w:rsidR="009C07B5" w:rsidRDefault="002821C5" w:rsidP="004F58FE">
            <w:pPr>
              <w:shd w:val="clear" w:color="auto" w:fill="FFFFFF" w:themeFill="background1"/>
            </w:pPr>
            <w:r>
              <w:t>- GV nhận xét, sửa bài và chốt đáp án đúng.</w:t>
            </w:r>
          </w:p>
        </w:tc>
        <w:tc>
          <w:tcPr>
            <w:tcW w:w="5270" w:type="dxa"/>
          </w:tcPr>
          <w:p w14:paraId="61E13FF1" w14:textId="77777777" w:rsidR="009C07B5" w:rsidRDefault="002821C5" w:rsidP="004F58FE">
            <w:pPr>
              <w:shd w:val="clear" w:color="auto" w:fill="FFFFFF" w:themeFill="background1"/>
            </w:pPr>
            <w:r>
              <w:t>- HS sửa bài vào vở/VBT, ghi nhớ cách làm đúng.</w:t>
            </w:r>
          </w:p>
        </w:tc>
      </w:tr>
      <w:tr w:rsidR="009C07B5" w14:paraId="5C847A5B" w14:textId="77777777" w:rsidTr="004F58FE">
        <w:trPr>
          <w:jc w:val="center"/>
        </w:trPr>
        <w:tc>
          <w:tcPr>
            <w:tcW w:w="5270" w:type="dxa"/>
          </w:tcPr>
          <w:p w14:paraId="6A2E9A7E" w14:textId="77777777" w:rsidR="009C07B5" w:rsidRDefault="002821C5" w:rsidP="004F58FE">
            <w:pPr>
              <w:shd w:val="clear" w:color="auto" w:fill="FFFFFF" w:themeFill="background1"/>
            </w:pPr>
            <w:r>
              <w:t>- GV kết luận: Các em đã biết xếp từ ngữ chỉ người, chỉ vật đúng nhóm.</w:t>
            </w:r>
          </w:p>
        </w:tc>
        <w:tc>
          <w:tcPr>
            <w:tcW w:w="5270" w:type="dxa"/>
          </w:tcPr>
          <w:p w14:paraId="18E9CDAF" w14:textId="77777777" w:rsidR="009C07B5" w:rsidRDefault="002821C5" w:rsidP="004F58FE">
            <w:pPr>
              <w:shd w:val="clear" w:color="auto" w:fill="FFFFFF" w:themeFill="background1"/>
            </w:pPr>
            <w:r>
              <w:t>- HS lắng nghe, nhắc lại điều cần ghi nhớ sau bài tập.</w:t>
            </w:r>
          </w:p>
        </w:tc>
      </w:tr>
      <w:tr w:rsidR="009C07B5" w14:paraId="4AFD48CE" w14:textId="77777777" w:rsidTr="004F58FE">
        <w:trPr>
          <w:jc w:val="center"/>
        </w:trPr>
        <w:tc>
          <w:tcPr>
            <w:tcW w:w="5270" w:type="dxa"/>
          </w:tcPr>
          <w:p w14:paraId="6156CF58" w14:textId="77777777" w:rsidR="009C07B5" w:rsidRDefault="002821C5" w:rsidP="004F58FE">
            <w:pPr>
              <w:shd w:val="clear" w:color="auto" w:fill="FFFFFF" w:themeFill="background1"/>
            </w:pPr>
            <w:r>
              <w:rPr>
                <w:b/>
              </w:rPr>
              <w:t>Bài tập 2: Tìm trong bài những câu cho thấy sự ngạc nhiên của Bi khi nhìn thấy cầu vồng.</w:t>
            </w:r>
          </w:p>
        </w:tc>
        <w:tc>
          <w:tcPr>
            <w:tcW w:w="5270" w:type="dxa"/>
          </w:tcPr>
          <w:p w14:paraId="5A5D5E73" w14:textId="77777777" w:rsidR="009C07B5" w:rsidRDefault="009C07B5" w:rsidP="004F58FE">
            <w:pPr>
              <w:shd w:val="clear" w:color="auto" w:fill="FFFFFF" w:themeFill="background1"/>
            </w:pPr>
          </w:p>
        </w:tc>
      </w:tr>
      <w:tr w:rsidR="009C07B5" w14:paraId="7363F972" w14:textId="77777777" w:rsidTr="004F58FE">
        <w:trPr>
          <w:jc w:val="center"/>
        </w:trPr>
        <w:tc>
          <w:tcPr>
            <w:tcW w:w="5270" w:type="dxa"/>
          </w:tcPr>
          <w:p w14:paraId="71DED74E" w14:textId="77777777" w:rsidR="009C07B5" w:rsidRDefault="002821C5" w:rsidP="004F58FE">
            <w:pPr>
              <w:shd w:val="clear" w:color="auto" w:fill="FFFFFF" w:themeFill="background1"/>
            </w:pPr>
            <w:r>
              <w:t>- GV yêu cầu HS đọc đề bài.</w:t>
            </w:r>
          </w:p>
        </w:tc>
        <w:tc>
          <w:tcPr>
            <w:tcW w:w="5270" w:type="dxa"/>
          </w:tcPr>
          <w:p w14:paraId="0CF6CEB0" w14:textId="77777777" w:rsidR="009C07B5" w:rsidRDefault="002821C5" w:rsidP="004F58FE">
            <w:pPr>
              <w:shd w:val="clear" w:color="auto" w:fill="FFFFFF" w:themeFill="background1"/>
            </w:pPr>
            <w:r>
              <w:t>- HS đọc đề bài, nêu yêu cầu cần thực hiện.</w:t>
            </w:r>
          </w:p>
        </w:tc>
      </w:tr>
      <w:tr w:rsidR="009C07B5" w14:paraId="41A4A610" w14:textId="77777777" w:rsidTr="004F58FE">
        <w:trPr>
          <w:jc w:val="center"/>
        </w:trPr>
        <w:tc>
          <w:tcPr>
            <w:tcW w:w="5270" w:type="dxa"/>
          </w:tcPr>
          <w:p w14:paraId="5D657D81" w14:textId="77777777" w:rsidR="009C07B5" w:rsidRDefault="002821C5" w:rsidP="004F58FE">
            <w:pPr>
              <w:shd w:val="clear" w:color="auto" w:fill="FFFFFF" w:themeFill="background1"/>
            </w:pPr>
            <w:r>
              <w:t>- GV hướng dẫn HS thực hiện bài tập, nhắc lại yêu cầu trọng tâm của đề bài.</w:t>
            </w:r>
          </w:p>
        </w:tc>
        <w:tc>
          <w:tcPr>
            <w:tcW w:w="5270" w:type="dxa"/>
          </w:tcPr>
          <w:p w14:paraId="198C97B4" w14:textId="77777777" w:rsidR="009C07B5" w:rsidRDefault="002821C5" w:rsidP="004F58FE">
            <w:pPr>
              <w:shd w:val="clear" w:color="auto" w:fill="FFFFFF" w:themeFill="background1"/>
            </w:pPr>
            <w:r>
              <w:t>- HS lắng nghe, xác định việc cần làm và chuẩn bị thực hiện bài tập.</w:t>
            </w:r>
          </w:p>
        </w:tc>
      </w:tr>
      <w:tr w:rsidR="009C07B5" w14:paraId="3DA594A7" w14:textId="77777777" w:rsidTr="004F58FE">
        <w:trPr>
          <w:jc w:val="center"/>
        </w:trPr>
        <w:tc>
          <w:tcPr>
            <w:tcW w:w="5270" w:type="dxa"/>
          </w:tcPr>
          <w:p w14:paraId="64838D33" w14:textId="77777777" w:rsidR="009C07B5" w:rsidRDefault="002821C5" w:rsidP="004F58FE">
            <w:pPr>
              <w:shd w:val="clear" w:color="auto" w:fill="FFFFFF" w:themeFill="background1"/>
            </w:pPr>
            <w:r>
              <w:t>- GV tổ chức cho HS làm việc nhóm 2, trao đổi cách làm và thống nhất kết quả.</w:t>
            </w:r>
          </w:p>
        </w:tc>
        <w:tc>
          <w:tcPr>
            <w:tcW w:w="5270" w:type="dxa"/>
          </w:tcPr>
          <w:p w14:paraId="25CCD21E" w14:textId="77777777" w:rsidR="009C07B5" w:rsidRDefault="002821C5" w:rsidP="004F58FE">
            <w:pPr>
              <w:shd w:val="clear" w:color="auto" w:fill="FFFFFF" w:themeFill="background1"/>
            </w:pPr>
            <w:r>
              <w:t>- HS làm việc nhóm 2, chia sẻ ý kiến, lắng nghe bạn và hoàn thành nhiệm vụ.</w:t>
            </w:r>
          </w:p>
        </w:tc>
      </w:tr>
      <w:tr w:rsidR="009C07B5" w14:paraId="03492B2D" w14:textId="77777777" w:rsidTr="004F58FE">
        <w:trPr>
          <w:jc w:val="center"/>
        </w:trPr>
        <w:tc>
          <w:tcPr>
            <w:tcW w:w="5270" w:type="dxa"/>
          </w:tcPr>
          <w:p w14:paraId="144496A6" w14:textId="77777777" w:rsidR="009C07B5" w:rsidRDefault="002821C5" w:rsidP="004F58FE">
            <w:pPr>
              <w:shd w:val="clear" w:color="auto" w:fill="FFFFFF" w:themeFill="background1"/>
            </w:pPr>
            <w:r>
              <w:t>- GV mời HS trình bày kết quả trước lớp.</w:t>
            </w:r>
          </w:p>
        </w:tc>
        <w:tc>
          <w:tcPr>
            <w:tcW w:w="5270" w:type="dxa"/>
          </w:tcPr>
          <w:p w14:paraId="265418D3" w14:textId="77777777" w:rsidR="009C07B5" w:rsidRDefault="002821C5" w:rsidP="004F58FE">
            <w:pPr>
              <w:shd w:val="clear" w:color="auto" w:fill="FFFFFF" w:themeFill="background1"/>
            </w:pPr>
            <w:r>
              <w:t>- HS trình bày kết quả rõ ràng; các bạn theo dõi, nhận xét và bổ sung.</w:t>
            </w:r>
          </w:p>
        </w:tc>
      </w:tr>
      <w:tr w:rsidR="009C07B5" w14:paraId="0A2D76AC" w14:textId="77777777" w:rsidTr="004F58FE">
        <w:trPr>
          <w:jc w:val="center"/>
        </w:trPr>
        <w:tc>
          <w:tcPr>
            <w:tcW w:w="5270" w:type="dxa"/>
          </w:tcPr>
          <w:p w14:paraId="290A0CA1" w14:textId="77777777" w:rsidR="009C07B5" w:rsidRDefault="002821C5" w:rsidP="004F58FE">
            <w:pPr>
              <w:shd w:val="clear" w:color="auto" w:fill="FFFFFF" w:themeFill="background1"/>
            </w:pPr>
            <w:r>
              <w:t>- GV nhận xét, sửa bài và chốt đáp án đúng.</w:t>
            </w:r>
          </w:p>
        </w:tc>
        <w:tc>
          <w:tcPr>
            <w:tcW w:w="5270" w:type="dxa"/>
          </w:tcPr>
          <w:p w14:paraId="01934793" w14:textId="77777777" w:rsidR="009C07B5" w:rsidRDefault="002821C5" w:rsidP="004F58FE">
            <w:pPr>
              <w:shd w:val="clear" w:color="auto" w:fill="FFFFFF" w:themeFill="background1"/>
            </w:pPr>
            <w:r>
              <w:t>- HS sửa bài vào vở/VBT, ghi nhớ cách làm đúng.</w:t>
            </w:r>
          </w:p>
        </w:tc>
      </w:tr>
      <w:tr w:rsidR="009C07B5" w14:paraId="625143FB" w14:textId="77777777" w:rsidTr="004F58FE">
        <w:trPr>
          <w:jc w:val="center"/>
        </w:trPr>
        <w:tc>
          <w:tcPr>
            <w:tcW w:w="5270" w:type="dxa"/>
          </w:tcPr>
          <w:p w14:paraId="0D2E54AB" w14:textId="77777777" w:rsidR="009C07B5" w:rsidRDefault="002821C5" w:rsidP="004F58FE">
            <w:pPr>
              <w:shd w:val="clear" w:color="auto" w:fill="FFFFFF" w:themeFill="background1"/>
            </w:pPr>
            <w:r>
              <w:t>- GV yêu cầu HS nói 1 câu thể hiện sự ngạc nhiên khi nhìn thấy một cảnh đẹp.</w:t>
            </w:r>
          </w:p>
        </w:tc>
        <w:tc>
          <w:tcPr>
            <w:tcW w:w="5270" w:type="dxa"/>
          </w:tcPr>
          <w:p w14:paraId="4572DB3B" w14:textId="77777777" w:rsidR="009C07B5" w:rsidRDefault="002821C5" w:rsidP="004F58FE">
            <w:pPr>
              <w:shd w:val="clear" w:color="auto" w:fill="FFFFFF" w:themeFill="background1"/>
            </w:pPr>
            <w:r>
              <w:t>- HS nói: “Ôi, bông hoa này đẹp quá!”; “A, cầu vồng rực rỡ quá!”; “Chao ôi, bầu trời hôm nay xanh quá!”</w:t>
            </w:r>
          </w:p>
        </w:tc>
      </w:tr>
      <w:tr w:rsidR="009C07B5" w14:paraId="1810E3F4" w14:textId="77777777" w:rsidTr="004F58FE">
        <w:trPr>
          <w:jc w:val="center"/>
        </w:trPr>
        <w:tc>
          <w:tcPr>
            <w:tcW w:w="5270" w:type="dxa"/>
          </w:tcPr>
          <w:p w14:paraId="62A9D8BC" w14:textId="77777777" w:rsidR="009C07B5" w:rsidRDefault="002821C5" w:rsidP="004F58FE">
            <w:pPr>
              <w:shd w:val="clear" w:color="auto" w:fill="FFFFFF" w:themeFill="background1"/>
            </w:pPr>
            <w:r>
              <w:t>- GV kết luận: Các em đã biết phân loại từ ngữ chỉ người, chỉ vật và biết dùng câu cảm thán để bày tỏ sự ngạc nhiên.</w:t>
            </w:r>
          </w:p>
        </w:tc>
        <w:tc>
          <w:tcPr>
            <w:tcW w:w="5270" w:type="dxa"/>
          </w:tcPr>
          <w:p w14:paraId="28EC9B5C" w14:textId="77777777" w:rsidR="009C07B5" w:rsidRDefault="002821C5" w:rsidP="004F58FE">
            <w:pPr>
              <w:shd w:val="clear" w:color="auto" w:fill="FFFFFF" w:themeFill="background1"/>
            </w:pPr>
            <w:r>
              <w:t>- HS ghi nhớ cách xếp từ và cách nói câu thể hiện cảm xúc.</w:t>
            </w:r>
          </w:p>
        </w:tc>
      </w:tr>
      <w:tr w:rsidR="009C07B5" w14:paraId="670F782E" w14:textId="77777777" w:rsidTr="004F58FE">
        <w:trPr>
          <w:jc w:val="center"/>
        </w:trPr>
        <w:tc>
          <w:tcPr>
            <w:tcW w:w="5270" w:type="dxa"/>
            <w:tcBorders>
              <w:bottom w:val="single" w:sz="8" w:space="0" w:color="000000"/>
            </w:tcBorders>
          </w:tcPr>
          <w:p w14:paraId="5B05BEB6" w14:textId="77777777" w:rsidR="009C07B5" w:rsidRDefault="002821C5" w:rsidP="004F58FE">
            <w:pPr>
              <w:shd w:val="clear" w:color="auto" w:fill="FFFFFF" w:themeFill="background1"/>
            </w:pPr>
            <w:r>
              <w:t>- GV kết luận: Các em biết tìm câu thể hiện sự ngạc nhiên và biết nói câu bày tỏ cảm xúc phù hợp.</w:t>
            </w:r>
          </w:p>
        </w:tc>
        <w:tc>
          <w:tcPr>
            <w:tcW w:w="5270" w:type="dxa"/>
            <w:tcBorders>
              <w:bottom w:val="single" w:sz="8" w:space="0" w:color="000000"/>
            </w:tcBorders>
          </w:tcPr>
          <w:p w14:paraId="0672395E" w14:textId="77777777" w:rsidR="009C07B5" w:rsidRDefault="002821C5" w:rsidP="004F58FE">
            <w:pPr>
              <w:shd w:val="clear" w:color="auto" w:fill="FFFFFF" w:themeFill="background1"/>
            </w:pPr>
            <w:r>
              <w:t>- HS lắng nghe, nhắc lại điều cần ghi nhớ sau bài tập.</w:t>
            </w:r>
          </w:p>
        </w:tc>
      </w:tr>
      <w:tr w:rsidR="009C07B5" w14:paraId="36A4C34A" w14:textId="77777777" w:rsidTr="004F58FE">
        <w:trPr>
          <w:jc w:val="center"/>
        </w:trPr>
        <w:tc>
          <w:tcPr>
            <w:tcW w:w="10540" w:type="dxa"/>
            <w:gridSpan w:val="2"/>
            <w:tcBorders>
              <w:top w:val="single" w:sz="8" w:space="0" w:color="000000"/>
              <w:bottom w:val="single" w:sz="8" w:space="0" w:color="000000"/>
            </w:tcBorders>
            <w:shd w:val="clear" w:color="auto" w:fill="E2F0D9"/>
          </w:tcPr>
          <w:p w14:paraId="57825CEB" w14:textId="77777777" w:rsidR="009C07B5" w:rsidRDefault="002821C5" w:rsidP="004F58FE">
            <w:pPr>
              <w:shd w:val="clear" w:color="auto" w:fill="FFFFFF" w:themeFill="background1"/>
            </w:pPr>
            <w:r>
              <w:rPr>
                <w:b/>
                <w:color w:val="008000"/>
              </w:rPr>
              <w:t>4. Vận dụng (3 phút)</w:t>
            </w:r>
          </w:p>
          <w:p w14:paraId="3F3385E7" w14:textId="77777777" w:rsidR="009C07B5" w:rsidRDefault="002821C5" w:rsidP="004F58FE">
            <w:pPr>
              <w:shd w:val="clear" w:color="auto" w:fill="FFFFFF" w:themeFill="background1"/>
            </w:pPr>
            <w:r>
              <w:rPr>
                <w:i/>
                <w:color w:val="008000"/>
              </w:rPr>
              <w:t>Mục tiêu: Liên hệ bài học với cách quan tâm, chia sẻ trong gia đình.</w:t>
            </w:r>
          </w:p>
        </w:tc>
      </w:tr>
      <w:tr w:rsidR="009C07B5" w14:paraId="435FD896" w14:textId="77777777" w:rsidTr="004F58FE">
        <w:trPr>
          <w:jc w:val="center"/>
        </w:trPr>
        <w:tc>
          <w:tcPr>
            <w:tcW w:w="5270" w:type="dxa"/>
            <w:tcBorders>
              <w:top w:val="single" w:sz="8" w:space="0" w:color="000000"/>
            </w:tcBorders>
          </w:tcPr>
          <w:p w14:paraId="69E4B596" w14:textId="77777777" w:rsidR="009C07B5" w:rsidRDefault="002821C5" w:rsidP="004F58FE">
            <w:pPr>
              <w:shd w:val="clear" w:color="auto" w:fill="FFFFFF" w:themeFill="background1"/>
            </w:pPr>
            <w:r>
              <w:rPr>
                <w:color w:val="C00000"/>
              </w:rPr>
              <w:t xml:space="preserve">- Sau bài học này, em sẽ làm gì để thể hiện tình </w:t>
            </w:r>
            <w:r>
              <w:rPr>
                <w:color w:val="C00000"/>
              </w:rPr>
              <w:lastRenderedPageBreak/>
              <w:t>yêu thương với anh, chị, em hoặc người thân trong gia đình?</w:t>
            </w:r>
          </w:p>
        </w:tc>
        <w:tc>
          <w:tcPr>
            <w:tcW w:w="5270" w:type="dxa"/>
            <w:tcBorders>
              <w:top w:val="single" w:sz="8" w:space="0" w:color="000000"/>
            </w:tcBorders>
          </w:tcPr>
          <w:p w14:paraId="0617352E" w14:textId="77777777" w:rsidR="009C07B5" w:rsidRDefault="002821C5" w:rsidP="004F58FE">
            <w:pPr>
              <w:shd w:val="clear" w:color="auto" w:fill="FFFFFF" w:themeFill="background1"/>
            </w:pPr>
            <w:r>
              <w:rPr>
                <w:color w:val="C00000"/>
              </w:rPr>
              <w:lastRenderedPageBreak/>
              <w:t xml:space="preserve">- HS trả lời: Em sẽ nhường đồ chơi cho em nhỏ; </w:t>
            </w:r>
            <w:r>
              <w:rPr>
                <w:color w:val="C00000"/>
              </w:rPr>
              <w:lastRenderedPageBreak/>
              <w:t>em sẽ giúp mẹ xếp quần áo; em sẽ hỏi thăm khi ông bà mệt; em sẽ nói lời cảm ơn khi được người thân giúp đỡ.</w:t>
            </w:r>
          </w:p>
        </w:tc>
      </w:tr>
      <w:tr w:rsidR="009C07B5" w14:paraId="30E777EB" w14:textId="77777777" w:rsidTr="004F58FE">
        <w:trPr>
          <w:jc w:val="center"/>
        </w:trPr>
        <w:tc>
          <w:tcPr>
            <w:tcW w:w="5270" w:type="dxa"/>
          </w:tcPr>
          <w:p w14:paraId="4F04D925" w14:textId="77777777" w:rsidR="009C07B5" w:rsidRDefault="002821C5" w:rsidP="004F58FE">
            <w:pPr>
              <w:shd w:val="clear" w:color="auto" w:fill="FFFFFF" w:themeFill="background1"/>
            </w:pPr>
            <w:r>
              <w:rPr>
                <w:color w:val="C00000"/>
              </w:rPr>
              <w:lastRenderedPageBreak/>
              <w:t>- Tích hợp giáo dục lý tưởng cách mạng, đạo đức, lối sống: GV diễn giải: Yêu thương người thân không chỉ là lời nói mà còn là việc làm hằng ngày. Các em có thể chia sẻ đồ dùng, giúp việc vừa sức, nói lời cảm ơn, xin lỗi, biết nhường nhịn và không tranh giành. Khi mỗi bạn biết sống nhân ái, có trách nhiệm trong gia đình, các em sẽ hình thành thói quen tốt để sau này biết quan tâm bạn bè, thầy cô và những người xung quanh.</w:t>
            </w:r>
          </w:p>
        </w:tc>
        <w:tc>
          <w:tcPr>
            <w:tcW w:w="5270" w:type="dxa"/>
          </w:tcPr>
          <w:p w14:paraId="080B3471" w14:textId="77777777" w:rsidR="009C07B5" w:rsidRDefault="002821C5" w:rsidP="004F58FE">
            <w:pPr>
              <w:shd w:val="clear" w:color="auto" w:fill="FFFFFF" w:themeFill="background1"/>
            </w:pPr>
            <w:r>
              <w:rPr>
                <w:color w:val="C00000"/>
              </w:rPr>
              <w:t>- HS nêu việc làm sẽ thực hiện: Em sẽ nhường em nhỏ; em sẽ giúp bố mẹ dọn bàn học; em sẽ nói lời yêu thương với ông bà, cha mẹ.</w:t>
            </w:r>
          </w:p>
        </w:tc>
      </w:tr>
      <w:tr w:rsidR="009C07B5" w14:paraId="5DF03CB2" w14:textId="77777777" w:rsidTr="004F58FE">
        <w:trPr>
          <w:jc w:val="center"/>
        </w:trPr>
        <w:tc>
          <w:tcPr>
            <w:tcW w:w="5270" w:type="dxa"/>
          </w:tcPr>
          <w:p w14:paraId="3AF033EF" w14:textId="77777777" w:rsidR="009C07B5" w:rsidRDefault="002821C5" w:rsidP="004F58FE">
            <w:pPr>
              <w:shd w:val="clear" w:color="auto" w:fill="FFFFFF" w:themeFill="background1"/>
            </w:pPr>
            <w:r>
              <w:t>- Dặn dò: Về nhà kể lại câu chuyện cho người thân nghe và thực hiện một việc làm quan tâm người thân.</w:t>
            </w:r>
          </w:p>
        </w:tc>
        <w:tc>
          <w:tcPr>
            <w:tcW w:w="5270" w:type="dxa"/>
          </w:tcPr>
          <w:p w14:paraId="2C052F31" w14:textId="77777777" w:rsidR="009C07B5" w:rsidRDefault="002821C5" w:rsidP="004F58FE">
            <w:pPr>
              <w:shd w:val="clear" w:color="auto" w:fill="FFFFFF" w:themeFill="background1"/>
            </w:pPr>
            <w:r>
              <w:t>- HS ghi nhớ nhiệm vụ và chuẩn bị bài học sau.</w:t>
            </w:r>
          </w:p>
        </w:tc>
      </w:tr>
    </w:tbl>
    <w:p w14:paraId="645566F5" w14:textId="77777777" w:rsidR="009C07B5" w:rsidRDefault="002821C5" w:rsidP="004F58FE">
      <w:pPr>
        <w:shd w:val="clear" w:color="auto" w:fill="FFFFFF" w:themeFill="background1"/>
      </w:pPr>
      <w:r>
        <w:rPr>
          <w:b/>
          <w:color w:val="000000"/>
        </w:rPr>
        <w:t>IV. ĐIỀU CHỈNH SAU TIẾT DẠY (NẾU CÓ):</w:t>
      </w:r>
    </w:p>
    <w:p w14:paraId="3B5BAD3B" w14:textId="77777777" w:rsidR="009C07B5" w:rsidRDefault="002821C5" w:rsidP="004F58FE">
      <w:pPr>
        <w:shd w:val="clear" w:color="auto" w:fill="FFFFFF" w:themeFill="background1"/>
      </w:pPr>
      <w:r>
        <w:br w:type="page"/>
      </w:r>
    </w:p>
    <w:p w14:paraId="47117D4F" w14:textId="77777777" w:rsidR="009C07B5" w:rsidRDefault="002821C5" w:rsidP="004F58FE">
      <w:pPr>
        <w:shd w:val="clear" w:color="auto" w:fill="FFFFFF" w:themeFill="background1"/>
        <w:jc w:val="center"/>
      </w:pPr>
      <w:r>
        <w:rPr>
          <w:b/>
          <w:color w:val="000000"/>
        </w:rPr>
        <w:lastRenderedPageBreak/>
        <w:t>KẾ HOẠCH DẠY HỌC - TUẦN 2</w:t>
      </w:r>
    </w:p>
    <w:p w14:paraId="0501277B" w14:textId="77777777" w:rsidR="009C07B5" w:rsidRDefault="002821C5" w:rsidP="004F58FE">
      <w:pPr>
        <w:shd w:val="clear" w:color="auto" w:fill="FFFFFF" w:themeFill="background1"/>
        <w:jc w:val="center"/>
      </w:pPr>
      <w:r>
        <w:rPr>
          <w:b/>
          <w:color w:val="000000"/>
        </w:rPr>
        <w:t>CHỦ ĐỀ 1: EM LỚN LÊN TỪNG NGÀY</w:t>
      </w:r>
    </w:p>
    <w:p w14:paraId="18543CC1" w14:textId="77777777" w:rsidR="009C07B5" w:rsidRDefault="002821C5" w:rsidP="004F58FE">
      <w:pPr>
        <w:shd w:val="clear" w:color="auto" w:fill="FFFFFF" w:themeFill="background1"/>
        <w:jc w:val="center"/>
      </w:pPr>
      <w:r>
        <w:rPr>
          <w:b/>
          <w:color w:val="000000"/>
        </w:rPr>
        <w:t>BÀI 3: NIỀM VUI CỦA BI VÀ BỐNG</w:t>
      </w:r>
    </w:p>
    <w:p w14:paraId="72AB6BE3" w14:textId="77777777" w:rsidR="009C07B5" w:rsidRDefault="002821C5" w:rsidP="004F58FE">
      <w:pPr>
        <w:shd w:val="clear" w:color="auto" w:fill="FFFFFF" w:themeFill="background1"/>
        <w:jc w:val="center"/>
      </w:pPr>
      <w:r>
        <w:rPr>
          <w:b/>
          <w:color w:val="000000"/>
        </w:rPr>
        <w:t>TIẾT 3: VIẾT: CHỮ HOA Ă, Â</w:t>
      </w:r>
    </w:p>
    <w:p w14:paraId="3556D103" w14:textId="77777777" w:rsidR="009C07B5" w:rsidRDefault="002821C5" w:rsidP="004F58FE">
      <w:pPr>
        <w:shd w:val="clear" w:color="auto" w:fill="FFFFFF" w:themeFill="background1"/>
      </w:pPr>
      <w:r>
        <w:rPr>
          <w:b/>
          <w:color w:val="000000"/>
        </w:rPr>
        <w:t>I. YÊU CẦU CẦN ĐẠT:</w:t>
      </w:r>
    </w:p>
    <w:p w14:paraId="5E9D2925" w14:textId="77777777" w:rsidR="009C07B5" w:rsidRDefault="002821C5" w:rsidP="004F58FE">
      <w:pPr>
        <w:shd w:val="clear" w:color="auto" w:fill="FFFFFF" w:themeFill="background1"/>
      </w:pPr>
      <w:r>
        <w:rPr>
          <w:b/>
          <w:color w:val="000000"/>
        </w:rPr>
        <w:t>1. Năng lực đặc thù:</w:t>
      </w:r>
    </w:p>
    <w:p w14:paraId="4E404E1A" w14:textId="77777777" w:rsidR="009C07B5" w:rsidRDefault="002821C5" w:rsidP="004F58FE">
      <w:pPr>
        <w:shd w:val="clear" w:color="auto" w:fill="FFFFFF" w:themeFill="background1"/>
      </w:pPr>
      <w:r>
        <w:rPr>
          <w:color w:val="000000"/>
        </w:rPr>
        <w:t>- Biết viết chữ hoa Ă, Â cỡ vừa và cỡ nhỏ đúng mẫu, đúng quy trình.</w:t>
      </w:r>
    </w:p>
    <w:p w14:paraId="1401173C" w14:textId="77777777" w:rsidR="009C07B5" w:rsidRDefault="002821C5" w:rsidP="004F58FE">
      <w:pPr>
        <w:shd w:val="clear" w:color="auto" w:fill="FFFFFF" w:themeFill="background1"/>
      </w:pPr>
      <w:r>
        <w:rPr>
          <w:color w:val="000000"/>
        </w:rPr>
        <w:t>- Viết đúng câu ứng dụng: “Ăn quả nhớ người trồng cây.”</w:t>
      </w:r>
    </w:p>
    <w:p w14:paraId="08E51FD5" w14:textId="77777777" w:rsidR="009C07B5" w:rsidRDefault="002821C5" w:rsidP="004F58FE">
      <w:pPr>
        <w:shd w:val="clear" w:color="auto" w:fill="FFFFFF" w:themeFill="background1"/>
      </w:pPr>
      <w:r>
        <w:rPr>
          <w:color w:val="000000"/>
        </w:rPr>
        <w:t>- Trình bày bài viết sạch, rõ ràng, đúng khoảng cách giữa các chữ.</w:t>
      </w:r>
    </w:p>
    <w:p w14:paraId="5902E959" w14:textId="77777777" w:rsidR="009C07B5" w:rsidRDefault="002821C5" w:rsidP="004F58FE">
      <w:pPr>
        <w:shd w:val="clear" w:color="auto" w:fill="FFFFFF" w:themeFill="background1"/>
      </w:pPr>
      <w:r>
        <w:rPr>
          <w:b/>
          <w:color w:val="000000"/>
        </w:rPr>
        <w:t>2. Năng lực chung:</w:t>
      </w:r>
    </w:p>
    <w:p w14:paraId="5FBED34C" w14:textId="77777777" w:rsidR="009C07B5" w:rsidRDefault="002821C5" w:rsidP="004F58FE">
      <w:pPr>
        <w:shd w:val="clear" w:color="auto" w:fill="FFFFFF" w:themeFill="background1"/>
      </w:pPr>
      <w:r>
        <w:rPr>
          <w:color w:val="000000"/>
        </w:rPr>
        <w:t>- Tự chủ và tự học: tự quan sát mẫu chữ, luyện viết theo hướng dẫn.</w:t>
      </w:r>
    </w:p>
    <w:p w14:paraId="36BCEDE4" w14:textId="77777777" w:rsidR="009C07B5" w:rsidRDefault="002821C5" w:rsidP="004F58FE">
      <w:pPr>
        <w:shd w:val="clear" w:color="auto" w:fill="FFFFFF" w:themeFill="background1"/>
      </w:pPr>
      <w:r>
        <w:rPr>
          <w:color w:val="000000"/>
        </w:rPr>
        <w:t>- Giao tiếp và hợp tác: biết nhận xét bài viết của bạn bằng lời góp ý phù hợp.</w:t>
      </w:r>
    </w:p>
    <w:p w14:paraId="08FF1128" w14:textId="77777777" w:rsidR="009C07B5" w:rsidRDefault="002821C5" w:rsidP="004F58FE">
      <w:pPr>
        <w:shd w:val="clear" w:color="auto" w:fill="FFFFFF" w:themeFill="background1"/>
      </w:pPr>
      <w:r>
        <w:rPr>
          <w:color w:val="000000"/>
        </w:rPr>
        <w:t>- Giải quyết vấn đề và sáng tạo: biết tự sửa nét chữ chưa đúng sau khi được góp ý.</w:t>
      </w:r>
    </w:p>
    <w:p w14:paraId="3C41F064" w14:textId="77777777" w:rsidR="009C07B5" w:rsidRDefault="002821C5" w:rsidP="004F58FE">
      <w:pPr>
        <w:shd w:val="clear" w:color="auto" w:fill="FFFFFF" w:themeFill="background1"/>
      </w:pPr>
      <w:r>
        <w:rPr>
          <w:b/>
          <w:color w:val="000000"/>
        </w:rPr>
        <w:t>3. Phẩm chất:</w:t>
      </w:r>
    </w:p>
    <w:p w14:paraId="48B00365" w14:textId="77777777" w:rsidR="009C07B5" w:rsidRDefault="002821C5" w:rsidP="004F58FE">
      <w:pPr>
        <w:shd w:val="clear" w:color="auto" w:fill="FFFFFF" w:themeFill="background1"/>
      </w:pPr>
      <w:r>
        <w:rPr>
          <w:color w:val="000000"/>
        </w:rPr>
        <w:t>- Chăm chỉ: kiên trì luyện chữ, giữ vở sạch.</w:t>
      </w:r>
    </w:p>
    <w:p w14:paraId="237F1614" w14:textId="77777777" w:rsidR="009C07B5" w:rsidRDefault="002821C5" w:rsidP="004F58FE">
      <w:pPr>
        <w:shd w:val="clear" w:color="auto" w:fill="FFFFFF" w:themeFill="background1"/>
      </w:pPr>
      <w:r>
        <w:rPr>
          <w:color w:val="000000"/>
        </w:rPr>
        <w:t>- Trách nhiệm: thực hiện đúng quy định khi viết bài.</w:t>
      </w:r>
    </w:p>
    <w:p w14:paraId="5D7ED5AE" w14:textId="77777777" w:rsidR="009C07B5" w:rsidRDefault="002821C5" w:rsidP="004F58FE">
      <w:pPr>
        <w:shd w:val="clear" w:color="auto" w:fill="FFFFFF" w:themeFill="background1"/>
      </w:pPr>
      <w:r>
        <w:rPr>
          <w:color w:val="000000"/>
        </w:rPr>
        <w:t>- Nhân ái: biết trân trọng công sức của người lao động qua câu ứng dụng.</w:t>
      </w:r>
    </w:p>
    <w:p w14:paraId="65D85AF0" w14:textId="77777777" w:rsidR="009C07B5" w:rsidRDefault="002821C5" w:rsidP="004F58FE">
      <w:pPr>
        <w:shd w:val="clear" w:color="auto" w:fill="FFFFFF" w:themeFill="background1"/>
      </w:pPr>
      <w:r>
        <w:rPr>
          <w:b/>
          <w:color w:val="C00000"/>
        </w:rPr>
        <w:t>4. Tích hợp:</w:t>
      </w:r>
    </w:p>
    <w:p w14:paraId="38258427" w14:textId="77777777" w:rsidR="009C07B5" w:rsidRDefault="002821C5" w:rsidP="004F58FE">
      <w:pPr>
        <w:shd w:val="clear" w:color="auto" w:fill="FFFFFF" w:themeFill="background1"/>
      </w:pPr>
      <w:r>
        <w:rPr>
          <w:color w:val="C00000"/>
        </w:rPr>
        <w:t>- Giáo dục lý tưởng cách mạng, đạo đức, lối sống: Qua câu ứng dụng “Ăn quả nhớ người trồng cây”, giáo dục HS truyền thống uống nước nhớ nguồn, biết ơn người lao động, người đã giúp đỡ mình.</w:t>
      </w:r>
    </w:p>
    <w:p w14:paraId="124B9347" w14:textId="77777777" w:rsidR="009C07B5" w:rsidRDefault="002821C5" w:rsidP="004F58FE">
      <w:pPr>
        <w:shd w:val="clear" w:color="auto" w:fill="FFFFFF" w:themeFill="background1"/>
      </w:pPr>
      <w:r>
        <w:rPr>
          <w:b/>
          <w:color w:val="000000"/>
        </w:rPr>
        <w:t>II. ĐỒ DÙNG DẠY HỌC:</w:t>
      </w:r>
    </w:p>
    <w:p w14:paraId="785DCCBA" w14:textId="77777777" w:rsidR="009C07B5" w:rsidRDefault="002821C5" w:rsidP="004F58FE">
      <w:pPr>
        <w:shd w:val="clear" w:color="auto" w:fill="FFFFFF" w:themeFill="background1"/>
      </w:pPr>
      <w:r>
        <w:rPr>
          <w:color w:val="000000"/>
        </w:rPr>
        <w:t>- GV: Mẫu chữ hoa Ă, Â; bảng phụ viết câu ứng dụng; tranh hoặc video quy trình viết chữ.</w:t>
      </w:r>
    </w:p>
    <w:p w14:paraId="4183F5C7" w14:textId="77777777" w:rsidR="009C07B5" w:rsidRDefault="002821C5" w:rsidP="004F58FE">
      <w:pPr>
        <w:shd w:val="clear" w:color="auto" w:fill="FFFFFF" w:themeFill="background1"/>
      </w:pPr>
      <w:r>
        <w:rPr>
          <w:color w:val="000000"/>
        </w:rPr>
        <w:t>- HS: Vở Tập viết, bảng con, phấn/bút, SGK.</w:t>
      </w:r>
    </w:p>
    <w:p w14:paraId="7E78B705" w14:textId="77777777" w:rsidR="009C07B5" w:rsidRDefault="002821C5" w:rsidP="004F58FE">
      <w:pPr>
        <w:shd w:val="clear" w:color="auto" w:fill="FFFFFF" w:themeFill="background1"/>
      </w:pPr>
      <w:r>
        <w:rPr>
          <w:b/>
        </w:rPr>
        <w:t>III. HOẠT ĐỘNG DẠY HỌC</w:t>
      </w:r>
    </w:p>
    <w:tbl>
      <w:tblPr>
        <w:tblW w:w="0" w:type="auto"/>
        <w:jc w:val="center"/>
        <w:tblBorders>
          <w:top w:val="single" w:sz="8" w:space="0" w:color="000000"/>
          <w:left w:val="single" w:sz="8" w:space="0" w:color="000000"/>
          <w:bottom w:val="single" w:sz="8" w:space="0" w:color="000000"/>
          <w:right w:val="single" w:sz="8" w:space="0" w:color="000000"/>
          <w:insideV w:val="single" w:sz="8" w:space="0" w:color="000000"/>
        </w:tblBorders>
        <w:tblLook w:val="04A0" w:firstRow="1" w:lastRow="0" w:firstColumn="1" w:lastColumn="0" w:noHBand="0" w:noVBand="1"/>
      </w:tblPr>
      <w:tblGrid>
        <w:gridCol w:w="5270"/>
        <w:gridCol w:w="5270"/>
      </w:tblGrid>
      <w:tr w:rsidR="009C07B5" w14:paraId="143047D9" w14:textId="77777777" w:rsidTr="004F58FE">
        <w:trPr>
          <w:jc w:val="center"/>
        </w:trPr>
        <w:tc>
          <w:tcPr>
            <w:tcW w:w="4680" w:type="dxa"/>
            <w:tcBorders>
              <w:bottom w:val="single" w:sz="8" w:space="0" w:color="000000"/>
            </w:tcBorders>
            <w:shd w:val="clear" w:color="auto" w:fill="D9EAF7"/>
            <w:tcMar>
              <w:top w:w="60" w:type="dxa"/>
              <w:left w:w="70" w:type="dxa"/>
              <w:bottom w:w="60" w:type="dxa"/>
              <w:right w:w="70" w:type="dxa"/>
            </w:tcMar>
          </w:tcPr>
          <w:p w14:paraId="781231F3" w14:textId="77777777" w:rsidR="009C07B5" w:rsidRDefault="002821C5" w:rsidP="004F58FE">
            <w:pPr>
              <w:shd w:val="clear" w:color="auto" w:fill="FFFFFF" w:themeFill="background1"/>
              <w:jc w:val="center"/>
            </w:pPr>
            <w:r>
              <w:rPr>
                <w:b/>
              </w:rPr>
              <w:t>Hoạt động của giáo viên</w:t>
            </w:r>
          </w:p>
        </w:tc>
        <w:tc>
          <w:tcPr>
            <w:tcW w:w="4680" w:type="dxa"/>
            <w:tcBorders>
              <w:bottom w:val="single" w:sz="8" w:space="0" w:color="000000"/>
            </w:tcBorders>
            <w:shd w:val="clear" w:color="auto" w:fill="D9EAF7"/>
            <w:tcMar>
              <w:top w:w="60" w:type="dxa"/>
              <w:left w:w="70" w:type="dxa"/>
              <w:bottom w:w="60" w:type="dxa"/>
              <w:right w:w="70" w:type="dxa"/>
            </w:tcMar>
          </w:tcPr>
          <w:p w14:paraId="6D133049" w14:textId="77777777" w:rsidR="009C07B5" w:rsidRDefault="002821C5" w:rsidP="004F58FE">
            <w:pPr>
              <w:shd w:val="clear" w:color="auto" w:fill="FFFFFF" w:themeFill="background1"/>
              <w:jc w:val="center"/>
            </w:pPr>
            <w:r>
              <w:rPr>
                <w:b/>
              </w:rPr>
              <w:t>Hoạt động của học sinh</w:t>
            </w:r>
          </w:p>
        </w:tc>
      </w:tr>
      <w:tr w:rsidR="009C07B5" w14:paraId="12790DCA" w14:textId="77777777" w:rsidTr="004F58FE">
        <w:trPr>
          <w:jc w:val="center"/>
        </w:trPr>
        <w:tc>
          <w:tcPr>
            <w:tcW w:w="10540" w:type="dxa"/>
            <w:gridSpan w:val="2"/>
            <w:tcBorders>
              <w:top w:val="single" w:sz="8" w:space="0" w:color="000000"/>
              <w:bottom w:val="single" w:sz="8" w:space="0" w:color="000000"/>
            </w:tcBorders>
            <w:shd w:val="clear" w:color="auto" w:fill="E2F0D9"/>
          </w:tcPr>
          <w:p w14:paraId="1B4115E4" w14:textId="77777777" w:rsidR="009C07B5" w:rsidRDefault="002821C5" w:rsidP="004F58FE">
            <w:pPr>
              <w:shd w:val="clear" w:color="auto" w:fill="FFFFFF" w:themeFill="background1"/>
            </w:pPr>
            <w:r>
              <w:rPr>
                <w:b/>
                <w:color w:val="008000"/>
              </w:rPr>
              <w:t>1. Khởi động (3 phút)</w:t>
            </w:r>
          </w:p>
          <w:p w14:paraId="2AF19F4D" w14:textId="77777777" w:rsidR="009C07B5" w:rsidRDefault="002821C5" w:rsidP="004F58FE">
            <w:pPr>
              <w:shd w:val="clear" w:color="auto" w:fill="FFFFFF" w:themeFill="background1"/>
            </w:pPr>
            <w:r>
              <w:rPr>
                <w:i/>
                <w:color w:val="008000"/>
              </w:rPr>
              <w:t>Mục tiêu: Vừa ôn lại kiến thức cũ vừa kết nối sang bài học mới.</w:t>
            </w:r>
          </w:p>
        </w:tc>
      </w:tr>
      <w:tr w:rsidR="009C07B5" w14:paraId="48BCD9F0" w14:textId="77777777" w:rsidTr="004F58FE">
        <w:trPr>
          <w:jc w:val="center"/>
        </w:trPr>
        <w:tc>
          <w:tcPr>
            <w:tcW w:w="5270" w:type="dxa"/>
            <w:tcBorders>
              <w:top w:val="single" w:sz="8" w:space="0" w:color="000000"/>
            </w:tcBorders>
          </w:tcPr>
          <w:p w14:paraId="4912B66E" w14:textId="77777777" w:rsidR="009C07B5" w:rsidRDefault="002821C5" w:rsidP="004F58FE">
            <w:pPr>
              <w:shd w:val="clear" w:color="auto" w:fill="FFFFFF" w:themeFill="background1"/>
            </w:pPr>
            <w:r>
              <w:t>- GV yêu cầu HS nhắc lại các chữ hoa đã học.</w:t>
            </w:r>
          </w:p>
        </w:tc>
        <w:tc>
          <w:tcPr>
            <w:tcW w:w="5270" w:type="dxa"/>
            <w:tcBorders>
              <w:top w:val="single" w:sz="8" w:space="0" w:color="000000"/>
            </w:tcBorders>
          </w:tcPr>
          <w:p w14:paraId="6DED6EB4" w14:textId="77777777" w:rsidR="009C07B5" w:rsidRDefault="002821C5" w:rsidP="004F58FE">
            <w:pPr>
              <w:shd w:val="clear" w:color="auto" w:fill="FFFFFF" w:themeFill="background1"/>
            </w:pPr>
            <w:r>
              <w:t>- HS nhắc lại các chữ hoa đã học: A.</w:t>
            </w:r>
          </w:p>
        </w:tc>
      </w:tr>
      <w:tr w:rsidR="009C07B5" w14:paraId="1ABAF2C1" w14:textId="77777777" w:rsidTr="004F58FE">
        <w:trPr>
          <w:jc w:val="center"/>
        </w:trPr>
        <w:tc>
          <w:tcPr>
            <w:tcW w:w="5270" w:type="dxa"/>
          </w:tcPr>
          <w:p w14:paraId="1001B16B" w14:textId="77777777" w:rsidR="009C07B5" w:rsidRDefault="002821C5" w:rsidP="004F58FE">
            <w:pPr>
              <w:shd w:val="clear" w:color="auto" w:fill="FFFFFF" w:themeFill="background1"/>
            </w:pPr>
            <w:r>
              <w:t>- GV yêu cầu HS viết nhanh chữ hoa A vào bảng con và nêu điểm cần chú ý khi viết chữ A.</w:t>
            </w:r>
          </w:p>
        </w:tc>
        <w:tc>
          <w:tcPr>
            <w:tcW w:w="5270" w:type="dxa"/>
          </w:tcPr>
          <w:p w14:paraId="2C00188F" w14:textId="77777777" w:rsidR="009C07B5" w:rsidRDefault="002821C5" w:rsidP="004F58FE">
            <w:pPr>
              <w:shd w:val="clear" w:color="auto" w:fill="FFFFFF" w:themeFill="background1"/>
            </w:pPr>
            <w:r>
              <w:t>- HS viết chữ hoa A; HS nêu: chữ A cao 5 li, gồm các nét cong, móc, lượn; cần viết liền mạch và đúng độ cao.</w:t>
            </w:r>
          </w:p>
        </w:tc>
      </w:tr>
      <w:tr w:rsidR="009C07B5" w14:paraId="01498745" w14:textId="77777777" w:rsidTr="004F58FE">
        <w:trPr>
          <w:jc w:val="center"/>
        </w:trPr>
        <w:tc>
          <w:tcPr>
            <w:tcW w:w="5270" w:type="dxa"/>
            <w:tcBorders>
              <w:bottom w:val="single" w:sz="8" w:space="0" w:color="000000"/>
            </w:tcBorders>
          </w:tcPr>
          <w:p w14:paraId="10FF9090" w14:textId="77777777" w:rsidR="009C07B5" w:rsidRDefault="002821C5" w:rsidP="004F58FE">
            <w:pPr>
              <w:shd w:val="clear" w:color="auto" w:fill="FFFFFF" w:themeFill="background1"/>
            </w:pPr>
            <w:r>
              <w:t>- GV dẫn dắt vào bài mới: Từ chữ hoa A đã học, hôm nay các em sẽ học cách viết hai chữ hoa Ă, Â và viết câu ứng dụng Ăn quả nhớ người trồng cây.</w:t>
            </w:r>
          </w:p>
        </w:tc>
        <w:tc>
          <w:tcPr>
            <w:tcW w:w="5270" w:type="dxa"/>
            <w:tcBorders>
              <w:bottom w:val="single" w:sz="8" w:space="0" w:color="000000"/>
            </w:tcBorders>
          </w:tcPr>
          <w:p w14:paraId="37598B80" w14:textId="77777777" w:rsidR="009C07B5" w:rsidRDefault="002821C5" w:rsidP="004F58FE">
            <w:pPr>
              <w:shd w:val="clear" w:color="auto" w:fill="FFFFFF" w:themeFill="background1"/>
            </w:pPr>
            <w:r>
              <w:t>- HS lắng nghe, mở vở Tập viết đúng trang.</w:t>
            </w:r>
          </w:p>
        </w:tc>
      </w:tr>
      <w:tr w:rsidR="009C07B5" w14:paraId="6BC193A2" w14:textId="77777777" w:rsidTr="004F58FE">
        <w:trPr>
          <w:jc w:val="center"/>
        </w:trPr>
        <w:tc>
          <w:tcPr>
            <w:tcW w:w="10540" w:type="dxa"/>
            <w:gridSpan w:val="2"/>
            <w:tcBorders>
              <w:top w:val="single" w:sz="8" w:space="0" w:color="000000"/>
              <w:bottom w:val="nil"/>
            </w:tcBorders>
            <w:shd w:val="clear" w:color="auto" w:fill="E2F0D9"/>
          </w:tcPr>
          <w:p w14:paraId="7CD70667" w14:textId="77777777" w:rsidR="009C07B5" w:rsidRDefault="002821C5" w:rsidP="004F58FE">
            <w:pPr>
              <w:shd w:val="clear" w:color="auto" w:fill="FFFFFF" w:themeFill="background1"/>
            </w:pPr>
            <w:r>
              <w:rPr>
                <w:b/>
                <w:color w:val="008000"/>
              </w:rPr>
              <w:t>2. Khám phá kiến thức (12 phút)</w:t>
            </w:r>
          </w:p>
          <w:p w14:paraId="601DA14B" w14:textId="77777777" w:rsidR="009C07B5" w:rsidRDefault="002821C5" w:rsidP="004F58FE">
            <w:pPr>
              <w:shd w:val="clear" w:color="auto" w:fill="FFFFFF" w:themeFill="background1"/>
            </w:pPr>
            <w:r>
              <w:rPr>
                <w:i/>
                <w:color w:val="008000"/>
              </w:rPr>
              <w:t>Mục tiêu: Giúp HS nắm được kĩ thuật viết chữ hoa Ă, Â.</w:t>
            </w:r>
          </w:p>
        </w:tc>
      </w:tr>
      <w:tr w:rsidR="009C07B5" w14:paraId="2EFE6EE4" w14:textId="77777777" w:rsidTr="004F58FE">
        <w:trPr>
          <w:jc w:val="center"/>
        </w:trPr>
        <w:tc>
          <w:tcPr>
            <w:tcW w:w="10540" w:type="dxa"/>
            <w:gridSpan w:val="2"/>
            <w:tcBorders>
              <w:top w:val="nil"/>
              <w:bottom w:val="single" w:sz="8" w:space="0" w:color="000000"/>
            </w:tcBorders>
            <w:shd w:val="clear" w:color="auto" w:fill="E2F0D9"/>
          </w:tcPr>
          <w:p w14:paraId="7C49A270" w14:textId="77777777" w:rsidR="009C07B5" w:rsidRDefault="002821C5" w:rsidP="004F58FE">
            <w:pPr>
              <w:shd w:val="clear" w:color="auto" w:fill="FFFFFF" w:themeFill="background1"/>
            </w:pPr>
            <w:r>
              <w:rPr>
                <w:b/>
                <w:color w:val="008000"/>
              </w:rPr>
              <w:t>Hoạt động 1: Hướng dẫn viết chữ hoa.</w:t>
            </w:r>
          </w:p>
          <w:p w14:paraId="2FE994CE" w14:textId="77777777" w:rsidR="009C07B5" w:rsidRDefault="002821C5" w:rsidP="004F58FE">
            <w:pPr>
              <w:shd w:val="clear" w:color="auto" w:fill="FFFFFF" w:themeFill="background1"/>
            </w:pPr>
            <w:r>
              <w:rPr>
                <w:i/>
                <w:color w:val="008000"/>
              </w:rPr>
              <w:t>Mục tiêu: HS quan sát mẫu, nêu cấu tạo và luyện viết đúng chữ hoa Ă, Â.</w:t>
            </w:r>
          </w:p>
        </w:tc>
      </w:tr>
      <w:tr w:rsidR="009C07B5" w14:paraId="124A2DC0" w14:textId="77777777" w:rsidTr="004F58FE">
        <w:trPr>
          <w:jc w:val="center"/>
        </w:trPr>
        <w:tc>
          <w:tcPr>
            <w:tcW w:w="5270" w:type="dxa"/>
            <w:tcBorders>
              <w:top w:val="single" w:sz="8" w:space="0" w:color="000000"/>
            </w:tcBorders>
          </w:tcPr>
          <w:p w14:paraId="71F0E250" w14:textId="77777777" w:rsidR="009C07B5" w:rsidRDefault="002821C5" w:rsidP="004F58FE">
            <w:pPr>
              <w:shd w:val="clear" w:color="auto" w:fill="FFFFFF" w:themeFill="background1"/>
            </w:pPr>
            <w:r>
              <w:rPr>
                <w:b/>
              </w:rPr>
              <w:t>Bài tập 1: Viết chữ hoa Ă, Â.</w:t>
            </w:r>
          </w:p>
        </w:tc>
        <w:tc>
          <w:tcPr>
            <w:tcW w:w="5270" w:type="dxa"/>
            <w:tcBorders>
              <w:top w:val="single" w:sz="8" w:space="0" w:color="000000"/>
            </w:tcBorders>
          </w:tcPr>
          <w:p w14:paraId="41270DD3" w14:textId="77777777" w:rsidR="009C07B5" w:rsidRDefault="009C07B5" w:rsidP="004F58FE">
            <w:pPr>
              <w:shd w:val="clear" w:color="auto" w:fill="FFFFFF" w:themeFill="background1"/>
            </w:pPr>
          </w:p>
        </w:tc>
      </w:tr>
      <w:tr w:rsidR="009C07B5" w14:paraId="5C26581D" w14:textId="77777777" w:rsidTr="004F58FE">
        <w:trPr>
          <w:jc w:val="center"/>
        </w:trPr>
        <w:tc>
          <w:tcPr>
            <w:tcW w:w="5270" w:type="dxa"/>
          </w:tcPr>
          <w:p w14:paraId="42C9C6E9" w14:textId="77777777" w:rsidR="009C07B5" w:rsidRDefault="002821C5" w:rsidP="004F58FE">
            <w:pPr>
              <w:shd w:val="clear" w:color="auto" w:fill="FFFFFF" w:themeFill="background1"/>
            </w:pPr>
            <w:r>
              <w:t>- GV yêu cầu HS đọc đề bài.</w:t>
            </w:r>
          </w:p>
          <w:p w14:paraId="51E0C045" w14:textId="67EDD1D9" w:rsidR="009C07B5" w:rsidRDefault="009C07B5" w:rsidP="004F58FE">
            <w:pPr>
              <w:shd w:val="clear" w:color="auto" w:fill="FFFFFF" w:themeFill="background1"/>
              <w:jc w:val="center"/>
            </w:pPr>
          </w:p>
        </w:tc>
        <w:tc>
          <w:tcPr>
            <w:tcW w:w="5270" w:type="dxa"/>
          </w:tcPr>
          <w:p w14:paraId="363CF8EC" w14:textId="77777777" w:rsidR="009C07B5" w:rsidRDefault="002821C5" w:rsidP="004F58FE">
            <w:pPr>
              <w:shd w:val="clear" w:color="auto" w:fill="FFFFFF" w:themeFill="background1"/>
            </w:pPr>
            <w:r>
              <w:t>- HS đọc đề bài, nêu yêu cầu cần thực hiện.</w:t>
            </w:r>
          </w:p>
        </w:tc>
      </w:tr>
      <w:tr w:rsidR="009C07B5" w14:paraId="033C5897" w14:textId="77777777" w:rsidTr="004F58FE">
        <w:trPr>
          <w:jc w:val="center"/>
        </w:trPr>
        <w:tc>
          <w:tcPr>
            <w:tcW w:w="5270" w:type="dxa"/>
          </w:tcPr>
          <w:p w14:paraId="460F3D55" w14:textId="77777777" w:rsidR="009C07B5" w:rsidRDefault="002821C5" w:rsidP="004F58FE">
            <w:pPr>
              <w:shd w:val="clear" w:color="auto" w:fill="FFFFFF" w:themeFill="background1"/>
            </w:pPr>
            <w:r>
              <w:t>- GV hướng dẫn HS thực hiện bài tập, nhắc lại yêu cầu trọng tâm của đề bài.</w:t>
            </w:r>
          </w:p>
        </w:tc>
        <w:tc>
          <w:tcPr>
            <w:tcW w:w="5270" w:type="dxa"/>
          </w:tcPr>
          <w:p w14:paraId="51B0B5D4" w14:textId="77777777" w:rsidR="009C07B5" w:rsidRDefault="002821C5" w:rsidP="004F58FE">
            <w:pPr>
              <w:shd w:val="clear" w:color="auto" w:fill="FFFFFF" w:themeFill="background1"/>
            </w:pPr>
            <w:r>
              <w:t>- HS lắng nghe, xác định việc cần làm và chuẩn bị thực hiện bài tập.</w:t>
            </w:r>
          </w:p>
        </w:tc>
      </w:tr>
      <w:tr w:rsidR="009C07B5" w14:paraId="16D4E637" w14:textId="77777777" w:rsidTr="004F58FE">
        <w:trPr>
          <w:jc w:val="center"/>
        </w:trPr>
        <w:tc>
          <w:tcPr>
            <w:tcW w:w="5270" w:type="dxa"/>
          </w:tcPr>
          <w:p w14:paraId="3D1F52C7" w14:textId="77777777" w:rsidR="009C07B5" w:rsidRDefault="002821C5" w:rsidP="004F58FE">
            <w:pPr>
              <w:shd w:val="clear" w:color="auto" w:fill="FFFFFF" w:themeFill="background1"/>
            </w:pPr>
            <w:r>
              <w:lastRenderedPageBreak/>
              <w:t>- GV yêu cầu HS làm việc cá nhân, thực hiện bài vào vở/VBT hoặc bảng con theo yêu cầu.</w:t>
            </w:r>
          </w:p>
        </w:tc>
        <w:tc>
          <w:tcPr>
            <w:tcW w:w="5270" w:type="dxa"/>
          </w:tcPr>
          <w:p w14:paraId="75B75F6E" w14:textId="77777777" w:rsidR="009C07B5" w:rsidRDefault="002821C5" w:rsidP="004F58FE">
            <w:pPr>
              <w:shd w:val="clear" w:color="auto" w:fill="FFFFFF" w:themeFill="background1"/>
            </w:pPr>
            <w:r>
              <w:t>- HS làm bài cá nhân, tự kiểm tra lại kết quả trước khi trình bày.</w:t>
            </w:r>
          </w:p>
        </w:tc>
      </w:tr>
      <w:tr w:rsidR="009C07B5" w14:paraId="099587AF" w14:textId="77777777" w:rsidTr="004F58FE">
        <w:trPr>
          <w:jc w:val="center"/>
        </w:trPr>
        <w:tc>
          <w:tcPr>
            <w:tcW w:w="5270" w:type="dxa"/>
          </w:tcPr>
          <w:p w14:paraId="00908B26" w14:textId="77777777" w:rsidR="009C07B5" w:rsidRDefault="002821C5" w:rsidP="004F58FE">
            <w:pPr>
              <w:shd w:val="clear" w:color="auto" w:fill="FFFFFF" w:themeFill="background1"/>
            </w:pPr>
            <w:r>
              <w:t>- GV mời HS trình bày kết quả trước lớp.</w:t>
            </w:r>
          </w:p>
        </w:tc>
        <w:tc>
          <w:tcPr>
            <w:tcW w:w="5270" w:type="dxa"/>
          </w:tcPr>
          <w:p w14:paraId="4436E900" w14:textId="77777777" w:rsidR="009C07B5" w:rsidRDefault="002821C5" w:rsidP="004F58FE">
            <w:pPr>
              <w:shd w:val="clear" w:color="auto" w:fill="FFFFFF" w:themeFill="background1"/>
            </w:pPr>
            <w:r>
              <w:t>- HS trình bày kết quả rõ ràng; các bạn theo dõi, nhận xét và bổ sung.</w:t>
            </w:r>
          </w:p>
        </w:tc>
      </w:tr>
      <w:tr w:rsidR="009C07B5" w14:paraId="5DA7EEFF" w14:textId="77777777" w:rsidTr="004F58FE">
        <w:trPr>
          <w:jc w:val="center"/>
        </w:trPr>
        <w:tc>
          <w:tcPr>
            <w:tcW w:w="5270" w:type="dxa"/>
          </w:tcPr>
          <w:p w14:paraId="48830BFB" w14:textId="77777777" w:rsidR="009C07B5" w:rsidRDefault="002821C5" w:rsidP="004F58FE">
            <w:pPr>
              <w:shd w:val="clear" w:color="auto" w:fill="FFFFFF" w:themeFill="background1"/>
            </w:pPr>
            <w:r>
              <w:t>- GV nhận xét, sửa bài và chốt đáp án đúng.</w:t>
            </w:r>
          </w:p>
        </w:tc>
        <w:tc>
          <w:tcPr>
            <w:tcW w:w="5270" w:type="dxa"/>
          </w:tcPr>
          <w:p w14:paraId="666F79FE" w14:textId="77777777" w:rsidR="009C07B5" w:rsidRDefault="002821C5" w:rsidP="004F58FE">
            <w:pPr>
              <w:shd w:val="clear" w:color="auto" w:fill="FFFFFF" w:themeFill="background1"/>
            </w:pPr>
            <w:r>
              <w:t>- HS sửa bài vào vở/VBT, ghi nhớ cách làm đúng.</w:t>
            </w:r>
          </w:p>
        </w:tc>
      </w:tr>
      <w:tr w:rsidR="009C07B5" w14:paraId="4CDCAA27" w14:textId="77777777" w:rsidTr="004F58FE">
        <w:trPr>
          <w:jc w:val="center"/>
        </w:trPr>
        <w:tc>
          <w:tcPr>
            <w:tcW w:w="5270" w:type="dxa"/>
          </w:tcPr>
          <w:p w14:paraId="0E8891CB" w14:textId="77777777" w:rsidR="009C07B5" w:rsidRDefault="002821C5" w:rsidP="004F58FE">
            <w:pPr>
              <w:shd w:val="clear" w:color="auto" w:fill="FFFFFF" w:themeFill="background1"/>
            </w:pPr>
            <w:r>
              <w:t>- GV cho HS quan sát mẫu chữ hoa Ă, Â và hỏi: Chữ Ă, Â giống chữ A ở điểm nào? Khác chữ A ở điểm nào?</w:t>
            </w:r>
          </w:p>
        </w:tc>
        <w:tc>
          <w:tcPr>
            <w:tcW w:w="5270" w:type="dxa"/>
          </w:tcPr>
          <w:p w14:paraId="284DD477" w14:textId="77777777" w:rsidR="009C07B5" w:rsidRDefault="002821C5" w:rsidP="004F58FE">
            <w:pPr>
              <w:shd w:val="clear" w:color="auto" w:fill="FFFFFF" w:themeFill="background1"/>
            </w:pPr>
            <w:r>
              <w:t>- HS trả lời: Chữ Ă, Â giống chữ A ở thân chữ; chữ Ă có thêm dấu cong nhỏ phía trên, chữ Â có thêm dấu mũ phía trên.</w:t>
            </w:r>
          </w:p>
        </w:tc>
      </w:tr>
      <w:tr w:rsidR="009C07B5" w14:paraId="29BF82D3" w14:textId="77777777" w:rsidTr="004F58FE">
        <w:trPr>
          <w:jc w:val="center"/>
        </w:trPr>
        <w:tc>
          <w:tcPr>
            <w:tcW w:w="5270" w:type="dxa"/>
          </w:tcPr>
          <w:p w14:paraId="48787A9A" w14:textId="77777777" w:rsidR="009C07B5" w:rsidRDefault="002821C5" w:rsidP="004F58FE">
            <w:pPr>
              <w:shd w:val="clear" w:color="auto" w:fill="FFFFFF" w:themeFill="background1"/>
            </w:pPr>
            <w:r>
              <w:t>- GV viết mẫu thân chữ hoa A để làm cơ sở viết Ă, Â: đặt bút ở đường kẻ 3, đưa bút viết nét móc ngược trái hơi lượn lên đến đường kẻ 6; từ điểm dừng bút chuyển hướng viết nét móc ngược phải xuống gần đường kẻ 2; lia bút lên giữa thân chữ, viết nét lượn ngang nhỏ tạo thanh ngang của chữ A.</w:t>
            </w:r>
          </w:p>
        </w:tc>
        <w:tc>
          <w:tcPr>
            <w:tcW w:w="5270" w:type="dxa"/>
          </w:tcPr>
          <w:p w14:paraId="51043704" w14:textId="77777777" w:rsidR="009C07B5" w:rsidRDefault="002821C5" w:rsidP="004F58FE">
            <w:pPr>
              <w:shd w:val="clear" w:color="auto" w:fill="FFFFFF" w:themeFill="background1"/>
            </w:pPr>
            <w:r>
              <w:t>- HS quan sát, dùng ngón tay tô theo đường bút: đặt bút ở đường kẻ 3, đưa lên đường kẻ 6, đưa xuống gần đường kẻ 2, lia bút viết nét ngang giữa thân chữ.</w:t>
            </w:r>
          </w:p>
        </w:tc>
      </w:tr>
      <w:tr w:rsidR="009C07B5" w14:paraId="2893D2A0" w14:textId="77777777" w:rsidTr="004F58FE">
        <w:trPr>
          <w:jc w:val="center"/>
        </w:trPr>
        <w:tc>
          <w:tcPr>
            <w:tcW w:w="5270" w:type="dxa"/>
          </w:tcPr>
          <w:p w14:paraId="330AA17C" w14:textId="77777777" w:rsidR="009C07B5" w:rsidRDefault="002821C5" w:rsidP="004F58FE">
            <w:pPr>
              <w:shd w:val="clear" w:color="auto" w:fill="FFFFFF" w:themeFill="background1"/>
            </w:pPr>
            <w:r>
              <w:t>- GV viết mẫu chữ Ă: viết thân chữ A trước; lia bút lên phía trên đỉnh chữ, đặt bút hơi lệch trái trục giữa, đưa bút tạo nét cong nhỏ từ trái sang phải; đặt dấu cong cân đối phía trên thân chữ, cách đỉnh chữ một khoảng nhỏ, không chạm thân chữ, không lệch về một bên.</w:t>
            </w:r>
          </w:p>
        </w:tc>
        <w:tc>
          <w:tcPr>
            <w:tcW w:w="5270" w:type="dxa"/>
          </w:tcPr>
          <w:p w14:paraId="39E1DACE" w14:textId="77777777" w:rsidR="009C07B5" w:rsidRDefault="002821C5" w:rsidP="004F58FE">
            <w:pPr>
              <w:shd w:val="clear" w:color="auto" w:fill="FFFFFF" w:themeFill="background1"/>
            </w:pPr>
            <w:r>
              <w:t>- HS nhắc lại và viết mô phỏng: viết thân chữ A trước; thêm dấu cong phía trên, đặt cân giữa thân chữ, không chạm vào chữ A.</w:t>
            </w:r>
          </w:p>
        </w:tc>
      </w:tr>
      <w:tr w:rsidR="009C07B5" w14:paraId="164E67E5" w14:textId="77777777" w:rsidTr="004F58FE">
        <w:trPr>
          <w:jc w:val="center"/>
        </w:trPr>
        <w:tc>
          <w:tcPr>
            <w:tcW w:w="5270" w:type="dxa"/>
          </w:tcPr>
          <w:p w14:paraId="4A040A08" w14:textId="77777777" w:rsidR="009C07B5" w:rsidRDefault="002821C5" w:rsidP="004F58FE">
            <w:pPr>
              <w:shd w:val="clear" w:color="auto" w:fill="FFFFFF" w:themeFill="background1"/>
            </w:pPr>
            <w:r>
              <w:t>- GV viết mẫu chữ Â: viết thân chữ A trước; lia bút lên phía trên đỉnh chữ, đặt bút ở bên trái dấu mũ, đưa bút xiên lên điểm cao nhất ở giữa, rồi đưa bút xiên xuống bên phải; đặt dấu mũ cân đối trên đầu chữ, đỉnh dấu mũ ở giữa, hai chân dấu không chạm thân chữ.</w:t>
            </w:r>
          </w:p>
        </w:tc>
        <w:tc>
          <w:tcPr>
            <w:tcW w:w="5270" w:type="dxa"/>
          </w:tcPr>
          <w:p w14:paraId="1801C0CE" w14:textId="77777777" w:rsidR="009C07B5" w:rsidRDefault="002821C5" w:rsidP="004F58FE">
            <w:pPr>
              <w:shd w:val="clear" w:color="auto" w:fill="FFFFFF" w:themeFill="background1"/>
            </w:pPr>
            <w:r>
              <w:t>- HS nhắc lại và viết mô phỏng: viết thân chữ A trước; thêm dấu mũ cân đối phía trên, đỉnh dấu mũ ở giữa, hai chân dấu không chạm chữ.</w:t>
            </w:r>
          </w:p>
        </w:tc>
      </w:tr>
      <w:tr w:rsidR="009C07B5" w14:paraId="43CD918F" w14:textId="77777777" w:rsidTr="004F58FE">
        <w:trPr>
          <w:jc w:val="center"/>
        </w:trPr>
        <w:tc>
          <w:tcPr>
            <w:tcW w:w="5270" w:type="dxa"/>
          </w:tcPr>
          <w:p w14:paraId="58F4737D" w14:textId="77777777" w:rsidR="009C07B5" w:rsidRDefault="002821C5" w:rsidP="004F58FE">
            <w:pPr>
              <w:shd w:val="clear" w:color="auto" w:fill="FFFFFF" w:themeFill="background1"/>
            </w:pPr>
            <w:r>
              <w:t>- GV hướng dẫn HS tập viết chữ hoa Ă, Â trên không, trên bảng con hoặc nháp.</w:t>
            </w:r>
          </w:p>
        </w:tc>
        <w:tc>
          <w:tcPr>
            <w:tcW w:w="5270" w:type="dxa"/>
          </w:tcPr>
          <w:p w14:paraId="34FF5E33" w14:textId="77777777" w:rsidR="009C07B5" w:rsidRDefault="002821C5" w:rsidP="004F58FE">
            <w:pPr>
              <w:shd w:val="clear" w:color="auto" w:fill="FFFFFF" w:themeFill="background1"/>
            </w:pPr>
            <w:r>
              <w:t>- HS viết chữ Ă, Â trên không, bảng con hoặc nháp theo hướng dẫn.</w:t>
            </w:r>
          </w:p>
        </w:tc>
      </w:tr>
      <w:tr w:rsidR="009C07B5" w14:paraId="77423E8A" w14:textId="77777777" w:rsidTr="004F58FE">
        <w:trPr>
          <w:jc w:val="center"/>
        </w:trPr>
        <w:tc>
          <w:tcPr>
            <w:tcW w:w="5270" w:type="dxa"/>
          </w:tcPr>
          <w:p w14:paraId="4055FC48" w14:textId="77777777" w:rsidR="009C07B5" w:rsidRDefault="002821C5" w:rsidP="004F58FE">
            <w:pPr>
              <w:shd w:val="clear" w:color="auto" w:fill="FFFFFF" w:themeFill="background1"/>
            </w:pPr>
            <w:r>
              <w:t>- GV hướng dẫn HS viết vở Tập viết; quan sát, giúp đỡ HS gặp khó khăn.</w:t>
            </w:r>
          </w:p>
        </w:tc>
        <w:tc>
          <w:tcPr>
            <w:tcW w:w="5270" w:type="dxa"/>
          </w:tcPr>
          <w:p w14:paraId="3DBC2E1F" w14:textId="77777777" w:rsidR="009C07B5" w:rsidRDefault="002821C5" w:rsidP="004F58FE">
            <w:pPr>
              <w:shd w:val="clear" w:color="auto" w:fill="FFFFFF" w:themeFill="background1"/>
            </w:pPr>
            <w:r>
              <w:t>- HS nêu tư thế ngồi viết, viết chữ hoa Ă, Â cỡ vừa và cỡ nhỏ vào vở Tập viết.</w:t>
            </w:r>
          </w:p>
        </w:tc>
      </w:tr>
      <w:tr w:rsidR="009C07B5" w14:paraId="7FF20EA7" w14:textId="77777777" w:rsidTr="004F58FE">
        <w:trPr>
          <w:jc w:val="center"/>
        </w:trPr>
        <w:tc>
          <w:tcPr>
            <w:tcW w:w="5270" w:type="dxa"/>
            <w:tcBorders>
              <w:bottom w:val="single" w:sz="8" w:space="0" w:color="000000"/>
            </w:tcBorders>
          </w:tcPr>
          <w:p w14:paraId="436627D2" w14:textId="77777777" w:rsidR="009C07B5" w:rsidRDefault="002821C5" w:rsidP="004F58FE">
            <w:pPr>
              <w:shd w:val="clear" w:color="auto" w:fill="FFFFFF" w:themeFill="background1"/>
            </w:pPr>
            <w:r>
              <w:t>- GV kết luận: Khi viết, các em cần quan sát mẫu, viết đúng điểm đặt bút, đưa bút, dừng bút và giữ vở sạch.</w:t>
            </w:r>
          </w:p>
        </w:tc>
        <w:tc>
          <w:tcPr>
            <w:tcW w:w="5270" w:type="dxa"/>
            <w:tcBorders>
              <w:bottom w:val="single" w:sz="8" w:space="0" w:color="000000"/>
            </w:tcBorders>
          </w:tcPr>
          <w:p w14:paraId="41128E83" w14:textId="77777777" w:rsidR="009C07B5" w:rsidRDefault="002821C5" w:rsidP="004F58FE">
            <w:pPr>
              <w:shd w:val="clear" w:color="auto" w:fill="FFFFFF" w:themeFill="background1"/>
            </w:pPr>
            <w:r>
              <w:t>- HS lắng nghe, nhắc lại điều cần ghi nhớ sau bài tập.</w:t>
            </w:r>
          </w:p>
        </w:tc>
      </w:tr>
      <w:tr w:rsidR="009C07B5" w14:paraId="7F2ACB1D" w14:textId="77777777" w:rsidTr="004F58FE">
        <w:trPr>
          <w:jc w:val="center"/>
        </w:trPr>
        <w:tc>
          <w:tcPr>
            <w:tcW w:w="10540" w:type="dxa"/>
            <w:gridSpan w:val="2"/>
            <w:tcBorders>
              <w:top w:val="single" w:sz="8" w:space="0" w:color="000000"/>
              <w:bottom w:val="nil"/>
            </w:tcBorders>
            <w:shd w:val="clear" w:color="auto" w:fill="E2F0D9"/>
          </w:tcPr>
          <w:p w14:paraId="04291F6C" w14:textId="77777777" w:rsidR="009C07B5" w:rsidRDefault="002821C5" w:rsidP="004F58FE">
            <w:pPr>
              <w:shd w:val="clear" w:color="auto" w:fill="FFFFFF" w:themeFill="background1"/>
            </w:pPr>
            <w:r>
              <w:rPr>
                <w:b/>
                <w:color w:val="008000"/>
              </w:rPr>
              <w:t>3. Thực hành (13 phút)</w:t>
            </w:r>
          </w:p>
          <w:p w14:paraId="38A7245D" w14:textId="77777777" w:rsidR="009C07B5" w:rsidRDefault="002821C5" w:rsidP="004F58FE">
            <w:pPr>
              <w:shd w:val="clear" w:color="auto" w:fill="FFFFFF" w:themeFill="background1"/>
            </w:pPr>
            <w:r>
              <w:rPr>
                <w:i/>
                <w:color w:val="008000"/>
              </w:rPr>
              <w:t>Mục tiêu: Giúp HS biết cách viết, trình bày câu ứng dụng và hiểu ý nghĩa giáo dục của câu.</w:t>
            </w:r>
          </w:p>
        </w:tc>
      </w:tr>
      <w:tr w:rsidR="009C07B5" w14:paraId="4B6A0D83" w14:textId="77777777" w:rsidTr="004F58FE">
        <w:trPr>
          <w:jc w:val="center"/>
        </w:trPr>
        <w:tc>
          <w:tcPr>
            <w:tcW w:w="10540" w:type="dxa"/>
            <w:gridSpan w:val="2"/>
            <w:tcBorders>
              <w:top w:val="nil"/>
              <w:bottom w:val="single" w:sz="8" w:space="0" w:color="000000"/>
            </w:tcBorders>
            <w:shd w:val="clear" w:color="auto" w:fill="E2F0D9"/>
          </w:tcPr>
          <w:p w14:paraId="27BF14BE" w14:textId="77777777" w:rsidR="009C07B5" w:rsidRDefault="002821C5" w:rsidP="004F58FE">
            <w:pPr>
              <w:shd w:val="clear" w:color="auto" w:fill="FFFFFF" w:themeFill="background1"/>
            </w:pPr>
            <w:r>
              <w:rPr>
                <w:b/>
                <w:color w:val="008000"/>
              </w:rPr>
              <w:t>Hoạt động 2: Hướng dẫn viết câu ứng dụng.</w:t>
            </w:r>
          </w:p>
          <w:p w14:paraId="688B8494" w14:textId="77777777" w:rsidR="009C07B5" w:rsidRDefault="002821C5" w:rsidP="004F58FE">
            <w:pPr>
              <w:shd w:val="clear" w:color="auto" w:fill="FFFFFF" w:themeFill="background1"/>
            </w:pPr>
            <w:r>
              <w:rPr>
                <w:i/>
                <w:color w:val="008000"/>
              </w:rPr>
              <w:t>Mục tiêu: HS viết đúng câu ứng dụng, đúng khoảng cách, dấu thanh và dấu câu.</w:t>
            </w:r>
          </w:p>
        </w:tc>
      </w:tr>
      <w:tr w:rsidR="009C07B5" w14:paraId="54D01E16" w14:textId="77777777" w:rsidTr="004F58FE">
        <w:trPr>
          <w:jc w:val="center"/>
        </w:trPr>
        <w:tc>
          <w:tcPr>
            <w:tcW w:w="5270" w:type="dxa"/>
            <w:tcBorders>
              <w:top w:val="single" w:sz="8" w:space="0" w:color="000000"/>
            </w:tcBorders>
          </w:tcPr>
          <w:p w14:paraId="3E953C12" w14:textId="77777777" w:rsidR="009C07B5" w:rsidRDefault="002821C5" w:rsidP="004F58FE">
            <w:pPr>
              <w:shd w:val="clear" w:color="auto" w:fill="FFFFFF" w:themeFill="background1"/>
            </w:pPr>
            <w:r>
              <w:rPr>
                <w:b/>
              </w:rPr>
              <w:t>Bài tập 2: Viết ứng dụng: “Ăn quả nhớ người trồng cây.”</w:t>
            </w:r>
          </w:p>
        </w:tc>
        <w:tc>
          <w:tcPr>
            <w:tcW w:w="5270" w:type="dxa"/>
            <w:tcBorders>
              <w:top w:val="single" w:sz="8" w:space="0" w:color="000000"/>
            </w:tcBorders>
          </w:tcPr>
          <w:p w14:paraId="7E2E6470" w14:textId="77777777" w:rsidR="009C07B5" w:rsidRDefault="009C07B5" w:rsidP="004F58FE">
            <w:pPr>
              <w:shd w:val="clear" w:color="auto" w:fill="FFFFFF" w:themeFill="background1"/>
            </w:pPr>
          </w:p>
        </w:tc>
      </w:tr>
      <w:tr w:rsidR="009C07B5" w14:paraId="37C75930" w14:textId="77777777" w:rsidTr="004F58FE">
        <w:trPr>
          <w:jc w:val="center"/>
        </w:trPr>
        <w:tc>
          <w:tcPr>
            <w:tcW w:w="5270" w:type="dxa"/>
          </w:tcPr>
          <w:p w14:paraId="4F1F2681" w14:textId="77777777" w:rsidR="009C07B5" w:rsidRDefault="002821C5" w:rsidP="004F58FE">
            <w:pPr>
              <w:shd w:val="clear" w:color="auto" w:fill="FFFFFF" w:themeFill="background1"/>
            </w:pPr>
            <w:r>
              <w:t>- GV yêu cầu HS đọc đề bài.</w:t>
            </w:r>
          </w:p>
        </w:tc>
        <w:tc>
          <w:tcPr>
            <w:tcW w:w="5270" w:type="dxa"/>
          </w:tcPr>
          <w:p w14:paraId="79150E02" w14:textId="77777777" w:rsidR="009C07B5" w:rsidRDefault="002821C5" w:rsidP="004F58FE">
            <w:pPr>
              <w:shd w:val="clear" w:color="auto" w:fill="FFFFFF" w:themeFill="background1"/>
            </w:pPr>
            <w:r>
              <w:t>- HS đọc đề bài, nêu yêu cầu cần thực hiện.</w:t>
            </w:r>
          </w:p>
        </w:tc>
      </w:tr>
      <w:tr w:rsidR="009C07B5" w14:paraId="260BC9C8" w14:textId="77777777" w:rsidTr="004F58FE">
        <w:trPr>
          <w:jc w:val="center"/>
        </w:trPr>
        <w:tc>
          <w:tcPr>
            <w:tcW w:w="5270" w:type="dxa"/>
          </w:tcPr>
          <w:p w14:paraId="75B56704" w14:textId="77777777" w:rsidR="009C07B5" w:rsidRDefault="002821C5" w:rsidP="004F58FE">
            <w:pPr>
              <w:shd w:val="clear" w:color="auto" w:fill="FFFFFF" w:themeFill="background1"/>
            </w:pPr>
            <w:r>
              <w:t>- GV hướng dẫn HS thực hiện bài tập, nhắc lại yêu cầu trọng tâm của đề bài.</w:t>
            </w:r>
          </w:p>
        </w:tc>
        <w:tc>
          <w:tcPr>
            <w:tcW w:w="5270" w:type="dxa"/>
          </w:tcPr>
          <w:p w14:paraId="4B3E09D3" w14:textId="77777777" w:rsidR="009C07B5" w:rsidRDefault="002821C5" w:rsidP="004F58FE">
            <w:pPr>
              <w:shd w:val="clear" w:color="auto" w:fill="FFFFFF" w:themeFill="background1"/>
            </w:pPr>
            <w:r>
              <w:t>- HS lắng nghe, xác định việc cần làm và chuẩn bị thực hiện bài tập.</w:t>
            </w:r>
          </w:p>
        </w:tc>
      </w:tr>
      <w:tr w:rsidR="009C07B5" w14:paraId="742FC050" w14:textId="77777777" w:rsidTr="004F58FE">
        <w:trPr>
          <w:jc w:val="center"/>
        </w:trPr>
        <w:tc>
          <w:tcPr>
            <w:tcW w:w="5270" w:type="dxa"/>
          </w:tcPr>
          <w:p w14:paraId="2D48C73D" w14:textId="77777777" w:rsidR="009C07B5" w:rsidRDefault="002821C5" w:rsidP="004F58FE">
            <w:pPr>
              <w:shd w:val="clear" w:color="auto" w:fill="FFFFFF" w:themeFill="background1"/>
            </w:pPr>
            <w:r>
              <w:t>- GV yêu cầu HS làm việc cá nhân, thực hiện bài vào vở/VBT hoặc bảng con theo yêu cầu.</w:t>
            </w:r>
          </w:p>
        </w:tc>
        <w:tc>
          <w:tcPr>
            <w:tcW w:w="5270" w:type="dxa"/>
          </w:tcPr>
          <w:p w14:paraId="5C1030DF" w14:textId="77777777" w:rsidR="009C07B5" w:rsidRDefault="002821C5" w:rsidP="004F58FE">
            <w:pPr>
              <w:shd w:val="clear" w:color="auto" w:fill="FFFFFF" w:themeFill="background1"/>
            </w:pPr>
            <w:r>
              <w:t>- HS làm bài cá nhân, tự kiểm tra lại kết quả trước khi trình bày.</w:t>
            </w:r>
          </w:p>
        </w:tc>
      </w:tr>
      <w:tr w:rsidR="009C07B5" w14:paraId="20B2E2C1" w14:textId="77777777" w:rsidTr="004F58FE">
        <w:trPr>
          <w:jc w:val="center"/>
        </w:trPr>
        <w:tc>
          <w:tcPr>
            <w:tcW w:w="5270" w:type="dxa"/>
          </w:tcPr>
          <w:p w14:paraId="66F1AD14" w14:textId="77777777" w:rsidR="009C07B5" w:rsidRDefault="002821C5" w:rsidP="004F58FE">
            <w:pPr>
              <w:shd w:val="clear" w:color="auto" w:fill="FFFFFF" w:themeFill="background1"/>
            </w:pPr>
            <w:r>
              <w:lastRenderedPageBreak/>
              <w:t>- GV mời HS trình bày kết quả trước lớp.</w:t>
            </w:r>
          </w:p>
        </w:tc>
        <w:tc>
          <w:tcPr>
            <w:tcW w:w="5270" w:type="dxa"/>
          </w:tcPr>
          <w:p w14:paraId="6089C762" w14:textId="77777777" w:rsidR="009C07B5" w:rsidRDefault="002821C5" w:rsidP="004F58FE">
            <w:pPr>
              <w:shd w:val="clear" w:color="auto" w:fill="FFFFFF" w:themeFill="background1"/>
            </w:pPr>
            <w:r>
              <w:t>- HS trình bày kết quả rõ ràng; các bạn theo dõi, nhận xét và bổ sung.</w:t>
            </w:r>
          </w:p>
        </w:tc>
      </w:tr>
      <w:tr w:rsidR="009C07B5" w14:paraId="0AB6808A" w14:textId="77777777" w:rsidTr="004F58FE">
        <w:trPr>
          <w:jc w:val="center"/>
        </w:trPr>
        <w:tc>
          <w:tcPr>
            <w:tcW w:w="5270" w:type="dxa"/>
          </w:tcPr>
          <w:p w14:paraId="09B1CC06" w14:textId="77777777" w:rsidR="009C07B5" w:rsidRDefault="002821C5" w:rsidP="004F58FE">
            <w:pPr>
              <w:shd w:val="clear" w:color="auto" w:fill="FFFFFF" w:themeFill="background1"/>
            </w:pPr>
            <w:r>
              <w:t>- GV nhận xét, sửa bài và chốt đáp án đúng.</w:t>
            </w:r>
          </w:p>
        </w:tc>
        <w:tc>
          <w:tcPr>
            <w:tcW w:w="5270" w:type="dxa"/>
          </w:tcPr>
          <w:p w14:paraId="04ECC7B8" w14:textId="77777777" w:rsidR="009C07B5" w:rsidRDefault="002821C5" w:rsidP="004F58FE">
            <w:pPr>
              <w:shd w:val="clear" w:color="auto" w:fill="FFFFFF" w:themeFill="background1"/>
            </w:pPr>
            <w:r>
              <w:t>- HS sửa bài vào vở/VBT, ghi nhớ cách làm đúng.</w:t>
            </w:r>
          </w:p>
        </w:tc>
      </w:tr>
      <w:tr w:rsidR="009C07B5" w14:paraId="6915F4C8" w14:textId="77777777" w:rsidTr="004F58FE">
        <w:trPr>
          <w:jc w:val="center"/>
        </w:trPr>
        <w:tc>
          <w:tcPr>
            <w:tcW w:w="5270" w:type="dxa"/>
          </w:tcPr>
          <w:p w14:paraId="166DE56F" w14:textId="77777777" w:rsidR="009C07B5" w:rsidRDefault="002821C5" w:rsidP="004F58FE">
            <w:pPr>
              <w:shd w:val="clear" w:color="auto" w:fill="FFFFFF" w:themeFill="background1"/>
            </w:pPr>
            <w:r>
              <w:t>- GV hỏi: Câu “Ăn quả nhớ người trồng cây” muốn nhắc chúng ta điều gì?</w:t>
            </w:r>
          </w:p>
        </w:tc>
        <w:tc>
          <w:tcPr>
            <w:tcW w:w="5270" w:type="dxa"/>
          </w:tcPr>
          <w:p w14:paraId="110788C0" w14:textId="77777777" w:rsidR="009C07B5" w:rsidRDefault="002821C5" w:rsidP="004F58FE">
            <w:pPr>
              <w:shd w:val="clear" w:color="auto" w:fill="FFFFFF" w:themeFill="background1"/>
            </w:pPr>
            <w:r>
              <w:t>- HS trả lời: Câu này nhắc chúng ta phải biết ơn những người đã lao động, chăm sóc, giúp đỡ mình; khi được hưởng thành quả cần nhớ công sức của người làm ra.</w:t>
            </w:r>
          </w:p>
        </w:tc>
      </w:tr>
      <w:tr w:rsidR="009C07B5" w14:paraId="332BB6A8" w14:textId="77777777" w:rsidTr="004F58FE">
        <w:trPr>
          <w:jc w:val="center"/>
        </w:trPr>
        <w:tc>
          <w:tcPr>
            <w:tcW w:w="5270" w:type="dxa"/>
          </w:tcPr>
          <w:p w14:paraId="0A5C7DFE" w14:textId="77777777" w:rsidR="009C07B5" w:rsidRDefault="002821C5" w:rsidP="004F58FE">
            <w:pPr>
              <w:shd w:val="clear" w:color="auto" w:fill="FFFFFF" w:themeFill="background1"/>
            </w:pPr>
            <w:r>
              <w:rPr>
                <w:color w:val="C00000"/>
              </w:rPr>
              <w:t>- Tích hợp giáo dục lý tưởng cách mạng, đạo đức, lối sống: GV diễn giải: Truyền thống uống nước nhớ nguồn là nét đẹp của dân tộc ta. Khi ăn một quả ngọt, dùng một quyển sách hay được học trong ngôi trường sạch đẹp, các em cần nhớ đến công sức của người trồng cây, người làm sách, thầy cô, cha mẹ và những người lao động. Biết ơn không chỉ nói bằng lời mà còn thể hiện qua việc chăm học, giữ gìn đồ dùng, kính trọng người lớn và giúp đỡ người khác khi có thể.</w:t>
            </w:r>
          </w:p>
        </w:tc>
        <w:tc>
          <w:tcPr>
            <w:tcW w:w="5270" w:type="dxa"/>
          </w:tcPr>
          <w:p w14:paraId="195A2AE1" w14:textId="77777777" w:rsidR="009C07B5" w:rsidRDefault="002821C5" w:rsidP="004F58FE">
            <w:pPr>
              <w:shd w:val="clear" w:color="auto" w:fill="FFFFFF" w:themeFill="background1"/>
            </w:pPr>
            <w:r>
              <w:rPr>
                <w:color w:val="C00000"/>
              </w:rPr>
              <w:t>- HS nêu việc làm thể hiện lòng biết ơn: Em chăm học để bố mẹ vui; em giữ gìn sách vở; em nói lời cảm ơn khi được giúp; em không lãng phí thức ăn.</w:t>
            </w:r>
          </w:p>
        </w:tc>
      </w:tr>
      <w:tr w:rsidR="009C07B5" w14:paraId="6D3F0F38" w14:textId="77777777" w:rsidTr="004F58FE">
        <w:trPr>
          <w:jc w:val="center"/>
        </w:trPr>
        <w:tc>
          <w:tcPr>
            <w:tcW w:w="5270" w:type="dxa"/>
          </w:tcPr>
          <w:p w14:paraId="2F0B185C" w14:textId="77777777" w:rsidR="009C07B5" w:rsidRDefault="002821C5" w:rsidP="004F58FE">
            <w:pPr>
              <w:shd w:val="clear" w:color="auto" w:fill="FFFFFF" w:themeFill="background1"/>
            </w:pPr>
            <w:r>
              <w:t>- GV hướng dẫn HS viết câu ứng dụng vào vở, chú ý độ cao chữ hoa Ă, khoảng cách chữ và dấu chấm cuối câu.</w:t>
            </w:r>
          </w:p>
        </w:tc>
        <w:tc>
          <w:tcPr>
            <w:tcW w:w="5270" w:type="dxa"/>
          </w:tcPr>
          <w:p w14:paraId="57B24648" w14:textId="77777777" w:rsidR="009C07B5" w:rsidRDefault="002821C5" w:rsidP="004F58FE">
            <w:pPr>
              <w:shd w:val="clear" w:color="auto" w:fill="FFFFFF" w:themeFill="background1"/>
            </w:pPr>
            <w:r>
              <w:t>- HS viết câu ứng dụng vào vở: “Ăn quả nhớ người trồng cây.”; HS soát lại khoảng cách và dấu chấm.</w:t>
            </w:r>
          </w:p>
        </w:tc>
      </w:tr>
      <w:tr w:rsidR="009C07B5" w14:paraId="0DA015F4" w14:textId="77777777" w:rsidTr="004F58FE">
        <w:trPr>
          <w:jc w:val="center"/>
        </w:trPr>
        <w:tc>
          <w:tcPr>
            <w:tcW w:w="5270" w:type="dxa"/>
            <w:tcBorders>
              <w:bottom w:val="single" w:sz="8" w:space="0" w:color="000000"/>
            </w:tcBorders>
          </w:tcPr>
          <w:p w14:paraId="2737DA18" w14:textId="77777777" w:rsidR="009C07B5" w:rsidRDefault="002821C5" w:rsidP="004F58FE">
            <w:pPr>
              <w:shd w:val="clear" w:color="auto" w:fill="FFFFFF" w:themeFill="background1"/>
            </w:pPr>
            <w:r>
              <w:t>- GV kết luận: Viết đúng câu ứng dụng giúp các em rèn chữ đẹp và hiểu ý nghĩa lời nhắc trong câu.</w:t>
            </w:r>
          </w:p>
        </w:tc>
        <w:tc>
          <w:tcPr>
            <w:tcW w:w="5270" w:type="dxa"/>
            <w:tcBorders>
              <w:bottom w:val="single" w:sz="8" w:space="0" w:color="000000"/>
            </w:tcBorders>
          </w:tcPr>
          <w:p w14:paraId="24B6A336" w14:textId="77777777" w:rsidR="009C07B5" w:rsidRDefault="002821C5" w:rsidP="004F58FE">
            <w:pPr>
              <w:shd w:val="clear" w:color="auto" w:fill="FFFFFF" w:themeFill="background1"/>
            </w:pPr>
            <w:r>
              <w:t>- HS lắng nghe, nhắc lại điều cần ghi nhớ sau bài tập.</w:t>
            </w:r>
          </w:p>
        </w:tc>
      </w:tr>
      <w:tr w:rsidR="009C07B5" w14:paraId="5FB70BCD" w14:textId="77777777" w:rsidTr="004F58FE">
        <w:trPr>
          <w:jc w:val="center"/>
        </w:trPr>
        <w:tc>
          <w:tcPr>
            <w:tcW w:w="10540" w:type="dxa"/>
            <w:gridSpan w:val="2"/>
            <w:tcBorders>
              <w:top w:val="single" w:sz="8" w:space="0" w:color="000000"/>
              <w:bottom w:val="single" w:sz="8" w:space="0" w:color="000000"/>
            </w:tcBorders>
            <w:shd w:val="clear" w:color="auto" w:fill="E2F0D9"/>
          </w:tcPr>
          <w:p w14:paraId="5176E21E" w14:textId="77777777" w:rsidR="009C07B5" w:rsidRDefault="002821C5" w:rsidP="004F58FE">
            <w:pPr>
              <w:shd w:val="clear" w:color="auto" w:fill="FFFFFF" w:themeFill="background1"/>
            </w:pPr>
            <w:r>
              <w:rPr>
                <w:b/>
                <w:color w:val="008000"/>
              </w:rPr>
              <w:t>4. Vận dụng (3 phút)</w:t>
            </w:r>
          </w:p>
          <w:p w14:paraId="58CD86BE" w14:textId="77777777" w:rsidR="009C07B5" w:rsidRDefault="002821C5" w:rsidP="004F58FE">
            <w:pPr>
              <w:shd w:val="clear" w:color="auto" w:fill="FFFFFF" w:themeFill="background1"/>
            </w:pPr>
            <w:r>
              <w:rPr>
                <w:i/>
                <w:color w:val="008000"/>
              </w:rPr>
              <w:t>Mục tiêu: Củng cố chữ hoa Ă, Â và liên hệ lời biết ơn trong đời sống.</w:t>
            </w:r>
          </w:p>
        </w:tc>
      </w:tr>
      <w:tr w:rsidR="009C07B5" w14:paraId="2119A586" w14:textId="77777777" w:rsidTr="004F58FE">
        <w:trPr>
          <w:jc w:val="center"/>
        </w:trPr>
        <w:tc>
          <w:tcPr>
            <w:tcW w:w="5270" w:type="dxa"/>
            <w:tcBorders>
              <w:top w:val="single" w:sz="8" w:space="0" w:color="000000"/>
            </w:tcBorders>
          </w:tcPr>
          <w:p w14:paraId="0C4C9D14" w14:textId="77777777" w:rsidR="009C07B5" w:rsidRDefault="002821C5" w:rsidP="004F58FE">
            <w:pPr>
              <w:shd w:val="clear" w:color="auto" w:fill="FFFFFF" w:themeFill="background1"/>
            </w:pPr>
            <w:r>
              <w:t>- GV yêu cầu HS nói một câu cảm ơn người thân hoặc người lao động mà em muốn gửi lời biết ơn.</w:t>
            </w:r>
          </w:p>
        </w:tc>
        <w:tc>
          <w:tcPr>
            <w:tcW w:w="5270" w:type="dxa"/>
            <w:tcBorders>
              <w:top w:val="single" w:sz="8" w:space="0" w:color="000000"/>
            </w:tcBorders>
          </w:tcPr>
          <w:p w14:paraId="7232C76D" w14:textId="77777777" w:rsidR="009C07B5" w:rsidRDefault="002821C5" w:rsidP="004F58FE">
            <w:pPr>
              <w:shd w:val="clear" w:color="auto" w:fill="FFFFFF" w:themeFill="background1"/>
            </w:pPr>
            <w:r>
              <w:t>- HS nói: Em cảm ơn mẹ đã nấu cơm cho gia đình; em cảm ơn bác lao công đã giữ sân trường sạch; em cảm ơn thầy cô đã dạy em học.</w:t>
            </w:r>
          </w:p>
        </w:tc>
      </w:tr>
      <w:tr w:rsidR="009C07B5" w14:paraId="5299184F" w14:textId="77777777" w:rsidTr="004F58FE">
        <w:trPr>
          <w:jc w:val="center"/>
        </w:trPr>
        <w:tc>
          <w:tcPr>
            <w:tcW w:w="5270" w:type="dxa"/>
          </w:tcPr>
          <w:p w14:paraId="6FEFC225" w14:textId="77777777" w:rsidR="009C07B5" w:rsidRDefault="002821C5" w:rsidP="004F58FE">
            <w:pPr>
              <w:shd w:val="clear" w:color="auto" w:fill="FFFFFF" w:themeFill="background1"/>
            </w:pPr>
            <w:r>
              <w:t>- Dặn dò: Về nhà luyện viết thêm chữ Ă, Â và thực hiện một lời cảm ơn ở nhà.</w:t>
            </w:r>
          </w:p>
        </w:tc>
        <w:tc>
          <w:tcPr>
            <w:tcW w:w="5270" w:type="dxa"/>
          </w:tcPr>
          <w:p w14:paraId="5BF7F5AF" w14:textId="77777777" w:rsidR="009C07B5" w:rsidRDefault="002821C5" w:rsidP="004F58FE">
            <w:pPr>
              <w:shd w:val="clear" w:color="auto" w:fill="FFFFFF" w:themeFill="background1"/>
            </w:pPr>
            <w:r>
              <w:t>- HS ghi nhớ nhiệm vụ.</w:t>
            </w:r>
          </w:p>
        </w:tc>
      </w:tr>
    </w:tbl>
    <w:p w14:paraId="56467174" w14:textId="77777777" w:rsidR="009C07B5" w:rsidRDefault="002821C5" w:rsidP="004F58FE">
      <w:pPr>
        <w:shd w:val="clear" w:color="auto" w:fill="FFFFFF" w:themeFill="background1"/>
      </w:pPr>
      <w:r>
        <w:rPr>
          <w:b/>
          <w:color w:val="000000"/>
        </w:rPr>
        <w:t>IV. ĐIỀU CHỈNH SAU TIẾT DẠY (NẾU CÓ):</w:t>
      </w:r>
    </w:p>
    <w:p w14:paraId="677B586A" w14:textId="77777777" w:rsidR="009C07B5" w:rsidRDefault="002821C5" w:rsidP="004F58FE">
      <w:pPr>
        <w:shd w:val="clear" w:color="auto" w:fill="FFFFFF" w:themeFill="background1"/>
      </w:pPr>
      <w:r>
        <w:rPr>
          <w:color w:val="000000"/>
        </w:rPr>
        <w:t>................................................................................................................................................</w:t>
      </w:r>
    </w:p>
    <w:p w14:paraId="01FBBC38" w14:textId="77777777" w:rsidR="009C07B5" w:rsidRDefault="002821C5" w:rsidP="004F58FE">
      <w:pPr>
        <w:shd w:val="clear" w:color="auto" w:fill="FFFFFF" w:themeFill="background1"/>
      </w:pPr>
      <w:r>
        <w:br w:type="page"/>
      </w:r>
    </w:p>
    <w:p w14:paraId="31705E6D" w14:textId="77777777" w:rsidR="009C07B5" w:rsidRDefault="002821C5" w:rsidP="004F58FE">
      <w:pPr>
        <w:shd w:val="clear" w:color="auto" w:fill="FFFFFF" w:themeFill="background1"/>
        <w:jc w:val="center"/>
      </w:pPr>
      <w:r>
        <w:rPr>
          <w:b/>
          <w:color w:val="000000"/>
        </w:rPr>
        <w:lastRenderedPageBreak/>
        <w:t>KẾ HOẠCH DẠY HỌC - TUẦN 2</w:t>
      </w:r>
    </w:p>
    <w:p w14:paraId="3EE34A46" w14:textId="77777777" w:rsidR="009C07B5" w:rsidRDefault="002821C5" w:rsidP="004F58FE">
      <w:pPr>
        <w:shd w:val="clear" w:color="auto" w:fill="FFFFFF" w:themeFill="background1"/>
        <w:jc w:val="center"/>
      </w:pPr>
      <w:r>
        <w:rPr>
          <w:b/>
          <w:color w:val="000000"/>
        </w:rPr>
        <w:t>CHỦ ĐỀ 1: EM LỚN LÊN TỪNG NGÀY</w:t>
      </w:r>
    </w:p>
    <w:p w14:paraId="30A545A2" w14:textId="77777777" w:rsidR="009C07B5" w:rsidRDefault="002821C5" w:rsidP="004F58FE">
      <w:pPr>
        <w:shd w:val="clear" w:color="auto" w:fill="FFFFFF" w:themeFill="background1"/>
        <w:jc w:val="center"/>
      </w:pPr>
      <w:r>
        <w:rPr>
          <w:b/>
          <w:color w:val="000000"/>
        </w:rPr>
        <w:t>BÀI 3: NIỀM VUI CỦA BI VÀ BỐNG</w:t>
      </w:r>
    </w:p>
    <w:p w14:paraId="4F6D2866" w14:textId="77777777" w:rsidR="009C07B5" w:rsidRDefault="002821C5" w:rsidP="004F58FE">
      <w:pPr>
        <w:shd w:val="clear" w:color="auto" w:fill="FFFFFF" w:themeFill="background1"/>
        <w:jc w:val="center"/>
      </w:pPr>
      <w:r>
        <w:rPr>
          <w:b/>
          <w:color w:val="000000"/>
        </w:rPr>
        <w:t>TIẾT 4: NÓI VÀ NGHE: KỂ CHUYỆN NIỀM VUI CỦA BI VÀ BỐNG</w:t>
      </w:r>
    </w:p>
    <w:p w14:paraId="29B3B503" w14:textId="77777777" w:rsidR="009C07B5" w:rsidRDefault="002821C5" w:rsidP="004F58FE">
      <w:pPr>
        <w:shd w:val="clear" w:color="auto" w:fill="FFFFFF" w:themeFill="background1"/>
      </w:pPr>
      <w:r>
        <w:rPr>
          <w:b/>
          <w:color w:val="000000"/>
        </w:rPr>
        <w:t>I. YÊU CẦU CẦN ĐẠT:</w:t>
      </w:r>
    </w:p>
    <w:p w14:paraId="6E33F367" w14:textId="77777777" w:rsidR="009C07B5" w:rsidRDefault="002821C5" w:rsidP="004F58FE">
      <w:pPr>
        <w:shd w:val="clear" w:color="auto" w:fill="FFFFFF" w:themeFill="background1"/>
      </w:pPr>
      <w:r>
        <w:rPr>
          <w:b/>
          <w:color w:val="000000"/>
        </w:rPr>
        <w:t>1. Năng lực đặc thù:</w:t>
      </w:r>
    </w:p>
    <w:p w14:paraId="5A0DA2EA" w14:textId="77777777" w:rsidR="009C07B5" w:rsidRDefault="002821C5" w:rsidP="004F58FE">
      <w:pPr>
        <w:shd w:val="clear" w:color="auto" w:fill="FFFFFF" w:themeFill="background1"/>
      </w:pPr>
      <w:r>
        <w:rPr>
          <w:color w:val="000000"/>
        </w:rPr>
        <w:t>- Dựa vào tranh, nói tiếp được các câu để hoàn thành nội dung câu chuyện.</w:t>
      </w:r>
    </w:p>
    <w:p w14:paraId="582FC572" w14:textId="77777777" w:rsidR="009C07B5" w:rsidRDefault="002821C5" w:rsidP="004F58FE">
      <w:pPr>
        <w:shd w:val="clear" w:color="auto" w:fill="FFFFFF" w:themeFill="background1"/>
      </w:pPr>
      <w:r>
        <w:rPr>
          <w:color w:val="000000"/>
        </w:rPr>
        <w:t>- Kể được 1 - 2 đoạn của câu chuyện theo tranh, lời kể rõ ràng, đúng trình tự.</w:t>
      </w:r>
    </w:p>
    <w:p w14:paraId="3BB68978" w14:textId="77777777" w:rsidR="009C07B5" w:rsidRDefault="002821C5" w:rsidP="004F58FE">
      <w:pPr>
        <w:shd w:val="clear" w:color="auto" w:fill="FFFFFF" w:themeFill="background1"/>
      </w:pPr>
      <w:r>
        <w:rPr>
          <w:color w:val="000000"/>
        </w:rPr>
        <w:t>- Biết lắng nghe bạn kể, nhận xét được lời kể của bạn theo gợi ý.</w:t>
      </w:r>
    </w:p>
    <w:p w14:paraId="64C49F60" w14:textId="77777777" w:rsidR="009C07B5" w:rsidRDefault="002821C5" w:rsidP="004F58FE">
      <w:pPr>
        <w:shd w:val="clear" w:color="auto" w:fill="FFFFFF" w:themeFill="background1"/>
      </w:pPr>
      <w:r>
        <w:rPr>
          <w:b/>
          <w:color w:val="000000"/>
        </w:rPr>
        <w:t>2. Năng lực chung:</w:t>
      </w:r>
    </w:p>
    <w:p w14:paraId="66231D75" w14:textId="77777777" w:rsidR="009C07B5" w:rsidRDefault="002821C5" w:rsidP="004F58FE">
      <w:pPr>
        <w:shd w:val="clear" w:color="auto" w:fill="FFFFFF" w:themeFill="background1"/>
      </w:pPr>
      <w:r>
        <w:rPr>
          <w:color w:val="000000"/>
        </w:rPr>
        <w:t>- Giao tiếp và hợp tác: biết kể chuyện trong nhóm, lắng nghe và góp ý cho bạn.</w:t>
      </w:r>
    </w:p>
    <w:p w14:paraId="6C2E0DCF" w14:textId="77777777" w:rsidR="009C07B5" w:rsidRDefault="002821C5" w:rsidP="004F58FE">
      <w:pPr>
        <w:shd w:val="clear" w:color="auto" w:fill="FFFFFF" w:themeFill="background1"/>
      </w:pPr>
      <w:r>
        <w:rPr>
          <w:color w:val="000000"/>
        </w:rPr>
        <w:t>- Tự chủ và tự học: chuẩn bị nội dung kể, mạnh dạn trình bày trước lớp.</w:t>
      </w:r>
    </w:p>
    <w:p w14:paraId="3DD4A527" w14:textId="77777777" w:rsidR="009C07B5" w:rsidRDefault="002821C5" w:rsidP="004F58FE">
      <w:pPr>
        <w:shd w:val="clear" w:color="auto" w:fill="FFFFFF" w:themeFill="background1"/>
      </w:pPr>
      <w:r>
        <w:rPr>
          <w:color w:val="000000"/>
        </w:rPr>
        <w:t>- Giải quyết vấn đề và sáng tạo: biết chọn lời kể phù hợp với tranh, thêm cảm xúc khi kể.</w:t>
      </w:r>
    </w:p>
    <w:p w14:paraId="21D092D3" w14:textId="77777777" w:rsidR="009C07B5" w:rsidRDefault="002821C5" w:rsidP="004F58FE">
      <w:pPr>
        <w:shd w:val="clear" w:color="auto" w:fill="FFFFFF" w:themeFill="background1"/>
      </w:pPr>
      <w:r>
        <w:rPr>
          <w:b/>
          <w:color w:val="000000"/>
        </w:rPr>
        <w:t>3. Phẩm chất:</w:t>
      </w:r>
    </w:p>
    <w:p w14:paraId="599D7155" w14:textId="77777777" w:rsidR="009C07B5" w:rsidRDefault="002821C5" w:rsidP="004F58FE">
      <w:pPr>
        <w:shd w:val="clear" w:color="auto" w:fill="FFFFFF" w:themeFill="background1"/>
      </w:pPr>
      <w:r>
        <w:rPr>
          <w:color w:val="000000"/>
        </w:rPr>
        <w:t>- Nhân ái: biết yêu thương, quan tâm anh chị em.</w:t>
      </w:r>
    </w:p>
    <w:p w14:paraId="0811AB11" w14:textId="77777777" w:rsidR="009C07B5" w:rsidRDefault="002821C5" w:rsidP="004F58FE">
      <w:pPr>
        <w:shd w:val="clear" w:color="auto" w:fill="FFFFFF" w:themeFill="background1"/>
      </w:pPr>
      <w:r>
        <w:rPr>
          <w:color w:val="000000"/>
        </w:rPr>
        <w:t>- Chăm chỉ: tích cực luyện kể, rèn nói thành câu.</w:t>
      </w:r>
    </w:p>
    <w:p w14:paraId="28DC4ED8" w14:textId="77777777" w:rsidR="009C07B5" w:rsidRDefault="002821C5" w:rsidP="004F58FE">
      <w:pPr>
        <w:shd w:val="clear" w:color="auto" w:fill="FFFFFF" w:themeFill="background1"/>
      </w:pPr>
      <w:r>
        <w:rPr>
          <w:color w:val="000000"/>
        </w:rPr>
        <w:t>- Trách nhiệm: biết hoàn thành nhiệm vụ kể chuyện trong nhóm.</w:t>
      </w:r>
    </w:p>
    <w:p w14:paraId="26C979A1" w14:textId="77777777" w:rsidR="009C07B5" w:rsidRDefault="002821C5" w:rsidP="004F58FE">
      <w:pPr>
        <w:shd w:val="clear" w:color="auto" w:fill="FFFFFF" w:themeFill="background1"/>
      </w:pPr>
      <w:r>
        <w:rPr>
          <w:b/>
          <w:color w:val="C00000"/>
        </w:rPr>
        <w:t>4. Tích hợp:</w:t>
      </w:r>
    </w:p>
    <w:p w14:paraId="1A4BE211" w14:textId="77777777" w:rsidR="009C07B5" w:rsidRDefault="002821C5" w:rsidP="004F58FE">
      <w:pPr>
        <w:shd w:val="clear" w:color="auto" w:fill="FFFFFF" w:themeFill="background1"/>
      </w:pPr>
      <w:r>
        <w:rPr>
          <w:color w:val="C00000"/>
        </w:rPr>
        <w:t>- Giáo dục quyền con người: HS nhận biết quyền được bày tỏ ý kiến, chia sẻ cảm xúc và sáng tạo qua hoạt động kể chuyện.</w:t>
      </w:r>
    </w:p>
    <w:p w14:paraId="6C2C7213" w14:textId="77777777" w:rsidR="009C07B5" w:rsidRDefault="002821C5" w:rsidP="004F58FE">
      <w:pPr>
        <w:shd w:val="clear" w:color="auto" w:fill="FFFFFF" w:themeFill="background1"/>
      </w:pPr>
      <w:r>
        <w:rPr>
          <w:b/>
          <w:color w:val="000000"/>
        </w:rPr>
        <w:t>II. ĐỒ DÙNG DẠY HỌC:</w:t>
      </w:r>
    </w:p>
    <w:p w14:paraId="0021432F" w14:textId="77777777" w:rsidR="009C07B5" w:rsidRDefault="002821C5" w:rsidP="004F58FE">
      <w:pPr>
        <w:shd w:val="clear" w:color="auto" w:fill="FFFFFF" w:themeFill="background1"/>
      </w:pPr>
      <w:r>
        <w:rPr>
          <w:color w:val="000000"/>
        </w:rPr>
        <w:t>- GV: Tranh SGK trang 19, thẻ gợi ý kể chuyện, máy chiếu.</w:t>
      </w:r>
    </w:p>
    <w:p w14:paraId="171B145B" w14:textId="77777777" w:rsidR="009C07B5" w:rsidRDefault="002821C5" w:rsidP="004F58FE">
      <w:pPr>
        <w:shd w:val="clear" w:color="auto" w:fill="FFFFFF" w:themeFill="background1"/>
      </w:pPr>
      <w:r>
        <w:rPr>
          <w:color w:val="000000"/>
        </w:rPr>
        <w:t>- HS: SGK, vở, bút chì; chuẩn bị kể lại câu chuyện cho người thân.</w:t>
      </w:r>
    </w:p>
    <w:p w14:paraId="04E895F8" w14:textId="77777777" w:rsidR="009C07B5" w:rsidRDefault="002821C5" w:rsidP="004F58FE">
      <w:pPr>
        <w:shd w:val="clear" w:color="auto" w:fill="FFFFFF" w:themeFill="background1"/>
      </w:pPr>
      <w:r>
        <w:rPr>
          <w:b/>
        </w:rPr>
        <w:t>III. HOẠT ĐỘNG DẠY HỌC</w:t>
      </w:r>
    </w:p>
    <w:tbl>
      <w:tblPr>
        <w:tblW w:w="0" w:type="auto"/>
        <w:jc w:val="center"/>
        <w:tblBorders>
          <w:top w:val="single" w:sz="8" w:space="0" w:color="000000"/>
          <w:left w:val="single" w:sz="8" w:space="0" w:color="000000"/>
          <w:bottom w:val="single" w:sz="8" w:space="0" w:color="000000"/>
          <w:right w:val="single" w:sz="8" w:space="0" w:color="000000"/>
          <w:insideV w:val="single" w:sz="8" w:space="0" w:color="000000"/>
        </w:tblBorders>
        <w:tblLook w:val="04A0" w:firstRow="1" w:lastRow="0" w:firstColumn="1" w:lastColumn="0" w:noHBand="0" w:noVBand="1"/>
      </w:tblPr>
      <w:tblGrid>
        <w:gridCol w:w="5270"/>
        <w:gridCol w:w="5270"/>
      </w:tblGrid>
      <w:tr w:rsidR="009C07B5" w14:paraId="426CFC76" w14:textId="77777777" w:rsidTr="004F58FE">
        <w:trPr>
          <w:jc w:val="center"/>
        </w:trPr>
        <w:tc>
          <w:tcPr>
            <w:tcW w:w="4680" w:type="dxa"/>
            <w:tcBorders>
              <w:bottom w:val="single" w:sz="8" w:space="0" w:color="000000"/>
            </w:tcBorders>
            <w:shd w:val="clear" w:color="auto" w:fill="D9EAF7"/>
            <w:tcMar>
              <w:top w:w="60" w:type="dxa"/>
              <w:left w:w="70" w:type="dxa"/>
              <w:bottom w:w="60" w:type="dxa"/>
              <w:right w:w="70" w:type="dxa"/>
            </w:tcMar>
          </w:tcPr>
          <w:p w14:paraId="69CE01B2" w14:textId="77777777" w:rsidR="009C07B5" w:rsidRDefault="002821C5" w:rsidP="004F58FE">
            <w:pPr>
              <w:shd w:val="clear" w:color="auto" w:fill="FFFFFF" w:themeFill="background1"/>
              <w:jc w:val="center"/>
            </w:pPr>
            <w:r>
              <w:rPr>
                <w:b/>
              </w:rPr>
              <w:t>Hoạt động của giáo viên</w:t>
            </w:r>
          </w:p>
        </w:tc>
        <w:tc>
          <w:tcPr>
            <w:tcW w:w="4680" w:type="dxa"/>
            <w:tcBorders>
              <w:bottom w:val="single" w:sz="8" w:space="0" w:color="000000"/>
            </w:tcBorders>
            <w:shd w:val="clear" w:color="auto" w:fill="D9EAF7"/>
            <w:tcMar>
              <w:top w:w="60" w:type="dxa"/>
              <w:left w:w="70" w:type="dxa"/>
              <w:bottom w:w="60" w:type="dxa"/>
              <w:right w:w="70" w:type="dxa"/>
            </w:tcMar>
          </w:tcPr>
          <w:p w14:paraId="1F23FB50" w14:textId="77777777" w:rsidR="009C07B5" w:rsidRDefault="002821C5" w:rsidP="004F58FE">
            <w:pPr>
              <w:shd w:val="clear" w:color="auto" w:fill="FFFFFF" w:themeFill="background1"/>
              <w:jc w:val="center"/>
            </w:pPr>
            <w:r>
              <w:rPr>
                <w:b/>
              </w:rPr>
              <w:t>Hoạt động của học sinh</w:t>
            </w:r>
          </w:p>
        </w:tc>
      </w:tr>
      <w:tr w:rsidR="009C07B5" w14:paraId="60C05790" w14:textId="77777777" w:rsidTr="004F58FE">
        <w:trPr>
          <w:jc w:val="center"/>
        </w:trPr>
        <w:tc>
          <w:tcPr>
            <w:tcW w:w="10540" w:type="dxa"/>
            <w:gridSpan w:val="2"/>
            <w:tcBorders>
              <w:top w:val="single" w:sz="8" w:space="0" w:color="000000"/>
              <w:bottom w:val="single" w:sz="8" w:space="0" w:color="000000"/>
            </w:tcBorders>
            <w:shd w:val="clear" w:color="auto" w:fill="E2F0D9"/>
          </w:tcPr>
          <w:p w14:paraId="6A1E10E2" w14:textId="77777777" w:rsidR="009C07B5" w:rsidRDefault="002821C5" w:rsidP="004F58FE">
            <w:pPr>
              <w:shd w:val="clear" w:color="auto" w:fill="FFFFFF" w:themeFill="background1"/>
            </w:pPr>
            <w:r>
              <w:rPr>
                <w:b/>
                <w:color w:val="008000"/>
              </w:rPr>
              <w:t>1. Khởi động (5 phút)</w:t>
            </w:r>
          </w:p>
          <w:p w14:paraId="1E7A9C06" w14:textId="77777777" w:rsidR="009C07B5" w:rsidRDefault="002821C5" w:rsidP="004F58FE">
            <w:pPr>
              <w:shd w:val="clear" w:color="auto" w:fill="FFFFFF" w:themeFill="background1"/>
            </w:pPr>
            <w:r>
              <w:rPr>
                <w:i/>
                <w:color w:val="008000"/>
              </w:rPr>
              <w:t>Mục tiêu: Gợi nhớ nội dung bài đọc và chuẩn bị cho hoạt động kể chuyện.</w:t>
            </w:r>
          </w:p>
        </w:tc>
      </w:tr>
      <w:tr w:rsidR="009C07B5" w14:paraId="4E10B858" w14:textId="77777777" w:rsidTr="004F58FE">
        <w:trPr>
          <w:jc w:val="center"/>
        </w:trPr>
        <w:tc>
          <w:tcPr>
            <w:tcW w:w="5270" w:type="dxa"/>
            <w:tcBorders>
              <w:top w:val="single" w:sz="8" w:space="0" w:color="000000"/>
            </w:tcBorders>
          </w:tcPr>
          <w:p w14:paraId="4DEC10CB" w14:textId="77777777" w:rsidR="009C07B5" w:rsidRDefault="002821C5" w:rsidP="004F58FE">
            <w:pPr>
              <w:shd w:val="clear" w:color="auto" w:fill="FFFFFF" w:themeFill="background1"/>
            </w:pPr>
            <w:r>
              <w:t>- GV hỏi: Bài Niềm vui của Bi và Bống kể về những nhân vật nào? Hai anh em đã nhìn thấy gì?</w:t>
            </w:r>
          </w:p>
        </w:tc>
        <w:tc>
          <w:tcPr>
            <w:tcW w:w="5270" w:type="dxa"/>
            <w:tcBorders>
              <w:top w:val="single" w:sz="8" w:space="0" w:color="000000"/>
            </w:tcBorders>
          </w:tcPr>
          <w:p w14:paraId="744D21A5" w14:textId="77777777" w:rsidR="009C07B5" w:rsidRDefault="002821C5" w:rsidP="004F58FE">
            <w:pPr>
              <w:shd w:val="clear" w:color="auto" w:fill="FFFFFF" w:themeFill="background1"/>
            </w:pPr>
            <w:r>
              <w:t>- HS trả lời: Bài kể về hai anh em Bi và Bống; hai bạn nhìn thấy cầu vồng sau cơn mưa.</w:t>
            </w:r>
          </w:p>
        </w:tc>
      </w:tr>
      <w:tr w:rsidR="009C07B5" w14:paraId="3E20249C" w14:textId="77777777" w:rsidTr="004F58FE">
        <w:trPr>
          <w:jc w:val="center"/>
        </w:trPr>
        <w:tc>
          <w:tcPr>
            <w:tcW w:w="5270" w:type="dxa"/>
            <w:tcBorders>
              <w:bottom w:val="single" w:sz="8" w:space="0" w:color="000000"/>
            </w:tcBorders>
          </w:tcPr>
          <w:p w14:paraId="727CD61E" w14:textId="77777777" w:rsidR="009C07B5" w:rsidRDefault="002821C5" w:rsidP="004F58FE">
            <w:pPr>
              <w:shd w:val="clear" w:color="auto" w:fill="FFFFFF" w:themeFill="background1"/>
            </w:pPr>
            <w:r>
              <w:t>- GV giới thiệu bài: Ở tiết học này, các em sẽ dựa vào tranh để nói tiếp câu còn thiếu và kể lại câu chuyện Niềm vui của Bi và Bống bằng lời của mình.</w:t>
            </w:r>
          </w:p>
        </w:tc>
        <w:tc>
          <w:tcPr>
            <w:tcW w:w="5270" w:type="dxa"/>
            <w:tcBorders>
              <w:bottom w:val="single" w:sz="8" w:space="0" w:color="000000"/>
            </w:tcBorders>
          </w:tcPr>
          <w:p w14:paraId="3A2F280C" w14:textId="77777777" w:rsidR="009C07B5" w:rsidRDefault="002821C5" w:rsidP="004F58FE">
            <w:pPr>
              <w:shd w:val="clear" w:color="auto" w:fill="FFFFFF" w:themeFill="background1"/>
            </w:pPr>
            <w:r>
              <w:t>- HS mở SGK trang 19, quan sát 4 tranh kể chuyện.</w:t>
            </w:r>
          </w:p>
        </w:tc>
      </w:tr>
      <w:tr w:rsidR="009C07B5" w14:paraId="02C6E0B9" w14:textId="77777777" w:rsidTr="004F58FE">
        <w:trPr>
          <w:jc w:val="center"/>
        </w:trPr>
        <w:tc>
          <w:tcPr>
            <w:tcW w:w="10540" w:type="dxa"/>
            <w:gridSpan w:val="2"/>
            <w:tcBorders>
              <w:top w:val="single" w:sz="8" w:space="0" w:color="000000"/>
              <w:bottom w:val="nil"/>
            </w:tcBorders>
            <w:shd w:val="clear" w:color="auto" w:fill="E2F0D9"/>
          </w:tcPr>
          <w:p w14:paraId="72293CC0" w14:textId="77777777" w:rsidR="009C07B5" w:rsidRDefault="002821C5" w:rsidP="004F58FE">
            <w:pPr>
              <w:shd w:val="clear" w:color="auto" w:fill="FFFFFF" w:themeFill="background1"/>
            </w:pPr>
            <w:r>
              <w:rPr>
                <w:b/>
                <w:color w:val="008000"/>
              </w:rPr>
              <w:t>2. Khám phá (15 phút)</w:t>
            </w:r>
          </w:p>
          <w:p w14:paraId="330C87EA" w14:textId="77777777" w:rsidR="009C07B5" w:rsidRDefault="002821C5" w:rsidP="004F58FE">
            <w:pPr>
              <w:shd w:val="clear" w:color="auto" w:fill="FFFFFF" w:themeFill="background1"/>
            </w:pPr>
            <w:r>
              <w:rPr>
                <w:i/>
                <w:color w:val="008000"/>
              </w:rPr>
              <w:t>Mục tiêu: Nhận biết nội dung từng tranh và nói tiếp câu còn thiếu.</w:t>
            </w:r>
          </w:p>
        </w:tc>
      </w:tr>
      <w:tr w:rsidR="009C07B5" w14:paraId="7FEC4EA8" w14:textId="77777777" w:rsidTr="004F58FE">
        <w:trPr>
          <w:jc w:val="center"/>
        </w:trPr>
        <w:tc>
          <w:tcPr>
            <w:tcW w:w="10540" w:type="dxa"/>
            <w:gridSpan w:val="2"/>
            <w:tcBorders>
              <w:top w:val="nil"/>
              <w:bottom w:val="single" w:sz="8" w:space="0" w:color="000000"/>
            </w:tcBorders>
            <w:shd w:val="clear" w:color="auto" w:fill="E2F0D9"/>
          </w:tcPr>
          <w:p w14:paraId="22A7BBFA" w14:textId="77777777" w:rsidR="009C07B5" w:rsidRDefault="002821C5" w:rsidP="004F58FE">
            <w:pPr>
              <w:shd w:val="clear" w:color="auto" w:fill="FFFFFF" w:themeFill="background1"/>
            </w:pPr>
            <w:r>
              <w:rPr>
                <w:b/>
                <w:color w:val="008000"/>
              </w:rPr>
              <w:t>Hoạt động 1: Nói tiếp để hoàn thành câu dưới tranh.</w:t>
            </w:r>
          </w:p>
          <w:p w14:paraId="17E32417" w14:textId="77777777" w:rsidR="009C07B5" w:rsidRDefault="002821C5" w:rsidP="004F58FE">
            <w:pPr>
              <w:shd w:val="clear" w:color="auto" w:fill="FFFFFF" w:themeFill="background1"/>
            </w:pPr>
            <w:r>
              <w:rPr>
                <w:i/>
                <w:color w:val="008000"/>
              </w:rPr>
              <w:t>Mục tiêu: HS quan sát tranh, nói tiếp câu đúng nội dung, rõ ý.</w:t>
            </w:r>
          </w:p>
        </w:tc>
      </w:tr>
      <w:tr w:rsidR="009C07B5" w14:paraId="1E66DD22" w14:textId="77777777" w:rsidTr="004F58FE">
        <w:trPr>
          <w:jc w:val="center"/>
        </w:trPr>
        <w:tc>
          <w:tcPr>
            <w:tcW w:w="5270" w:type="dxa"/>
            <w:tcBorders>
              <w:top w:val="single" w:sz="8" w:space="0" w:color="000000"/>
            </w:tcBorders>
          </w:tcPr>
          <w:p w14:paraId="27928E1A" w14:textId="77777777" w:rsidR="009C07B5" w:rsidRDefault="002821C5" w:rsidP="004F58FE">
            <w:pPr>
              <w:shd w:val="clear" w:color="auto" w:fill="FFFFFF" w:themeFill="background1"/>
            </w:pPr>
            <w:r>
              <w:rPr>
                <w:b/>
              </w:rPr>
              <w:t>Bài tập 1: Nói tiếp để hoàn thành câu dưới tranh. Khi cầu vồng hiện ra, Bi nói gì?</w:t>
            </w:r>
          </w:p>
        </w:tc>
        <w:tc>
          <w:tcPr>
            <w:tcW w:w="5270" w:type="dxa"/>
            <w:tcBorders>
              <w:top w:val="single" w:sz="8" w:space="0" w:color="000000"/>
            </w:tcBorders>
          </w:tcPr>
          <w:p w14:paraId="3C6233B8" w14:textId="77777777" w:rsidR="009C07B5" w:rsidRDefault="009C07B5" w:rsidP="004F58FE">
            <w:pPr>
              <w:shd w:val="clear" w:color="auto" w:fill="FFFFFF" w:themeFill="background1"/>
            </w:pPr>
          </w:p>
        </w:tc>
      </w:tr>
      <w:tr w:rsidR="009C07B5" w14:paraId="48AF6F80" w14:textId="77777777" w:rsidTr="004F58FE">
        <w:trPr>
          <w:jc w:val="center"/>
        </w:trPr>
        <w:tc>
          <w:tcPr>
            <w:tcW w:w="5270" w:type="dxa"/>
          </w:tcPr>
          <w:p w14:paraId="6B3E192C" w14:textId="77777777" w:rsidR="009C07B5" w:rsidRDefault="002821C5" w:rsidP="004F58FE">
            <w:pPr>
              <w:shd w:val="clear" w:color="auto" w:fill="FFFFFF" w:themeFill="background1"/>
            </w:pPr>
            <w:r>
              <w:t>- GV yêu cầu HS đọc đề bài.</w:t>
            </w:r>
          </w:p>
          <w:p w14:paraId="48589330" w14:textId="27B349E8" w:rsidR="009C07B5" w:rsidRDefault="009C07B5" w:rsidP="004F58FE">
            <w:pPr>
              <w:shd w:val="clear" w:color="auto" w:fill="FFFFFF" w:themeFill="background1"/>
              <w:jc w:val="center"/>
            </w:pPr>
          </w:p>
        </w:tc>
        <w:tc>
          <w:tcPr>
            <w:tcW w:w="5270" w:type="dxa"/>
          </w:tcPr>
          <w:p w14:paraId="091368FD" w14:textId="77777777" w:rsidR="009C07B5" w:rsidRDefault="002821C5" w:rsidP="004F58FE">
            <w:pPr>
              <w:shd w:val="clear" w:color="auto" w:fill="FFFFFF" w:themeFill="background1"/>
            </w:pPr>
            <w:r>
              <w:t>- HS đọc đề bài, nêu yêu cầu cần thực hiện.</w:t>
            </w:r>
          </w:p>
        </w:tc>
      </w:tr>
      <w:tr w:rsidR="009C07B5" w14:paraId="3AA6D9E8" w14:textId="77777777" w:rsidTr="004F58FE">
        <w:trPr>
          <w:jc w:val="center"/>
        </w:trPr>
        <w:tc>
          <w:tcPr>
            <w:tcW w:w="5270" w:type="dxa"/>
          </w:tcPr>
          <w:p w14:paraId="0D55672E" w14:textId="77777777" w:rsidR="009C07B5" w:rsidRDefault="002821C5" w:rsidP="004F58FE">
            <w:pPr>
              <w:shd w:val="clear" w:color="auto" w:fill="FFFFFF" w:themeFill="background1"/>
            </w:pPr>
            <w:r>
              <w:t>- GV hướng dẫn HS thực hiện bài tập, nhắc lại yêu cầu trọng tâm của đề bài.</w:t>
            </w:r>
          </w:p>
        </w:tc>
        <w:tc>
          <w:tcPr>
            <w:tcW w:w="5270" w:type="dxa"/>
          </w:tcPr>
          <w:p w14:paraId="206415D9" w14:textId="77777777" w:rsidR="009C07B5" w:rsidRDefault="002821C5" w:rsidP="004F58FE">
            <w:pPr>
              <w:shd w:val="clear" w:color="auto" w:fill="FFFFFF" w:themeFill="background1"/>
            </w:pPr>
            <w:r>
              <w:t>- HS lắng nghe, xác định việc cần làm và chuẩn bị thực hiện bài tập.</w:t>
            </w:r>
          </w:p>
        </w:tc>
      </w:tr>
      <w:tr w:rsidR="009C07B5" w14:paraId="3FB4B3C4" w14:textId="77777777" w:rsidTr="004F58FE">
        <w:trPr>
          <w:jc w:val="center"/>
        </w:trPr>
        <w:tc>
          <w:tcPr>
            <w:tcW w:w="5270" w:type="dxa"/>
          </w:tcPr>
          <w:p w14:paraId="2E027C56" w14:textId="77777777" w:rsidR="009C07B5" w:rsidRDefault="002821C5" w:rsidP="004F58FE">
            <w:pPr>
              <w:shd w:val="clear" w:color="auto" w:fill="FFFFFF" w:themeFill="background1"/>
            </w:pPr>
            <w:r>
              <w:t xml:space="preserve">- GV tổ chức cho HS làm việc nhóm 2, trao đổi </w:t>
            </w:r>
            <w:r>
              <w:lastRenderedPageBreak/>
              <w:t>cách làm và thống nhất kết quả.</w:t>
            </w:r>
          </w:p>
        </w:tc>
        <w:tc>
          <w:tcPr>
            <w:tcW w:w="5270" w:type="dxa"/>
          </w:tcPr>
          <w:p w14:paraId="3068CE07" w14:textId="77777777" w:rsidR="009C07B5" w:rsidRDefault="002821C5" w:rsidP="004F58FE">
            <w:pPr>
              <w:shd w:val="clear" w:color="auto" w:fill="FFFFFF" w:themeFill="background1"/>
            </w:pPr>
            <w:r>
              <w:lastRenderedPageBreak/>
              <w:t xml:space="preserve">- HS làm việc nhóm 2, chia sẻ ý kiến, lắng nghe </w:t>
            </w:r>
            <w:r>
              <w:lastRenderedPageBreak/>
              <w:t>bạn và hoàn thành nhiệm vụ.</w:t>
            </w:r>
          </w:p>
        </w:tc>
      </w:tr>
      <w:tr w:rsidR="009C07B5" w14:paraId="295F7233" w14:textId="77777777" w:rsidTr="004F58FE">
        <w:trPr>
          <w:jc w:val="center"/>
        </w:trPr>
        <w:tc>
          <w:tcPr>
            <w:tcW w:w="5270" w:type="dxa"/>
          </w:tcPr>
          <w:p w14:paraId="12613C26" w14:textId="77777777" w:rsidR="009C07B5" w:rsidRDefault="002821C5" w:rsidP="004F58FE">
            <w:pPr>
              <w:shd w:val="clear" w:color="auto" w:fill="FFFFFF" w:themeFill="background1"/>
            </w:pPr>
            <w:r>
              <w:lastRenderedPageBreak/>
              <w:t>- GV mời HS trình bày kết quả trước lớp.</w:t>
            </w:r>
          </w:p>
        </w:tc>
        <w:tc>
          <w:tcPr>
            <w:tcW w:w="5270" w:type="dxa"/>
          </w:tcPr>
          <w:p w14:paraId="374D3E65" w14:textId="77777777" w:rsidR="009C07B5" w:rsidRDefault="002821C5" w:rsidP="004F58FE">
            <w:pPr>
              <w:shd w:val="clear" w:color="auto" w:fill="FFFFFF" w:themeFill="background1"/>
            </w:pPr>
            <w:r>
              <w:t>- HS trình bày kết quả rõ ràng; các bạn theo dõi, nhận xét và bổ sung.</w:t>
            </w:r>
          </w:p>
        </w:tc>
      </w:tr>
      <w:tr w:rsidR="009C07B5" w14:paraId="6A20BC0D" w14:textId="77777777" w:rsidTr="004F58FE">
        <w:trPr>
          <w:jc w:val="center"/>
        </w:trPr>
        <w:tc>
          <w:tcPr>
            <w:tcW w:w="5270" w:type="dxa"/>
          </w:tcPr>
          <w:p w14:paraId="4DACC945" w14:textId="77777777" w:rsidR="009C07B5" w:rsidRDefault="002821C5" w:rsidP="004F58FE">
            <w:pPr>
              <w:shd w:val="clear" w:color="auto" w:fill="FFFFFF" w:themeFill="background1"/>
            </w:pPr>
            <w:r>
              <w:t>- GV nhận xét, sửa bài và chốt đáp án đúng.</w:t>
            </w:r>
          </w:p>
        </w:tc>
        <w:tc>
          <w:tcPr>
            <w:tcW w:w="5270" w:type="dxa"/>
          </w:tcPr>
          <w:p w14:paraId="78B2457D" w14:textId="77777777" w:rsidR="009C07B5" w:rsidRDefault="002821C5" w:rsidP="004F58FE">
            <w:pPr>
              <w:shd w:val="clear" w:color="auto" w:fill="FFFFFF" w:themeFill="background1"/>
            </w:pPr>
            <w:r>
              <w:t>- HS sửa bài vào vở/VBT, ghi nhớ cách làm đúng.</w:t>
            </w:r>
          </w:p>
        </w:tc>
      </w:tr>
      <w:tr w:rsidR="009C07B5" w14:paraId="0DBE79A4" w14:textId="77777777" w:rsidTr="004F58FE">
        <w:trPr>
          <w:jc w:val="center"/>
        </w:trPr>
        <w:tc>
          <w:tcPr>
            <w:tcW w:w="5270" w:type="dxa"/>
          </w:tcPr>
          <w:p w14:paraId="04DB3171" w14:textId="77777777" w:rsidR="009C07B5" w:rsidRDefault="002821C5" w:rsidP="004F58FE">
            <w:pPr>
              <w:shd w:val="clear" w:color="auto" w:fill="FFFFFF" w:themeFill="background1"/>
            </w:pPr>
            <w:r>
              <w:t>- GV yêu cầu HS quan sát tranh 2 và nói tiếp: Có bảy hũ vàng, Bống sẽ (...) và Bi sẽ (...).</w:t>
            </w:r>
          </w:p>
        </w:tc>
        <w:tc>
          <w:tcPr>
            <w:tcW w:w="5270" w:type="dxa"/>
          </w:tcPr>
          <w:p w14:paraId="6804730C" w14:textId="77777777" w:rsidR="009C07B5" w:rsidRDefault="002821C5" w:rsidP="004F58FE">
            <w:pPr>
              <w:shd w:val="clear" w:color="auto" w:fill="FFFFFF" w:themeFill="background1"/>
            </w:pPr>
            <w:r>
              <w:t>- HS trả lời: Có bảy hũ vàng, Bống sẽ mua nhiều búp bê và quần áo đẹp; Bi sẽ mua một con ngựa hồng và một cái ô tô.</w:t>
            </w:r>
          </w:p>
        </w:tc>
      </w:tr>
      <w:tr w:rsidR="009C07B5" w14:paraId="68BA3741" w14:textId="77777777" w:rsidTr="004F58FE">
        <w:trPr>
          <w:jc w:val="center"/>
        </w:trPr>
        <w:tc>
          <w:tcPr>
            <w:tcW w:w="5270" w:type="dxa"/>
          </w:tcPr>
          <w:p w14:paraId="5F4D39BB" w14:textId="77777777" w:rsidR="009C07B5" w:rsidRDefault="002821C5" w:rsidP="004F58FE">
            <w:pPr>
              <w:shd w:val="clear" w:color="auto" w:fill="FFFFFF" w:themeFill="background1"/>
            </w:pPr>
            <w:r>
              <w:t>- GV yêu cầu HS quan sát tranh 3 và nói tiếp: Khi cầu vồng biến mất, hai anh em nói gì với nhau?</w:t>
            </w:r>
          </w:p>
        </w:tc>
        <w:tc>
          <w:tcPr>
            <w:tcW w:w="5270" w:type="dxa"/>
          </w:tcPr>
          <w:p w14:paraId="30AC9AC5" w14:textId="77777777" w:rsidR="009C07B5" w:rsidRDefault="002821C5" w:rsidP="004F58FE">
            <w:pPr>
              <w:shd w:val="clear" w:color="auto" w:fill="FFFFFF" w:themeFill="background1"/>
            </w:pPr>
            <w:r>
              <w:t>- HS trả lời: Bống nói sẽ vẽ tặng anh ngựa hồng và ô tô; Bi nói sẽ vẽ tặng em nhiều búp bê và quần áo đủ màu sắc.</w:t>
            </w:r>
          </w:p>
        </w:tc>
      </w:tr>
      <w:tr w:rsidR="009C07B5" w14:paraId="6B18BBDD" w14:textId="77777777" w:rsidTr="004F58FE">
        <w:trPr>
          <w:jc w:val="center"/>
        </w:trPr>
        <w:tc>
          <w:tcPr>
            <w:tcW w:w="5270" w:type="dxa"/>
          </w:tcPr>
          <w:p w14:paraId="4AE6A196" w14:textId="77777777" w:rsidR="009C07B5" w:rsidRDefault="002821C5" w:rsidP="004F58FE">
            <w:pPr>
              <w:shd w:val="clear" w:color="auto" w:fill="FFFFFF" w:themeFill="background1"/>
            </w:pPr>
            <w:r>
              <w:rPr>
                <w:color w:val="C00000"/>
              </w:rPr>
              <w:t>- Khi kể chuyện, em có thể thêm cảm xúc hoặc lời nói của nhân vật không?</w:t>
            </w:r>
          </w:p>
        </w:tc>
        <w:tc>
          <w:tcPr>
            <w:tcW w:w="5270" w:type="dxa"/>
          </w:tcPr>
          <w:p w14:paraId="0CD1E3B1" w14:textId="77777777" w:rsidR="009C07B5" w:rsidRDefault="002821C5" w:rsidP="004F58FE">
            <w:pPr>
              <w:shd w:val="clear" w:color="auto" w:fill="FFFFFF" w:themeFill="background1"/>
            </w:pPr>
            <w:r>
              <w:rPr>
                <w:color w:val="C00000"/>
              </w:rPr>
              <w:t>- HS trả lời: Em có thể thêm cảm xúc phù hợp nhưng cần kể đúng sự việc trong tranh.</w:t>
            </w:r>
          </w:p>
        </w:tc>
      </w:tr>
      <w:tr w:rsidR="009C07B5" w14:paraId="27ED453D" w14:textId="77777777" w:rsidTr="004F58FE">
        <w:trPr>
          <w:jc w:val="center"/>
        </w:trPr>
        <w:tc>
          <w:tcPr>
            <w:tcW w:w="5270" w:type="dxa"/>
          </w:tcPr>
          <w:p w14:paraId="2EEC00D3" w14:textId="77777777" w:rsidR="009C07B5" w:rsidRDefault="002821C5" w:rsidP="004F58FE">
            <w:pPr>
              <w:shd w:val="clear" w:color="auto" w:fill="FFFFFF" w:themeFill="background1"/>
            </w:pPr>
            <w:r>
              <w:rPr>
                <w:color w:val="C00000"/>
              </w:rPr>
              <w:t>- Tích hợp giáo dục quyền con người: GV diễn giải: Khi kể chuyện, mỗi em đều có quyền được bày tỏ ý kiến, được chia sẻ cảm xúc và được sáng tạo trong cách kể. Tuy nhiên, khi bạn kể, các em cần lắng nghe, tôn trọng, không chê cười, góp ý nhẹ nhàng để bạn tự tin hơn.</w:t>
            </w:r>
          </w:p>
        </w:tc>
        <w:tc>
          <w:tcPr>
            <w:tcW w:w="5270" w:type="dxa"/>
          </w:tcPr>
          <w:p w14:paraId="2EE87C17" w14:textId="77777777" w:rsidR="009C07B5" w:rsidRDefault="002821C5" w:rsidP="004F58FE">
            <w:pPr>
              <w:shd w:val="clear" w:color="auto" w:fill="FFFFFF" w:themeFill="background1"/>
            </w:pPr>
            <w:r>
              <w:rPr>
                <w:color w:val="C00000"/>
              </w:rPr>
              <w:t>- HS nêu: Em có quyền kể bằng lời của mình; em cần lắng nghe, tôn trọng và góp ý lịch sự cho bạn.</w:t>
            </w:r>
          </w:p>
        </w:tc>
      </w:tr>
      <w:tr w:rsidR="009C07B5" w14:paraId="5181C147" w14:textId="77777777" w:rsidTr="004F58FE">
        <w:trPr>
          <w:jc w:val="center"/>
        </w:trPr>
        <w:tc>
          <w:tcPr>
            <w:tcW w:w="5270" w:type="dxa"/>
            <w:tcBorders>
              <w:bottom w:val="single" w:sz="8" w:space="0" w:color="000000"/>
            </w:tcBorders>
          </w:tcPr>
          <w:p w14:paraId="5486088E" w14:textId="77777777" w:rsidR="009C07B5" w:rsidRDefault="002821C5" w:rsidP="004F58FE">
            <w:pPr>
              <w:shd w:val="clear" w:color="auto" w:fill="FFFFFF" w:themeFill="background1"/>
            </w:pPr>
            <w:r>
              <w:t>- GV kết luận: Quan sát tranh kĩ giúp các em nói tiếp câu đúng nội dung câu chuyện.</w:t>
            </w:r>
          </w:p>
        </w:tc>
        <w:tc>
          <w:tcPr>
            <w:tcW w:w="5270" w:type="dxa"/>
            <w:tcBorders>
              <w:bottom w:val="single" w:sz="8" w:space="0" w:color="000000"/>
            </w:tcBorders>
          </w:tcPr>
          <w:p w14:paraId="35030FCB" w14:textId="77777777" w:rsidR="009C07B5" w:rsidRDefault="002821C5" w:rsidP="004F58FE">
            <w:pPr>
              <w:shd w:val="clear" w:color="auto" w:fill="FFFFFF" w:themeFill="background1"/>
            </w:pPr>
            <w:r>
              <w:t>- HS lắng nghe, nhắc lại điều cần ghi nhớ sau bài tập.</w:t>
            </w:r>
          </w:p>
        </w:tc>
      </w:tr>
      <w:tr w:rsidR="009C07B5" w14:paraId="70215E1F" w14:textId="77777777" w:rsidTr="004F58FE">
        <w:trPr>
          <w:jc w:val="center"/>
        </w:trPr>
        <w:tc>
          <w:tcPr>
            <w:tcW w:w="10540" w:type="dxa"/>
            <w:gridSpan w:val="2"/>
            <w:tcBorders>
              <w:top w:val="single" w:sz="8" w:space="0" w:color="000000"/>
              <w:bottom w:val="nil"/>
            </w:tcBorders>
            <w:shd w:val="clear" w:color="auto" w:fill="E2F0D9"/>
          </w:tcPr>
          <w:p w14:paraId="79E09529" w14:textId="77777777" w:rsidR="009C07B5" w:rsidRDefault="002821C5" w:rsidP="004F58FE">
            <w:pPr>
              <w:shd w:val="clear" w:color="auto" w:fill="FFFFFF" w:themeFill="background1"/>
            </w:pPr>
            <w:r>
              <w:rPr>
                <w:b/>
                <w:color w:val="008000"/>
              </w:rPr>
              <w:t>3. Thực hành (10 phút)</w:t>
            </w:r>
          </w:p>
          <w:p w14:paraId="37C733F7" w14:textId="77777777" w:rsidR="009C07B5" w:rsidRDefault="002821C5" w:rsidP="004F58FE">
            <w:pPr>
              <w:shd w:val="clear" w:color="auto" w:fill="FFFFFF" w:themeFill="background1"/>
            </w:pPr>
            <w:r>
              <w:rPr>
                <w:i/>
                <w:color w:val="008000"/>
              </w:rPr>
              <w:t>Mục tiêu: Luyện kể chuyện rõ ràng, đúng trình tự.</w:t>
            </w:r>
          </w:p>
        </w:tc>
      </w:tr>
      <w:tr w:rsidR="009C07B5" w14:paraId="3E195104" w14:textId="77777777" w:rsidTr="004F58FE">
        <w:trPr>
          <w:jc w:val="center"/>
        </w:trPr>
        <w:tc>
          <w:tcPr>
            <w:tcW w:w="10540" w:type="dxa"/>
            <w:gridSpan w:val="2"/>
            <w:tcBorders>
              <w:top w:val="nil"/>
              <w:bottom w:val="single" w:sz="8" w:space="0" w:color="000000"/>
            </w:tcBorders>
            <w:shd w:val="clear" w:color="auto" w:fill="E2F0D9"/>
          </w:tcPr>
          <w:p w14:paraId="4B24D1D5" w14:textId="77777777" w:rsidR="009C07B5" w:rsidRDefault="002821C5" w:rsidP="004F58FE">
            <w:pPr>
              <w:shd w:val="clear" w:color="auto" w:fill="FFFFFF" w:themeFill="background1"/>
            </w:pPr>
            <w:r>
              <w:rPr>
                <w:b/>
                <w:color w:val="008000"/>
              </w:rPr>
              <w:t>Hoạt động 2: Kể 1 - 2 đoạn câu chuyện theo tranh.</w:t>
            </w:r>
          </w:p>
          <w:p w14:paraId="5E92BAE8" w14:textId="77777777" w:rsidR="009C07B5" w:rsidRDefault="002821C5" w:rsidP="004F58FE">
            <w:pPr>
              <w:shd w:val="clear" w:color="auto" w:fill="FFFFFF" w:themeFill="background1"/>
            </w:pPr>
            <w:r>
              <w:rPr>
                <w:i/>
                <w:color w:val="008000"/>
              </w:rPr>
              <w:t>Mục tiêu: HS kể được 1 - 2 đoạn theo tranh, lời kể rõ ràng, đúng trình tự.</w:t>
            </w:r>
          </w:p>
        </w:tc>
      </w:tr>
      <w:tr w:rsidR="009C07B5" w14:paraId="7FADED37" w14:textId="77777777" w:rsidTr="004F58FE">
        <w:trPr>
          <w:jc w:val="center"/>
        </w:trPr>
        <w:tc>
          <w:tcPr>
            <w:tcW w:w="5270" w:type="dxa"/>
            <w:tcBorders>
              <w:top w:val="single" w:sz="8" w:space="0" w:color="000000"/>
            </w:tcBorders>
          </w:tcPr>
          <w:p w14:paraId="6C45CE28" w14:textId="77777777" w:rsidR="009C07B5" w:rsidRDefault="002821C5" w:rsidP="004F58FE">
            <w:pPr>
              <w:shd w:val="clear" w:color="auto" w:fill="FFFFFF" w:themeFill="background1"/>
            </w:pPr>
            <w:r>
              <w:rPr>
                <w:b/>
              </w:rPr>
              <w:t>Bài tập 2: Chọn kể 1 - 2 đoạn của câu chuyện theo tranh.</w:t>
            </w:r>
          </w:p>
        </w:tc>
        <w:tc>
          <w:tcPr>
            <w:tcW w:w="5270" w:type="dxa"/>
            <w:tcBorders>
              <w:top w:val="single" w:sz="8" w:space="0" w:color="000000"/>
            </w:tcBorders>
          </w:tcPr>
          <w:p w14:paraId="4D02CE37" w14:textId="77777777" w:rsidR="009C07B5" w:rsidRDefault="002821C5" w:rsidP="004F58FE">
            <w:pPr>
              <w:shd w:val="clear" w:color="auto" w:fill="FFFFFF" w:themeFill="background1"/>
            </w:pPr>
            <w:r>
              <w:t>HS chuẩn bị đọc đề bài và chọn tranh mình thích để kể.</w:t>
            </w:r>
          </w:p>
        </w:tc>
      </w:tr>
      <w:tr w:rsidR="009C07B5" w14:paraId="78182ED1" w14:textId="77777777" w:rsidTr="004F58FE">
        <w:trPr>
          <w:jc w:val="center"/>
        </w:trPr>
        <w:tc>
          <w:tcPr>
            <w:tcW w:w="5270" w:type="dxa"/>
          </w:tcPr>
          <w:p w14:paraId="4E7263FF" w14:textId="77777777" w:rsidR="009C07B5" w:rsidRDefault="002821C5" w:rsidP="004F58FE">
            <w:pPr>
              <w:shd w:val="clear" w:color="auto" w:fill="FFFFFF" w:themeFill="background1"/>
            </w:pPr>
            <w:r>
              <w:t>- GV yêu cầu HS đọc đề bài.</w:t>
            </w:r>
          </w:p>
        </w:tc>
        <w:tc>
          <w:tcPr>
            <w:tcW w:w="5270" w:type="dxa"/>
          </w:tcPr>
          <w:p w14:paraId="157301C9" w14:textId="77777777" w:rsidR="009C07B5" w:rsidRDefault="002821C5" w:rsidP="004F58FE">
            <w:pPr>
              <w:shd w:val="clear" w:color="auto" w:fill="FFFFFF" w:themeFill="background1"/>
            </w:pPr>
            <w:r>
              <w:t>- HS đọc đề bài, nêu yêu cầu cần thực hiện.</w:t>
            </w:r>
          </w:p>
        </w:tc>
      </w:tr>
      <w:tr w:rsidR="009C07B5" w14:paraId="0FC26F21" w14:textId="77777777" w:rsidTr="004F58FE">
        <w:trPr>
          <w:jc w:val="center"/>
        </w:trPr>
        <w:tc>
          <w:tcPr>
            <w:tcW w:w="5270" w:type="dxa"/>
          </w:tcPr>
          <w:p w14:paraId="52C90DF9" w14:textId="77777777" w:rsidR="009C07B5" w:rsidRDefault="002821C5" w:rsidP="004F58FE">
            <w:pPr>
              <w:shd w:val="clear" w:color="auto" w:fill="FFFFFF" w:themeFill="background1"/>
            </w:pPr>
            <w:r>
              <w:t>- GV hướng dẫn HS thực hiện bài tập, nhắc lại yêu cầu trọng tâm của đề bài.</w:t>
            </w:r>
          </w:p>
        </w:tc>
        <w:tc>
          <w:tcPr>
            <w:tcW w:w="5270" w:type="dxa"/>
          </w:tcPr>
          <w:p w14:paraId="0629E1A7" w14:textId="77777777" w:rsidR="009C07B5" w:rsidRDefault="002821C5" w:rsidP="004F58FE">
            <w:pPr>
              <w:shd w:val="clear" w:color="auto" w:fill="FFFFFF" w:themeFill="background1"/>
            </w:pPr>
            <w:r>
              <w:t>- HS lắng nghe, xác định việc cần làm và chuẩn bị thực hiện bài tập.</w:t>
            </w:r>
          </w:p>
        </w:tc>
      </w:tr>
      <w:tr w:rsidR="009C07B5" w14:paraId="20A7F1A1" w14:textId="77777777" w:rsidTr="004F58FE">
        <w:trPr>
          <w:jc w:val="center"/>
        </w:trPr>
        <w:tc>
          <w:tcPr>
            <w:tcW w:w="5270" w:type="dxa"/>
          </w:tcPr>
          <w:p w14:paraId="312E05F4" w14:textId="77777777" w:rsidR="009C07B5" w:rsidRDefault="002821C5" w:rsidP="004F58FE">
            <w:pPr>
              <w:shd w:val="clear" w:color="auto" w:fill="FFFFFF" w:themeFill="background1"/>
            </w:pPr>
            <w:r>
              <w:t>- GV tổ chức cho HS làm việc nhóm 4, trao đổi cách làm và thống nhất kết quả.</w:t>
            </w:r>
          </w:p>
        </w:tc>
        <w:tc>
          <w:tcPr>
            <w:tcW w:w="5270" w:type="dxa"/>
          </w:tcPr>
          <w:p w14:paraId="4DA727A0" w14:textId="77777777" w:rsidR="009C07B5" w:rsidRDefault="002821C5" w:rsidP="004F58FE">
            <w:pPr>
              <w:shd w:val="clear" w:color="auto" w:fill="FFFFFF" w:themeFill="background1"/>
            </w:pPr>
            <w:r>
              <w:t>- HS làm việc nhóm 4, chia sẻ ý kiến, lắng nghe bạn và hoàn thành nhiệm vụ.</w:t>
            </w:r>
          </w:p>
        </w:tc>
      </w:tr>
      <w:tr w:rsidR="009C07B5" w14:paraId="272B6A55" w14:textId="77777777" w:rsidTr="004F58FE">
        <w:trPr>
          <w:jc w:val="center"/>
        </w:trPr>
        <w:tc>
          <w:tcPr>
            <w:tcW w:w="5270" w:type="dxa"/>
          </w:tcPr>
          <w:p w14:paraId="65ED726C" w14:textId="77777777" w:rsidR="009C07B5" w:rsidRDefault="002821C5" w:rsidP="004F58FE">
            <w:pPr>
              <w:shd w:val="clear" w:color="auto" w:fill="FFFFFF" w:themeFill="background1"/>
            </w:pPr>
            <w:r>
              <w:t>- GV mời HS trình bày kết quả trước lớp.</w:t>
            </w:r>
          </w:p>
        </w:tc>
        <w:tc>
          <w:tcPr>
            <w:tcW w:w="5270" w:type="dxa"/>
          </w:tcPr>
          <w:p w14:paraId="614B7745" w14:textId="77777777" w:rsidR="009C07B5" w:rsidRDefault="002821C5" w:rsidP="004F58FE">
            <w:pPr>
              <w:shd w:val="clear" w:color="auto" w:fill="FFFFFF" w:themeFill="background1"/>
            </w:pPr>
            <w:r>
              <w:t>- HS trình bày kết quả rõ ràng; các bạn theo dõi, nhận xét và bổ sung.</w:t>
            </w:r>
          </w:p>
        </w:tc>
      </w:tr>
      <w:tr w:rsidR="009C07B5" w14:paraId="114902E0" w14:textId="77777777" w:rsidTr="004F58FE">
        <w:trPr>
          <w:jc w:val="center"/>
        </w:trPr>
        <w:tc>
          <w:tcPr>
            <w:tcW w:w="5270" w:type="dxa"/>
          </w:tcPr>
          <w:p w14:paraId="479B17AB" w14:textId="77777777" w:rsidR="009C07B5" w:rsidRDefault="002821C5" w:rsidP="004F58FE">
            <w:pPr>
              <w:shd w:val="clear" w:color="auto" w:fill="FFFFFF" w:themeFill="background1"/>
            </w:pPr>
            <w:r>
              <w:t>- GV nhận xét, sửa bài và chốt đáp án đúng.</w:t>
            </w:r>
          </w:p>
        </w:tc>
        <w:tc>
          <w:tcPr>
            <w:tcW w:w="5270" w:type="dxa"/>
          </w:tcPr>
          <w:p w14:paraId="23E7DE54" w14:textId="77777777" w:rsidR="009C07B5" w:rsidRDefault="002821C5" w:rsidP="004F58FE">
            <w:pPr>
              <w:shd w:val="clear" w:color="auto" w:fill="FFFFFF" w:themeFill="background1"/>
            </w:pPr>
            <w:r>
              <w:t>- HS sửa bài vào vở/VBT, ghi nhớ cách làm đúng.</w:t>
            </w:r>
          </w:p>
        </w:tc>
      </w:tr>
      <w:tr w:rsidR="009C07B5" w14:paraId="1D914EA9" w14:textId="77777777" w:rsidTr="004F58FE">
        <w:trPr>
          <w:jc w:val="center"/>
        </w:trPr>
        <w:tc>
          <w:tcPr>
            <w:tcW w:w="5270" w:type="dxa"/>
          </w:tcPr>
          <w:p w14:paraId="3900145B" w14:textId="77777777" w:rsidR="009C07B5" w:rsidRDefault="002821C5" w:rsidP="004F58FE">
            <w:pPr>
              <w:shd w:val="clear" w:color="auto" w:fill="FFFFFF" w:themeFill="background1"/>
            </w:pPr>
            <w:r>
              <w:t>- GV mời một số HS kể trước lớp và hỏi: Bạn kể đã đúng trình tự chưa? Giọng kể có phù hợp không?</w:t>
            </w:r>
          </w:p>
        </w:tc>
        <w:tc>
          <w:tcPr>
            <w:tcW w:w="5270" w:type="dxa"/>
          </w:tcPr>
          <w:p w14:paraId="5319BDC0" w14:textId="77777777" w:rsidR="009C07B5" w:rsidRDefault="002821C5" w:rsidP="004F58FE">
            <w:pPr>
              <w:shd w:val="clear" w:color="auto" w:fill="FFFFFF" w:themeFill="background1"/>
            </w:pPr>
            <w:r>
              <w:t>- HS kể trước lớp; HS khác nhận xét: bạn kể đúng trình tự, nói rõ lời nhân vật, giọng kể tự nhiên.</w:t>
            </w:r>
          </w:p>
        </w:tc>
      </w:tr>
      <w:tr w:rsidR="009C07B5" w14:paraId="5E53FEF9" w14:textId="77777777" w:rsidTr="004F58FE">
        <w:trPr>
          <w:jc w:val="center"/>
        </w:trPr>
        <w:tc>
          <w:tcPr>
            <w:tcW w:w="5270" w:type="dxa"/>
            <w:tcBorders>
              <w:bottom w:val="single" w:sz="8" w:space="0" w:color="000000"/>
            </w:tcBorders>
          </w:tcPr>
          <w:p w14:paraId="6A83700D" w14:textId="77777777" w:rsidR="009C07B5" w:rsidRDefault="002821C5" w:rsidP="004F58FE">
            <w:pPr>
              <w:shd w:val="clear" w:color="auto" w:fill="FFFFFF" w:themeFill="background1"/>
            </w:pPr>
            <w:r>
              <w:t>- GV kết luận: Khi kể chuyện theo tranh, các em cần kể đúng trình tự, nói rõ lời nhân vật và biết lắng nghe bạn.</w:t>
            </w:r>
          </w:p>
        </w:tc>
        <w:tc>
          <w:tcPr>
            <w:tcW w:w="5270" w:type="dxa"/>
            <w:tcBorders>
              <w:bottom w:val="single" w:sz="8" w:space="0" w:color="000000"/>
            </w:tcBorders>
          </w:tcPr>
          <w:p w14:paraId="4F6E8793" w14:textId="77777777" w:rsidR="009C07B5" w:rsidRDefault="002821C5" w:rsidP="004F58FE">
            <w:pPr>
              <w:shd w:val="clear" w:color="auto" w:fill="FFFFFF" w:themeFill="background1"/>
            </w:pPr>
            <w:r>
              <w:t>- HS lắng nghe, nhắc lại điều cần ghi nhớ sau bài tập.</w:t>
            </w:r>
          </w:p>
        </w:tc>
      </w:tr>
      <w:tr w:rsidR="009C07B5" w14:paraId="16019B81" w14:textId="77777777" w:rsidTr="004F58FE">
        <w:trPr>
          <w:jc w:val="center"/>
        </w:trPr>
        <w:tc>
          <w:tcPr>
            <w:tcW w:w="10540" w:type="dxa"/>
            <w:gridSpan w:val="2"/>
            <w:tcBorders>
              <w:top w:val="single" w:sz="8" w:space="0" w:color="000000"/>
              <w:bottom w:val="single" w:sz="8" w:space="0" w:color="000000"/>
            </w:tcBorders>
            <w:shd w:val="clear" w:color="auto" w:fill="E2F0D9"/>
          </w:tcPr>
          <w:p w14:paraId="576977DD" w14:textId="77777777" w:rsidR="009C07B5" w:rsidRDefault="002821C5" w:rsidP="004F58FE">
            <w:pPr>
              <w:shd w:val="clear" w:color="auto" w:fill="FFFFFF" w:themeFill="background1"/>
            </w:pPr>
            <w:r>
              <w:rPr>
                <w:b/>
                <w:color w:val="008000"/>
              </w:rPr>
              <w:t>4. Vận dụng (3 phút)</w:t>
            </w:r>
          </w:p>
          <w:p w14:paraId="04283839" w14:textId="77777777" w:rsidR="009C07B5" w:rsidRDefault="002821C5" w:rsidP="004F58FE">
            <w:pPr>
              <w:shd w:val="clear" w:color="auto" w:fill="FFFFFF" w:themeFill="background1"/>
            </w:pPr>
            <w:r>
              <w:rPr>
                <w:i/>
                <w:color w:val="008000"/>
              </w:rPr>
              <w:t>Mục tiêu: Kể lại câu chuyện cho người thân nghe.</w:t>
            </w:r>
          </w:p>
        </w:tc>
      </w:tr>
      <w:tr w:rsidR="009C07B5" w14:paraId="687120EA" w14:textId="77777777" w:rsidTr="004F58FE">
        <w:trPr>
          <w:jc w:val="center"/>
        </w:trPr>
        <w:tc>
          <w:tcPr>
            <w:tcW w:w="5270" w:type="dxa"/>
            <w:tcBorders>
              <w:top w:val="single" w:sz="8" w:space="0" w:color="000000"/>
            </w:tcBorders>
          </w:tcPr>
          <w:p w14:paraId="56B77190" w14:textId="77777777" w:rsidR="009C07B5" w:rsidRDefault="002821C5" w:rsidP="004F58FE">
            <w:pPr>
              <w:shd w:val="clear" w:color="auto" w:fill="FFFFFF" w:themeFill="background1"/>
            </w:pPr>
            <w:r>
              <w:t xml:space="preserve">- Dặn dò: Về nhà, em hãy kể lại 1 - 2 đoạn trong câu chuyện cho người thân nghe và nói điều em </w:t>
            </w:r>
            <w:r>
              <w:lastRenderedPageBreak/>
              <w:t>thích nhất ở Bi hoặc Bống.</w:t>
            </w:r>
          </w:p>
        </w:tc>
        <w:tc>
          <w:tcPr>
            <w:tcW w:w="5270" w:type="dxa"/>
            <w:tcBorders>
              <w:top w:val="single" w:sz="8" w:space="0" w:color="000000"/>
            </w:tcBorders>
          </w:tcPr>
          <w:p w14:paraId="568C8903" w14:textId="77777777" w:rsidR="009C07B5" w:rsidRDefault="002821C5" w:rsidP="004F58FE">
            <w:pPr>
              <w:shd w:val="clear" w:color="auto" w:fill="FFFFFF" w:themeFill="background1"/>
            </w:pPr>
            <w:r>
              <w:lastRenderedPageBreak/>
              <w:t>- HS ghi nhớ nhiệm vụ về nhà.</w:t>
            </w:r>
          </w:p>
        </w:tc>
      </w:tr>
    </w:tbl>
    <w:p w14:paraId="7E6D10DF" w14:textId="3B727DF4" w:rsidR="00BA1FBA" w:rsidRDefault="002821C5" w:rsidP="004F58FE">
      <w:pPr>
        <w:shd w:val="clear" w:color="auto" w:fill="FFFFFF" w:themeFill="background1"/>
        <w:rPr>
          <w:b/>
          <w:color w:val="000000"/>
        </w:rPr>
      </w:pPr>
      <w:r>
        <w:rPr>
          <w:b/>
          <w:color w:val="000000"/>
        </w:rPr>
        <w:t>IV. ĐIỀU CHỈNH SAU TIẾT DẠY (NẾU CÓ):</w:t>
      </w:r>
    </w:p>
    <w:p w14:paraId="46C85531" w14:textId="77777777" w:rsidR="004F58FE" w:rsidRPr="004F58FE" w:rsidRDefault="004F58FE" w:rsidP="004F58FE">
      <w:pPr>
        <w:shd w:val="clear" w:color="auto" w:fill="FFFFFF" w:themeFill="background1"/>
      </w:pPr>
    </w:p>
    <w:p w14:paraId="392D2DCD" w14:textId="77777777" w:rsidR="009C07B5" w:rsidRDefault="002821C5" w:rsidP="004F58FE">
      <w:pPr>
        <w:shd w:val="clear" w:color="auto" w:fill="FFFFFF" w:themeFill="background1"/>
        <w:jc w:val="center"/>
      </w:pPr>
      <w:r>
        <w:rPr>
          <w:b/>
          <w:color w:val="000000"/>
        </w:rPr>
        <w:t>KẾ HOẠCH DẠY HỌC - TUẦN 2</w:t>
      </w:r>
    </w:p>
    <w:p w14:paraId="1542F5CE" w14:textId="77777777" w:rsidR="009C07B5" w:rsidRDefault="002821C5" w:rsidP="004F58FE">
      <w:pPr>
        <w:shd w:val="clear" w:color="auto" w:fill="FFFFFF" w:themeFill="background1"/>
        <w:jc w:val="center"/>
      </w:pPr>
      <w:r>
        <w:rPr>
          <w:b/>
          <w:color w:val="000000"/>
        </w:rPr>
        <w:t>CHỦ ĐỀ 1: EM LỚN LÊN TỪNG NGÀY</w:t>
      </w:r>
    </w:p>
    <w:p w14:paraId="44DC9BA1" w14:textId="77777777" w:rsidR="009C07B5" w:rsidRPr="00BA1FBA" w:rsidRDefault="002821C5" w:rsidP="004F58FE">
      <w:pPr>
        <w:shd w:val="clear" w:color="auto" w:fill="FFFFFF" w:themeFill="background1"/>
        <w:jc w:val="center"/>
        <w:rPr>
          <w:lang w:val="fr-FR"/>
        </w:rPr>
      </w:pPr>
      <w:r w:rsidRPr="00BA1FBA">
        <w:rPr>
          <w:b/>
          <w:color w:val="000000"/>
          <w:lang w:val="fr-FR"/>
        </w:rPr>
        <w:t>BÀI 4: LÀM VIỆC THẬT LÀ VUI</w:t>
      </w:r>
    </w:p>
    <w:p w14:paraId="5E4B4761" w14:textId="77777777" w:rsidR="009C07B5" w:rsidRPr="00BA1FBA" w:rsidRDefault="002821C5" w:rsidP="004F58FE">
      <w:pPr>
        <w:shd w:val="clear" w:color="auto" w:fill="FFFFFF" w:themeFill="background1"/>
        <w:jc w:val="center"/>
        <w:rPr>
          <w:lang w:val="fr-FR"/>
        </w:rPr>
      </w:pPr>
      <w:r w:rsidRPr="00BA1FBA">
        <w:rPr>
          <w:b/>
          <w:color w:val="000000"/>
          <w:lang w:val="fr-FR"/>
        </w:rPr>
        <w:t>TIẾT 1 - 2: ĐỌC: LÀM VIỆC THẬT LÀ VUI</w:t>
      </w:r>
    </w:p>
    <w:p w14:paraId="08FE308E" w14:textId="77777777" w:rsidR="009C07B5" w:rsidRPr="00BA1FBA" w:rsidRDefault="002821C5" w:rsidP="004F58FE">
      <w:pPr>
        <w:shd w:val="clear" w:color="auto" w:fill="FFFFFF" w:themeFill="background1"/>
        <w:rPr>
          <w:lang w:val="fr-FR"/>
        </w:rPr>
      </w:pPr>
      <w:r w:rsidRPr="00BA1FBA">
        <w:rPr>
          <w:b/>
          <w:color w:val="000000"/>
          <w:lang w:val="fr-FR"/>
        </w:rPr>
        <w:t>I. YÊU CẦU CẦN ĐẠT:</w:t>
      </w:r>
    </w:p>
    <w:p w14:paraId="1A9962AC" w14:textId="77777777" w:rsidR="009C07B5" w:rsidRPr="00BA1FBA" w:rsidRDefault="002821C5" w:rsidP="004F58FE">
      <w:pPr>
        <w:shd w:val="clear" w:color="auto" w:fill="FFFFFF" w:themeFill="background1"/>
        <w:rPr>
          <w:lang w:val="fr-FR"/>
        </w:rPr>
      </w:pPr>
      <w:r w:rsidRPr="00BA1FBA">
        <w:rPr>
          <w:b/>
          <w:color w:val="000000"/>
          <w:lang w:val="fr-FR"/>
        </w:rPr>
        <w:t>1. Năng lực đặc thù:</w:t>
      </w:r>
    </w:p>
    <w:p w14:paraId="096B24F9" w14:textId="77777777" w:rsidR="009C07B5" w:rsidRPr="00BA1FBA" w:rsidRDefault="002821C5" w:rsidP="004F58FE">
      <w:pPr>
        <w:shd w:val="clear" w:color="auto" w:fill="FFFFFF" w:themeFill="background1"/>
        <w:rPr>
          <w:lang w:val="fr-FR"/>
        </w:rPr>
      </w:pPr>
      <w:r w:rsidRPr="00BA1FBA">
        <w:rPr>
          <w:color w:val="000000"/>
          <w:lang w:val="fr-FR"/>
        </w:rPr>
        <w:t>- Đọc đúng văn bản Làm việc thật là vui; phát âm đúng các từ khó: tích tắc, sắc xuân, tung bừng, rúc, bận rộn.</w:t>
      </w:r>
    </w:p>
    <w:p w14:paraId="6E7618AE" w14:textId="77777777" w:rsidR="009C07B5" w:rsidRPr="00BA1FBA" w:rsidRDefault="002821C5" w:rsidP="004F58FE">
      <w:pPr>
        <w:shd w:val="clear" w:color="auto" w:fill="FFFFFF" w:themeFill="background1"/>
        <w:rPr>
          <w:lang w:val="fr-FR"/>
        </w:rPr>
      </w:pPr>
      <w:r w:rsidRPr="00BA1FBA">
        <w:rPr>
          <w:color w:val="000000"/>
          <w:lang w:val="fr-FR"/>
        </w:rPr>
        <w:t>- Biết ngắt nghỉ ở câu dài, đọc bài với giọng vui tươi, rõ ràng.</w:t>
      </w:r>
    </w:p>
    <w:p w14:paraId="439DBC34" w14:textId="77777777" w:rsidR="009C07B5" w:rsidRPr="00BA1FBA" w:rsidRDefault="002821C5" w:rsidP="004F58FE">
      <w:pPr>
        <w:shd w:val="clear" w:color="auto" w:fill="FFFFFF" w:themeFill="background1"/>
        <w:rPr>
          <w:lang w:val="fr-FR"/>
        </w:rPr>
      </w:pPr>
      <w:r w:rsidRPr="00BA1FBA">
        <w:rPr>
          <w:color w:val="000000"/>
          <w:lang w:val="fr-FR"/>
        </w:rPr>
        <w:t>- Bước đầu nhận biết mỗi người, mỗi vật trong bài đều có công việc có ích; trả lời được các câu hỏi về nội dung bài.</w:t>
      </w:r>
    </w:p>
    <w:p w14:paraId="1549ED70" w14:textId="77777777" w:rsidR="009C07B5" w:rsidRPr="00BA1FBA" w:rsidRDefault="002821C5" w:rsidP="004F58FE">
      <w:pPr>
        <w:shd w:val="clear" w:color="auto" w:fill="FFFFFF" w:themeFill="background1"/>
        <w:rPr>
          <w:lang w:val="fr-FR"/>
        </w:rPr>
      </w:pPr>
      <w:r w:rsidRPr="00BA1FBA">
        <w:rPr>
          <w:b/>
          <w:color w:val="000000"/>
          <w:lang w:val="fr-FR"/>
        </w:rPr>
        <w:t>2. Năng lực chung:</w:t>
      </w:r>
    </w:p>
    <w:p w14:paraId="50268D4C" w14:textId="77777777" w:rsidR="009C07B5" w:rsidRPr="00BA1FBA" w:rsidRDefault="002821C5" w:rsidP="004F58FE">
      <w:pPr>
        <w:shd w:val="clear" w:color="auto" w:fill="FFFFFF" w:themeFill="background1"/>
        <w:rPr>
          <w:lang w:val="fr-FR"/>
        </w:rPr>
      </w:pPr>
      <w:r w:rsidRPr="00BA1FBA">
        <w:rPr>
          <w:color w:val="000000"/>
          <w:lang w:val="fr-FR"/>
        </w:rPr>
        <w:t>- Tự chủ và tự học: chủ động luyện đọc, tự sửa lỗi phát âm.</w:t>
      </w:r>
    </w:p>
    <w:p w14:paraId="72076B82" w14:textId="77777777" w:rsidR="009C07B5" w:rsidRPr="00BA1FBA" w:rsidRDefault="002821C5" w:rsidP="004F58FE">
      <w:pPr>
        <w:shd w:val="clear" w:color="auto" w:fill="FFFFFF" w:themeFill="background1"/>
        <w:rPr>
          <w:lang w:val="fr-FR"/>
        </w:rPr>
      </w:pPr>
      <w:r w:rsidRPr="00BA1FBA">
        <w:rPr>
          <w:color w:val="000000"/>
          <w:lang w:val="fr-FR"/>
        </w:rPr>
        <w:t>- Giao tiếp và hợp tác: đọc nhóm, góp ý cách đọc cho bạn.</w:t>
      </w:r>
    </w:p>
    <w:p w14:paraId="21B43E55" w14:textId="77777777" w:rsidR="009C07B5" w:rsidRPr="00BA1FBA" w:rsidRDefault="002821C5" w:rsidP="004F58FE">
      <w:pPr>
        <w:shd w:val="clear" w:color="auto" w:fill="FFFFFF" w:themeFill="background1"/>
        <w:rPr>
          <w:lang w:val="fr-FR"/>
        </w:rPr>
      </w:pPr>
      <w:r w:rsidRPr="00BA1FBA">
        <w:rPr>
          <w:color w:val="000000"/>
          <w:lang w:val="fr-FR"/>
        </w:rPr>
        <w:t>- Giải quyết vấn đề và sáng tạo: liên hệ việc sắp xếp thời gian học tập, vui chơi, làm việc nhà; nhận biết vai trò hỗ trợ của thiết bị thông minh và trách nhiệm kiểm soát của con người.</w:t>
      </w:r>
    </w:p>
    <w:p w14:paraId="1AC81022" w14:textId="77777777" w:rsidR="009C07B5" w:rsidRPr="00BA1FBA" w:rsidRDefault="002821C5" w:rsidP="004F58FE">
      <w:pPr>
        <w:shd w:val="clear" w:color="auto" w:fill="FFFFFF" w:themeFill="background1"/>
        <w:rPr>
          <w:lang w:val="fr-FR"/>
        </w:rPr>
      </w:pPr>
      <w:r w:rsidRPr="00BA1FBA">
        <w:rPr>
          <w:b/>
          <w:color w:val="000000"/>
          <w:lang w:val="fr-FR"/>
        </w:rPr>
        <w:t>3. Phẩm chất:</w:t>
      </w:r>
    </w:p>
    <w:p w14:paraId="081FA63F" w14:textId="77777777" w:rsidR="009C07B5" w:rsidRPr="00BA1FBA" w:rsidRDefault="002821C5" w:rsidP="004F58FE">
      <w:pPr>
        <w:shd w:val="clear" w:color="auto" w:fill="FFFFFF" w:themeFill="background1"/>
        <w:rPr>
          <w:lang w:val="fr-FR"/>
        </w:rPr>
      </w:pPr>
      <w:r w:rsidRPr="00BA1FBA">
        <w:rPr>
          <w:color w:val="000000"/>
          <w:lang w:val="fr-FR"/>
        </w:rPr>
        <w:t>- Chăm chỉ: tích cực luyện đọc, tham gia hoạt động học tập.</w:t>
      </w:r>
    </w:p>
    <w:p w14:paraId="413973B6" w14:textId="77777777" w:rsidR="009C07B5" w:rsidRPr="00BA1FBA" w:rsidRDefault="002821C5" w:rsidP="004F58FE">
      <w:pPr>
        <w:shd w:val="clear" w:color="auto" w:fill="FFFFFF" w:themeFill="background1"/>
        <w:rPr>
          <w:lang w:val="fr-FR"/>
        </w:rPr>
      </w:pPr>
      <w:r w:rsidRPr="00BA1FBA">
        <w:rPr>
          <w:color w:val="000000"/>
          <w:lang w:val="fr-FR"/>
        </w:rPr>
        <w:t>- Trách nhiệm: biết làm những việc vừa sức, đúng thời điểm.</w:t>
      </w:r>
    </w:p>
    <w:p w14:paraId="5418E921" w14:textId="77777777" w:rsidR="009C07B5" w:rsidRPr="00BA1FBA" w:rsidRDefault="002821C5" w:rsidP="004F58FE">
      <w:pPr>
        <w:shd w:val="clear" w:color="auto" w:fill="FFFFFF" w:themeFill="background1"/>
        <w:rPr>
          <w:lang w:val="fr-FR"/>
        </w:rPr>
      </w:pPr>
      <w:r w:rsidRPr="00BA1FBA">
        <w:rPr>
          <w:color w:val="000000"/>
          <w:lang w:val="fr-FR"/>
        </w:rPr>
        <w:t>- Nhân ái: biết giúp đỡ người thân bằng việc làm phù hợp.</w:t>
      </w:r>
    </w:p>
    <w:p w14:paraId="5AB472ED" w14:textId="77777777" w:rsidR="009C07B5" w:rsidRPr="00BA1FBA" w:rsidRDefault="002821C5" w:rsidP="004F58FE">
      <w:pPr>
        <w:shd w:val="clear" w:color="auto" w:fill="FFFFFF" w:themeFill="background1"/>
        <w:rPr>
          <w:lang w:val="fr-FR"/>
        </w:rPr>
      </w:pPr>
      <w:r w:rsidRPr="00BA1FBA">
        <w:rPr>
          <w:b/>
          <w:color w:val="C00000"/>
          <w:lang w:val="fr-FR"/>
        </w:rPr>
        <w:t>4. Tích hợp:</w:t>
      </w:r>
    </w:p>
    <w:p w14:paraId="57A9C311" w14:textId="77777777" w:rsidR="009C07B5" w:rsidRPr="00BA1FBA" w:rsidRDefault="002821C5" w:rsidP="004F58FE">
      <w:pPr>
        <w:shd w:val="clear" w:color="auto" w:fill="FFFFFF" w:themeFill="background1"/>
        <w:rPr>
          <w:lang w:val="fr-FR"/>
        </w:rPr>
      </w:pPr>
      <w:r w:rsidRPr="00BA1FBA">
        <w:rPr>
          <w:color w:val="C00000"/>
          <w:lang w:val="fr-FR"/>
        </w:rPr>
        <w:t>- Giáo dục kĩ năng sống: Rèn kĩ năng quản lí thời gian hợp lí; biết lập kế hoạch cho học tập, vui chơi, nghỉ ngơi và làm việc vừa sức.</w:t>
      </w:r>
      <w:r w:rsidRPr="00BA1FBA">
        <w:rPr>
          <w:color w:val="C00000"/>
          <w:lang w:val="fr-FR"/>
        </w:rPr>
        <w:br/>
        <w:t>- Tích hợp AI - YCCĐ 2.A2.1: HS biết mục đích của AI trong gia đình là hỗ trợ con người, giúp tiết kiệm thời gian, giảm một số công việc nhà; con người vẫn cần sử dụng đúng mục đích và kiểm tra kết quả.</w:t>
      </w:r>
    </w:p>
    <w:p w14:paraId="26AD3C44" w14:textId="77777777" w:rsidR="009C07B5" w:rsidRPr="00BA1FBA" w:rsidRDefault="002821C5" w:rsidP="004F58FE">
      <w:pPr>
        <w:shd w:val="clear" w:color="auto" w:fill="FFFFFF" w:themeFill="background1"/>
        <w:rPr>
          <w:lang w:val="fr-FR"/>
        </w:rPr>
      </w:pPr>
      <w:r w:rsidRPr="00BA1FBA">
        <w:rPr>
          <w:b/>
          <w:color w:val="000000"/>
          <w:lang w:val="fr-FR"/>
        </w:rPr>
        <w:t>II. ĐỒ DÙNG DẠY HỌC:</w:t>
      </w:r>
    </w:p>
    <w:p w14:paraId="5EEDD56B" w14:textId="77777777" w:rsidR="009C07B5" w:rsidRPr="00BA1FBA" w:rsidRDefault="002821C5" w:rsidP="004F58FE">
      <w:pPr>
        <w:shd w:val="clear" w:color="auto" w:fill="FFFFFF" w:themeFill="background1"/>
        <w:rPr>
          <w:lang w:val="fr-FR"/>
        </w:rPr>
      </w:pPr>
      <w:r w:rsidRPr="00BA1FBA">
        <w:rPr>
          <w:color w:val="000000"/>
          <w:lang w:val="fr-FR"/>
        </w:rPr>
        <w:t>- GV: Tranh SGK trang 20 - 21, thẻ từ, máy chiếu, bảng phụ ghi câu dài, bài tập SGK và hình ảnh một số thiết bị thông minh.</w:t>
      </w:r>
    </w:p>
    <w:p w14:paraId="6521461B" w14:textId="77777777" w:rsidR="009C07B5" w:rsidRPr="00BA1FBA" w:rsidRDefault="002821C5" w:rsidP="004F58FE">
      <w:pPr>
        <w:shd w:val="clear" w:color="auto" w:fill="FFFFFF" w:themeFill="background1"/>
        <w:rPr>
          <w:lang w:val="fr-FR"/>
        </w:rPr>
      </w:pPr>
      <w:r w:rsidRPr="00BA1FBA">
        <w:rPr>
          <w:color w:val="000000"/>
          <w:lang w:val="fr-FR"/>
        </w:rPr>
        <w:t>- HS: SGK, vở, bút chì, bảng con.</w:t>
      </w:r>
    </w:p>
    <w:p w14:paraId="488B6AA7" w14:textId="77777777" w:rsidR="009C07B5" w:rsidRDefault="002821C5" w:rsidP="004F58FE">
      <w:pPr>
        <w:shd w:val="clear" w:color="auto" w:fill="FFFFFF" w:themeFill="background1"/>
      </w:pPr>
      <w:r>
        <w:rPr>
          <w:b/>
        </w:rPr>
        <w:t>III. HOẠT ĐỘNG DẠY HỌC</w:t>
      </w:r>
    </w:p>
    <w:tbl>
      <w:tblPr>
        <w:tblW w:w="0" w:type="auto"/>
        <w:jc w:val="center"/>
        <w:tblBorders>
          <w:top w:val="single" w:sz="8" w:space="0" w:color="000000"/>
          <w:left w:val="single" w:sz="8" w:space="0" w:color="000000"/>
          <w:bottom w:val="single" w:sz="8" w:space="0" w:color="000000"/>
          <w:right w:val="single" w:sz="8" w:space="0" w:color="000000"/>
          <w:insideV w:val="single" w:sz="8" w:space="0" w:color="000000"/>
        </w:tblBorders>
        <w:tblLook w:val="04A0" w:firstRow="1" w:lastRow="0" w:firstColumn="1" w:lastColumn="0" w:noHBand="0" w:noVBand="1"/>
      </w:tblPr>
      <w:tblGrid>
        <w:gridCol w:w="5270"/>
        <w:gridCol w:w="5270"/>
      </w:tblGrid>
      <w:tr w:rsidR="009C07B5" w14:paraId="4895BC17" w14:textId="77777777" w:rsidTr="004F58FE">
        <w:trPr>
          <w:jc w:val="center"/>
        </w:trPr>
        <w:tc>
          <w:tcPr>
            <w:tcW w:w="4680" w:type="dxa"/>
            <w:tcBorders>
              <w:bottom w:val="single" w:sz="8" w:space="0" w:color="000000"/>
            </w:tcBorders>
            <w:shd w:val="clear" w:color="auto" w:fill="D9EAF7"/>
            <w:tcMar>
              <w:top w:w="60" w:type="dxa"/>
              <w:left w:w="70" w:type="dxa"/>
              <w:bottom w:w="60" w:type="dxa"/>
              <w:right w:w="70" w:type="dxa"/>
            </w:tcMar>
          </w:tcPr>
          <w:p w14:paraId="27875146" w14:textId="77777777" w:rsidR="009C07B5" w:rsidRDefault="002821C5" w:rsidP="004F58FE">
            <w:pPr>
              <w:shd w:val="clear" w:color="auto" w:fill="FFFFFF" w:themeFill="background1"/>
              <w:jc w:val="center"/>
            </w:pPr>
            <w:r>
              <w:rPr>
                <w:b/>
              </w:rPr>
              <w:t>Hoạt động của giáo viên</w:t>
            </w:r>
          </w:p>
        </w:tc>
        <w:tc>
          <w:tcPr>
            <w:tcW w:w="4680" w:type="dxa"/>
            <w:tcBorders>
              <w:bottom w:val="single" w:sz="8" w:space="0" w:color="000000"/>
            </w:tcBorders>
            <w:shd w:val="clear" w:color="auto" w:fill="D9EAF7"/>
            <w:tcMar>
              <w:top w:w="60" w:type="dxa"/>
              <w:left w:w="70" w:type="dxa"/>
              <w:bottom w:w="60" w:type="dxa"/>
              <w:right w:w="70" w:type="dxa"/>
            </w:tcMar>
          </w:tcPr>
          <w:p w14:paraId="0D45C4A6" w14:textId="77777777" w:rsidR="009C07B5" w:rsidRDefault="002821C5" w:rsidP="004F58FE">
            <w:pPr>
              <w:shd w:val="clear" w:color="auto" w:fill="FFFFFF" w:themeFill="background1"/>
              <w:jc w:val="center"/>
            </w:pPr>
            <w:r>
              <w:rPr>
                <w:b/>
              </w:rPr>
              <w:t>Hoạt động của học sinh</w:t>
            </w:r>
          </w:p>
        </w:tc>
      </w:tr>
      <w:tr w:rsidR="009C07B5" w14:paraId="38FAA36B" w14:textId="77777777" w:rsidTr="004F58FE">
        <w:trPr>
          <w:jc w:val="center"/>
        </w:trPr>
        <w:tc>
          <w:tcPr>
            <w:tcW w:w="10540" w:type="dxa"/>
            <w:gridSpan w:val="2"/>
            <w:tcBorders>
              <w:top w:val="single" w:sz="8" w:space="0" w:color="000000"/>
              <w:bottom w:val="single" w:sz="8" w:space="0" w:color="000000"/>
            </w:tcBorders>
            <w:shd w:val="clear" w:color="auto" w:fill="E2F0D9"/>
          </w:tcPr>
          <w:p w14:paraId="335DA981" w14:textId="77777777" w:rsidR="009C07B5" w:rsidRDefault="002821C5" w:rsidP="004F58FE">
            <w:pPr>
              <w:shd w:val="clear" w:color="auto" w:fill="FFFFFF" w:themeFill="background1"/>
            </w:pPr>
            <w:r>
              <w:rPr>
                <w:b/>
                <w:color w:val="008000"/>
              </w:rPr>
              <w:t>TIẾT 1</w:t>
            </w:r>
          </w:p>
          <w:p w14:paraId="2B3C89F7" w14:textId="77777777" w:rsidR="009C07B5" w:rsidRDefault="002821C5" w:rsidP="004F58FE">
            <w:pPr>
              <w:shd w:val="clear" w:color="auto" w:fill="FFFFFF" w:themeFill="background1"/>
            </w:pPr>
            <w:r>
              <w:rPr>
                <w:b/>
                <w:color w:val="008000"/>
              </w:rPr>
              <w:t>1. Khởi động (5 phút)</w:t>
            </w:r>
          </w:p>
          <w:p w14:paraId="4C8582E0" w14:textId="77777777" w:rsidR="009C07B5" w:rsidRDefault="002821C5" w:rsidP="004F58FE">
            <w:pPr>
              <w:shd w:val="clear" w:color="auto" w:fill="FFFFFF" w:themeFill="background1"/>
            </w:pPr>
            <w:r>
              <w:rPr>
                <w:i/>
                <w:color w:val="008000"/>
              </w:rPr>
              <w:t>Mục tiêu: Quan sát tranh, nêu hoạt động của người và vật, kết nối vào bài đọc.</w:t>
            </w:r>
          </w:p>
        </w:tc>
      </w:tr>
      <w:tr w:rsidR="009C07B5" w14:paraId="48BA37BF" w14:textId="77777777" w:rsidTr="004F58FE">
        <w:trPr>
          <w:jc w:val="center"/>
        </w:trPr>
        <w:tc>
          <w:tcPr>
            <w:tcW w:w="5270" w:type="dxa"/>
            <w:tcBorders>
              <w:top w:val="single" w:sz="8" w:space="0" w:color="000000"/>
            </w:tcBorders>
          </w:tcPr>
          <w:p w14:paraId="025C03C3" w14:textId="77777777" w:rsidR="009C07B5" w:rsidRDefault="002821C5" w:rsidP="004F58FE">
            <w:pPr>
              <w:shd w:val="clear" w:color="auto" w:fill="FFFFFF" w:themeFill="background1"/>
            </w:pPr>
            <w:r>
              <w:t>- GV yêu cầu HS quan sát tranh SGK trang 20 và trả lời: Mỗi người, mỗi vật trong tranh đang làm gì?</w:t>
            </w:r>
          </w:p>
          <w:p w14:paraId="1F08F2AF" w14:textId="24270740" w:rsidR="009C07B5" w:rsidRDefault="009C07B5" w:rsidP="004F58FE">
            <w:pPr>
              <w:shd w:val="clear" w:color="auto" w:fill="FFFFFF" w:themeFill="background1"/>
              <w:jc w:val="center"/>
            </w:pPr>
          </w:p>
        </w:tc>
        <w:tc>
          <w:tcPr>
            <w:tcW w:w="5270" w:type="dxa"/>
            <w:tcBorders>
              <w:top w:val="single" w:sz="8" w:space="0" w:color="000000"/>
            </w:tcBorders>
          </w:tcPr>
          <w:p w14:paraId="3552E8D0" w14:textId="77777777" w:rsidR="009C07B5" w:rsidRDefault="002821C5" w:rsidP="004F58FE">
            <w:pPr>
              <w:shd w:val="clear" w:color="auto" w:fill="FFFFFF" w:themeFill="background1"/>
            </w:pPr>
            <w:r>
              <w:t>- HS trả lời: Cái đồng hồ tích tắc báo giờ; con gà trống gáy báo trời sáng; chim bắt sâu; cành đào nở hoa; bạn nhỏ làm bài và chuẩn bị đi học.</w:t>
            </w:r>
          </w:p>
        </w:tc>
      </w:tr>
      <w:tr w:rsidR="009C07B5" w14:paraId="3507AC03" w14:textId="77777777" w:rsidTr="004F58FE">
        <w:trPr>
          <w:jc w:val="center"/>
        </w:trPr>
        <w:tc>
          <w:tcPr>
            <w:tcW w:w="5270" w:type="dxa"/>
          </w:tcPr>
          <w:p w14:paraId="2AF97F77" w14:textId="77777777" w:rsidR="009C07B5" w:rsidRDefault="002821C5" w:rsidP="004F58FE">
            <w:pPr>
              <w:shd w:val="clear" w:color="auto" w:fill="FFFFFF" w:themeFill="background1"/>
            </w:pPr>
            <w:r>
              <w:rPr>
                <w:color w:val="C00000"/>
              </w:rPr>
              <w:t>- GV hỏi: Trong một ngày, em thường làm những việc gì để việc học, việc chơi và việc nhà không bị lộn xộn?</w:t>
            </w:r>
          </w:p>
        </w:tc>
        <w:tc>
          <w:tcPr>
            <w:tcW w:w="5270" w:type="dxa"/>
          </w:tcPr>
          <w:p w14:paraId="409BD358" w14:textId="77777777" w:rsidR="009C07B5" w:rsidRDefault="002821C5" w:rsidP="004F58FE">
            <w:pPr>
              <w:shd w:val="clear" w:color="auto" w:fill="FFFFFF" w:themeFill="background1"/>
            </w:pPr>
            <w:r>
              <w:rPr>
                <w:color w:val="C00000"/>
              </w:rPr>
              <w:t>- HS trả lời: Em học bài, đi học đúng giờ, giúp mẹ dọn bàn, chơi xong cất đồ chơi, chuẩn bị sách vở cho hôm sau.</w:t>
            </w:r>
          </w:p>
        </w:tc>
      </w:tr>
      <w:tr w:rsidR="009C07B5" w14:paraId="7CFE5AAA" w14:textId="77777777" w:rsidTr="004F58FE">
        <w:trPr>
          <w:jc w:val="center"/>
        </w:trPr>
        <w:tc>
          <w:tcPr>
            <w:tcW w:w="5270" w:type="dxa"/>
          </w:tcPr>
          <w:p w14:paraId="025ECF27" w14:textId="77777777" w:rsidR="009C07B5" w:rsidRDefault="002821C5" w:rsidP="004F58FE">
            <w:pPr>
              <w:shd w:val="clear" w:color="auto" w:fill="FFFFFF" w:themeFill="background1"/>
            </w:pPr>
            <w:r>
              <w:rPr>
                <w:color w:val="C00000"/>
              </w:rPr>
              <w:lastRenderedPageBreak/>
              <w:t>- Tích hợp giáo dục kĩ năng sống: GV diễn giải: Mỗi ngày có nhiều việc cần làm nên các em cần biết sắp xếp thời gian. Buổi sáng chuẩn bị đi học đúng giờ; khi ở lớp tập trung học tập; về nhà làm bài, giúp việc vừa sức rồi vui chơi, nghỉ ngơi hợp lí. Biết sắp xếp việc làm giúp các em tự giác, không vội vàng, không quên nhiệm vụ và sống có trách nhiệm hơn.</w:t>
            </w:r>
          </w:p>
        </w:tc>
        <w:tc>
          <w:tcPr>
            <w:tcW w:w="5270" w:type="dxa"/>
          </w:tcPr>
          <w:p w14:paraId="0A3DB967" w14:textId="77777777" w:rsidR="009C07B5" w:rsidRDefault="002821C5" w:rsidP="004F58FE">
            <w:pPr>
              <w:shd w:val="clear" w:color="auto" w:fill="FFFFFF" w:themeFill="background1"/>
            </w:pPr>
            <w:r>
              <w:rPr>
                <w:color w:val="C00000"/>
              </w:rPr>
              <w:t>- HS nêu: Em cần xem thời khóa biểu, chuẩn bị sách vở, làm việc vừa sức và nghỉ ngơi đúng giờ.</w:t>
            </w:r>
          </w:p>
        </w:tc>
      </w:tr>
      <w:tr w:rsidR="009C07B5" w14:paraId="54434D90" w14:textId="77777777" w:rsidTr="004F58FE">
        <w:trPr>
          <w:jc w:val="center"/>
        </w:trPr>
        <w:tc>
          <w:tcPr>
            <w:tcW w:w="5270" w:type="dxa"/>
            <w:tcBorders>
              <w:bottom w:val="single" w:sz="8" w:space="0" w:color="000000"/>
            </w:tcBorders>
          </w:tcPr>
          <w:p w14:paraId="44E93012" w14:textId="77777777" w:rsidR="009C07B5" w:rsidRDefault="002821C5" w:rsidP="004F58FE">
            <w:pPr>
              <w:shd w:val="clear" w:color="auto" w:fill="FFFFFF" w:themeFill="background1"/>
            </w:pPr>
            <w:r>
              <w:t>- GV giới thiệu bài: Xung quanh chúng ta, mọi người và mọi vật đều làm việc. Hôm nay, cô và các em sẽ đọc bài Làm việc thật là vui để thấy vì sao làm việc lại đem đến niềm vui.</w:t>
            </w:r>
          </w:p>
        </w:tc>
        <w:tc>
          <w:tcPr>
            <w:tcW w:w="5270" w:type="dxa"/>
            <w:tcBorders>
              <w:bottom w:val="single" w:sz="8" w:space="0" w:color="000000"/>
            </w:tcBorders>
          </w:tcPr>
          <w:p w14:paraId="40E60B10" w14:textId="77777777" w:rsidR="009C07B5" w:rsidRDefault="002821C5" w:rsidP="004F58FE">
            <w:pPr>
              <w:shd w:val="clear" w:color="auto" w:fill="FFFFFF" w:themeFill="background1"/>
            </w:pPr>
            <w:r>
              <w:t>- HS lắng nghe, mở SGK bài Làm việc thật là vui.</w:t>
            </w:r>
          </w:p>
        </w:tc>
      </w:tr>
      <w:tr w:rsidR="009C07B5" w14:paraId="0C674537" w14:textId="77777777" w:rsidTr="004F58FE">
        <w:trPr>
          <w:jc w:val="center"/>
        </w:trPr>
        <w:tc>
          <w:tcPr>
            <w:tcW w:w="10540" w:type="dxa"/>
            <w:gridSpan w:val="2"/>
            <w:tcBorders>
              <w:top w:val="single" w:sz="8" w:space="0" w:color="000000"/>
              <w:bottom w:val="nil"/>
            </w:tcBorders>
            <w:shd w:val="clear" w:color="auto" w:fill="E2F0D9"/>
          </w:tcPr>
          <w:p w14:paraId="3503649B" w14:textId="77777777" w:rsidR="009C07B5" w:rsidRDefault="002821C5" w:rsidP="004F58FE">
            <w:pPr>
              <w:shd w:val="clear" w:color="auto" w:fill="FFFFFF" w:themeFill="background1"/>
            </w:pPr>
            <w:r>
              <w:rPr>
                <w:b/>
                <w:color w:val="008000"/>
              </w:rPr>
              <w:t>2. Khám phá kiến thức</w:t>
            </w:r>
          </w:p>
          <w:p w14:paraId="5E37593C" w14:textId="77777777" w:rsidR="009C07B5" w:rsidRDefault="002821C5" w:rsidP="004F58FE">
            <w:pPr>
              <w:shd w:val="clear" w:color="auto" w:fill="FFFFFF" w:themeFill="background1"/>
            </w:pPr>
            <w:r>
              <w:rPr>
                <w:i/>
                <w:color w:val="008000"/>
              </w:rPr>
              <w:t>Mục tiêu: Giúp HS đọc thành tiếng trôi chảy toàn bài và hiểu nội dung bài đọc.</w:t>
            </w:r>
          </w:p>
        </w:tc>
      </w:tr>
      <w:tr w:rsidR="009C07B5" w14:paraId="5730355D" w14:textId="77777777" w:rsidTr="004F58FE">
        <w:trPr>
          <w:jc w:val="center"/>
        </w:trPr>
        <w:tc>
          <w:tcPr>
            <w:tcW w:w="10540" w:type="dxa"/>
            <w:gridSpan w:val="2"/>
            <w:tcBorders>
              <w:top w:val="nil"/>
              <w:bottom w:val="single" w:sz="8" w:space="0" w:color="000000"/>
            </w:tcBorders>
            <w:shd w:val="clear" w:color="auto" w:fill="E2F0D9"/>
          </w:tcPr>
          <w:p w14:paraId="70D71077" w14:textId="77777777" w:rsidR="009C07B5" w:rsidRDefault="002821C5" w:rsidP="004F58FE">
            <w:pPr>
              <w:shd w:val="clear" w:color="auto" w:fill="FFFFFF" w:themeFill="background1"/>
            </w:pPr>
            <w:r>
              <w:rPr>
                <w:b/>
                <w:color w:val="008000"/>
              </w:rPr>
              <w:t>Hoạt động 1: Đọc văn bản (20 phút)</w:t>
            </w:r>
          </w:p>
          <w:p w14:paraId="059F9BFF" w14:textId="77777777" w:rsidR="009C07B5" w:rsidRDefault="002821C5" w:rsidP="004F58FE">
            <w:pPr>
              <w:shd w:val="clear" w:color="auto" w:fill="FFFFFF" w:themeFill="background1"/>
            </w:pPr>
            <w:r>
              <w:rPr>
                <w:i/>
                <w:color w:val="008000"/>
              </w:rPr>
              <w:t>Mục tiêu: HS đọc đúng, rõ ràng toàn bài; hiểu nghĩa một số từ ngữ; đọc với giọng vui tươi, nhịp vừa phải.</w:t>
            </w:r>
          </w:p>
        </w:tc>
      </w:tr>
      <w:tr w:rsidR="009C07B5" w14:paraId="00BC571B" w14:textId="77777777" w:rsidTr="004F58FE">
        <w:trPr>
          <w:jc w:val="center"/>
        </w:trPr>
        <w:tc>
          <w:tcPr>
            <w:tcW w:w="5270" w:type="dxa"/>
            <w:tcBorders>
              <w:top w:val="single" w:sz="8" w:space="0" w:color="000000"/>
            </w:tcBorders>
          </w:tcPr>
          <w:p w14:paraId="6F7C25AC" w14:textId="77777777" w:rsidR="009C07B5" w:rsidRDefault="002821C5" w:rsidP="004F58FE">
            <w:pPr>
              <w:shd w:val="clear" w:color="auto" w:fill="FFFFFF" w:themeFill="background1"/>
            </w:pPr>
            <w:r>
              <w:rPr>
                <w:b/>
              </w:rPr>
              <w:t>a. GV đọc mẫu.</w:t>
            </w:r>
          </w:p>
        </w:tc>
        <w:tc>
          <w:tcPr>
            <w:tcW w:w="5270" w:type="dxa"/>
            <w:tcBorders>
              <w:top w:val="single" w:sz="8" w:space="0" w:color="000000"/>
            </w:tcBorders>
          </w:tcPr>
          <w:p w14:paraId="08BE1F1D" w14:textId="77777777" w:rsidR="009C07B5" w:rsidRDefault="002821C5" w:rsidP="004F58FE">
            <w:pPr>
              <w:shd w:val="clear" w:color="auto" w:fill="FFFFFF" w:themeFill="background1"/>
            </w:pPr>
            <w:r>
              <w:t>- HS chuẩn bị lắng nghe, mở SGK bài Làm việc thật là vui.</w:t>
            </w:r>
          </w:p>
        </w:tc>
      </w:tr>
      <w:tr w:rsidR="009C07B5" w14:paraId="1F400006" w14:textId="77777777" w:rsidTr="004F58FE">
        <w:trPr>
          <w:jc w:val="center"/>
        </w:trPr>
        <w:tc>
          <w:tcPr>
            <w:tcW w:w="5270" w:type="dxa"/>
          </w:tcPr>
          <w:p w14:paraId="546669CB" w14:textId="77777777" w:rsidR="009C07B5" w:rsidRDefault="002821C5" w:rsidP="004F58FE">
            <w:pPr>
              <w:shd w:val="clear" w:color="auto" w:fill="FFFFFF" w:themeFill="background1"/>
            </w:pPr>
            <w:r>
              <w:t>- GV đọc mẫu toàn bài với giọng vui tươi, nhịp vừa phải; nhấn ở các từ mô tả âm thanh, hoạt động: tích tắc, gáy vang, tu hú, rúc.</w:t>
            </w:r>
          </w:p>
        </w:tc>
        <w:tc>
          <w:tcPr>
            <w:tcW w:w="5270" w:type="dxa"/>
          </w:tcPr>
          <w:p w14:paraId="77F5796B" w14:textId="77777777" w:rsidR="009C07B5" w:rsidRDefault="002821C5" w:rsidP="004F58FE">
            <w:pPr>
              <w:shd w:val="clear" w:color="auto" w:fill="FFFFFF" w:themeFill="background1"/>
            </w:pPr>
            <w:r>
              <w:t>- HS chú ý lắng nghe và đọc thầm theo; nhận biết giọng đọc vui tươi, nhịp vừa phải.</w:t>
            </w:r>
          </w:p>
        </w:tc>
      </w:tr>
      <w:tr w:rsidR="009C07B5" w14:paraId="029B9923" w14:textId="77777777" w:rsidTr="004F58FE">
        <w:trPr>
          <w:jc w:val="center"/>
        </w:trPr>
        <w:tc>
          <w:tcPr>
            <w:tcW w:w="5270" w:type="dxa"/>
          </w:tcPr>
          <w:p w14:paraId="754DAD49" w14:textId="77777777" w:rsidR="009C07B5" w:rsidRDefault="002821C5" w:rsidP="004F58FE">
            <w:pPr>
              <w:shd w:val="clear" w:color="auto" w:fill="FFFFFF" w:themeFill="background1"/>
            </w:pPr>
            <w:r>
              <w:rPr>
                <w:b/>
              </w:rPr>
              <w:t>b. HS luyện đọc đoạn, kết hợp đọc từ khó, câu khó và giải nghĩa từ.</w:t>
            </w:r>
          </w:p>
        </w:tc>
        <w:tc>
          <w:tcPr>
            <w:tcW w:w="5270" w:type="dxa"/>
          </w:tcPr>
          <w:p w14:paraId="3FFDB1D2" w14:textId="77777777" w:rsidR="009C07B5" w:rsidRDefault="002821C5" w:rsidP="004F58FE">
            <w:pPr>
              <w:shd w:val="clear" w:color="auto" w:fill="FFFFFF" w:themeFill="background1"/>
            </w:pPr>
            <w:r>
              <w:t>- HS chuẩn bị luyện đọc đoạn, đọc từ khó và nêu từ ngữ chưa hiểu.</w:t>
            </w:r>
          </w:p>
        </w:tc>
      </w:tr>
      <w:tr w:rsidR="009C07B5" w14:paraId="23E32607" w14:textId="77777777" w:rsidTr="004F58FE">
        <w:trPr>
          <w:jc w:val="center"/>
        </w:trPr>
        <w:tc>
          <w:tcPr>
            <w:tcW w:w="5270" w:type="dxa"/>
          </w:tcPr>
          <w:p w14:paraId="264E9102" w14:textId="77777777" w:rsidR="009C07B5" w:rsidRDefault="002821C5" w:rsidP="004F58FE">
            <w:pPr>
              <w:shd w:val="clear" w:color="auto" w:fill="FFFFFF" w:themeFill="background1"/>
            </w:pPr>
            <w:r>
              <w:t>- GV hướng dẫn HS chia bài thành 2 đoạn: đoạn 1 từ đầu đến “đồng ruộng”; đoạn 2 phần còn lại.</w:t>
            </w:r>
          </w:p>
        </w:tc>
        <w:tc>
          <w:tcPr>
            <w:tcW w:w="5270" w:type="dxa"/>
          </w:tcPr>
          <w:p w14:paraId="2F1DC389" w14:textId="77777777" w:rsidR="009C07B5" w:rsidRDefault="002821C5" w:rsidP="004F58FE">
            <w:pPr>
              <w:shd w:val="clear" w:color="auto" w:fill="FFFFFF" w:themeFill="background1"/>
            </w:pPr>
            <w:r>
              <w:t>- HS dùng bút chì đánh dấu 2 đoạn trong SGK.</w:t>
            </w:r>
          </w:p>
        </w:tc>
      </w:tr>
      <w:tr w:rsidR="009C07B5" w14:paraId="547D845C" w14:textId="77777777" w:rsidTr="004F58FE">
        <w:trPr>
          <w:jc w:val="center"/>
        </w:trPr>
        <w:tc>
          <w:tcPr>
            <w:tcW w:w="5270" w:type="dxa"/>
          </w:tcPr>
          <w:p w14:paraId="5C36AA6A" w14:textId="77777777" w:rsidR="009C07B5" w:rsidRDefault="002821C5" w:rsidP="004F58FE">
            <w:pPr>
              <w:shd w:val="clear" w:color="auto" w:fill="FFFFFF" w:themeFill="background1"/>
            </w:pPr>
            <w:r>
              <w:t>- GV tổ chức cho HS đọc nối tiếp đoạn lần 1; GV theo dõi, sửa lỗi phát âm.</w:t>
            </w:r>
          </w:p>
        </w:tc>
        <w:tc>
          <w:tcPr>
            <w:tcW w:w="5270" w:type="dxa"/>
          </w:tcPr>
          <w:p w14:paraId="38349679" w14:textId="77777777" w:rsidR="009C07B5" w:rsidRDefault="002821C5" w:rsidP="004F58FE">
            <w:pPr>
              <w:shd w:val="clear" w:color="auto" w:fill="FFFFFF" w:themeFill="background1"/>
            </w:pPr>
            <w:r>
              <w:t>- HS đọc nối tiếp đoạn lần 1; HS khác theo dõi và góp ý.</w:t>
            </w:r>
          </w:p>
        </w:tc>
      </w:tr>
      <w:tr w:rsidR="009C07B5" w14:paraId="47F42953" w14:textId="77777777" w:rsidTr="004F58FE">
        <w:trPr>
          <w:jc w:val="center"/>
        </w:trPr>
        <w:tc>
          <w:tcPr>
            <w:tcW w:w="5270" w:type="dxa"/>
          </w:tcPr>
          <w:p w14:paraId="6E4BA68B" w14:textId="77777777" w:rsidR="009C07B5" w:rsidRDefault="002821C5" w:rsidP="004F58FE">
            <w:pPr>
              <w:shd w:val="clear" w:color="auto" w:fill="FFFFFF" w:themeFill="background1"/>
            </w:pPr>
            <w:r>
              <w:t>- GV hướng dẫn HS luyện đọc từ khó: tích tắc, báo phút, báo giờ, sắc xuân, tung bừng, rúc, bận rộn.</w:t>
            </w:r>
          </w:p>
        </w:tc>
        <w:tc>
          <w:tcPr>
            <w:tcW w:w="5270" w:type="dxa"/>
          </w:tcPr>
          <w:p w14:paraId="67411CA1" w14:textId="77777777" w:rsidR="009C07B5" w:rsidRDefault="002821C5" w:rsidP="004F58FE">
            <w:pPr>
              <w:shd w:val="clear" w:color="auto" w:fill="FFFFFF" w:themeFill="background1"/>
            </w:pPr>
            <w:r>
              <w:t>- HS luyện đọc đúng các từ khó cá nhân, nhóm, đồng thanh.</w:t>
            </w:r>
          </w:p>
        </w:tc>
      </w:tr>
      <w:tr w:rsidR="009C07B5" w14:paraId="070C236E" w14:textId="77777777" w:rsidTr="004F58FE">
        <w:trPr>
          <w:jc w:val="center"/>
        </w:trPr>
        <w:tc>
          <w:tcPr>
            <w:tcW w:w="5270" w:type="dxa"/>
          </w:tcPr>
          <w:p w14:paraId="7CE23103" w14:textId="77777777" w:rsidR="009C07B5" w:rsidRDefault="002821C5" w:rsidP="004F58FE">
            <w:pPr>
              <w:shd w:val="clear" w:color="auto" w:fill="FFFFFF" w:themeFill="background1"/>
            </w:pPr>
            <w:r>
              <w:t>- GV hướng dẫn ngắt câu dài: “Con gà trống gáy vang ò ó o,/ báo cho mọi người biết trời sắp sáng,/ mau mau thức dậy.”</w:t>
            </w:r>
          </w:p>
        </w:tc>
        <w:tc>
          <w:tcPr>
            <w:tcW w:w="5270" w:type="dxa"/>
          </w:tcPr>
          <w:p w14:paraId="0C7F3475" w14:textId="77777777" w:rsidR="009C07B5" w:rsidRDefault="002821C5" w:rsidP="004F58FE">
            <w:pPr>
              <w:shd w:val="clear" w:color="auto" w:fill="FFFFFF" w:themeFill="background1"/>
            </w:pPr>
            <w:r>
              <w:t>- HS luyện đọc câu dài, biết ngắt nghỉ sau từng cụm ý.</w:t>
            </w:r>
          </w:p>
        </w:tc>
      </w:tr>
      <w:tr w:rsidR="009C07B5" w14:paraId="29FD5CE8" w14:textId="77777777" w:rsidTr="004F58FE">
        <w:trPr>
          <w:jc w:val="center"/>
        </w:trPr>
        <w:tc>
          <w:tcPr>
            <w:tcW w:w="5270" w:type="dxa"/>
          </w:tcPr>
          <w:p w14:paraId="77B7EBE7" w14:textId="77777777" w:rsidR="009C07B5" w:rsidRDefault="002821C5" w:rsidP="004F58FE">
            <w:pPr>
              <w:shd w:val="clear" w:color="auto" w:fill="FFFFFF" w:themeFill="background1"/>
            </w:pPr>
            <w:r>
              <w:t>- GV giải nghĩa từ: sắc xuân là cảnh vật, màu sắc của mùa xuân; tung bừng là nhộn nhịp, tươi vui; rúc là kêu lên một hồi dài.</w:t>
            </w:r>
          </w:p>
        </w:tc>
        <w:tc>
          <w:tcPr>
            <w:tcW w:w="5270" w:type="dxa"/>
          </w:tcPr>
          <w:p w14:paraId="65E1FEEB" w14:textId="77777777" w:rsidR="009C07B5" w:rsidRDefault="002821C5" w:rsidP="004F58FE">
            <w:pPr>
              <w:shd w:val="clear" w:color="auto" w:fill="FFFFFF" w:themeFill="background1"/>
            </w:pPr>
            <w:r>
              <w:t>- HS nhắc lại nghĩa từ bằng lời của mình.</w:t>
            </w:r>
          </w:p>
        </w:tc>
      </w:tr>
      <w:tr w:rsidR="009C07B5" w14:paraId="786BEF23" w14:textId="77777777" w:rsidTr="004F58FE">
        <w:trPr>
          <w:jc w:val="center"/>
        </w:trPr>
        <w:tc>
          <w:tcPr>
            <w:tcW w:w="5270" w:type="dxa"/>
          </w:tcPr>
          <w:p w14:paraId="77E1FA75" w14:textId="77777777" w:rsidR="009C07B5" w:rsidRDefault="002821C5" w:rsidP="004F58FE">
            <w:pPr>
              <w:shd w:val="clear" w:color="auto" w:fill="FFFFFF" w:themeFill="background1"/>
            </w:pPr>
            <w:r>
              <w:rPr>
                <w:b/>
              </w:rPr>
              <w:t>c. HS luyện đọc trong nhóm.</w:t>
            </w:r>
          </w:p>
        </w:tc>
        <w:tc>
          <w:tcPr>
            <w:tcW w:w="5270" w:type="dxa"/>
          </w:tcPr>
          <w:p w14:paraId="335253F7" w14:textId="77777777" w:rsidR="009C07B5" w:rsidRDefault="002821C5" w:rsidP="004F58FE">
            <w:pPr>
              <w:shd w:val="clear" w:color="auto" w:fill="FFFFFF" w:themeFill="background1"/>
            </w:pPr>
            <w:r>
              <w:t>- HS chuẩn bị đọc theo nhóm, biết nghe bạn đọc và góp ý.</w:t>
            </w:r>
          </w:p>
        </w:tc>
      </w:tr>
      <w:tr w:rsidR="009C07B5" w14:paraId="00EFC877" w14:textId="77777777" w:rsidTr="004F58FE">
        <w:trPr>
          <w:jc w:val="center"/>
        </w:trPr>
        <w:tc>
          <w:tcPr>
            <w:tcW w:w="5270" w:type="dxa"/>
          </w:tcPr>
          <w:p w14:paraId="5FC20BB2" w14:textId="77777777" w:rsidR="009C07B5" w:rsidRDefault="002821C5" w:rsidP="004F58FE">
            <w:pPr>
              <w:shd w:val="clear" w:color="auto" w:fill="FFFFFF" w:themeFill="background1"/>
            </w:pPr>
            <w:r>
              <w:t>- Tổ chức cho HS luyện đọc theo nhóm đôi; một bạn đọc, một bạn nghe và góp ý phát âm.</w:t>
            </w:r>
          </w:p>
        </w:tc>
        <w:tc>
          <w:tcPr>
            <w:tcW w:w="5270" w:type="dxa"/>
          </w:tcPr>
          <w:p w14:paraId="3247A0C7" w14:textId="77777777" w:rsidR="009C07B5" w:rsidRDefault="002821C5" w:rsidP="004F58FE">
            <w:pPr>
              <w:shd w:val="clear" w:color="auto" w:fill="FFFFFF" w:themeFill="background1"/>
            </w:pPr>
            <w:r>
              <w:t>- HS luyện đọc nhóm đôi; bạn nghe góp ý cách phát âm, ngắt nghỉ.</w:t>
            </w:r>
          </w:p>
        </w:tc>
      </w:tr>
      <w:tr w:rsidR="009C07B5" w14:paraId="68C179D4" w14:textId="77777777" w:rsidTr="004F58FE">
        <w:trPr>
          <w:jc w:val="center"/>
        </w:trPr>
        <w:tc>
          <w:tcPr>
            <w:tcW w:w="5270" w:type="dxa"/>
          </w:tcPr>
          <w:p w14:paraId="09EA2C5D" w14:textId="77777777" w:rsidR="009C07B5" w:rsidRDefault="002821C5" w:rsidP="004F58FE">
            <w:pPr>
              <w:shd w:val="clear" w:color="auto" w:fill="FFFFFF" w:themeFill="background1"/>
            </w:pPr>
            <w:r>
              <w:t>- Tổ chức cho HS thi đọc nối tiếp giữa các nhóm.</w:t>
            </w:r>
          </w:p>
        </w:tc>
        <w:tc>
          <w:tcPr>
            <w:tcW w:w="5270" w:type="dxa"/>
          </w:tcPr>
          <w:p w14:paraId="77B4A8ED" w14:textId="77777777" w:rsidR="009C07B5" w:rsidRDefault="002821C5" w:rsidP="004F58FE">
            <w:pPr>
              <w:shd w:val="clear" w:color="auto" w:fill="FFFFFF" w:themeFill="background1"/>
            </w:pPr>
            <w:r>
              <w:t>- 2 - 3 nhóm thi đọc; cả lớp nhận xét nhóm đọc rõ tiếng, đúng giọng vui tươi.</w:t>
            </w:r>
          </w:p>
        </w:tc>
      </w:tr>
      <w:tr w:rsidR="009C07B5" w14:paraId="0F7685F6" w14:textId="77777777" w:rsidTr="004F58FE">
        <w:trPr>
          <w:jc w:val="center"/>
        </w:trPr>
        <w:tc>
          <w:tcPr>
            <w:tcW w:w="5270" w:type="dxa"/>
          </w:tcPr>
          <w:p w14:paraId="616BA7A2" w14:textId="77777777" w:rsidR="009C07B5" w:rsidRDefault="002821C5" w:rsidP="004F58FE">
            <w:pPr>
              <w:shd w:val="clear" w:color="auto" w:fill="FFFFFF" w:themeFill="background1"/>
            </w:pPr>
            <w:r>
              <w:rPr>
                <w:b/>
              </w:rPr>
              <w:t>d. Đọc toàn bài.</w:t>
            </w:r>
          </w:p>
        </w:tc>
        <w:tc>
          <w:tcPr>
            <w:tcW w:w="5270" w:type="dxa"/>
          </w:tcPr>
          <w:p w14:paraId="7A0AE816" w14:textId="77777777" w:rsidR="009C07B5" w:rsidRDefault="002821C5" w:rsidP="004F58FE">
            <w:pPr>
              <w:shd w:val="clear" w:color="auto" w:fill="FFFFFF" w:themeFill="background1"/>
            </w:pPr>
            <w:r>
              <w:t>- HS chuẩn bị luyện đọc toàn bài.</w:t>
            </w:r>
          </w:p>
        </w:tc>
      </w:tr>
      <w:tr w:rsidR="009C07B5" w14:paraId="401E13F1" w14:textId="77777777" w:rsidTr="004F58FE">
        <w:trPr>
          <w:jc w:val="center"/>
        </w:trPr>
        <w:tc>
          <w:tcPr>
            <w:tcW w:w="5270" w:type="dxa"/>
          </w:tcPr>
          <w:p w14:paraId="50FDEC7B" w14:textId="77777777" w:rsidR="009C07B5" w:rsidRDefault="002821C5" w:rsidP="004F58FE">
            <w:pPr>
              <w:shd w:val="clear" w:color="auto" w:fill="FFFFFF" w:themeFill="background1"/>
            </w:pPr>
            <w:r>
              <w:t>- GV mời 1 - 2 HS đọc toàn bài trước lớp.</w:t>
            </w:r>
          </w:p>
        </w:tc>
        <w:tc>
          <w:tcPr>
            <w:tcW w:w="5270" w:type="dxa"/>
          </w:tcPr>
          <w:p w14:paraId="38661AC7" w14:textId="77777777" w:rsidR="009C07B5" w:rsidRDefault="002821C5" w:rsidP="004F58FE">
            <w:pPr>
              <w:shd w:val="clear" w:color="auto" w:fill="FFFFFF" w:themeFill="background1"/>
            </w:pPr>
            <w:r>
              <w:t>- 1 - 2 HS đọc toàn bài; HS khác theo dõi và nhận xét.</w:t>
            </w:r>
          </w:p>
        </w:tc>
      </w:tr>
      <w:tr w:rsidR="009C07B5" w14:paraId="4BC9C6B0" w14:textId="77777777" w:rsidTr="004F58FE">
        <w:trPr>
          <w:jc w:val="center"/>
        </w:trPr>
        <w:tc>
          <w:tcPr>
            <w:tcW w:w="5270" w:type="dxa"/>
            <w:tcBorders>
              <w:bottom w:val="single" w:sz="8" w:space="0" w:color="000000"/>
            </w:tcBorders>
          </w:tcPr>
          <w:p w14:paraId="5CEFE19C" w14:textId="77777777" w:rsidR="009C07B5" w:rsidRDefault="002821C5" w:rsidP="004F58FE">
            <w:pPr>
              <w:shd w:val="clear" w:color="auto" w:fill="FFFFFF" w:themeFill="background1"/>
            </w:pPr>
            <w:r>
              <w:lastRenderedPageBreak/>
              <w:t>- GV kết luận: Đọc bài với giọng vui giúp các em cảm nhận được niềm vui khi mọi người, mọi vật cùng làm việc có ích.</w:t>
            </w:r>
          </w:p>
        </w:tc>
        <w:tc>
          <w:tcPr>
            <w:tcW w:w="5270" w:type="dxa"/>
            <w:tcBorders>
              <w:bottom w:val="single" w:sz="8" w:space="0" w:color="000000"/>
            </w:tcBorders>
          </w:tcPr>
          <w:p w14:paraId="79AF0E70" w14:textId="77777777" w:rsidR="009C07B5" w:rsidRDefault="002821C5" w:rsidP="004F58FE">
            <w:pPr>
              <w:shd w:val="clear" w:color="auto" w:fill="FFFFFF" w:themeFill="background1"/>
            </w:pPr>
            <w:r>
              <w:t>- HS rút kinh nghiệm về cách đọc bài.</w:t>
            </w:r>
          </w:p>
        </w:tc>
      </w:tr>
      <w:tr w:rsidR="009C07B5" w14:paraId="43E3848F" w14:textId="77777777" w:rsidTr="004F58FE">
        <w:trPr>
          <w:jc w:val="center"/>
        </w:trPr>
        <w:tc>
          <w:tcPr>
            <w:tcW w:w="10540" w:type="dxa"/>
            <w:gridSpan w:val="2"/>
            <w:tcBorders>
              <w:top w:val="single" w:sz="8" w:space="0" w:color="000000"/>
              <w:bottom w:val="single" w:sz="8" w:space="0" w:color="000000"/>
            </w:tcBorders>
            <w:shd w:val="clear" w:color="auto" w:fill="E2F0D9"/>
          </w:tcPr>
          <w:p w14:paraId="16D82C46" w14:textId="77777777" w:rsidR="009C07B5" w:rsidRDefault="002821C5" w:rsidP="004F58FE">
            <w:pPr>
              <w:shd w:val="clear" w:color="auto" w:fill="FFFFFF" w:themeFill="background1"/>
            </w:pPr>
            <w:r>
              <w:rPr>
                <w:b/>
                <w:color w:val="008000"/>
              </w:rPr>
              <w:t>4. Vận dụng (3 phút)</w:t>
            </w:r>
          </w:p>
          <w:p w14:paraId="7E274734" w14:textId="77777777" w:rsidR="009C07B5" w:rsidRDefault="002821C5" w:rsidP="004F58FE">
            <w:pPr>
              <w:shd w:val="clear" w:color="auto" w:fill="FFFFFF" w:themeFill="background1"/>
            </w:pPr>
            <w:r>
              <w:rPr>
                <w:i/>
                <w:color w:val="008000"/>
              </w:rPr>
              <w:t>Mục tiêu: Khắc sâu nội dung đọc ở tiết 1; chuẩn bị cho tiết 2.</w:t>
            </w:r>
          </w:p>
        </w:tc>
      </w:tr>
      <w:tr w:rsidR="009C07B5" w14:paraId="372F0483" w14:textId="77777777" w:rsidTr="004F58FE">
        <w:trPr>
          <w:jc w:val="center"/>
        </w:trPr>
        <w:tc>
          <w:tcPr>
            <w:tcW w:w="5270" w:type="dxa"/>
            <w:tcBorders>
              <w:top w:val="single" w:sz="8" w:space="0" w:color="000000"/>
            </w:tcBorders>
          </w:tcPr>
          <w:p w14:paraId="0A6146BB" w14:textId="77777777" w:rsidR="009C07B5" w:rsidRDefault="002821C5" w:rsidP="004F58FE">
            <w:pPr>
              <w:shd w:val="clear" w:color="auto" w:fill="FFFFFF" w:themeFill="background1"/>
            </w:pPr>
            <w:r>
              <w:t>- GV yêu cầu HS kể tên 2 việc làm có ích em có thể làm ở nhà hoặc ở lớp.</w:t>
            </w:r>
          </w:p>
        </w:tc>
        <w:tc>
          <w:tcPr>
            <w:tcW w:w="5270" w:type="dxa"/>
            <w:tcBorders>
              <w:top w:val="single" w:sz="8" w:space="0" w:color="000000"/>
            </w:tcBorders>
          </w:tcPr>
          <w:p w14:paraId="50E3332C" w14:textId="77777777" w:rsidR="009C07B5" w:rsidRDefault="002821C5" w:rsidP="004F58FE">
            <w:pPr>
              <w:shd w:val="clear" w:color="auto" w:fill="FFFFFF" w:themeFill="background1"/>
            </w:pPr>
            <w:r>
              <w:t>- HS nêu: Em quét lớp, nhặt rác, xếp sách vở, tưới cây, giúp mẹ lau bàn.</w:t>
            </w:r>
          </w:p>
        </w:tc>
      </w:tr>
      <w:tr w:rsidR="009C07B5" w14:paraId="18E6CF5B" w14:textId="77777777" w:rsidTr="004F58FE">
        <w:trPr>
          <w:jc w:val="center"/>
        </w:trPr>
        <w:tc>
          <w:tcPr>
            <w:tcW w:w="5270" w:type="dxa"/>
            <w:tcBorders>
              <w:bottom w:val="single" w:sz="8" w:space="0" w:color="000000"/>
            </w:tcBorders>
          </w:tcPr>
          <w:p w14:paraId="21CCF427" w14:textId="77777777" w:rsidR="009C07B5" w:rsidRDefault="002821C5" w:rsidP="004F58FE">
            <w:pPr>
              <w:shd w:val="clear" w:color="auto" w:fill="FFFFFF" w:themeFill="background1"/>
            </w:pPr>
            <w:r>
              <w:t>- Dặn dò: Về nhà luyện đọc lại bài Làm việc thật là vui.</w:t>
            </w:r>
          </w:p>
        </w:tc>
        <w:tc>
          <w:tcPr>
            <w:tcW w:w="5270" w:type="dxa"/>
            <w:tcBorders>
              <w:bottom w:val="single" w:sz="8" w:space="0" w:color="000000"/>
            </w:tcBorders>
          </w:tcPr>
          <w:p w14:paraId="4EBF387C" w14:textId="77777777" w:rsidR="009C07B5" w:rsidRDefault="002821C5" w:rsidP="004F58FE">
            <w:pPr>
              <w:shd w:val="clear" w:color="auto" w:fill="FFFFFF" w:themeFill="background1"/>
            </w:pPr>
            <w:r>
              <w:t>- HS ghi nhớ nhiệm vụ luyện đọc.</w:t>
            </w:r>
          </w:p>
        </w:tc>
      </w:tr>
      <w:tr w:rsidR="009C07B5" w14:paraId="51A113B8" w14:textId="77777777" w:rsidTr="004F58FE">
        <w:trPr>
          <w:jc w:val="center"/>
        </w:trPr>
        <w:tc>
          <w:tcPr>
            <w:tcW w:w="10540" w:type="dxa"/>
            <w:gridSpan w:val="2"/>
            <w:tcBorders>
              <w:top w:val="single" w:sz="8" w:space="0" w:color="000000"/>
              <w:bottom w:val="single" w:sz="8" w:space="0" w:color="000000"/>
            </w:tcBorders>
            <w:shd w:val="clear" w:color="auto" w:fill="E2F0D9"/>
          </w:tcPr>
          <w:p w14:paraId="69AD9585" w14:textId="77777777" w:rsidR="009C07B5" w:rsidRDefault="002821C5" w:rsidP="004F58FE">
            <w:pPr>
              <w:shd w:val="clear" w:color="auto" w:fill="FFFFFF" w:themeFill="background1"/>
            </w:pPr>
            <w:r>
              <w:rPr>
                <w:b/>
                <w:color w:val="008000"/>
              </w:rPr>
              <w:t>TIẾT 2</w:t>
            </w:r>
          </w:p>
          <w:p w14:paraId="434E09C0" w14:textId="77777777" w:rsidR="009C07B5" w:rsidRDefault="002821C5" w:rsidP="004F58FE">
            <w:pPr>
              <w:shd w:val="clear" w:color="auto" w:fill="FFFFFF" w:themeFill="background1"/>
            </w:pPr>
            <w:r>
              <w:rPr>
                <w:b/>
                <w:color w:val="008000"/>
              </w:rPr>
              <w:t>Hoạt động 2: Đọc hiểu (25 phút)</w:t>
            </w:r>
          </w:p>
          <w:p w14:paraId="23D8DCF3" w14:textId="77777777" w:rsidR="009C07B5" w:rsidRDefault="002821C5" w:rsidP="004F58FE">
            <w:pPr>
              <w:shd w:val="clear" w:color="auto" w:fill="FFFFFF" w:themeFill="background1"/>
            </w:pPr>
            <w:r>
              <w:rPr>
                <w:i/>
                <w:color w:val="008000"/>
              </w:rPr>
              <w:t>Mục tiêu: HS trả lời được các câu hỏi trong SGK, hiểu mọi người, mọi vật đều làm việc và làm việc có ích thì vui.</w:t>
            </w:r>
          </w:p>
        </w:tc>
      </w:tr>
      <w:tr w:rsidR="009C07B5" w14:paraId="31E9D058" w14:textId="77777777" w:rsidTr="004F58FE">
        <w:trPr>
          <w:jc w:val="center"/>
        </w:trPr>
        <w:tc>
          <w:tcPr>
            <w:tcW w:w="5270" w:type="dxa"/>
            <w:tcBorders>
              <w:top w:val="single" w:sz="8" w:space="0" w:color="000000"/>
            </w:tcBorders>
          </w:tcPr>
          <w:p w14:paraId="2B7E5196" w14:textId="77777777" w:rsidR="009C07B5" w:rsidRDefault="002821C5" w:rsidP="004F58FE">
            <w:pPr>
              <w:shd w:val="clear" w:color="auto" w:fill="FFFFFF" w:themeFill="background1"/>
            </w:pPr>
            <w:r>
              <w:rPr>
                <w:rFonts w:cs="Times New Roman"/>
              </w:rPr>
              <w:t>- GV yêu cầu HS đọc thầm bài và trả lời: Bài tập 1: Những con vật nào được nói đến trong bài?</w:t>
            </w:r>
          </w:p>
          <w:p w14:paraId="280CB5DE" w14:textId="77777777" w:rsidR="009C07B5" w:rsidRDefault="002821C5" w:rsidP="004F58FE">
            <w:pPr>
              <w:shd w:val="clear" w:color="auto" w:fill="FFFFFF" w:themeFill="background1"/>
              <w:jc w:val="center"/>
            </w:pPr>
            <w:r>
              <w:rPr>
                <w:noProof/>
                <w:lang w:val="vi-VN" w:eastAsia="vi-VN"/>
              </w:rPr>
              <w:drawing>
                <wp:inline distT="0" distB="0" distL="0" distR="0" wp14:anchorId="3A86991B" wp14:editId="58AC8284">
                  <wp:extent cx="2556000" cy="75013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6"/>
                          <a:stretch>
                            <a:fillRect/>
                          </a:stretch>
                        </pic:blipFill>
                        <pic:spPr>
                          <a:xfrm>
                            <a:off x="0" y="0"/>
                            <a:ext cx="2556000" cy="750130"/>
                          </a:xfrm>
                          <a:prstGeom prst="rect">
                            <a:avLst/>
                          </a:prstGeom>
                        </pic:spPr>
                      </pic:pic>
                    </a:graphicData>
                  </a:graphic>
                </wp:inline>
              </w:drawing>
            </w:r>
          </w:p>
        </w:tc>
        <w:tc>
          <w:tcPr>
            <w:tcW w:w="5270" w:type="dxa"/>
            <w:tcBorders>
              <w:top w:val="single" w:sz="8" w:space="0" w:color="000000"/>
            </w:tcBorders>
          </w:tcPr>
          <w:p w14:paraId="0AA9DF57" w14:textId="77777777" w:rsidR="009C07B5" w:rsidRDefault="002821C5" w:rsidP="004F58FE">
            <w:pPr>
              <w:shd w:val="clear" w:color="auto" w:fill="FFFFFF" w:themeFill="background1"/>
            </w:pPr>
            <w:r>
              <w:t>- HS trả lời: Những con vật được nói đến là con gà trống, con tu hú, chim bắt sâu.</w:t>
            </w:r>
          </w:p>
        </w:tc>
      </w:tr>
      <w:tr w:rsidR="009C07B5" w14:paraId="06CD602A" w14:textId="77777777" w:rsidTr="004F58FE">
        <w:trPr>
          <w:jc w:val="center"/>
        </w:trPr>
        <w:tc>
          <w:tcPr>
            <w:tcW w:w="5270" w:type="dxa"/>
          </w:tcPr>
          <w:p w14:paraId="71EA7B3C" w14:textId="77777777" w:rsidR="009C07B5" w:rsidRDefault="002821C5" w:rsidP="004F58FE">
            <w:pPr>
              <w:shd w:val="clear" w:color="auto" w:fill="FFFFFF" w:themeFill="background1"/>
            </w:pPr>
            <w:r>
              <w:rPr>
                <w:rFonts w:cs="Times New Roman"/>
              </w:rPr>
              <w:t>- GV yêu cầu HS thực hiện: Bài tập 2: Đóng vai một con vật trong bài, nói về công việc của mình.</w:t>
            </w:r>
          </w:p>
        </w:tc>
        <w:tc>
          <w:tcPr>
            <w:tcW w:w="5270" w:type="dxa"/>
          </w:tcPr>
          <w:p w14:paraId="4B86A0A3" w14:textId="77777777" w:rsidR="009C07B5" w:rsidRDefault="002821C5" w:rsidP="004F58FE">
            <w:pPr>
              <w:shd w:val="clear" w:color="auto" w:fill="FFFFFF" w:themeFill="background1"/>
            </w:pPr>
            <w:r>
              <w:t>- HS nói: Tôi là gà trống, tôi gáy vang báo trời sắp sáng. Tôi là chim bắt sâu, tôi bảo vệ mùa màng.</w:t>
            </w:r>
          </w:p>
        </w:tc>
      </w:tr>
      <w:tr w:rsidR="009C07B5" w14:paraId="59D05C38" w14:textId="77777777" w:rsidTr="004F58FE">
        <w:trPr>
          <w:jc w:val="center"/>
        </w:trPr>
        <w:tc>
          <w:tcPr>
            <w:tcW w:w="5270" w:type="dxa"/>
          </w:tcPr>
          <w:p w14:paraId="0FEEE1A9" w14:textId="77777777" w:rsidR="009C07B5" w:rsidRDefault="002821C5" w:rsidP="004F58FE">
            <w:pPr>
              <w:shd w:val="clear" w:color="auto" w:fill="FFFFFF" w:themeFill="background1"/>
            </w:pPr>
            <w:r>
              <w:rPr>
                <w:rFonts w:cs="Times New Roman"/>
              </w:rPr>
              <w:t>- GV nêu câu hỏi: Bài tập 3: Kể tên những việc bạn nhỏ trong bài đã làm.</w:t>
            </w:r>
          </w:p>
        </w:tc>
        <w:tc>
          <w:tcPr>
            <w:tcW w:w="5270" w:type="dxa"/>
          </w:tcPr>
          <w:p w14:paraId="5A53BEEC" w14:textId="77777777" w:rsidR="009C07B5" w:rsidRDefault="002821C5" w:rsidP="004F58FE">
            <w:pPr>
              <w:shd w:val="clear" w:color="auto" w:fill="FFFFFF" w:themeFill="background1"/>
            </w:pPr>
            <w:r>
              <w:t>- HS trả lời: Bạn nhỏ làm bài, đi học, học xong quét nhà, nhặt rau, chơi với em đỡ mẹ.</w:t>
            </w:r>
          </w:p>
        </w:tc>
      </w:tr>
      <w:tr w:rsidR="009C07B5" w14:paraId="306E6A67" w14:textId="77777777" w:rsidTr="004F58FE">
        <w:trPr>
          <w:jc w:val="center"/>
        </w:trPr>
        <w:tc>
          <w:tcPr>
            <w:tcW w:w="5270" w:type="dxa"/>
          </w:tcPr>
          <w:p w14:paraId="296EAD2E" w14:textId="77777777" w:rsidR="009C07B5" w:rsidRDefault="002821C5" w:rsidP="004F58FE">
            <w:pPr>
              <w:shd w:val="clear" w:color="auto" w:fill="FFFFFF" w:themeFill="background1"/>
            </w:pPr>
            <w:r>
              <w:rPr>
                <w:rFonts w:cs="Times New Roman"/>
              </w:rPr>
              <w:t>- GV nêu câu hỏi: Bài tập 4: Theo em, mọi người, mọi vật làm việc như thế nào?</w:t>
            </w:r>
          </w:p>
        </w:tc>
        <w:tc>
          <w:tcPr>
            <w:tcW w:w="5270" w:type="dxa"/>
          </w:tcPr>
          <w:p w14:paraId="15F69993" w14:textId="77777777" w:rsidR="009C07B5" w:rsidRDefault="002821C5" w:rsidP="004F58FE">
            <w:pPr>
              <w:shd w:val="clear" w:color="auto" w:fill="FFFFFF" w:themeFill="background1"/>
            </w:pPr>
            <w:r>
              <w:t>- HS trả lời: Mọi người, mọi vật làm việc rất vui, mỗi việc đều có ích cho cuộc sống.</w:t>
            </w:r>
          </w:p>
        </w:tc>
      </w:tr>
      <w:tr w:rsidR="009C07B5" w14:paraId="68B67AC6" w14:textId="77777777" w:rsidTr="004F58FE">
        <w:trPr>
          <w:jc w:val="center"/>
        </w:trPr>
        <w:tc>
          <w:tcPr>
            <w:tcW w:w="5270" w:type="dxa"/>
            <w:tcBorders>
              <w:bottom w:val="single" w:sz="8" w:space="0" w:color="000000"/>
            </w:tcBorders>
          </w:tcPr>
          <w:p w14:paraId="16F4CEA2" w14:textId="77777777" w:rsidR="009C07B5" w:rsidRDefault="002821C5" w:rsidP="004F58FE">
            <w:pPr>
              <w:shd w:val="clear" w:color="auto" w:fill="FFFFFF" w:themeFill="background1"/>
            </w:pPr>
            <w:r>
              <w:t>- GV chốt lại nội dung bài đọc: Bài đọc cho thấy quanh ta ai cũng có việc làm; làm việc phù hợp, có ích sẽ đem lại niềm vui.</w:t>
            </w:r>
          </w:p>
        </w:tc>
        <w:tc>
          <w:tcPr>
            <w:tcW w:w="5270" w:type="dxa"/>
            <w:tcBorders>
              <w:bottom w:val="single" w:sz="8" w:space="0" w:color="000000"/>
            </w:tcBorders>
          </w:tcPr>
          <w:p w14:paraId="48A7CED4" w14:textId="77777777" w:rsidR="009C07B5" w:rsidRDefault="002821C5" w:rsidP="004F58FE">
            <w:pPr>
              <w:shd w:val="clear" w:color="auto" w:fill="FFFFFF" w:themeFill="background1"/>
            </w:pPr>
            <w:r>
              <w:t>- HS nhắc lại nội dung chính bằng lời của mình.</w:t>
            </w:r>
          </w:p>
        </w:tc>
      </w:tr>
      <w:tr w:rsidR="009C07B5" w14:paraId="06165BE6" w14:textId="77777777" w:rsidTr="004F58FE">
        <w:trPr>
          <w:jc w:val="center"/>
        </w:trPr>
        <w:tc>
          <w:tcPr>
            <w:tcW w:w="10540" w:type="dxa"/>
            <w:gridSpan w:val="2"/>
            <w:tcBorders>
              <w:top w:val="single" w:sz="8" w:space="0" w:color="000000"/>
              <w:bottom w:val="single" w:sz="8" w:space="0" w:color="000000"/>
            </w:tcBorders>
            <w:shd w:val="clear" w:color="auto" w:fill="E2F0D9"/>
          </w:tcPr>
          <w:p w14:paraId="3B90DD04" w14:textId="77777777" w:rsidR="009C07B5" w:rsidRDefault="002821C5" w:rsidP="004F58FE">
            <w:pPr>
              <w:shd w:val="clear" w:color="auto" w:fill="FFFFFF" w:themeFill="background1"/>
            </w:pPr>
            <w:r>
              <w:rPr>
                <w:b/>
                <w:color w:val="008000"/>
              </w:rPr>
              <w:t>Hoạt động 3: Luyện đọc lại (7 phút)</w:t>
            </w:r>
          </w:p>
          <w:p w14:paraId="3F7BA930" w14:textId="77777777" w:rsidR="009C07B5" w:rsidRDefault="002821C5" w:rsidP="004F58FE">
            <w:pPr>
              <w:shd w:val="clear" w:color="auto" w:fill="FFFFFF" w:themeFill="background1"/>
            </w:pPr>
            <w:r>
              <w:rPr>
                <w:i/>
                <w:color w:val="008000"/>
              </w:rPr>
              <w:t>Mục tiêu: HS luyện đọc lại bài, đọc rõ các câu kể về công việc của từng người, từng vật.</w:t>
            </w:r>
          </w:p>
        </w:tc>
      </w:tr>
      <w:tr w:rsidR="009C07B5" w14:paraId="59C4ADD5" w14:textId="77777777" w:rsidTr="004F58FE">
        <w:trPr>
          <w:jc w:val="center"/>
        </w:trPr>
        <w:tc>
          <w:tcPr>
            <w:tcW w:w="5270" w:type="dxa"/>
            <w:tcBorders>
              <w:top w:val="single" w:sz="8" w:space="0" w:color="000000"/>
            </w:tcBorders>
          </w:tcPr>
          <w:p w14:paraId="22D048A5" w14:textId="77777777" w:rsidR="009C07B5" w:rsidRDefault="002821C5" w:rsidP="004F58FE">
            <w:pPr>
              <w:shd w:val="clear" w:color="auto" w:fill="FFFFFF" w:themeFill="background1"/>
            </w:pPr>
            <w:r>
              <w:t>- GV đọc diễn cảm một đoạn trong bài, nhấn giọng các từ chỉ âm thanh, hoạt động.</w:t>
            </w:r>
          </w:p>
        </w:tc>
        <w:tc>
          <w:tcPr>
            <w:tcW w:w="5270" w:type="dxa"/>
            <w:tcBorders>
              <w:top w:val="single" w:sz="8" w:space="0" w:color="000000"/>
            </w:tcBorders>
          </w:tcPr>
          <w:p w14:paraId="2B7F9D5C" w14:textId="77777777" w:rsidR="009C07B5" w:rsidRDefault="002821C5" w:rsidP="004F58FE">
            <w:pPr>
              <w:shd w:val="clear" w:color="auto" w:fill="FFFFFF" w:themeFill="background1"/>
            </w:pPr>
            <w:r>
              <w:t>- HS chú ý lắng nghe, nhận biết cách nhấn giọng.</w:t>
            </w:r>
          </w:p>
        </w:tc>
      </w:tr>
      <w:tr w:rsidR="009C07B5" w14:paraId="2214852B" w14:textId="77777777" w:rsidTr="004F58FE">
        <w:trPr>
          <w:jc w:val="center"/>
        </w:trPr>
        <w:tc>
          <w:tcPr>
            <w:tcW w:w="5270" w:type="dxa"/>
          </w:tcPr>
          <w:p w14:paraId="694DB54B" w14:textId="77777777" w:rsidR="009C07B5" w:rsidRDefault="002821C5" w:rsidP="004F58FE">
            <w:pPr>
              <w:shd w:val="clear" w:color="auto" w:fill="FFFFFF" w:themeFill="background1"/>
            </w:pPr>
            <w:r>
              <w:t>- GV tổ chức cho HS luyện đọc đoạn em thích trong nhóm đôi.</w:t>
            </w:r>
          </w:p>
        </w:tc>
        <w:tc>
          <w:tcPr>
            <w:tcW w:w="5270" w:type="dxa"/>
          </w:tcPr>
          <w:p w14:paraId="6530F42E" w14:textId="77777777" w:rsidR="009C07B5" w:rsidRDefault="002821C5" w:rsidP="004F58FE">
            <w:pPr>
              <w:shd w:val="clear" w:color="auto" w:fill="FFFFFF" w:themeFill="background1"/>
            </w:pPr>
            <w:r>
              <w:t>- HS luyện đọc đoạn em thích; bạn nghe góp ý về phát âm và ngắt nghỉ.</w:t>
            </w:r>
          </w:p>
        </w:tc>
      </w:tr>
      <w:tr w:rsidR="009C07B5" w14:paraId="37810E08" w14:textId="77777777" w:rsidTr="004F58FE">
        <w:trPr>
          <w:jc w:val="center"/>
        </w:trPr>
        <w:tc>
          <w:tcPr>
            <w:tcW w:w="5270" w:type="dxa"/>
            <w:tcBorders>
              <w:bottom w:val="single" w:sz="8" w:space="0" w:color="000000"/>
            </w:tcBorders>
          </w:tcPr>
          <w:p w14:paraId="08459126" w14:textId="77777777" w:rsidR="009C07B5" w:rsidRDefault="002821C5" w:rsidP="004F58FE">
            <w:pPr>
              <w:shd w:val="clear" w:color="auto" w:fill="FFFFFF" w:themeFill="background1"/>
            </w:pPr>
            <w:r>
              <w:t>- GV mời 1 - 2 HS đọc trước lớp, nhận xét, biểu dương.</w:t>
            </w:r>
          </w:p>
        </w:tc>
        <w:tc>
          <w:tcPr>
            <w:tcW w:w="5270" w:type="dxa"/>
            <w:tcBorders>
              <w:bottom w:val="single" w:sz="8" w:space="0" w:color="000000"/>
            </w:tcBorders>
          </w:tcPr>
          <w:p w14:paraId="6FDE2011" w14:textId="77777777" w:rsidR="009C07B5" w:rsidRDefault="002821C5" w:rsidP="004F58FE">
            <w:pPr>
              <w:shd w:val="clear" w:color="auto" w:fill="FFFFFF" w:themeFill="background1"/>
            </w:pPr>
            <w:r>
              <w:t>- HS đọc trước lớp; HS khác nhận xét và học tập cách đọc của bạn.</w:t>
            </w:r>
          </w:p>
        </w:tc>
      </w:tr>
      <w:tr w:rsidR="009C07B5" w14:paraId="1B23D34F" w14:textId="77777777" w:rsidTr="004F58FE">
        <w:trPr>
          <w:jc w:val="center"/>
        </w:trPr>
        <w:tc>
          <w:tcPr>
            <w:tcW w:w="10540" w:type="dxa"/>
            <w:gridSpan w:val="2"/>
            <w:tcBorders>
              <w:top w:val="single" w:sz="8" w:space="0" w:color="000000"/>
              <w:bottom w:val="nil"/>
            </w:tcBorders>
            <w:shd w:val="clear" w:color="auto" w:fill="E2F0D9"/>
          </w:tcPr>
          <w:p w14:paraId="6D042B6F" w14:textId="77777777" w:rsidR="009C07B5" w:rsidRDefault="002821C5" w:rsidP="004F58FE">
            <w:pPr>
              <w:shd w:val="clear" w:color="auto" w:fill="FFFFFF" w:themeFill="background1"/>
            </w:pPr>
            <w:r>
              <w:rPr>
                <w:b/>
                <w:color w:val="008000"/>
              </w:rPr>
              <w:t>3. Thực hành (15 phút)</w:t>
            </w:r>
          </w:p>
          <w:p w14:paraId="54033C0E" w14:textId="77777777" w:rsidR="009C07B5" w:rsidRDefault="002821C5" w:rsidP="004F58FE">
            <w:pPr>
              <w:shd w:val="clear" w:color="auto" w:fill="FFFFFF" w:themeFill="background1"/>
            </w:pPr>
            <w:r>
              <w:rPr>
                <w:i/>
                <w:color w:val="008000"/>
              </w:rPr>
              <w:t>Mục tiêu: Giúp HS biết kết hợp từ ngữ để tạo câu nêu hoạt động và đặt câu nêu hoạt động của bản thân.</w:t>
            </w:r>
          </w:p>
        </w:tc>
      </w:tr>
      <w:tr w:rsidR="009C07B5" w14:paraId="45755562" w14:textId="77777777" w:rsidTr="004F58FE">
        <w:trPr>
          <w:jc w:val="center"/>
        </w:trPr>
        <w:tc>
          <w:tcPr>
            <w:tcW w:w="10540" w:type="dxa"/>
            <w:gridSpan w:val="2"/>
            <w:tcBorders>
              <w:top w:val="nil"/>
              <w:bottom w:val="single" w:sz="8" w:space="0" w:color="000000"/>
            </w:tcBorders>
            <w:shd w:val="clear" w:color="auto" w:fill="E2F0D9"/>
          </w:tcPr>
          <w:p w14:paraId="486E3898" w14:textId="77777777" w:rsidR="009C07B5" w:rsidRDefault="002821C5" w:rsidP="004F58FE">
            <w:pPr>
              <w:shd w:val="clear" w:color="auto" w:fill="FFFFFF" w:themeFill="background1"/>
            </w:pPr>
            <w:r>
              <w:rPr>
                <w:b/>
                <w:color w:val="008000"/>
              </w:rPr>
              <w:t>Hoạt động 4: Luyện tập theo văn bản đọc.</w:t>
            </w:r>
          </w:p>
          <w:p w14:paraId="477DF037" w14:textId="77777777" w:rsidR="009C07B5" w:rsidRDefault="002821C5" w:rsidP="004F58FE">
            <w:pPr>
              <w:shd w:val="clear" w:color="auto" w:fill="FFFFFF" w:themeFill="background1"/>
            </w:pPr>
            <w:r>
              <w:rPr>
                <w:i/>
                <w:color w:val="008000"/>
              </w:rPr>
              <w:t>Mục tiêu: HS tạo câu nêu hoạt động và liên hệ thiết bị thông minh hỗ trợ việc làm hằng ngày.</w:t>
            </w:r>
          </w:p>
        </w:tc>
      </w:tr>
      <w:tr w:rsidR="009C07B5" w14:paraId="309E6767" w14:textId="77777777" w:rsidTr="004F58FE">
        <w:trPr>
          <w:jc w:val="center"/>
        </w:trPr>
        <w:tc>
          <w:tcPr>
            <w:tcW w:w="5270" w:type="dxa"/>
            <w:tcBorders>
              <w:top w:val="single" w:sz="8" w:space="0" w:color="000000"/>
            </w:tcBorders>
          </w:tcPr>
          <w:p w14:paraId="41595D8E" w14:textId="77777777" w:rsidR="009C07B5" w:rsidRDefault="002821C5" w:rsidP="004F58FE">
            <w:pPr>
              <w:shd w:val="clear" w:color="auto" w:fill="FFFFFF" w:themeFill="background1"/>
            </w:pPr>
            <w:r>
              <w:rPr>
                <w:b/>
              </w:rPr>
              <w:t>Bài tập 1: Kết hợp từ ngữ ở cột A với từ ngữ ở cột B để tạo câu nêu hoạt động.</w:t>
            </w:r>
          </w:p>
        </w:tc>
        <w:tc>
          <w:tcPr>
            <w:tcW w:w="5270" w:type="dxa"/>
            <w:tcBorders>
              <w:top w:val="single" w:sz="8" w:space="0" w:color="000000"/>
            </w:tcBorders>
          </w:tcPr>
          <w:p w14:paraId="1C66D8F8" w14:textId="77777777" w:rsidR="009C07B5" w:rsidRDefault="009C07B5" w:rsidP="004F58FE">
            <w:pPr>
              <w:shd w:val="clear" w:color="auto" w:fill="FFFFFF" w:themeFill="background1"/>
            </w:pPr>
          </w:p>
        </w:tc>
      </w:tr>
      <w:tr w:rsidR="009C07B5" w14:paraId="5ACE22B6" w14:textId="77777777" w:rsidTr="004F58FE">
        <w:trPr>
          <w:jc w:val="center"/>
        </w:trPr>
        <w:tc>
          <w:tcPr>
            <w:tcW w:w="5270" w:type="dxa"/>
          </w:tcPr>
          <w:p w14:paraId="47F1B4EE" w14:textId="77777777" w:rsidR="009C07B5" w:rsidRDefault="002821C5" w:rsidP="004F58FE">
            <w:pPr>
              <w:shd w:val="clear" w:color="auto" w:fill="FFFFFF" w:themeFill="background1"/>
            </w:pPr>
            <w:r>
              <w:lastRenderedPageBreak/>
              <w:t>- GV yêu cầu HS đọc đề bài.</w:t>
            </w:r>
          </w:p>
          <w:p w14:paraId="1EB6F87D" w14:textId="1CDB0383" w:rsidR="009C07B5" w:rsidRDefault="009C07B5" w:rsidP="004F58FE">
            <w:pPr>
              <w:shd w:val="clear" w:color="auto" w:fill="FFFFFF" w:themeFill="background1"/>
              <w:jc w:val="center"/>
            </w:pPr>
          </w:p>
        </w:tc>
        <w:tc>
          <w:tcPr>
            <w:tcW w:w="5270" w:type="dxa"/>
          </w:tcPr>
          <w:p w14:paraId="6C6787B5" w14:textId="77777777" w:rsidR="009C07B5" w:rsidRDefault="002821C5" w:rsidP="004F58FE">
            <w:pPr>
              <w:shd w:val="clear" w:color="auto" w:fill="FFFFFF" w:themeFill="background1"/>
            </w:pPr>
            <w:r>
              <w:t>- HS đọc đề bài, nêu yêu cầu cần thực hiện.</w:t>
            </w:r>
          </w:p>
        </w:tc>
      </w:tr>
      <w:tr w:rsidR="009C07B5" w14:paraId="152E6DF9" w14:textId="77777777" w:rsidTr="004F58FE">
        <w:trPr>
          <w:jc w:val="center"/>
        </w:trPr>
        <w:tc>
          <w:tcPr>
            <w:tcW w:w="5270" w:type="dxa"/>
          </w:tcPr>
          <w:p w14:paraId="311698FA" w14:textId="77777777" w:rsidR="009C07B5" w:rsidRDefault="002821C5" w:rsidP="004F58FE">
            <w:pPr>
              <w:shd w:val="clear" w:color="auto" w:fill="FFFFFF" w:themeFill="background1"/>
            </w:pPr>
            <w:r>
              <w:t>- GV hướng dẫn HS thực hiện bài tập, nhắc lại yêu cầu trọng tâm của đề bài.</w:t>
            </w:r>
          </w:p>
        </w:tc>
        <w:tc>
          <w:tcPr>
            <w:tcW w:w="5270" w:type="dxa"/>
          </w:tcPr>
          <w:p w14:paraId="4AF78822" w14:textId="77777777" w:rsidR="009C07B5" w:rsidRDefault="002821C5" w:rsidP="004F58FE">
            <w:pPr>
              <w:shd w:val="clear" w:color="auto" w:fill="FFFFFF" w:themeFill="background1"/>
            </w:pPr>
            <w:r>
              <w:t>- HS lắng nghe, xác định việc cần làm và chuẩn bị thực hiện bài tập.</w:t>
            </w:r>
          </w:p>
        </w:tc>
      </w:tr>
      <w:tr w:rsidR="009C07B5" w14:paraId="7FA0FC15" w14:textId="77777777" w:rsidTr="004F58FE">
        <w:trPr>
          <w:jc w:val="center"/>
        </w:trPr>
        <w:tc>
          <w:tcPr>
            <w:tcW w:w="5270" w:type="dxa"/>
          </w:tcPr>
          <w:p w14:paraId="313DB955" w14:textId="77777777" w:rsidR="009C07B5" w:rsidRDefault="002821C5" w:rsidP="004F58FE">
            <w:pPr>
              <w:shd w:val="clear" w:color="auto" w:fill="FFFFFF" w:themeFill="background1"/>
            </w:pPr>
            <w:r>
              <w:t>- GV tổ chức cho HS làm việc nhóm 4, trao đổi cách làm và thống nhất kết quả.</w:t>
            </w:r>
          </w:p>
        </w:tc>
        <w:tc>
          <w:tcPr>
            <w:tcW w:w="5270" w:type="dxa"/>
          </w:tcPr>
          <w:p w14:paraId="27FBBD7C" w14:textId="77777777" w:rsidR="009C07B5" w:rsidRDefault="002821C5" w:rsidP="004F58FE">
            <w:pPr>
              <w:shd w:val="clear" w:color="auto" w:fill="FFFFFF" w:themeFill="background1"/>
            </w:pPr>
            <w:r>
              <w:t>- HS làm việc nhóm 4, chia sẻ ý kiến, lắng nghe bạn và hoàn thành nhiệm vụ.</w:t>
            </w:r>
          </w:p>
        </w:tc>
      </w:tr>
      <w:tr w:rsidR="009C07B5" w14:paraId="3B7FAFAE" w14:textId="77777777" w:rsidTr="004F58FE">
        <w:trPr>
          <w:jc w:val="center"/>
        </w:trPr>
        <w:tc>
          <w:tcPr>
            <w:tcW w:w="5270" w:type="dxa"/>
          </w:tcPr>
          <w:p w14:paraId="5DF3C11D" w14:textId="77777777" w:rsidR="009C07B5" w:rsidRDefault="002821C5" w:rsidP="004F58FE">
            <w:pPr>
              <w:shd w:val="clear" w:color="auto" w:fill="FFFFFF" w:themeFill="background1"/>
            </w:pPr>
            <w:r>
              <w:t>- GV mời HS trình bày kết quả trước lớp.</w:t>
            </w:r>
          </w:p>
        </w:tc>
        <w:tc>
          <w:tcPr>
            <w:tcW w:w="5270" w:type="dxa"/>
          </w:tcPr>
          <w:p w14:paraId="6B446FBE" w14:textId="77777777" w:rsidR="009C07B5" w:rsidRDefault="002821C5" w:rsidP="004F58FE">
            <w:pPr>
              <w:shd w:val="clear" w:color="auto" w:fill="FFFFFF" w:themeFill="background1"/>
            </w:pPr>
            <w:r>
              <w:t>- HS trình bày kết quả rõ ràng; các bạn theo dõi, nhận xét và bổ sung.</w:t>
            </w:r>
          </w:p>
        </w:tc>
      </w:tr>
      <w:tr w:rsidR="009C07B5" w14:paraId="5700FF42" w14:textId="77777777" w:rsidTr="004F58FE">
        <w:trPr>
          <w:jc w:val="center"/>
        </w:trPr>
        <w:tc>
          <w:tcPr>
            <w:tcW w:w="5270" w:type="dxa"/>
          </w:tcPr>
          <w:p w14:paraId="2C83702B" w14:textId="77777777" w:rsidR="009C07B5" w:rsidRDefault="002821C5" w:rsidP="004F58FE">
            <w:pPr>
              <w:shd w:val="clear" w:color="auto" w:fill="FFFFFF" w:themeFill="background1"/>
            </w:pPr>
            <w:r>
              <w:t>- GV nhận xét, sửa bài và chốt đáp án đúng.</w:t>
            </w:r>
          </w:p>
        </w:tc>
        <w:tc>
          <w:tcPr>
            <w:tcW w:w="5270" w:type="dxa"/>
          </w:tcPr>
          <w:p w14:paraId="4972DFD0" w14:textId="77777777" w:rsidR="009C07B5" w:rsidRDefault="002821C5" w:rsidP="004F58FE">
            <w:pPr>
              <w:shd w:val="clear" w:color="auto" w:fill="FFFFFF" w:themeFill="background1"/>
            </w:pPr>
            <w:r>
              <w:t>- HS sửa bài vào vở/VBT, ghi nhớ cách làm đúng.</w:t>
            </w:r>
          </w:p>
        </w:tc>
      </w:tr>
      <w:tr w:rsidR="009C07B5" w14:paraId="0649A4E1" w14:textId="77777777" w:rsidTr="004F58FE">
        <w:trPr>
          <w:jc w:val="center"/>
        </w:trPr>
        <w:tc>
          <w:tcPr>
            <w:tcW w:w="5270" w:type="dxa"/>
          </w:tcPr>
          <w:p w14:paraId="5C4D78DE" w14:textId="77777777" w:rsidR="009C07B5" w:rsidRDefault="002821C5" w:rsidP="004F58FE">
            <w:pPr>
              <w:shd w:val="clear" w:color="auto" w:fill="FFFFFF" w:themeFill="background1"/>
            </w:pPr>
            <w:r>
              <w:t>- GV kết luận: Các em đã biết ghép từ ngữ để tạo câu nêu hoạt động có nghĩa.</w:t>
            </w:r>
          </w:p>
        </w:tc>
        <w:tc>
          <w:tcPr>
            <w:tcW w:w="5270" w:type="dxa"/>
          </w:tcPr>
          <w:p w14:paraId="2322BA16" w14:textId="77777777" w:rsidR="009C07B5" w:rsidRDefault="002821C5" w:rsidP="004F58FE">
            <w:pPr>
              <w:shd w:val="clear" w:color="auto" w:fill="FFFFFF" w:themeFill="background1"/>
            </w:pPr>
            <w:r>
              <w:t>- HS lắng nghe, nhắc lại điều cần ghi nhớ sau bài tập.</w:t>
            </w:r>
          </w:p>
        </w:tc>
      </w:tr>
      <w:tr w:rsidR="009C07B5" w14:paraId="4B5FF776" w14:textId="77777777" w:rsidTr="004F58FE">
        <w:trPr>
          <w:jc w:val="center"/>
        </w:trPr>
        <w:tc>
          <w:tcPr>
            <w:tcW w:w="5270" w:type="dxa"/>
          </w:tcPr>
          <w:p w14:paraId="5246F8C5" w14:textId="77777777" w:rsidR="009C07B5" w:rsidRDefault="002821C5" w:rsidP="004F58FE">
            <w:pPr>
              <w:shd w:val="clear" w:color="auto" w:fill="FFFFFF" w:themeFill="background1"/>
            </w:pPr>
            <w:r>
              <w:rPr>
                <w:b/>
              </w:rPr>
              <w:t>Bài tập 2: Đặt một câu nêu hoạt động của em ở trường.</w:t>
            </w:r>
          </w:p>
        </w:tc>
        <w:tc>
          <w:tcPr>
            <w:tcW w:w="5270" w:type="dxa"/>
          </w:tcPr>
          <w:p w14:paraId="07C27DC7" w14:textId="77777777" w:rsidR="009C07B5" w:rsidRDefault="009C07B5" w:rsidP="004F58FE">
            <w:pPr>
              <w:shd w:val="clear" w:color="auto" w:fill="FFFFFF" w:themeFill="background1"/>
            </w:pPr>
          </w:p>
        </w:tc>
      </w:tr>
      <w:tr w:rsidR="009C07B5" w14:paraId="488A24F8" w14:textId="77777777" w:rsidTr="004F58FE">
        <w:trPr>
          <w:jc w:val="center"/>
        </w:trPr>
        <w:tc>
          <w:tcPr>
            <w:tcW w:w="5270" w:type="dxa"/>
          </w:tcPr>
          <w:p w14:paraId="3BA53E3D" w14:textId="77777777" w:rsidR="009C07B5" w:rsidRDefault="002821C5" w:rsidP="004F58FE">
            <w:pPr>
              <w:shd w:val="clear" w:color="auto" w:fill="FFFFFF" w:themeFill="background1"/>
            </w:pPr>
            <w:r>
              <w:t>- GV yêu cầu HS đọc đề bài.</w:t>
            </w:r>
          </w:p>
        </w:tc>
        <w:tc>
          <w:tcPr>
            <w:tcW w:w="5270" w:type="dxa"/>
          </w:tcPr>
          <w:p w14:paraId="4D5171DE" w14:textId="77777777" w:rsidR="009C07B5" w:rsidRDefault="002821C5" w:rsidP="004F58FE">
            <w:pPr>
              <w:shd w:val="clear" w:color="auto" w:fill="FFFFFF" w:themeFill="background1"/>
            </w:pPr>
            <w:r>
              <w:t>- HS đọc đề bài, nêu yêu cầu cần thực hiện.</w:t>
            </w:r>
          </w:p>
        </w:tc>
      </w:tr>
      <w:tr w:rsidR="009C07B5" w14:paraId="47F17B8D" w14:textId="77777777" w:rsidTr="004F58FE">
        <w:trPr>
          <w:jc w:val="center"/>
        </w:trPr>
        <w:tc>
          <w:tcPr>
            <w:tcW w:w="5270" w:type="dxa"/>
          </w:tcPr>
          <w:p w14:paraId="76B91755" w14:textId="77777777" w:rsidR="009C07B5" w:rsidRDefault="002821C5" w:rsidP="004F58FE">
            <w:pPr>
              <w:shd w:val="clear" w:color="auto" w:fill="FFFFFF" w:themeFill="background1"/>
            </w:pPr>
            <w:r>
              <w:t>- GV hướng dẫn HS thực hiện bài tập, nhắc lại yêu cầu trọng tâm của đề bài.</w:t>
            </w:r>
          </w:p>
        </w:tc>
        <w:tc>
          <w:tcPr>
            <w:tcW w:w="5270" w:type="dxa"/>
          </w:tcPr>
          <w:p w14:paraId="35C0FE88" w14:textId="77777777" w:rsidR="009C07B5" w:rsidRDefault="002821C5" w:rsidP="004F58FE">
            <w:pPr>
              <w:shd w:val="clear" w:color="auto" w:fill="FFFFFF" w:themeFill="background1"/>
            </w:pPr>
            <w:r>
              <w:t>- HS lắng nghe, xác định việc cần làm và chuẩn bị thực hiện bài tập.</w:t>
            </w:r>
          </w:p>
        </w:tc>
      </w:tr>
      <w:tr w:rsidR="009C07B5" w14:paraId="6B232A6B" w14:textId="77777777" w:rsidTr="004F58FE">
        <w:trPr>
          <w:jc w:val="center"/>
        </w:trPr>
        <w:tc>
          <w:tcPr>
            <w:tcW w:w="5270" w:type="dxa"/>
          </w:tcPr>
          <w:p w14:paraId="161DA964" w14:textId="77777777" w:rsidR="009C07B5" w:rsidRDefault="002821C5" w:rsidP="004F58FE">
            <w:pPr>
              <w:shd w:val="clear" w:color="auto" w:fill="FFFFFF" w:themeFill="background1"/>
            </w:pPr>
            <w:r>
              <w:t>- GV yêu cầu HS làm việc cá nhân, thực hiện bài vào vở/VBT hoặc bảng con theo yêu cầu.</w:t>
            </w:r>
          </w:p>
        </w:tc>
        <w:tc>
          <w:tcPr>
            <w:tcW w:w="5270" w:type="dxa"/>
          </w:tcPr>
          <w:p w14:paraId="0AF81AA7" w14:textId="77777777" w:rsidR="009C07B5" w:rsidRDefault="002821C5" w:rsidP="004F58FE">
            <w:pPr>
              <w:shd w:val="clear" w:color="auto" w:fill="FFFFFF" w:themeFill="background1"/>
            </w:pPr>
            <w:r>
              <w:t>- HS làm bài cá nhân, tự kiểm tra lại kết quả trước khi trình bày.</w:t>
            </w:r>
          </w:p>
        </w:tc>
      </w:tr>
      <w:tr w:rsidR="009C07B5" w14:paraId="3B00AB88" w14:textId="77777777" w:rsidTr="004F58FE">
        <w:trPr>
          <w:jc w:val="center"/>
        </w:trPr>
        <w:tc>
          <w:tcPr>
            <w:tcW w:w="5270" w:type="dxa"/>
          </w:tcPr>
          <w:p w14:paraId="3F1F3C17" w14:textId="77777777" w:rsidR="009C07B5" w:rsidRDefault="002821C5" w:rsidP="004F58FE">
            <w:pPr>
              <w:shd w:val="clear" w:color="auto" w:fill="FFFFFF" w:themeFill="background1"/>
            </w:pPr>
            <w:r>
              <w:t>- GV mời HS trình bày kết quả trước lớp.</w:t>
            </w:r>
          </w:p>
        </w:tc>
        <w:tc>
          <w:tcPr>
            <w:tcW w:w="5270" w:type="dxa"/>
          </w:tcPr>
          <w:p w14:paraId="2C510384" w14:textId="77777777" w:rsidR="009C07B5" w:rsidRDefault="002821C5" w:rsidP="004F58FE">
            <w:pPr>
              <w:shd w:val="clear" w:color="auto" w:fill="FFFFFF" w:themeFill="background1"/>
            </w:pPr>
            <w:r>
              <w:t>- HS trình bày kết quả rõ ràng; các bạn theo dõi, nhận xét và bổ sung.</w:t>
            </w:r>
          </w:p>
        </w:tc>
      </w:tr>
      <w:tr w:rsidR="009C07B5" w14:paraId="191CFBAE" w14:textId="77777777" w:rsidTr="004F58FE">
        <w:trPr>
          <w:jc w:val="center"/>
        </w:trPr>
        <w:tc>
          <w:tcPr>
            <w:tcW w:w="5270" w:type="dxa"/>
          </w:tcPr>
          <w:p w14:paraId="23C14C50" w14:textId="77777777" w:rsidR="009C07B5" w:rsidRDefault="002821C5" w:rsidP="004F58FE">
            <w:pPr>
              <w:shd w:val="clear" w:color="auto" w:fill="FFFFFF" w:themeFill="background1"/>
            </w:pPr>
            <w:r>
              <w:t>- GV nhận xét, sửa bài và chốt đáp án đúng.</w:t>
            </w:r>
          </w:p>
        </w:tc>
        <w:tc>
          <w:tcPr>
            <w:tcW w:w="5270" w:type="dxa"/>
          </w:tcPr>
          <w:p w14:paraId="49994C9D" w14:textId="77777777" w:rsidR="009C07B5" w:rsidRDefault="002821C5" w:rsidP="004F58FE">
            <w:pPr>
              <w:shd w:val="clear" w:color="auto" w:fill="FFFFFF" w:themeFill="background1"/>
            </w:pPr>
            <w:r>
              <w:t>- HS sửa bài vào vở/VBT, ghi nhớ cách làm đúng.</w:t>
            </w:r>
          </w:p>
        </w:tc>
      </w:tr>
      <w:tr w:rsidR="009C07B5" w14:paraId="312828BB" w14:textId="77777777" w:rsidTr="004F58FE">
        <w:trPr>
          <w:jc w:val="center"/>
        </w:trPr>
        <w:tc>
          <w:tcPr>
            <w:tcW w:w="5270" w:type="dxa"/>
          </w:tcPr>
          <w:p w14:paraId="07EFF11F" w14:textId="77777777" w:rsidR="009C07B5" w:rsidRDefault="002821C5" w:rsidP="004F58FE">
            <w:pPr>
              <w:shd w:val="clear" w:color="auto" w:fill="FFFFFF" w:themeFill="background1"/>
            </w:pPr>
            <w:r>
              <w:rPr>
                <w:color w:val="C00000"/>
              </w:rPr>
              <w:t>- Nếu gia đình có robot hút bụi, máy giặt thông minh hoặc loa thông minh, những thiết bị đó có thể hỗ trợ con người việc gì?</w:t>
            </w:r>
          </w:p>
        </w:tc>
        <w:tc>
          <w:tcPr>
            <w:tcW w:w="5270" w:type="dxa"/>
          </w:tcPr>
          <w:p w14:paraId="1B01DA80" w14:textId="77777777" w:rsidR="009C07B5" w:rsidRDefault="002821C5" w:rsidP="004F58FE">
            <w:pPr>
              <w:shd w:val="clear" w:color="auto" w:fill="FFFFFF" w:themeFill="background1"/>
            </w:pPr>
            <w:r>
              <w:rPr>
                <w:color w:val="C00000"/>
              </w:rPr>
              <w:t>- HS trả lời: Robot hút bụi giúp quét nhà; máy giặt giúp giặt quần áo; loa thông minh có thể nhắc giờ học, giờ ngủ.</w:t>
            </w:r>
          </w:p>
        </w:tc>
      </w:tr>
      <w:tr w:rsidR="009C07B5" w14:paraId="5C31B7CC" w14:textId="77777777" w:rsidTr="004F58FE">
        <w:trPr>
          <w:jc w:val="center"/>
        </w:trPr>
        <w:tc>
          <w:tcPr>
            <w:tcW w:w="5270" w:type="dxa"/>
          </w:tcPr>
          <w:p w14:paraId="6CAF6BAB" w14:textId="77777777" w:rsidR="009C07B5" w:rsidRDefault="002821C5" w:rsidP="004F58FE">
            <w:pPr>
              <w:shd w:val="clear" w:color="auto" w:fill="FFFFFF" w:themeFill="background1"/>
            </w:pPr>
            <w:r>
              <w:rPr>
                <w:color w:val="C00000"/>
              </w:rPr>
              <w:t>- Tích hợp AI - YCCĐ 2.A2.1: GV diễn giải: Một số thiết bị thông minh trong gia đình có dùng AI để hỗ trợ con người, ví dụ robot hút bụi biết di chuyển tránh vật cản, loa thông minh có thể nhắc lịch hoặc trả lời câu hỏi đơn giản. Tuy nhiên, các thiết bị đó chỉ hỗ trợ, con người vẫn cần kiểm tra, sử dụng đúng mục đích, không phụ thuộc hoàn toàn và không nhập thông tin riêng tư khi chưa có người lớn hướng dẫn.</w:t>
            </w:r>
          </w:p>
        </w:tc>
        <w:tc>
          <w:tcPr>
            <w:tcW w:w="5270" w:type="dxa"/>
          </w:tcPr>
          <w:p w14:paraId="20C261E1" w14:textId="77777777" w:rsidR="009C07B5" w:rsidRDefault="002821C5" w:rsidP="004F58FE">
            <w:pPr>
              <w:shd w:val="clear" w:color="auto" w:fill="FFFFFF" w:themeFill="background1"/>
            </w:pPr>
            <w:r>
              <w:rPr>
                <w:color w:val="C00000"/>
              </w:rPr>
              <w:t>- HS nêu: Thiết bị thông minh có thể giúp con người làm việc nhanh hơn, nhưng em vẫn cần tự làm việc vừa sức và hỏi người lớn khi sử dụng thiết bị.</w:t>
            </w:r>
          </w:p>
        </w:tc>
      </w:tr>
      <w:tr w:rsidR="009C07B5" w14:paraId="55E6A6EC" w14:textId="77777777" w:rsidTr="004F58FE">
        <w:trPr>
          <w:jc w:val="center"/>
        </w:trPr>
        <w:tc>
          <w:tcPr>
            <w:tcW w:w="5270" w:type="dxa"/>
            <w:tcBorders>
              <w:bottom w:val="single" w:sz="8" w:space="0" w:color="000000"/>
            </w:tcBorders>
          </w:tcPr>
          <w:p w14:paraId="7A64FCC0" w14:textId="77777777" w:rsidR="009C07B5" w:rsidRDefault="002821C5" w:rsidP="004F58FE">
            <w:pPr>
              <w:shd w:val="clear" w:color="auto" w:fill="FFFFFF" w:themeFill="background1"/>
            </w:pPr>
            <w:r>
              <w:t>- GV kết luận: Câu nêu hoạt động cần cho biết rõ ai hoặc vật gì làm gì.</w:t>
            </w:r>
          </w:p>
        </w:tc>
        <w:tc>
          <w:tcPr>
            <w:tcW w:w="5270" w:type="dxa"/>
            <w:tcBorders>
              <w:bottom w:val="single" w:sz="8" w:space="0" w:color="000000"/>
            </w:tcBorders>
          </w:tcPr>
          <w:p w14:paraId="0F414452" w14:textId="77777777" w:rsidR="009C07B5" w:rsidRDefault="002821C5" w:rsidP="004F58FE">
            <w:pPr>
              <w:shd w:val="clear" w:color="auto" w:fill="FFFFFF" w:themeFill="background1"/>
            </w:pPr>
            <w:r>
              <w:t>- HS lắng nghe, nhắc lại điều cần ghi nhớ sau bài tập.</w:t>
            </w:r>
          </w:p>
        </w:tc>
      </w:tr>
      <w:tr w:rsidR="009C07B5" w14:paraId="421495F2" w14:textId="77777777" w:rsidTr="004F58FE">
        <w:trPr>
          <w:jc w:val="center"/>
        </w:trPr>
        <w:tc>
          <w:tcPr>
            <w:tcW w:w="10540" w:type="dxa"/>
            <w:gridSpan w:val="2"/>
            <w:tcBorders>
              <w:top w:val="single" w:sz="8" w:space="0" w:color="000000"/>
              <w:bottom w:val="single" w:sz="8" w:space="0" w:color="000000"/>
            </w:tcBorders>
            <w:shd w:val="clear" w:color="auto" w:fill="E2F0D9"/>
          </w:tcPr>
          <w:p w14:paraId="0C9EA13A" w14:textId="77777777" w:rsidR="009C07B5" w:rsidRDefault="002821C5" w:rsidP="004F58FE">
            <w:pPr>
              <w:shd w:val="clear" w:color="auto" w:fill="FFFFFF" w:themeFill="background1"/>
            </w:pPr>
            <w:r>
              <w:rPr>
                <w:b/>
                <w:color w:val="008000"/>
              </w:rPr>
              <w:t>4. Vận dụng (3 phút)</w:t>
            </w:r>
          </w:p>
          <w:p w14:paraId="3C9BDA5A" w14:textId="77777777" w:rsidR="009C07B5" w:rsidRDefault="002821C5" w:rsidP="004F58FE">
            <w:pPr>
              <w:shd w:val="clear" w:color="auto" w:fill="FFFFFF" w:themeFill="background1"/>
            </w:pPr>
            <w:r>
              <w:rPr>
                <w:i/>
                <w:color w:val="008000"/>
              </w:rPr>
              <w:t>Mục tiêu: Liên hệ việc làm có ích trong học tập và sinh hoạt.</w:t>
            </w:r>
          </w:p>
        </w:tc>
      </w:tr>
      <w:tr w:rsidR="009C07B5" w14:paraId="6E860292" w14:textId="77777777" w:rsidTr="004F58FE">
        <w:trPr>
          <w:jc w:val="center"/>
        </w:trPr>
        <w:tc>
          <w:tcPr>
            <w:tcW w:w="5270" w:type="dxa"/>
            <w:tcBorders>
              <w:top w:val="single" w:sz="8" w:space="0" w:color="000000"/>
            </w:tcBorders>
          </w:tcPr>
          <w:p w14:paraId="2AC94A4B" w14:textId="77777777" w:rsidR="009C07B5" w:rsidRDefault="002821C5" w:rsidP="004F58FE">
            <w:pPr>
              <w:shd w:val="clear" w:color="auto" w:fill="FFFFFF" w:themeFill="background1"/>
            </w:pPr>
            <w:r>
              <w:t>- GV yêu cầu HS nói một việc em sẽ làm hôm nay để giúp lớp hoặc giúp gia đình.</w:t>
            </w:r>
          </w:p>
        </w:tc>
        <w:tc>
          <w:tcPr>
            <w:tcW w:w="5270" w:type="dxa"/>
            <w:tcBorders>
              <w:top w:val="single" w:sz="8" w:space="0" w:color="000000"/>
            </w:tcBorders>
          </w:tcPr>
          <w:p w14:paraId="0733EFDF" w14:textId="77777777" w:rsidR="009C07B5" w:rsidRDefault="002821C5" w:rsidP="004F58FE">
            <w:pPr>
              <w:shd w:val="clear" w:color="auto" w:fill="FFFFFF" w:themeFill="background1"/>
            </w:pPr>
            <w:r>
              <w:t>- HS nêu: Em sẽ xếp bàn học, giúp mẹ nhặt rau, tưới cây, nhặt rác ở lớp, chuẩn bị sách vở cho ngày mai.</w:t>
            </w:r>
          </w:p>
        </w:tc>
      </w:tr>
      <w:tr w:rsidR="009C07B5" w14:paraId="7978C903" w14:textId="77777777" w:rsidTr="004F58FE">
        <w:trPr>
          <w:jc w:val="center"/>
        </w:trPr>
        <w:tc>
          <w:tcPr>
            <w:tcW w:w="5270" w:type="dxa"/>
          </w:tcPr>
          <w:p w14:paraId="261D7C99" w14:textId="77777777" w:rsidR="009C07B5" w:rsidRDefault="002821C5" w:rsidP="004F58FE">
            <w:pPr>
              <w:shd w:val="clear" w:color="auto" w:fill="FFFFFF" w:themeFill="background1"/>
            </w:pPr>
            <w:r>
              <w:t>- Dặn dò: Về nhà thực hiện một việc vừa sức và kể lại cho người thân nghe.</w:t>
            </w:r>
          </w:p>
        </w:tc>
        <w:tc>
          <w:tcPr>
            <w:tcW w:w="5270" w:type="dxa"/>
          </w:tcPr>
          <w:p w14:paraId="5441C03D" w14:textId="77777777" w:rsidR="009C07B5" w:rsidRDefault="002821C5" w:rsidP="004F58FE">
            <w:pPr>
              <w:shd w:val="clear" w:color="auto" w:fill="FFFFFF" w:themeFill="background1"/>
            </w:pPr>
            <w:r>
              <w:t>- HS ghi nhớ nhiệm vụ.</w:t>
            </w:r>
          </w:p>
        </w:tc>
      </w:tr>
    </w:tbl>
    <w:p w14:paraId="29C464AA" w14:textId="77777777" w:rsidR="009C07B5" w:rsidRDefault="002821C5" w:rsidP="004F58FE">
      <w:pPr>
        <w:shd w:val="clear" w:color="auto" w:fill="FFFFFF" w:themeFill="background1"/>
      </w:pPr>
      <w:r>
        <w:rPr>
          <w:b/>
          <w:color w:val="000000"/>
        </w:rPr>
        <w:t>IV. ĐIỀU CHỈNH SAU TIẾT DẠY (NẾU CÓ):</w:t>
      </w:r>
    </w:p>
    <w:p w14:paraId="6E5688E0" w14:textId="77777777" w:rsidR="009C07B5" w:rsidRDefault="002821C5" w:rsidP="004F58FE">
      <w:pPr>
        <w:shd w:val="clear" w:color="auto" w:fill="FFFFFF" w:themeFill="background1"/>
      </w:pPr>
      <w:r>
        <w:rPr>
          <w:color w:val="000000"/>
        </w:rPr>
        <w:t>................................................................................................................................................</w:t>
      </w:r>
    </w:p>
    <w:p w14:paraId="5CFB81D4" w14:textId="77777777" w:rsidR="009C07B5" w:rsidRDefault="002821C5" w:rsidP="004F58FE">
      <w:pPr>
        <w:shd w:val="clear" w:color="auto" w:fill="FFFFFF" w:themeFill="background1"/>
        <w:jc w:val="center"/>
      </w:pPr>
      <w:r>
        <w:rPr>
          <w:b/>
          <w:color w:val="000000"/>
        </w:rPr>
        <w:lastRenderedPageBreak/>
        <w:t>KẾ HOẠCH DẠY HỌC - TUẦN 2</w:t>
      </w:r>
    </w:p>
    <w:p w14:paraId="37B09674" w14:textId="77777777" w:rsidR="009C07B5" w:rsidRDefault="002821C5" w:rsidP="004F58FE">
      <w:pPr>
        <w:shd w:val="clear" w:color="auto" w:fill="FFFFFF" w:themeFill="background1"/>
        <w:jc w:val="center"/>
      </w:pPr>
      <w:r>
        <w:rPr>
          <w:b/>
          <w:color w:val="000000"/>
        </w:rPr>
        <w:t>CHỦ ĐỀ 1: EM LỚN LÊN TỪNG NGÀY</w:t>
      </w:r>
    </w:p>
    <w:p w14:paraId="0C88C453" w14:textId="77777777" w:rsidR="009C07B5" w:rsidRPr="00BA1FBA" w:rsidRDefault="002821C5" w:rsidP="004F58FE">
      <w:pPr>
        <w:shd w:val="clear" w:color="auto" w:fill="FFFFFF" w:themeFill="background1"/>
        <w:jc w:val="center"/>
        <w:rPr>
          <w:lang w:val="fr-FR"/>
        </w:rPr>
      </w:pPr>
      <w:r w:rsidRPr="00BA1FBA">
        <w:rPr>
          <w:b/>
          <w:color w:val="000000"/>
          <w:lang w:val="fr-FR"/>
        </w:rPr>
        <w:t>BÀI 4: LÀM VIỆC THẬT LÀ VUI</w:t>
      </w:r>
    </w:p>
    <w:p w14:paraId="75E05201" w14:textId="77777777" w:rsidR="009C07B5" w:rsidRPr="00BA1FBA" w:rsidRDefault="002821C5" w:rsidP="004F58FE">
      <w:pPr>
        <w:shd w:val="clear" w:color="auto" w:fill="FFFFFF" w:themeFill="background1"/>
        <w:jc w:val="center"/>
        <w:rPr>
          <w:lang w:val="fr-FR"/>
        </w:rPr>
      </w:pPr>
      <w:r w:rsidRPr="00BA1FBA">
        <w:rPr>
          <w:b/>
          <w:color w:val="000000"/>
          <w:lang w:val="fr-FR"/>
        </w:rPr>
        <w:t>TIẾT 3: VIẾT: NGHE - VIẾT: LÀM VIỆC THẬT LÀ VUI; BẢNG CHỮ CÁI</w:t>
      </w:r>
    </w:p>
    <w:p w14:paraId="39B6F6DC" w14:textId="77777777" w:rsidR="009C07B5" w:rsidRPr="00BA1FBA" w:rsidRDefault="002821C5" w:rsidP="004F58FE">
      <w:pPr>
        <w:shd w:val="clear" w:color="auto" w:fill="FFFFFF" w:themeFill="background1"/>
        <w:rPr>
          <w:lang w:val="fr-FR"/>
        </w:rPr>
      </w:pPr>
      <w:r w:rsidRPr="00BA1FBA">
        <w:rPr>
          <w:b/>
          <w:color w:val="000000"/>
          <w:lang w:val="fr-FR"/>
        </w:rPr>
        <w:t>I. YÊU CẦU CẦN ĐẠT:</w:t>
      </w:r>
    </w:p>
    <w:p w14:paraId="3B29318F" w14:textId="77777777" w:rsidR="009C07B5" w:rsidRPr="00BA1FBA" w:rsidRDefault="002821C5" w:rsidP="004F58FE">
      <w:pPr>
        <w:shd w:val="clear" w:color="auto" w:fill="FFFFFF" w:themeFill="background1"/>
        <w:rPr>
          <w:lang w:val="fr-FR"/>
        </w:rPr>
      </w:pPr>
      <w:r w:rsidRPr="00BA1FBA">
        <w:rPr>
          <w:b/>
          <w:color w:val="000000"/>
          <w:lang w:val="fr-FR"/>
        </w:rPr>
        <w:t>1. Năng lực đặc thù:</w:t>
      </w:r>
    </w:p>
    <w:p w14:paraId="365F1A69" w14:textId="77777777" w:rsidR="009C07B5" w:rsidRPr="00BA1FBA" w:rsidRDefault="002821C5" w:rsidP="004F58FE">
      <w:pPr>
        <w:shd w:val="clear" w:color="auto" w:fill="FFFFFF" w:themeFill="background1"/>
        <w:rPr>
          <w:lang w:val="fr-FR"/>
        </w:rPr>
      </w:pPr>
      <w:r w:rsidRPr="00BA1FBA">
        <w:rPr>
          <w:color w:val="000000"/>
          <w:lang w:val="fr-FR"/>
        </w:rPr>
        <w:t>- Nghe - viết đúng đoạn chính tả trong bài Làm việc thật là vui.</w:t>
      </w:r>
    </w:p>
    <w:p w14:paraId="7984F15A" w14:textId="77777777" w:rsidR="009C07B5" w:rsidRPr="00BA1FBA" w:rsidRDefault="002821C5" w:rsidP="004F58FE">
      <w:pPr>
        <w:shd w:val="clear" w:color="auto" w:fill="FFFFFF" w:themeFill="background1"/>
        <w:rPr>
          <w:lang w:val="fr-FR"/>
        </w:rPr>
      </w:pPr>
      <w:r w:rsidRPr="00BA1FBA">
        <w:rPr>
          <w:color w:val="000000"/>
          <w:lang w:val="fr-FR"/>
        </w:rPr>
        <w:t>- Viết đúng các từ khó, trình bày sạch đẹp, đúng dấu câu.</w:t>
      </w:r>
    </w:p>
    <w:p w14:paraId="7C2C0746" w14:textId="77777777" w:rsidR="009C07B5" w:rsidRPr="00BA1FBA" w:rsidRDefault="002821C5" w:rsidP="004F58FE">
      <w:pPr>
        <w:shd w:val="clear" w:color="auto" w:fill="FFFFFF" w:themeFill="background1"/>
        <w:rPr>
          <w:lang w:val="fr-FR"/>
        </w:rPr>
      </w:pPr>
      <w:r w:rsidRPr="00BA1FBA">
        <w:rPr>
          <w:color w:val="000000"/>
          <w:lang w:val="fr-FR"/>
        </w:rPr>
        <w:t>- Tìm được chữ cái còn thiếu trong bảng và học thuộc tên các chữ cái từ g đến ơ.</w:t>
      </w:r>
    </w:p>
    <w:p w14:paraId="401FF2C1" w14:textId="77777777" w:rsidR="009C07B5" w:rsidRPr="00BA1FBA" w:rsidRDefault="002821C5" w:rsidP="004F58FE">
      <w:pPr>
        <w:shd w:val="clear" w:color="auto" w:fill="FFFFFF" w:themeFill="background1"/>
        <w:rPr>
          <w:lang w:val="fr-FR"/>
        </w:rPr>
      </w:pPr>
      <w:r w:rsidRPr="00BA1FBA">
        <w:rPr>
          <w:color w:val="000000"/>
          <w:lang w:val="fr-FR"/>
        </w:rPr>
        <w:t>- Sắp xếp được tên một số cuốn sách theo thứ tự bảng chữ cái dựa vào chữ cái đầu tiên.</w:t>
      </w:r>
    </w:p>
    <w:p w14:paraId="24B0A65D" w14:textId="77777777" w:rsidR="009C07B5" w:rsidRPr="00BA1FBA" w:rsidRDefault="002821C5" w:rsidP="004F58FE">
      <w:pPr>
        <w:shd w:val="clear" w:color="auto" w:fill="FFFFFF" w:themeFill="background1"/>
        <w:rPr>
          <w:lang w:val="fr-FR"/>
        </w:rPr>
      </w:pPr>
      <w:r w:rsidRPr="00BA1FBA">
        <w:rPr>
          <w:b/>
          <w:color w:val="000000"/>
          <w:lang w:val="fr-FR"/>
        </w:rPr>
        <w:t>2. Năng lực chung:</w:t>
      </w:r>
    </w:p>
    <w:p w14:paraId="27EB05DE" w14:textId="77777777" w:rsidR="009C07B5" w:rsidRPr="00BA1FBA" w:rsidRDefault="002821C5" w:rsidP="004F58FE">
      <w:pPr>
        <w:shd w:val="clear" w:color="auto" w:fill="FFFFFF" w:themeFill="background1"/>
        <w:rPr>
          <w:lang w:val="fr-FR"/>
        </w:rPr>
      </w:pPr>
      <w:r w:rsidRPr="00BA1FBA">
        <w:rPr>
          <w:color w:val="000000"/>
          <w:lang w:val="fr-FR"/>
        </w:rPr>
        <w:t>- Tự chủ và tự học: tự soát lỗi chính tả sau khi viết.</w:t>
      </w:r>
    </w:p>
    <w:p w14:paraId="7E4CE572" w14:textId="77777777" w:rsidR="009C07B5" w:rsidRPr="00BA1FBA" w:rsidRDefault="002821C5" w:rsidP="004F58FE">
      <w:pPr>
        <w:shd w:val="clear" w:color="auto" w:fill="FFFFFF" w:themeFill="background1"/>
        <w:rPr>
          <w:lang w:val="fr-FR"/>
        </w:rPr>
      </w:pPr>
      <w:r w:rsidRPr="00BA1FBA">
        <w:rPr>
          <w:color w:val="000000"/>
          <w:lang w:val="fr-FR"/>
        </w:rPr>
        <w:t>- Giao tiếp và hợp tác: trao đổi với bạn khi kiểm tra bảng chữ cái.</w:t>
      </w:r>
    </w:p>
    <w:p w14:paraId="670B3169" w14:textId="77777777" w:rsidR="009C07B5" w:rsidRPr="00BA1FBA" w:rsidRDefault="002821C5" w:rsidP="004F58FE">
      <w:pPr>
        <w:shd w:val="clear" w:color="auto" w:fill="FFFFFF" w:themeFill="background1"/>
        <w:rPr>
          <w:lang w:val="fr-FR"/>
        </w:rPr>
      </w:pPr>
      <w:r w:rsidRPr="00BA1FBA">
        <w:rPr>
          <w:color w:val="000000"/>
          <w:lang w:val="fr-FR"/>
        </w:rPr>
        <w:t>- Giải quyết vấn đề và sáng tạo: biết vận dụng bảng chữ cái để sắp xếp tên sách.</w:t>
      </w:r>
    </w:p>
    <w:p w14:paraId="337371AC" w14:textId="77777777" w:rsidR="009C07B5" w:rsidRPr="00BA1FBA" w:rsidRDefault="002821C5" w:rsidP="004F58FE">
      <w:pPr>
        <w:shd w:val="clear" w:color="auto" w:fill="FFFFFF" w:themeFill="background1"/>
        <w:rPr>
          <w:lang w:val="fr-FR"/>
        </w:rPr>
      </w:pPr>
      <w:r w:rsidRPr="00BA1FBA">
        <w:rPr>
          <w:b/>
          <w:color w:val="000000"/>
          <w:lang w:val="fr-FR"/>
        </w:rPr>
        <w:t>3. Phẩm chất:</w:t>
      </w:r>
    </w:p>
    <w:p w14:paraId="6EDC95DE" w14:textId="77777777" w:rsidR="009C07B5" w:rsidRPr="00BA1FBA" w:rsidRDefault="002821C5" w:rsidP="004F58FE">
      <w:pPr>
        <w:shd w:val="clear" w:color="auto" w:fill="FFFFFF" w:themeFill="background1"/>
        <w:rPr>
          <w:lang w:val="fr-FR"/>
        </w:rPr>
      </w:pPr>
      <w:r w:rsidRPr="00BA1FBA">
        <w:rPr>
          <w:color w:val="000000"/>
          <w:lang w:val="fr-FR"/>
        </w:rPr>
        <w:t>- Chăm chỉ: viết bài cẩn thận, luyện chữ đều nét.</w:t>
      </w:r>
    </w:p>
    <w:p w14:paraId="1F6E634E" w14:textId="77777777" w:rsidR="009C07B5" w:rsidRPr="00BA1FBA" w:rsidRDefault="002821C5" w:rsidP="004F58FE">
      <w:pPr>
        <w:shd w:val="clear" w:color="auto" w:fill="FFFFFF" w:themeFill="background1"/>
        <w:rPr>
          <w:lang w:val="fr-FR"/>
        </w:rPr>
      </w:pPr>
      <w:r w:rsidRPr="00BA1FBA">
        <w:rPr>
          <w:color w:val="000000"/>
          <w:lang w:val="fr-FR"/>
        </w:rPr>
        <w:t>- Trách nhiệm: giữ gìn vở sạch, sách đẹp.</w:t>
      </w:r>
    </w:p>
    <w:p w14:paraId="68E47256" w14:textId="77777777" w:rsidR="009C07B5" w:rsidRPr="00BA1FBA" w:rsidRDefault="002821C5" w:rsidP="004F58FE">
      <w:pPr>
        <w:shd w:val="clear" w:color="auto" w:fill="FFFFFF" w:themeFill="background1"/>
        <w:rPr>
          <w:lang w:val="fr-FR"/>
        </w:rPr>
      </w:pPr>
      <w:r w:rsidRPr="00BA1FBA">
        <w:rPr>
          <w:color w:val="000000"/>
          <w:lang w:val="fr-FR"/>
        </w:rPr>
        <w:t>- Nhân ái: biết chia sẻ sách, trân trọng sách và người làm ra sách.</w:t>
      </w:r>
    </w:p>
    <w:p w14:paraId="1F0346A1" w14:textId="77777777" w:rsidR="009C07B5" w:rsidRPr="00BA1FBA" w:rsidRDefault="002821C5" w:rsidP="004F58FE">
      <w:pPr>
        <w:shd w:val="clear" w:color="auto" w:fill="FFFFFF" w:themeFill="background1"/>
        <w:rPr>
          <w:lang w:val="fr-FR"/>
        </w:rPr>
      </w:pPr>
      <w:r w:rsidRPr="00BA1FBA">
        <w:rPr>
          <w:b/>
          <w:color w:val="C00000"/>
          <w:lang w:val="fr-FR"/>
        </w:rPr>
        <w:t>4. Tích hợp:</w:t>
      </w:r>
    </w:p>
    <w:p w14:paraId="5BB94BDA" w14:textId="77777777" w:rsidR="009C07B5" w:rsidRPr="00BA1FBA" w:rsidRDefault="002821C5" w:rsidP="004F58FE">
      <w:pPr>
        <w:shd w:val="clear" w:color="auto" w:fill="FFFFFF" w:themeFill="background1"/>
        <w:rPr>
          <w:lang w:val="fr-FR"/>
        </w:rPr>
      </w:pPr>
      <w:r w:rsidRPr="00BA1FBA">
        <w:rPr>
          <w:color w:val="C00000"/>
          <w:lang w:val="fr-FR"/>
        </w:rPr>
        <w:t>- Kĩ năng sống: Giáo dục ý thức giữ gìn, bảo quản sách; rèn thói quen đọc sách thường xuyên để mở rộng tri thức và nuôi dưỡng tâm hồn.</w:t>
      </w:r>
    </w:p>
    <w:p w14:paraId="6E9FE154" w14:textId="77777777" w:rsidR="009C07B5" w:rsidRPr="00BA1FBA" w:rsidRDefault="002821C5" w:rsidP="004F58FE">
      <w:pPr>
        <w:shd w:val="clear" w:color="auto" w:fill="FFFFFF" w:themeFill="background1"/>
        <w:rPr>
          <w:lang w:val="fr-FR"/>
        </w:rPr>
      </w:pPr>
      <w:r w:rsidRPr="00BA1FBA">
        <w:rPr>
          <w:b/>
          <w:color w:val="000000"/>
          <w:lang w:val="fr-FR"/>
        </w:rPr>
        <w:t>II. ĐỒ DÙNG DẠY HỌC:</w:t>
      </w:r>
    </w:p>
    <w:p w14:paraId="06944C61" w14:textId="77777777" w:rsidR="009C07B5" w:rsidRPr="00BA1FBA" w:rsidRDefault="002821C5" w:rsidP="004F58FE">
      <w:pPr>
        <w:shd w:val="clear" w:color="auto" w:fill="FFFFFF" w:themeFill="background1"/>
        <w:rPr>
          <w:lang w:val="fr-FR"/>
        </w:rPr>
      </w:pPr>
      <w:r w:rsidRPr="00BA1FBA">
        <w:rPr>
          <w:color w:val="000000"/>
          <w:lang w:val="fr-FR"/>
        </w:rPr>
        <w:t>- GV: Bảng phụ viết đoạn chính tả, bảng chữ cái SGK trang 21 - 22, tranh tên sách.</w:t>
      </w:r>
    </w:p>
    <w:p w14:paraId="0242D845" w14:textId="77777777" w:rsidR="009C07B5" w:rsidRPr="00BA1FBA" w:rsidRDefault="002821C5" w:rsidP="004F58FE">
      <w:pPr>
        <w:shd w:val="clear" w:color="auto" w:fill="FFFFFF" w:themeFill="background1"/>
        <w:rPr>
          <w:lang w:val="fr-FR"/>
        </w:rPr>
      </w:pPr>
      <w:r w:rsidRPr="00BA1FBA">
        <w:rPr>
          <w:color w:val="000000"/>
          <w:lang w:val="fr-FR"/>
        </w:rPr>
        <w:t>- HS: Vở chính tả, bảng con, SGK, bút chì.</w:t>
      </w:r>
    </w:p>
    <w:p w14:paraId="596F76ED" w14:textId="77777777" w:rsidR="009C07B5" w:rsidRDefault="002821C5" w:rsidP="004F58FE">
      <w:pPr>
        <w:shd w:val="clear" w:color="auto" w:fill="FFFFFF" w:themeFill="background1"/>
      </w:pPr>
      <w:r>
        <w:rPr>
          <w:b/>
        </w:rPr>
        <w:t>III. HOẠT ĐỘNG DẠY HỌC</w:t>
      </w:r>
    </w:p>
    <w:tbl>
      <w:tblPr>
        <w:tblW w:w="0" w:type="auto"/>
        <w:jc w:val="center"/>
        <w:tblBorders>
          <w:top w:val="single" w:sz="8" w:space="0" w:color="000000"/>
          <w:left w:val="single" w:sz="8" w:space="0" w:color="000000"/>
          <w:bottom w:val="single" w:sz="8" w:space="0" w:color="000000"/>
          <w:right w:val="single" w:sz="8" w:space="0" w:color="000000"/>
          <w:insideV w:val="single" w:sz="8" w:space="0" w:color="000000"/>
        </w:tblBorders>
        <w:tblLook w:val="04A0" w:firstRow="1" w:lastRow="0" w:firstColumn="1" w:lastColumn="0" w:noHBand="0" w:noVBand="1"/>
      </w:tblPr>
      <w:tblGrid>
        <w:gridCol w:w="5270"/>
        <w:gridCol w:w="5270"/>
      </w:tblGrid>
      <w:tr w:rsidR="009C07B5" w14:paraId="5426492F" w14:textId="77777777" w:rsidTr="004F58FE">
        <w:trPr>
          <w:jc w:val="center"/>
        </w:trPr>
        <w:tc>
          <w:tcPr>
            <w:tcW w:w="4680" w:type="dxa"/>
            <w:tcBorders>
              <w:bottom w:val="single" w:sz="8" w:space="0" w:color="000000"/>
            </w:tcBorders>
            <w:shd w:val="clear" w:color="auto" w:fill="D9EAF7"/>
            <w:tcMar>
              <w:top w:w="60" w:type="dxa"/>
              <w:left w:w="70" w:type="dxa"/>
              <w:bottom w:w="60" w:type="dxa"/>
              <w:right w:w="70" w:type="dxa"/>
            </w:tcMar>
          </w:tcPr>
          <w:p w14:paraId="24325438" w14:textId="77777777" w:rsidR="009C07B5" w:rsidRDefault="002821C5" w:rsidP="004F58FE">
            <w:pPr>
              <w:shd w:val="clear" w:color="auto" w:fill="FFFFFF" w:themeFill="background1"/>
              <w:jc w:val="center"/>
            </w:pPr>
            <w:r>
              <w:rPr>
                <w:b/>
              </w:rPr>
              <w:t>Hoạt động của giáo viên</w:t>
            </w:r>
          </w:p>
        </w:tc>
        <w:tc>
          <w:tcPr>
            <w:tcW w:w="4680" w:type="dxa"/>
            <w:tcBorders>
              <w:bottom w:val="single" w:sz="8" w:space="0" w:color="000000"/>
            </w:tcBorders>
            <w:shd w:val="clear" w:color="auto" w:fill="D9EAF7"/>
            <w:tcMar>
              <w:top w:w="60" w:type="dxa"/>
              <w:left w:w="70" w:type="dxa"/>
              <w:bottom w:w="60" w:type="dxa"/>
              <w:right w:w="70" w:type="dxa"/>
            </w:tcMar>
          </w:tcPr>
          <w:p w14:paraId="39D5A4F6" w14:textId="77777777" w:rsidR="009C07B5" w:rsidRDefault="002821C5" w:rsidP="004F58FE">
            <w:pPr>
              <w:shd w:val="clear" w:color="auto" w:fill="FFFFFF" w:themeFill="background1"/>
              <w:jc w:val="center"/>
            </w:pPr>
            <w:r>
              <w:rPr>
                <w:b/>
              </w:rPr>
              <w:t>Hoạt động của học sinh</w:t>
            </w:r>
          </w:p>
        </w:tc>
      </w:tr>
      <w:tr w:rsidR="009C07B5" w14:paraId="0550A62A" w14:textId="77777777" w:rsidTr="004F58FE">
        <w:trPr>
          <w:jc w:val="center"/>
        </w:trPr>
        <w:tc>
          <w:tcPr>
            <w:tcW w:w="10540" w:type="dxa"/>
            <w:gridSpan w:val="2"/>
            <w:tcBorders>
              <w:top w:val="single" w:sz="8" w:space="0" w:color="000000"/>
              <w:bottom w:val="single" w:sz="8" w:space="0" w:color="000000"/>
            </w:tcBorders>
            <w:shd w:val="clear" w:color="auto" w:fill="E2F0D9"/>
          </w:tcPr>
          <w:p w14:paraId="5BD2656B" w14:textId="77777777" w:rsidR="009C07B5" w:rsidRDefault="002821C5" w:rsidP="004F58FE">
            <w:pPr>
              <w:shd w:val="clear" w:color="auto" w:fill="FFFFFF" w:themeFill="background1"/>
            </w:pPr>
            <w:r>
              <w:rPr>
                <w:b/>
                <w:color w:val="008000"/>
              </w:rPr>
              <w:t>1. Khởi động (5 phút)</w:t>
            </w:r>
          </w:p>
          <w:p w14:paraId="31898F71" w14:textId="77777777" w:rsidR="009C07B5" w:rsidRDefault="002821C5" w:rsidP="004F58FE">
            <w:pPr>
              <w:shd w:val="clear" w:color="auto" w:fill="FFFFFF" w:themeFill="background1"/>
            </w:pPr>
            <w:r>
              <w:rPr>
                <w:i/>
                <w:color w:val="008000"/>
              </w:rPr>
              <w:t>Mục tiêu: Ổn định, kiểm tra sự chuẩn bị và kết nối vào bài viết.</w:t>
            </w:r>
          </w:p>
        </w:tc>
      </w:tr>
      <w:tr w:rsidR="009C07B5" w14:paraId="54042C41" w14:textId="77777777" w:rsidTr="004F58FE">
        <w:trPr>
          <w:jc w:val="center"/>
        </w:trPr>
        <w:tc>
          <w:tcPr>
            <w:tcW w:w="5270" w:type="dxa"/>
            <w:tcBorders>
              <w:top w:val="single" w:sz="8" w:space="0" w:color="000000"/>
            </w:tcBorders>
          </w:tcPr>
          <w:p w14:paraId="02035102" w14:textId="77777777" w:rsidR="009C07B5" w:rsidRDefault="002821C5" w:rsidP="004F58FE">
            <w:pPr>
              <w:shd w:val="clear" w:color="auto" w:fill="FFFFFF" w:themeFill="background1"/>
            </w:pPr>
            <w:r>
              <w:t>- GV hỏi: Trong bài Làm việc thật là vui, bạn nhỏ đã làm những việc gì?</w:t>
            </w:r>
          </w:p>
        </w:tc>
        <w:tc>
          <w:tcPr>
            <w:tcW w:w="5270" w:type="dxa"/>
            <w:tcBorders>
              <w:top w:val="single" w:sz="8" w:space="0" w:color="000000"/>
            </w:tcBorders>
          </w:tcPr>
          <w:p w14:paraId="54477299" w14:textId="77777777" w:rsidR="009C07B5" w:rsidRDefault="002821C5" w:rsidP="004F58FE">
            <w:pPr>
              <w:shd w:val="clear" w:color="auto" w:fill="FFFFFF" w:themeFill="background1"/>
            </w:pPr>
            <w:r>
              <w:t>- HS trả lời: Bạn nhỏ làm bài, đi học, quét nhà, nhặt rau, chơi với em đỡ mẹ.</w:t>
            </w:r>
          </w:p>
        </w:tc>
      </w:tr>
      <w:tr w:rsidR="009C07B5" w14:paraId="67C1F126" w14:textId="77777777" w:rsidTr="004F58FE">
        <w:trPr>
          <w:jc w:val="center"/>
        </w:trPr>
        <w:tc>
          <w:tcPr>
            <w:tcW w:w="5270" w:type="dxa"/>
            <w:tcBorders>
              <w:bottom w:val="single" w:sz="8" w:space="0" w:color="000000"/>
            </w:tcBorders>
          </w:tcPr>
          <w:p w14:paraId="3F228DD5" w14:textId="77777777" w:rsidR="009C07B5" w:rsidRDefault="002821C5" w:rsidP="004F58FE">
            <w:pPr>
              <w:shd w:val="clear" w:color="auto" w:fill="FFFFFF" w:themeFill="background1"/>
            </w:pPr>
            <w:r>
              <w:t>- GV giới thiệu bài: Tiết này, các em sẽ nghe - viết một đoạn trong bài Làm việc thật là vui, sau đó luyện bảng chữ cái và sắp xếp tên sách.</w:t>
            </w:r>
          </w:p>
        </w:tc>
        <w:tc>
          <w:tcPr>
            <w:tcW w:w="5270" w:type="dxa"/>
            <w:tcBorders>
              <w:bottom w:val="single" w:sz="8" w:space="0" w:color="000000"/>
            </w:tcBorders>
          </w:tcPr>
          <w:p w14:paraId="2BA80483" w14:textId="77777777" w:rsidR="009C07B5" w:rsidRDefault="002821C5" w:rsidP="004F58FE">
            <w:pPr>
              <w:shd w:val="clear" w:color="auto" w:fill="FFFFFF" w:themeFill="background1"/>
            </w:pPr>
            <w:r>
              <w:t>- HS chuẩn bị vở, bút, bảng con để học bài.</w:t>
            </w:r>
          </w:p>
        </w:tc>
      </w:tr>
      <w:tr w:rsidR="009C07B5" w14:paraId="2B8A0D6A" w14:textId="77777777" w:rsidTr="004F58FE">
        <w:trPr>
          <w:jc w:val="center"/>
        </w:trPr>
        <w:tc>
          <w:tcPr>
            <w:tcW w:w="10540" w:type="dxa"/>
            <w:gridSpan w:val="2"/>
            <w:tcBorders>
              <w:top w:val="single" w:sz="8" w:space="0" w:color="000000"/>
              <w:bottom w:val="nil"/>
            </w:tcBorders>
            <w:shd w:val="clear" w:color="auto" w:fill="E2F0D9"/>
          </w:tcPr>
          <w:p w14:paraId="164D3DA9" w14:textId="77777777" w:rsidR="009C07B5" w:rsidRDefault="002821C5" w:rsidP="004F58FE">
            <w:pPr>
              <w:shd w:val="clear" w:color="auto" w:fill="FFFFFF" w:themeFill="background1"/>
            </w:pPr>
            <w:r>
              <w:rPr>
                <w:b/>
                <w:color w:val="008000"/>
              </w:rPr>
              <w:t>2. Khám phá và thực hành (15 phút)</w:t>
            </w:r>
          </w:p>
          <w:p w14:paraId="2C4343BA" w14:textId="77777777" w:rsidR="009C07B5" w:rsidRDefault="002821C5" w:rsidP="004F58FE">
            <w:pPr>
              <w:shd w:val="clear" w:color="auto" w:fill="FFFFFF" w:themeFill="background1"/>
            </w:pPr>
            <w:r>
              <w:rPr>
                <w:i/>
                <w:color w:val="008000"/>
              </w:rPr>
              <w:t>Mục tiêu: Nghe và viết đúng đoạn chính tả, biết tự soát lỗi.</w:t>
            </w:r>
          </w:p>
        </w:tc>
      </w:tr>
      <w:tr w:rsidR="009C07B5" w14:paraId="7B500D89" w14:textId="77777777" w:rsidTr="004F58FE">
        <w:trPr>
          <w:jc w:val="center"/>
        </w:trPr>
        <w:tc>
          <w:tcPr>
            <w:tcW w:w="10540" w:type="dxa"/>
            <w:gridSpan w:val="2"/>
            <w:tcBorders>
              <w:top w:val="nil"/>
              <w:bottom w:val="single" w:sz="8" w:space="0" w:color="000000"/>
            </w:tcBorders>
            <w:shd w:val="clear" w:color="auto" w:fill="E2F0D9"/>
          </w:tcPr>
          <w:p w14:paraId="6A3162FD" w14:textId="77777777" w:rsidR="009C07B5" w:rsidRDefault="002821C5" w:rsidP="004F58FE">
            <w:pPr>
              <w:shd w:val="clear" w:color="auto" w:fill="FFFFFF" w:themeFill="background1"/>
            </w:pPr>
            <w:r>
              <w:rPr>
                <w:b/>
                <w:color w:val="008000"/>
              </w:rPr>
              <w:t>Hoạt động 1: Nghe - viết.</w:t>
            </w:r>
          </w:p>
          <w:p w14:paraId="03AF68B1" w14:textId="77777777" w:rsidR="009C07B5" w:rsidRDefault="002821C5" w:rsidP="004F58FE">
            <w:pPr>
              <w:shd w:val="clear" w:color="auto" w:fill="FFFFFF" w:themeFill="background1"/>
            </w:pPr>
            <w:r>
              <w:rPr>
                <w:i/>
                <w:color w:val="008000"/>
              </w:rPr>
              <w:t>Mục tiêu: HS viết đúng đoạn chính tả, trình bày sạch đẹp.</w:t>
            </w:r>
          </w:p>
        </w:tc>
      </w:tr>
      <w:tr w:rsidR="009C07B5" w14:paraId="10F5CC32" w14:textId="77777777" w:rsidTr="004F58FE">
        <w:trPr>
          <w:jc w:val="center"/>
        </w:trPr>
        <w:tc>
          <w:tcPr>
            <w:tcW w:w="5270" w:type="dxa"/>
            <w:tcBorders>
              <w:top w:val="single" w:sz="8" w:space="0" w:color="000000"/>
            </w:tcBorders>
          </w:tcPr>
          <w:p w14:paraId="49244CA9" w14:textId="77777777" w:rsidR="009C07B5" w:rsidRDefault="002821C5" w:rsidP="004F58FE">
            <w:pPr>
              <w:shd w:val="clear" w:color="auto" w:fill="FFFFFF" w:themeFill="background1"/>
            </w:pPr>
            <w:r>
              <w:rPr>
                <w:b/>
              </w:rPr>
              <w:t>Bài tập 1: Nghe - viết: “Làm việc thật là vui”.</w:t>
            </w:r>
          </w:p>
        </w:tc>
        <w:tc>
          <w:tcPr>
            <w:tcW w:w="5270" w:type="dxa"/>
            <w:tcBorders>
              <w:top w:val="single" w:sz="8" w:space="0" w:color="000000"/>
            </w:tcBorders>
          </w:tcPr>
          <w:p w14:paraId="109DCE08" w14:textId="77777777" w:rsidR="009C07B5" w:rsidRDefault="009C07B5" w:rsidP="004F58FE">
            <w:pPr>
              <w:shd w:val="clear" w:color="auto" w:fill="FFFFFF" w:themeFill="background1"/>
            </w:pPr>
          </w:p>
        </w:tc>
      </w:tr>
      <w:tr w:rsidR="009C07B5" w14:paraId="3B900BA4" w14:textId="77777777" w:rsidTr="004F58FE">
        <w:trPr>
          <w:jc w:val="center"/>
        </w:trPr>
        <w:tc>
          <w:tcPr>
            <w:tcW w:w="5270" w:type="dxa"/>
          </w:tcPr>
          <w:p w14:paraId="40A751FC" w14:textId="77777777" w:rsidR="009C07B5" w:rsidRDefault="002821C5" w:rsidP="004F58FE">
            <w:pPr>
              <w:shd w:val="clear" w:color="auto" w:fill="FFFFFF" w:themeFill="background1"/>
            </w:pPr>
            <w:r>
              <w:t>- GV yêu cầu HS đọc đề bài.</w:t>
            </w:r>
          </w:p>
          <w:p w14:paraId="6E0116BF" w14:textId="1D107EBE" w:rsidR="009C07B5" w:rsidRDefault="009C07B5" w:rsidP="004F58FE">
            <w:pPr>
              <w:shd w:val="clear" w:color="auto" w:fill="FFFFFF" w:themeFill="background1"/>
              <w:jc w:val="center"/>
            </w:pPr>
          </w:p>
        </w:tc>
        <w:tc>
          <w:tcPr>
            <w:tcW w:w="5270" w:type="dxa"/>
          </w:tcPr>
          <w:p w14:paraId="3AD2944C" w14:textId="77777777" w:rsidR="009C07B5" w:rsidRDefault="002821C5" w:rsidP="004F58FE">
            <w:pPr>
              <w:shd w:val="clear" w:color="auto" w:fill="FFFFFF" w:themeFill="background1"/>
            </w:pPr>
            <w:r>
              <w:t>- HS đọc đề bài, nêu yêu cầu cần thực hiện.</w:t>
            </w:r>
          </w:p>
        </w:tc>
      </w:tr>
      <w:tr w:rsidR="009C07B5" w14:paraId="5772B66C" w14:textId="77777777" w:rsidTr="004F58FE">
        <w:trPr>
          <w:jc w:val="center"/>
        </w:trPr>
        <w:tc>
          <w:tcPr>
            <w:tcW w:w="5270" w:type="dxa"/>
          </w:tcPr>
          <w:p w14:paraId="201B58DD" w14:textId="77777777" w:rsidR="009C07B5" w:rsidRDefault="002821C5" w:rsidP="004F58FE">
            <w:pPr>
              <w:shd w:val="clear" w:color="auto" w:fill="FFFFFF" w:themeFill="background1"/>
            </w:pPr>
            <w:r>
              <w:t>- GV hướng dẫn HS thực hiện bài tập, nhắc lại yêu cầu trọng tâm của đề bài.</w:t>
            </w:r>
          </w:p>
        </w:tc>
        <w:tc>
          <w:tcPr>
            <w:tcW w:w="5270" w:type="dxa"/>
          </w:tcPr>
          <w:p w14:paraId="542CD84C" w14:textId="77777777" w:rsidR="009C07B5" w:rsidRDefault="002821C5" w:rsidP="004F58FE">
            <w:pPr>
              <w:shd w:val="clear" w:color="auto" w:fill="FFFFFF" w:themeFill="background1"/>
            </w:pPr>
            <w:r>
              <w:t>- HS lắng nghe, xác định việc cần làm và chuẩn bị thực hiện bài tập.</w:t>
            </w:r>
          </w:p>
        </w:tc>
      </w:tr>
      <w:tr w:rsidR="009C07B5" w14:paraId="45D5B17B" w14:textId="77777777" w:rsidTr="004F58FE">
        <w:trPr>
          <w:jc w:val="center"/>
        </w:trPr>
        <w:tc>
          <w:tcPr>
            <w:tcW w:w="5270" w:type="dxa"/>
          </w:tcPr>
          <w:p w14:paraId="66CD2CC4" w14:textId="77777777" w:rsidR="009C07B5" w:rsidRDefault="002821C5" w:rsidP="004F58FE">
            <w:pPr>
              <w:shd w:val="clear" w:color="auto" w:fill="FFFFFF" w:themeFill="background1"/>
            </w:pPr>
            <w:r>
              <w:t>- GV yêu cầu HS làm việc cá nhân, thực hiện bài vào vở/VBT hoặc bảng con theo yêu cầu.</w:t>
            </w:r>
          </w:p>
        </w:tc>
        <w:tc>
          <w:tcPr>
            <w:tcW w:w="5270" w:type="dxa"/>
          </w:tcPr>
          <w:p w14:paraId="683B4BBE" w14:textId="77777777" w:rsidR="009C07B5" w:rsidRDefault="002821C5" w:rsidP="004F58FE">
            <w:pPr>
              <w:shd w:val="clear" w:color="auto" w:fill="FFFFFF" w:themeFill="background1"/>
            </w:pPr>
            <w:r>
              <w:t>- HS làm bài cá nhân, tự kiểm tra lại kết quả trước khi trình bày.</w:t>
            </w:r>
          </w:p>
        </w:tc>
      </w:tr>
      <w:tr w:rsidR="009C07B5" w14:paraId="1240F27D" w14:textId="77777777" w:rsidTr="004F58FE">
        <w:trPr>
          <w:jc w:val="center"/>
        </w:trPr>
        <w:tc>
          <w:tcPr>
            <w:tcW w:w="5270" w:type="dxa"/>
          </w:tcPr>
          <w:p w14:paraId="3206A662" w14:textId="77777777" w:rsidR="009C07B5" w:rsidRDefault="002821C5" w:rsidP="004F58FE">
            <w:pPr>
              <w:shd w:val="clear" w:color="auto" w:fill="FFFFFF" w:themeFill="background1"/>
            </w:pPr>
            <w:r>
              <w:t>- GV mời HS trình bày kết quả trước lớp.</w:t>
            </w:r>
          </w:p>
        </w:tc>
        <w:tc>
          <w:tcPr>
            <w:tcW w:w="5270" w:type="dxa"/>
          </w:tcPr>
          <w:p w14:paraId="4429CA41" w14:textId="77777777" w:rsidR="009C07B5" w:rsidRDefault="002821C5" w:rsidP="004F58FE">
            <w:pPr>
              <w:shd w:val="clear" w:color="auto" w:fill="FFFFFF" w:themeFill="background1"/>
            </w:pPr>
            <w:r>
              <w:t xml:space="preserve">- HS trình bày kết quả rõ ràng; các bạn theo dõi, </w:t>
            </w:r>
            <w:r>
              <w:lastRenderedPageBreak/>
              <w:t>nhận xét và bổ sung.</w:t>
            </w:r>
          </w:p>
        </w:tc>
      </w:tr>
      <w:tr w:rsidR="009C07B5" w14:paraId="4C379802" w14:textId="77777777" w:rsidTr="004F58FE">
        <w:trPr>
          <w:jc w:val="center"/>
        </w:trPr>
        <w:tc>
          <w:tcPr>
            <w:tcW w:w="5270" w:type="dxa"/>
          </w:tcPr>
          <w:p w14:paraId="60A354D7" w14:textId="77777777" w:rsidR="009C07B5" w:rsidRDefault="002821C5" w:rsidP="004F58FE">
            <w:pPr>
              <w:shd w:val="clear" w:color="auto" w:fill="FFFFFF" w:themeFill="background1"/>
            </w:pPr>
            <w:r>
              <w:lastRenderedPageBreak/>
              <w:t>- GV nhận xét, sửa bài và chốt đáp án đúng.</w:t>
            </w:r>
          </w:p>
        </w:tc>
        <w:tc>
          <w:tcPr>
            <w:tcW w:w="5270" w:type="dxa"/>
          </w:tcPr>
          <w:p w14:paraId="74FA951E" w14:textId="77777777" w:rsidR="009C07B5" w:rsidRDefault="002821C5" w:rsidP="004F58FE">
            <w:pPr>
              <w:shd w:val="clear" w:color="auto" w:fill="FFFFFF" w:themeFill="background1"/>
            </w:pPr>
            <w:r>
              <w:t>- HS sửa bài vào vở/VBT, ghi nhớ cách làm đúng.</w:t>
            </w:r>
          </w:p>
        </w:tc>
      </w:tr>
      <w:tr w:rsidR="009C07B5" w14:paraId="7FDA4019" w14:textId="77777777" w:rsidTr="004F58FE">
        <w:trPr>
          <w:jc w:val="center"/>
        </w:trPr>
        <w:tc>
          <w:tcPr>
            <w:tcW w:w="5270" w:type="dxa"/>
          </w:tcPr>
          <w:p w14:paraId="0BCF652A" w14:textId="77777777" w:rsidR="009C07B5" w:rsidRDefault="002821C5" w:rsidP="004F58FE">
            <w:pPr>
              <w:shd w:val="clear" w:color="auto" w:fill="FFFFFF" w:themeFill="background1"/>
            </w:pPr>
            <w:r>
              <w:t>- GV hướng dẫn viết từ khó: tích tắc, báo phút, báo giờ, gà trống, sắc xuân, tung bừng.</w:t>
            </w:r>
          </w:p>
        </w:tc>
        <w:tc>
          <w:tcPr>
            <w:tcW w:w="5270" w:type="dxa"/>
          </w:tcPr>
          <w:p w14:paraId="2E68A6F8" w14:textId="77777777" w:rsidR="009C07B5" w:rsidRDefault="002821C5" w:rsidP="004F58FE">
            <w:pPr>
              <w:shd w:val="clear" w:color="auto" w:fill="FFFFFF" w:themeFill="background1"/>
            </w:pPr>
            <w:r>
              <w:t>- HS luyện viết từ khó vào bảng con, sửa lỗi theo hướng dẫn.</w:t>
            </w:r>
          </w:p>
        </w:tc>
      </w:tr>
      <w:tr w:rsidR="009C07B5" w14:paraId="107DFD16" w14:textId="77777777" w:rsidTr="004F58FE">
        <w:trPr>
          <w:jc w:val="center"/>
        </w:trPr>
        <w:tc>
          <w:tcPr>
            <w:tcW w:w="5270" w:type="dxa"/>
          </w:tcPr>
          <w:p w14:paraId="72D9EE46" w14:textId="77777777" w:rsidR="009C07B5" w:rsidRDefault="002821C5" w:rsidP="004F58FE">
            <w:pPr>
              <w:shd w:val="clear" w:color="auto" w:fill="FFFFFF" w:themeFill="background1"/>
            </w:pPr>
            <w:r>
              <w:t>- GV đọc từng cụm từ cho HS viết vào vở, nhắc HS ngồi thẳng lưng, cầm bút đúng cách.</w:t>
            </w:r>
          </w:p>
        </w:tc>
        <w:tc>
          <w:tcPr>
            <w:tcW w:w="5270" w:type="dxa"/>
          </w:tcPr>
          <w:p w14:paraId="2D96E28D" w14:textId="77777777" w:rsidR="009C07B5" w:rsidRDefault="002821C5" w:rsidP="004F58FE">
            <w:pPr>
              <w:shd w:val="clear" w:color="auto" w:fill="FFFFFF" w:themeFill="background1"/>
            </w:pPr>
            <w:r>
              <w:t>- HS nghe - viết vào vở, viết đúng độ cao chữ, giữ khoảng cách giữa các chữ.</w:t>
            </w:r>
          </w:p>
        </w:tc>
      </w:tr>
      <w:tr w:rsidR="009C07B5" w14:paraId="25E3E408" w14:textId="77777777" w:rsidTr="004F58FE">
        <w:trPr>
          <w:jc w:val="center"/>
        </w:trPr>
        <w:tc>
          <w:tcPr>
            <w:tcW w:w="5270" w:type="dxa"/>
          </w:tcPr>
          <w:p w14:paraId="4C6301DE" w14:textId="77777777" w:rsidR="009C07B5" w:rsidRDefault="002821C5" w:rsidP="004F58FE">
            <w:pPr>
              <w:shd w:val="clear" w:color="auto" w:fill="FFFFFF" w:themeFill="background1"/>
            </w:pPr>
            <w:r>
              <w:t>- GV đọc lại toàn đoạn để HS soát lỗi.</w:t>
            </w:r>
          </w:p>
        </w:tc>
        <w:tc>
          <w:tcPr>
            <w:tcW w:w="5270" w:type="dxa"/>
          </w:tcPr>
          <w:p w14:paraId="0D4B896D" w14:textId="77777777" w:rsidR="009C07B5" w:rsidRDefault="002821C5" w:rsidP="004F58FE">
            <w:pPr>
              <w:shd w:val="clear" w:color="auto" w:fill="FFFFFF" w:themeFill="background1"/>
            </w:pPr>
            <w:r>
              <w:t>- HS soát lỗi, gạch chân chữ viết sai và sửa lại.</w:t>
            </w:r>
          </w:p>
        </w:tc>
      </w:tr>
      <w:tr w:rsidR="009C07B5" w14:paraId="109FE563" w14:textId="77777777" w:rsidTr="004F58FE">
        <w:trPr>
          <w:jc w:val="center"/>
        </w:trPr>
        <w:tc>
          <w:tcPr>
            <w:tcW w:w="5270" w:type="dxa"/>
            <w:tcBorders>
              <w:bottom w:val="single" w:sz="8" w:space="0" w:color="000000"/>
            </w:tcBorders>
          </w:tcPr>
          <w:p w14:paraId="32AFBAAF" w14:textId="77777777" w:rsidR="009C07B5" w:rsidRDefault="002821C5" w:rsidP="004F58FE">
            <w:pPr>
              <w:shd w:val="clear" w:color="auto" w:fill="FFFFFF" w:themeFill="background1"/>
            </w:pPr>
            <w:r>
              <w:t>- GV kết luận: Nghe kĩ, viết đúng và soát lỗi giúp bài chính tả sạch đẹp hơn.</w:t>
            </w:r>
          </w:p>
        </w:tc>
        <w:tc>
          <w:tcPr>
            <w:tcW w:w="5270" w:type="dxa"/>
            <w:tcBorders>
              <w:bottom w:val="single" w:sz="8" w:space="0" w:color="000000"/>
            </w:tcBorders>
          </w:tcPr>
          <w:p w14:paraId="1A9992C2" w14:textId="77777777" w:rsidR="009C07B5" w:rsidRDefault="002821C5" w:rsidP="004F58FE">
            <w:pPr>
              <w:shd w:val="clear" w:color="auto" w:fill="FFFFFF" w:themeFill="background1"/>
            </w:pPr>
            <w:r>
              <w:t>- HS lắng nghe, nhắc lại điều cần ghi nhớ sau bài tập.</w:t>
            </w:r>
          </w:p>
        </w:tc>
      </w:tr>
      <w:tr w:rsidR="009C07B5" w14:paraId="0920855C" w14:textId="77777777" w:rsidTr="004F58FE">
        <w:trPr>
          <w:jc w:val="center"/>
        </w:trPr>
        <w:tc>
          <w:tcPr>
            <w:tcW w:w="10540" w:type="dxa"/>
            <w:gridSpan w:val="2"/>
            <w:tcBorders>
              <w:top w:val="single" w:sz="8" w:space="0" w:color="000000"/>
              <w:bottom w:val="nil"/>
            </w:tcBorders>
            <w:shd w:val="clear" w:color="auto" w:fill="E2F0D9"/>
          </w:tcPr>
          <w:p w14:paraId="612FB053" w14:textId="77777777" w:rsidR="009C07B5" w:rsidRDefault="002821C5" w:rsidP="004F58FE">
            <w:pPr>
              <w:shd w:val="clear" w:color="auto" w:fill="FFFFFF" w:themeFill="background1"/>
            </w:pPr>
            <w:r>
              <w:rPr>
                <w:b/>
                <w:color w:val="008000"/>
              </w:rPr>
              <w:t>3. Thực hành (10 phút)</w:t>
            </w:r>
          </w:p>
          <w:p w14:paraId="7D8C442E" w14:textId="77777777" w:rsidR="009C07B5" w:rsidRDefault="002821C5" w:rsidP="004F58FE">
            <w:pPr>
              <w:shd w:val="clear" w:color="auto" w:fill="FFFFFF" w:themeFill="background1"/>
            </w:pPr>
            <w:r>
              <w:rPr>
                <w:i/>
                <w:color w:val="008000"/>
              </w:rPr>
              <w:t>Mục tiêu: Tìm chữ cái còn thiếu, thuộc tên chữ cái và biết giữ gìn sách.</w:t>
            </w:r>
          </w:p>
        </w:tc>
      </w:tr>
      <w:tr w:rsidR="009C07B5" w14:paraId="7BE41707" w14:textId="77777777" w:rsidTr="004F58FE">
        <w:trPr>
          <w:jc w:val="center"/>
        </w:trPr>
        <w:tc>
          <w:tcPr>
            <w:tcW w:w="10540" w:type="dxa"/>
            <w:gridSpan w:val="2"/>
            <w:tcBorders>
              <w:top w:val="nil"/>
              <w:bottom w:val="single" w:sz="8" w:space="0" w:color="000000"/>
            </w:tcBorders>
            <w:shd w:val="clear" w:color="auto" w:fill="E2F0D9"/>
          </w:tcPr>
          <w:p w14:paraId="3FA8DC95" w14:textId="77777777" w:rsidR="009C07B5" w:rsidRDefault="002821C5" w:rsidP="004F58FE">
            <w:pPr>
              <w:shd w:val="clear" w:color="auto" w:fill="FFFFFF" w:themeFill="background1"/>
            </w:pPr>
            <w:r>
              <w:rPr>
                <w:b/>
                <w:color w:val="008000"/>
              </w:rPr>
              <w:t>Hoạt động 2: Luyện bảng chữ cái và sắp xếp tên sách.</w:t>
            </w:r>
          </w:p>
          <w:p w14:paraId="4C2328E1" w14:textId="77777777" w:rsidR="009C07B5" w:rsidRDefault="002821C5" w:rsidP="004F58FE">
            <w:pPr>
              <w:shd w:val="clear" w:color="auto" w:fill="FFFFFF" w:themeFill="background1"/>
            </w:pPr>
            <w:r>
              <w:rPr>
                <w:i/>
                <w:color w:val="008000"/>
              </w:rPr>
              <w:t>Mục tiêu: HS hoàn thành bảng chữ cái và sắp xếp tên sách theo thứ tự chữ cái đầu tiên.</w:t>
            </w:r>
          </w:p>
        </w:tc>
      </w:tr>
      <w:tr w:rsidR="009C07B5" w14:paraId="0A76B4AD" w14:textId="77777777" w:rsidTr="004F58FE">
        <w:trPr>
          <w:jc w:val="center"/>
        </w:trPr>
        <w:tc>
          <w:tcPr>
            <w:tcW w:w="5270" w:type="dxa"/>
            <w:tcBorders>
              <w:top w:val="single" w:sz="8" w:space="0" w:color="000000"/>
            </w:tcBorders>
          </w:tcPr>
          <w:p w14:paraId="785458D5" w14:textId="77777777" w:rsidR="009C07B5" w:rsidRDefault="002821C5" w:rsidP="004F58FE">
            <w:pPr>
              <w:shd w:val="clear" w:color="auto" w:fill="FFFFFF" w:themeFill="background1"/>
            </w:pPr>
            <w:r>
              <w:rPr>
                <w:b/>
              </w:rPr>
              <w:t>Bài tập 2: Tìm những chữ cái còn thiếu trong bảng. Học thuộc tên các chữ cái.</w:t>
            </w:r>
          </w:p>
        </w:tc>
        <w:tc>
          <w:tcPr>
            <w:tcW w:w="5270" w:type="dxa"/>
            <w:tcBorders>
              <w:top w:val="single" w:sz="8" w:space="0" w:color="000000"/>
            </w:tcBorders>
          </w:tcPr>
          <w:p w14:paraId="56E0D5CB" w14:textId="77777777" w:rsidR="009C07B5" w:rsidRDefault="009C07B5" w:rsidP="004F58FE">
            <w:pPr>
              <w:shd w:val="clear" w:color="auto" w:fill="FFFFFF" w:themeFill="background1"/>
            </w:pPr>
          </w:p>
        </w:tc>
      </w:tr>
      <w:tr w:rsidR="009C07B5" w14:paraId="7416D287" w14:textId="77777777" w:rsidTr="004F58FE">
        <w:trPr>
          <w:jc w:val="center"/>
        </w:trPr>
        <w:tc>
          <w:tcPr>
            <w:tcW w:w="5270" w:type="dxa"/>
          </w:tcPr>
          <w:p w14:paraId="06FE01DB" w14:textId="77777777" w:rsidR="009C07B5" w:rsidRDefault="002821C5" w:rsidP="004F58FE">
            <w:pPr>
              <w:shd w:val="clear" w:color="auto" w:fill="FFFFFF" w:themeFill="background1"/>
            </w:pPr>
            <w:r>
              <w:t>- GV yêu cầu HS đọc đề bài.</w:t>
            </w:r>
          </w:p>
          <w:p w14:paraId="5999DA17" w14:textId="2E4C23E3" w:rsidR="009C07B5" w:rsidRDefault="009C07B5" w:rsidP="004F58FE">
            <w:pPr>
              <w:shd w:val="clear" w:color="auto" w:fill="FFFFFF" w:themeFill="background1"/>
              <w:jc w:val="center"/>
            </w:pPr>
          </w:p>
        </w:tc>
        <w:tc>
          <w:tcPr>
            <w:tcW w:w="5270" w:type="dxa"/>
          </w:tcPr>
          <w:p w14:paraId="7E5092A5" w14:textId="77777777" w:rsidR="009C07B5" w:rsidRDefault="002821C5" w:rsidP="004F58FE">
            <w:pPr>
              <w:shd w:val="clear" w:color="auto" w:fill="FFFFFF" w:themeFill="background1"/>
            </w:pPr>
            <w:r>
              <w:t>- HS đọc đề bài, nêu yêu cầu cần thực hiện.</w:t>
            </w:r>
          </w:p>
        </w:tc>
      </w:tr>
      <w:tr w:rsidR="009C07B5" w14:paraId="31E06904" w14:textId="77777777" w:rsidTr="004F58FE">
        <w:trPr>
          <w:jc w:val="center"/>
        </w:trPr>
        <w:tc>
          <w:tcPr>
            <w:tcW w:w="5270" w:type="dxa"/>
          </w:tcPr>
          <w:p w14:paraId="2A97785C" w14:textId="77777777" w:rsidR="009C07B5" w:rsidRDefault="002821C5" w:rsidP="004F58FE">
            <w:pPr>
              <w:shd w:val="clear" w:color="auto" w:fill="FFFFFF" w:themeFill="background1"/>
            </w:pPr>
            <w:r>
              <w:t>- GV hướng dẫn HS thực hiện bài tập, nhắc lại yêu cầu trọng tâm của đề bài.</w:t>
            </w:r>
          </w:p>
        </w:tc>
        <w:tc>
          <w:tcPr>
            <w:tcW w:w="5270" w:type="dxa"/>
          </w:tcPr>
          <w:p w14:paraId="0FF129E1" w14:textId="77777777" w:rsidR="009C07B5" w:rsidRDefault="002821C5" w:rsidP="004F58FE">
            <w:pPr>
              <w:shd w:val="clear" w:color="auto" w:fill="FFFFFF" w:themeFill="background1"/>
            </w:pPr>
            <w:r>
              <w:t>- HS lắng nghe, xác định việc cần làm và chuẩn bị thực hiện bài tập.</w:t>
            </w:r>
          </w:p>
        </w:tc>
      </w:tr>
      <w:tr w:rsidR="009C07B5" w14:paraId="033A77CB" w14:textId="77777777" w:rsidTr="004F58FE">
        <w:trPr>
          <w:jc w:val="center"/>
        </w:trPr>
        <w:tc>
          <w:tcPr>
            <w:tcW w:w="5270" w:type="dxa"/>
          </w:tcPr>
          <w:p w14:paraId="092994D9" w14:textId="77777777" w:rsidR="009C07B5" w:rsidRDefault="002821C5" w:rsidP="004F58FE">
            <w:pPr>
              <w:shd w:val="clear" w:color="auto" w:fill="FFFFFF" w:themeFill="background1"/>
            </w:pPr>
            <w:r>
              <w:t>- GV yêu cầu HS làm việc cá nhân, thực hiện bài vào vở/VBT hoặc bảng con theo yêu cầu.</w:t>
            </w:r>
          </w:p>
        </w:tc>
        <w:tc>
          <w:tcPr>
            <w:tcW w:w="5270" w:type="dxa"/>
          </w:tcPr>
          <w:p w14:paraId="1B400CDF" w14:textId="77777777" w:rsidR="009C07B5" w:rsidRDefault="002821C5" w:rsidP="004F58FE">
            <w:pPr>
              <w:shd w:val="clear" w:color="auto" w:fill="FFFFFF" w:themeFill="background1"/>
            </w:pPr>
            <w:r>
              <w:t>- HS làm bài cá nhân, tự kiểm tra lại kết quả trước khi trình bày.</w:t>
            </w:r>
          </w:p>
        </w:tc>
      </w:tr>
      <w:tr w:rsidR="009C07B5" w14:paraId="704F17BE" w14:textId="77777777" w:rsidTr="004F58FE">
        <w:trPr>
          <w:jc w:val="center"/>
        </w:trPr>
        <w:tc>
          <w:tcPr>
            <w:tcW w:w="5270" w:type="dxa"/>
          </w:tcPr>
          <w:p w14:paraId="751263BC" w14:textId="77777777" w:rsidR="009C07B5" w:rsidRDefault="002821C5" w:rsidP="004F58FE">
            <w:pPr>
              <w:shd w:val="clear" w:color="auto" w:fill="FFFFFF" w:themeFill="background1"/>
            </w:pPr>
            <w:r>
              <w:t>- GV mời HS trình bày kết quả trước lớp.</w:t>
            </w:r>
          </w:p>
        </w:tc>
        <w:tc>
          <w:tcPr>
            <w:tcW w:w="5270" w:type="dxa"/>
          </w:tcPr>
          <w:p w14:paraId="5D891DF5" w14:textId="77777777" w:rsidR="009C07B5" w:rsidRDefault="002821C5" w:rsidP="004F58FE">
            <w:pPr>
              <w:shd w:val="clear" w:color="auto" w:fill="FFFFFF" w:themeFill="background1"/>
            </w:pPr>
            <w:r>
              <w:t>- HS trình bày kết quả rõ ràng; các bạn theo dõi, nhận xét và bổ sung.</w:t>
            </w:r>
          </w:p>
        </w:tc>
      </w:tr>
      <w:tr w:rsidR="009C07B5" w14:paraId="649E76E2" w14:textId="77777777" w:rsidTr="004F58FE">
        <w:trPr>
          <w:jc w:val="center"/>
        </w:trPr>
        <w:tc>
          <w:tcPr>
            <w:tcW w:w="5270" w:type="dxa"/>
          </w:tcPr>
          <w:p w14:paraId="254EC8C4" w14:textId="77777777" w:rsidR="009C07B5" w:rsidRDefault="002821C5" w:rsidP="004F58FE">
            <w:pPr>
              <w:shd w:val="clear" w:color="auto" w:fill="FFFFFF" w:themeFill="background1"/>
            </w:pPr>
            <w:r>
              <w:t>- GV nhận xét, sửa bài và chốt đáp án đúng.</w:t>
            </w:r>
          </w:p>
        </w:tc>
        <w:tc>
          <w:tcPr>
            <w:tcW w:w="5270" w:type="dxa"/>
          </w:tcPr>
          <w:p w14:paraId="5A78BAAD" w14:textId="77777777" w:rsidR="009C07B5" w:rsidRDefault="002821C5" w:rsidP="004F58FE">
            <w:pPr>
              <w:shd w:val="clear" w:color="auto" w:fill="FFFFFF" w:themeFill="background1"/>
            </w:pPr>
            <w:r>
              <w:t>- HS sửa bài vào vở/VBT, ghi nhớ cách làm đúng.</w:t>
            </w:r>
          </w:p>
        </w:tc>
      </w:tr>
      <w:tr w:rsidR="009C07B5" w14:paraId="0CC0B8C2" w14:textId="77777777" w:rsidTr="004F58FE">
        <w:trPr>
          <w:jc w:val="center"/>
        </w:trPr>
        <w:tc>
          <w:tcPr>
            <w:tcW w:w="5270" w:type="dxa"/>
          </w:tcPr>
          <w:p w14:paraId="2E43957E" w14:textId="77777777" w:rsidR="009C07B5" w:rsidRDefault="002821C5" w:rsidP="004F58FE">
            <w:pPr>
              <w:shd w:val="clear" w:color="auto" w:fill="FFFFFF" w:themeFill="background1"/>
            </w:pPr>
            <w:r>
              <w:t>- GV kết luận: Thuộc bảng chữ cái giúp các em sắp xếp tên sách, vở và tìm thông tin nhanh hơn.</w:t>
            </w:r>
          </w:p>
        </w:tc>
        <w:tc>
          <w:tcPr>
            <w:tcW w:w="5270" w:type="dxa"/>
          </w:tcPr>
          <w:p w14:paraId="71CAD0FF" w14:textId="77777777" w:rsidR="009C07B5" w:rsidRDefault="002821C5" w:rsidP="004F58FE">
            <w:pPr>
              <w:shd w:val="clear" w:color="auto" w:fill="FFFFFF" w:themeFill="background1"/>
            </w:pPr>
            <w:r>
              <w:t>- HS lắng nghe, nhắc lại điều cần ghi nhớ sau bài tập.</w:t>
            </w:r>
          </w:p>
        </w:tc>
      </w:tr>
      <w:tr w:rsidR="009C07B5" w14:paraId="2AB99992" w14:textId="77777777" w:rsidTr="004F58FE">
        <w:trPr>
          <w:jc w:val="center"/>
        </w:trPr>
        <w:tc>
          <w:tcPr>
            <w:tcW w:w="5270" w:type="dxa"/>
          </w:tcPr>
          <w:p w14:paraId="587C902A" w14:textId="77777777" w:rsidR="009C07B5" w:rsidRDefault="002821C5" w:rsidP="004F58FE">
            <w:pPr>
              <w:shd w:val="clear" w:color="auto" w:fill="FFFFFF" w:themeFill="background1"/>
            </w:pPr>
            <w:r>
              <w:rPr>
                <w:b/>
              </w:rPr>
              <w:t>Bài tập 3: Dựa vào chữ cái đầu tiên, sắp xếp tên các cuốn sách theo thứ tự bảng chữ cái.</w:t>
            </w:r>
          </w:p>
        </w:tc>
        <w:tc>
          <w:tcPr>
            <w:tcW w:w="5270" w:type="dxa"/>
          </w:tcPr>
          <w:p w14:paraId="3DB3831C" w14:textId="77777777" w:rsidR="009C07B5" w:rsidRDefault="009C07B5" w:rsidP="004F58FE">
            <w:pPr>
              <w:shd w:val="clear" w:color="auto" w:fill="FFFFFF" w:themeFill="background1"/>
            </w:pPr>
          </w:p>
        </w:tc>
      </w:tr>
      <w:tr w:rsidR="009C07B5" w14:paraId="192E98A8" w14:textId="77777777" w:rsidTr="004F58FE">
        <w:trPr>
          <w:jc w:val="center"/>
        </w:trPr>
        <w:tc>
          <w:tcPr>
            <w:tcW w:w="5270" w:type="dxa"/>
          </w:tcPr>
          <w:p w14:paraId="2D454C0F" w14:textId="77777777" w:rsidR="009C07B5" w:rsidRDefault="002821C5" w:rsidP="004F58FE">
            <w:pPr>
              <w:shd w:val="clear" w:color="auto" w:fill="FFFFFF" w:themeFill="background1"/>
            </w:pPr>
            <w:r>
              <w:t>- GV yêu cầu HS đọc đề bài.</w:t>
            </w:r>
          </w:p>
          <w:p w14:paraId="5683A301" w14:textId="3A0997C7" w:rsidR="009C07B5" w:rsidRDefault="009C07B5" w:rsidP="004F58FE">
            <w:pPr>
              <w:shd w:val="clear" w:color="auto" w:fill="FFFFFF" w:themeFill="background1"/>
              <w:jc w:val="center"/>
            </w:pPr>
          </w:p>
        </w:tc>
        <w:tc>
          <w:tcPr>
            <w:tcW w:w="5270" w:type="dxa"/>
          </w:tcPr>
          <w:p w14:paraId="1311491D" w14:textId="77777777" w:rsidR="009C07B5" w:rsidRDefault="002821C5" w:rsidP="004F58FE">
            <w:pPr>
              <w:shd w:val="clear" w:color="auto" w:fill="FFFFFF" w:themeFill="background1"/>
            </w:pPr>
            <w:r>
              <w:t>- HS đọc đề bài, nêu yêu cầu cần thực hiện.</w:t>
            </w:r>
          </w:p>
        </w:tc>
      </w:tr>
      <w:tr w:rsidR="009C07B5" w14:paraId="2F415D58" w14:textId="77777777" w:rsidTr="004F58FE">
        <w:trPr>
          <w:jc w:val="center"/>
        </w:trPr>
        <w:tc>
          <w:tcPr>
            <w:tcW w:w="5270" w:type="dxa"/>
          </w:tcPr>
          <w:p w14:paraId="2BA32492" w14:textId="77777777" w:rsidR="009C07B5" w:rsidRDefault="002821C5" w:rsidP="004F58FE">
            <w:pPr>
              <w:shd w:val="clear" w:color="auto" w:fill="FFFFFF" w:themeFill="background1"/>
            </w:pPr>
            <w:r>
              <w:t>- GV hướng dẫn HS thực hiện bài tập, nhắc lại yêu cầu trọng tâm của đề bài.</w:t>
            </w:r>
          </w:p>
        </w:tc>
        <w:tc>
          <w:tcPr>
            <w:tcW w:w="5270" w:type="dxa"/>
          </w:tcPr>
          <w:p w14:paraId="2CBED014" w14:textId="77777777" w:rsidR="009C07B5" w:rsidRDefault="002821C5" w:rsidP="004F58FE">
            <w:pPr>
              <w:shd w:val="clear" w:color="auto" w:fill="FFFFFF" w:themeFill="background1"/>
            </w:pPr>
            <w:r>
              <w:t>- HS lắng nghe, xác định việc cần làm và chuẩn bị thực hiện bài tập.</w:t>
            </w:r>
          </w:p>
        </w:tc>
      </w:tr>
      <w:tr w:rsidR="009C07B5" w14:paraId="3C05314B" w14:textId="77777777" w:rsidTr="004F58FE">
        <w:trPr>
          <w:jc w:val="center"/>
        </w:trPr>
        <w:tc>
          <w:tcPr>
            <w:tcW w:w="5270" w:type="dxa"/>
          </w:tcPr>
          <w:p w14:paraId="79A6B6C8" w14:textId="77777777" w:rsidR="009C07B5" w:rsidRDefault="002821C5" w:rsidP="004F58FE">
            <w:pPr>
              <w:shd w:val="clear" w:color="auto" w:fill="FFFFFF" w:themeFill="background1"/>
            </w:pPr>
            <w:r>
              <w:t>- GV tổ chức cho HS làm việc nhóm 2, trao đổi cách làm và thống nhất kết quả.</w:t>
            </w:r>
          </w:p>
        </w:tc>
        <w:tc>
          <w:tcPr>
            <w:tcW w:w="5270" w:type="dxa"/>
          </w:tcPr>
          <w:p w14:paraId="0BBF113E" w14:textId="77777777" w:rsidR="009C07B5" w:rsidRDefault="002821C5" w:rsidP="004F58FE">
            <w:pPr>
              <w:shd w:val="clear" w:color="auto" w:fill="FFFFFF" w:themeFill="background1"/>
            </w:pPr>
            <w:r>
              <w:t>- HS làm việc nhóm 2, chia sẻ ý kiến, lắng nghe bạn và hoàn thành nhiệm vụ.</w:t>
            </w:r>
          </w:p>
        </w:tc>
      </w:tr>
      <w:tr w:rsidR="009C07B5" w14:paraId="11E963A3" w14:textId="77777777" w:rsidTr="004F58FE">
        <w:trPr>
          <w:jc w:val="center"/>
        </w:trPr>
        <w:tc>
          <w:tcPr>
            <w:tcW w:w="5270" w:type="dxa"/>
          </w:tcPr>
          <w:p w14:paraId="2E40E5CF" w14:textId="77777777" w:rsidR="009C07B5" w:rsidRDefault="002821C5" w:rsidP="004F58FE">
            <w:pPr>
              <w:shd w:val="clear" w:color="auto" w:fill="FFFFFF" w:themeFill="background1"/>
            </w:pPr>
            <w:r>
              <w:t>- GV mời HS trình bày kết quả trước lớp.</w:t>
            </w:r>
          </w:p>
        </w:tc>
        <w:tc>
          <w:tcPr>
            <w:tcW w:w="5270" w:type="dxa"/>
          </w:tcPr>
          <w:p w14:paraId="0ABD0EB1" w14:textId="77777777" w:rsidR="009C07B5" w:rsidRDefault="002821C5" w:rsidP="004F58FE">
            <w:pPr>
              <w:shd w:val="clear" w:color="auto" w:fill="FFFFFF" w:themeFill="background1"/>
            </w:pPr>
            <w:r>
              <w:t>- HS trình bày kết quả rõ ràng; các bạn theo dõi, nhận xét và bổ sung.</w:t>
            </w:r>
          </w:p>
        </w:tc>
      </w:tr>
      <w:tr w:rsidR="009C07B5" w14:paraId="75134838" w14:textId="77777777" w:rsidTr="004F58FE">
        <w:trPr>
          <w:jc w:val="center"/>
        </w:trPr>
        <w:tc>
          <w:tcPr>
            <w:tcW w:w="5270" w:type="dxa"/>
          </w:tcPr>
          <w:p w14:paraId="41A014B2" w14:textId="77777777" w:rsidR="009C07B5" w:rsidRDefault="002821C5" w:rsidP="004F58FE">
            <w:pPr>
              <w:shd w:val="clear" w:color="auto" w:fill="FFFFFF" w:themeFill="background1"/>
            </w:pPr>
            <w:r>
              <w:t>- GV nhận xét, sửa bài và chốt đáp án đúng.</w:t>
            </w:r>
          </w:p>
        </w:tc>
        <w:tc>
          <w:tcPr>
            <w:tcW w:w="5270" w:type="dxa"/>
          </w:tcPr>
          <w:p w14:paraId="3546B826" w14:textId="77777777" w:rsidR="009C07B5" w:rsidRDefault="002821C5" w:rsidP="004F58FE">
            <w:pPr>
              <w:shd w:val="clear" w:color="auto" w:fill="FFFFFF" w:themeFill="background1"/>
            </w:pPr>
            <w:r>
              <w:t>- HS sửa bài vào vở/VBT, ghi nhớ cách làm đúng.</w:t>
            </w:r>
          </w:p>
        </w:tc>
      </w:tr>
      <w:tr w:rsidR="009C07B5" w14:paraId="6B4B6BAF" w14:textId="77777777" w:rsidTr="004F58FE">
        <w:trPr>
          <w:jc w:val="center"/>
        </w:trPr>
        <w:tc>
          <w:tcPr>
            <w:tcW w:w="5270" w:type="dxa"/>
          </w:tcPr>
          <w:p w14:paraId="7FC671F1" w14:textId="77777777" w:rsidR="009C07B5" w:rsidRDefault="002821C5" w:rsidP="004F58FE">
            <w:pPr>
              <w:shd w:val="clear" w:color="auto" w:fill="FFFFFF" w:themeFill="background1"/>
            </w:pPr>
            <w:r>
              <w:rPr>
                <w:color w:val="C00000"/>
              </w:rPr>
              <w:t>- Khi sử dụng sách ở thư viện hoặc ở nhà, em cần làm gì để giữ sách bền đẹp?</w:t>
            </w:r>
          </w:p>
        </w:tc>
        <w:tc>
          <w:tcPr>
            <w:tcW w:w="5270" w:type="dxa"/>
          </w:tcPr>
          <w:p w14:paraId="7B0E3670" w14:textId="77777777" w:rsidR="009C07B5" w:rsidRDefault="002821C5" w:rsidP="004F58FE">
            <w:pPr>
              <w:shd w:val="clear" w:color="auto" w:fill="FFFFFF" w:themeFill="background1"/>
            </w:pPr>
            <w:r>
              <w:rPr>
                <w:color w:val="C00000"/>
              </w:rPr>
              <w:t>- HS trả lời: Em cần rửa tay sạch, lật trang nhẹ nhàng, không vẽ bậy, không gấp mép sách, cất sách đúng chỗ.</w:t>
            </w:r>
          </w:p>
        </w:tc>
      </w:tr>
      <w:tr w:rsidR="009C07B5" w14:paraId="1651B4CB" w14:textId="77777777" w:rsidTr="004F58FE">
        <w:trPr>
          <w:jc w:val="center"/>
        </w:trPr>
        <w:tc>
          <w:tcPr>
            <w:tcW w:w="5270" w:type="dxa"/>
          </w:tcPr>
          <w:p w14:paraId="476F024C" w14:textId="77777777" w:rsidR="009C07B5" w:rsidRDefault="002821C5" w:rsidP="004F58FE">
            <w:pPr>
              <w:shd w:val="clear" w:color="auto" w:fill="FFFFFF" w:themeFill="background1"/>
            </w:pPr>
            <w:r>
              <w:rPr>
                <w:color w:val="C00000"/>
              </w:rPr>
              <w:t xml:space="preserve">- Tích hợp kĩ năng sống: GV diễn giải: Sách giúp các em học thêm nhiều điều hay nên cần được giữ gìn. Khi đọc sách, các em nên rửa tay </w:t>
            </w:r>
            <w:r>
              <w:rPr>
                <w:color w:val="C00000"/>
              </w:rPr>
              <w:lastRenderedPageBreak/>
              <w:t>sạch, lật trang nhẹ nhàng, không gấp mép, không vẽ bậy, không làm rách sách. Biết giữ gìn sách là biết trân trọng tri thức và tôn trọng người cùng sử dụng sách.</w:t>
            </w:r>
          </w:p>
        </w:tc>
        <w:tc>
          <w:tcPr>
            <w:tcW w:w="5270" w:type="dxa"/>
          </w:tcPr>
          <w:p w14:paraId="08B802D7" w14:textId="77777777" w:rsidR="009C07B5" w:rsidRDefault="002821C5" w:rsidP="004F58FE">
            <w:pPr>
              <w:shd w:val="clear" w:color="auto" w:fill="FFFFFF" w:themeFill="background1"/>
            </w:pPr>
            <w:r>
              <w:rPr>
                <w:color w:val="C00000"/>
              </w:rPr>
              <w:lastRenderedPageBreak/>
              <w:t>- HS nêu việc làm: Em sẽ bọc sách, cất sách đúng ngăn, không làm rách sách và chia sẻ sách cẩn thận với bạn.</w:t>
            </w:r>
          </w:p>
        </w:tc>
      </w:tr>
      <w:tr w:rsidR="009C07B5" w14:paraId="227478AD" w14:textId="77777777" w:rsidTr="004F58FE">
        <w:trPr>
          <w:jc w:val="center"/>
        </w:trPr>
        <w:tc>
          <w:tcPr>
            <w:tcW w:w="5270" w:type="dxa"/>
            <w:tcBorders>
              <w:bottom w:val="single" w:sz="8" w:space="0" w:color="000000"/>
            </w:tcBorders>
          </w:tcPr>
          <w:p w14:paraId="57919C8C" w14:textId="77777777" w:rsidR="009C07B5" w:rsidRDefault="002821C5" w:rsidP="004F58FE">
            <w:pPr>
              <w:shd w:val="clear" w:color="auto" w:fill="FFFFFF" w:themeFill="background1"/>
            </w:pPr>
            <w:r>
              <w:lastRenderedPageBreak/>
              <w:t>- GV kết luận: Thuộc bảng chữ cái giúp các em sắp xếp tên sách, vở và tìm thông tin nhanh hơn.</w:t>
            </w:r>
          </w:p>
        </w:tc>
        <w:tc>
          <w:tcPr>
            <w:tcW w:w="5270" w:type="dxa"/>
            <w:tcBorders>
              <w:bottom w:val="single" w:sz="8" w:space="0" w:color="000000"/>
            </w:tcBorders>
          </w:tcPr>
          <w:p w14:paraId="082F87AC" w14:textId="77777777" w:rsidR="009C07B5" w:rsidRDefault="002821C5" w:rsidP="004F58FE">
            <w:pPr>
              <w:shd w:val="clear" w:color="auto" w:fill="FFFFFF" w:themeFill="background1"/>
            </w:pPr>
            <w:r>
              <w:t>- HS lắng nghe, nhắc lại điều cần ghi nhớ sau bài tập.</w:t>
            </w:r>
          </w:p>
        </w:tc>
      </w:tr>
      <w:tr w:rsidR="009C07B5" w14:paraId="0C32A328" w14:textId="77777777" w:rsidTr="004F58FE">
        <w:trPr>
          <w:jc w:val="center"/>
        </w:trPr>
        <w:tc>
          <w:tcPr>
            <w:tcW w:w="10540" w:type="dxa"/>
            <w:gridSpan w:val="2"/>
            <w:tcBorders>
              <w:top w:val="single" w:sz="8" w:space="0" w:color="000000"/>
              <w:bottom w:val="single" w:sz="8" w:space="0" w:color="000000"/>
            </w:tcBorders>
            <w:shd w:val="clear" w:color="auto" w:fill="E2F0D9"/>
          </w:tcPr>
          <w:p w14:paraId="6946383F" w14:textId="77777777" w:rsidR="009C07B5" w:rsidRDefault="002821C5" w:rsidP="004F58FE">
            <w:pPr>
              <w:shd w:val="clear" w:color="auto" w:fill="FFFFFF" w:themeFill="background1"/>
            </w:pPr>
            <w:r>
              <w:rPr>
                <w:b/>
                <w:color w:val="008000"/>
              </w:rPr>
              <w:t>4. Vận dụng (3 phút)</w:t>
            </w:r>
          </w:p>
          <w:p w14:paraId="45E8B9F4" w14:textId="77777777" w:rsidR="009C07B5" w:rsidRDefault="002821C5" w:rsidP="004F58FE">
            <w:pPr>
              <w:shd w:val="clear" w:color="auto" w:fill="FFFFFF" w:themeFill="background1"/>
            </w:pPr>
            <w:r>
              <w:rPr>
                <w:i/>
                <w:color w:val="008000"/>
              </w:rPr>
              <w:t>Mục tiêu: Vận dụng bảng chữ cái vào việc sắp xếp sách, vở.</w:t>
            </w:r>
          </w:p>
        </w:tc>
      </w:tr>
      <w:tr w:rsidR="009C07B5" w14:paraId="77BECAEF" w14:textId="77777777" w:rsidTr="004F58FE">
        <w:trPr>
          <w:jc w:val="center"/>
        </w:trPr>
        <w:tc>
          <w:tcPr>
            <w:tcW w:w="5270" w:type="dxa"/>
            <w:tcBorders>
              <w:top w:val="single" w:sz="8" w:space="0" w:color="000000"/>
            </w:tcBorders>
          </w:tcPr>
          <w:p w14:paraId="0DA9DD06" w14:textId="77777777" w:rsidR="009C07B5" w:rsidRDefault="002821C5" w:rsidP="004F58FE">
            <w:pPr>
              <w:shd w:val="clear" w:color="auto" w:fill="FFFFFF" w:themeFill="background1"/>
            </w:pPr>
            <w:r>
              <w:t>- Dặn dò: Về nhà, em hãy xếp 3 - 5 quyển sách hoặc vở của mình theo thứ tự chữ cái đầu tiên của tên sách.</w:t>
            </w:r>
          </w:p>
        </w:tc>
        <w:tc>
          <w:tcPr>
            <w:tcW w:w="5270" w:type="dxa"/>
            <w:tcBorders>
              <w:top w:val="single" w:sz="8" w:space="0" w:color="000000"/>
            </w:tcBorders>
          </w:tcPr>
          <w:p w14:paraId="4890D817" w14:textId="77777777" w:rsidR="009C07B5" w:rsidRDefault="002821C5" w:rsidP="004F58FE">
            <w:pPr>
              <w:shd w:val="clear" w:color="auto" w:fill="FFFFFF" w:themeFill="background1"/>
            </w:pPr>
            <w:r>
              <w:t>- HS ghi nhớ nhiệm vụ về nhà.</w:t>
            </w:r>
          </w:p>
        </w:tc>
      </w:tr>
    </w:tbl>
    <w:p w14:paraId="6D7C3832" w14:textId="77777777" w:rsidR="009C07B5" w:rsidRDefault="002821C5" w:rsidP="004F58FE">
      <w:pPr>
        <w:shd w:val="clear" w:color="auto" w:fill="FFFFFF" w:themeFill="background1"/>
      </w:pPr>
      <w:r>
        <w:rPr>
          <w:b/>
          <w:color w:val="000000"/>
        </w:rPr>
        <w:t>IV. ĐIỀU CHỈNH SAU TIẾT DẠY (NẾU CÓ):</w:t>
      </w:r>
    </w:p>
    <w:p w14:paraId="5184BC4A" w14:textId="77777777" w:rsidR="009C07B5" w:rsidRDefault="002821C5" w:rsidP="004F58FE">
      <w:pPr>
        <w:shd w:val="clear" w:color="auto" w:fill="FFFFFF" w:themeFill="background1"/>
      </w:pPr>
      <w:r>
        <w:rPr>
          <w:color w:val="000000"/>
        </w:rPr>
        <w:t>................................................................................................................................................</w:t>
      </w:r>
    </w:p>
    <w:p w14:paraId="47D13099" w14:textId="7DF49F62" w:rsidR="009C07B5" w:rsidRDefault="002821C5" w:rsidP="004F58FE">
      <w:pPr>
        <w:shd w:val="clear" w:color="auto" w:fill="FFFFFF" w:themeFill="background1"/>
        <w:jc w:val="center"/>
      </w:pPr>
      <w:r>
        <w:rPr>
          <w:b/>
          <w:color w:val="000000"/>
        </w:rPr>
        <w:t>KẾ HOẠCH DẠY HỌC - TUẦN 2</w:t>
      </w:r>
    </w:p>
    <w:p w14:paraId="3F423EEA" w14:textId="77777777" w:rsidR="009C07B5" w:rsidRDefault="002821C5" w:rsidP="004F58FE">
      <w:pPr>
        <w:shd w:val="clear" w:color="auto" w:fill="FFFFFF" w:themeFill="background1"/>
        <w:jc w:val="center"/>
      </w:pPr>
      <w:r>
        <w:rPr>
          <w:b/>
          <w:color w:val="000000"/>
        </w:rPr>
        <w:t>CHỦ ĐỀ 1: EM LỚN LÊN TỪNG NGÀY</w:t>
      </w:r>
    </w:p>
    <w:p w14:paraId="6B746EF9" w14:textId="77777777" w:rsidR="009C07B5" w:rsidRPr="00BA1FBA" w:rsidRDefault="002821C5" w:rsidP="004F58FE">
      <w:pPr>
        <w:shd w:val="clear" w:color="auto" w:fill="FFFFFF" w:themeFill="background1"/>
        <w:jc w:val="center"/>
        <w:rPr>
          <w:lang w:val="fr-FR"/>
        </w:rPr>
      </w:pPr>
      <w:r w:rsidRPr="00BA1FBA">
        <w:rPr>
          <w:b/>
          <w:color w:val="000000"/>
          <w:lang w:val="fr-FR"/>
        </w:rPr>
        <w:t>BÀI 4: LÀM VIỆC THẬT LÀ VUI</w:t>
      </w:r>
    </w:p>
    <w:p w14:paraId="6CD229BC" w14:textId="77777777" w:rsidR="009C07B5" w:rsidRPr="00BA1FBA" w:rsidRDefault="002821C5" w:rsidP="004F58FE">
      <w:pPr>
        <w:shd w:val="clear" w:color="auto" w:fill="FFFFFF" w:themeFill="background1"/>
        <w:jc w:val="center"/>
        <w:rPr>
          <w:lang w:val="fr-FR"/>
        </w:rPr>
      </w:pPr>
      <w:r w:rsidRPr="00BA1FBA">
        <w:rPr>
          <w:b/>
          <w:color w:val="000000"/>
          <w:lang w:val="fr-FR"/>
        </w:rPr>
        <w:t>TIẾT 4: LUYỆN TỪ VÀ CÂU: TỪ NGỮ CHỈ SỰ VẬT, HOẠT ĐỘNG; CÂU NÊU HOẠT ĐỘNG</w:t>
      </w:r>
    </w:p>
    <w:p w14:paraId="5598050F" w14:textId="77777777" w:rsidR="009C07B5" w:rsidRPr="00BA1FBA" w:rsidRDefault="002821C5" w:rsidP="004F58FE">
      <w:pPr>
        <w:shd w:val="clear" w:color="auto" w:fill="FFFFFF" w:themeFill="background1"/>
        <w:rPr>
          <w:lang w:val="fr-FR"/>
        </w:rPr>
      </w:pPr>
      <w:r w:rsidRPr="00BA1FBA">
        <w:rPr>
          <w:b/>
          <w:color w:val="000000"/>
          <w:lang w:val="fr-FR"/>
        </w:rPr>
        <w:t>I. YÊU CẦU CẦN ĐẠT:</w:t>
      </w:r>
    </w:p>
    <w:p w14:paraId="440702B7" w14:textId="77777777" w:rsidR="009C07B5" w:rsidRPr="00BA1FBA" w:rsidRDefault="002821C5" w:rsidP="004F58FE">
      <w:pPr>
        <w:shd w:val="clear" w:color="auto" w:fill="FFFFFF" w:themeFill="background1"/>
        <w:rPr>
          <w:lang w:val="fr-FR"/>
        </w:rPr>
      </w:pPr>
      <w:r w:rsidRPr="00BA1FBA">
        <w:rPr>
          <w:b/>
          <w:color w:val="000000"/>
          <w:lang w:val="fr-FR"/>
        </w:rPr>
        <w:t>1. Năng lực đặc thù:</w:t>
      </w:r>
    </w:p>
    <w:p w14:paraId="5C000065" w14:textId="77777777" w:rsidR="009C07B5" w:rsidRPr="00BA1FBA" w:rsidRDefault="002821C5" w:rsidP="004F58FE">
      <w:pPr>
        <w:shd w:val="clear" w:color="auto" w:fill="FFFFFF" w:themeFill="background1"/>
        <w:rPr>
          <w:lang w:val="fr-FR"/>
        </w:rPr>
      </w:pPr>
      <w:r w:rsidRPr="00BA1FBA">
        <w:rPr>
          <w:color w:val="000000"/>
          <w:lang w:val="fr-FR"/>
        </w:rPr>
        <w:t>- Tìm và gọi tên được các vật trong tranh.</w:t>
      </w:r>
    </w:p>
    <w:p w14:paraId="071BFB56" w14:textId="77777777" w:rsidR="009C07B5" w:rsidRPr="00BA1FBA" w:rsidRDefault="002821C5" w:rsidP="004F58FE">
      <w:pPr>
        <w:shd w:val="clear" w:color="auto" w:fill="FFFFFF" w:themeFill="background1"/>
        <w:rPr>
          <w:lang w:val="fr-FR"/>
        </w:rPr>
      </w:pPr>
      <w:r w:rsidRPr="00BA1FBA">
        <w:rPr>
          <w:color w:val="000000"/>
          <w:lang w:val="fr-FR"/>
        </w:rPr>
        <w:t>- Tìm được từ ngữ chỉ hoạt động gắn với các vật trong tranh.</w:t>
      </w:r>
    </w:p>
    <w:p w14:paraId="5785C125" w14:textId="77777777" w:rsidR="009C07B5" w:rsidRPr="00BA1FBA" w:rsidRDefault="002821C5" w:rsidP="004F58FE">
      <w:pPr>
        <w:shd w:val="clear" w:color="auto" w:fill="FFFFFF" w:themeFill="background1"/>
        <w:rPr>
          <w:lang w:val="fr-FR"/>
        </w:rPr>
      </w:pPr>
      <w:r w:rsidRPr="00BA1FBA">
        <w:rPr>
          <w:color w:val="000000"/>
          <w:lang w:val="fr-FR"/>
        </w:rPr>
        <w:t>- Đặt được câu nói về việc em làm ở nhà hoặc ở trường theo mẫu.</w:t>
      </w:r>
    </w:p>
    <w:p w14:paraId="414F9D68" w14:textId="77777777" w:rsidR="009C07B5" w:rsidRPr="00BA1FBA" w:rsidRDefault="002821C5" w:rsidP="004F58FE">
      <w:pPr>
        <w:shd w:val="clear" w:color="auto" w:fill="FFFFFF" w:themeFill="background1"/>
        <w:rPr>
          <w:lang w:val="fr-FR"/>
        </w:rPr>
      </w:pPr>
      <w:r w:rsidRPr="00BA1FBA">
        <w:rPr>
          <w:b/>
          <w:color w:val="000000"/>
          <w:lang w:val="fr-FR"/>
        </w:rPr>
        <w:t>2. Năng lực chung:</w:t>
      </w:r>
    </w:p>
    <w:p w14:paraId="26566704" w14:textId="77777777" w:rsidR="009C07B5" w:rsidRPr="00BA1FBA" w:rsidRDefault="002821C5" w:rsidP="004F58FE">
      <w:pPr>
        <w:shd w:val="clear" w:color="auto" w:fill="FFFFFF" w:themeFill="background1"/>
        <w:rPr>
          <w:lang w:val="fr-FR"/>
        </w:rPr>
      </w:pPr>
      <w:r w:rsidRPr="00BA1FBA">
        <w:rPr>
          <w:color w:val="000000"/>
          <w:lang w:val="fr-FR"/>
        </w:rPr>
        <w:t>- Tự chủ và tự học: tự quan sát tranh, tìm từ ngữ phù hợp.</w:t>
      </w:r>
    </w:p>
    <w:p w14:paraId="5BBABBD3" w14:textId="77777777" w:rsidR="009C07B5" w:rsidRPr="00BA1FBA" w:rsidRDefault="002821C5" w:rsidP="004F58FE">
      <w:pPr>
        <w:shd w:val="clear" w:color="auto" w:fill="FFFFFF" w:themeFill="background1"/>
        <w:rPr>
          <w:lang w:val="fr-FR"/>
        </w:rPr>
      </w:pPr>
      <w:r w:rsidRPr="00BA1FBA">
        <w:rPr>
          <w:color w:val="000000"/>
          <w:lang w:val="fr-FR"/>
        </w:rPr>
        <w:t>- Giao tiếp và hợp tác: trao đổi nhóm, trình bày kết quả rõ ràng.</w:t>
      </w:r>
    </w:p>
    <w:p w14:paraId="25C47069" w14:textId="77777777" w:rsidR="009C07B5" w:rsidRPr="00BA1FBA" w:rsidRDefault="002821C5" w:rsidP="004F58FE">
      <w:pPr>
        <w:shd w:val="clear" w:color="auto" w:fill="FFFFFF" w:themeFill="background1"/>
        <w:rPr>
          <w:lang w:val="fr-FR"/>
        </w:rPr>
      </w:pPr>
      <w:r w:rsidRPr="00BA1FBA">
        <w:rPr>
          <w:color w:val="000000"/>
          <w:lang w:val="fr-FR"/>
        </w:rPr>
        <w:t>- Giải quyết vấn đề và sáng tạo: biết vận dụng từ ngữ để đặt câu trong tình huống quen thuộc.</w:t>
      </w:r>
    </w:p>
    <w:p w14:paraId="7C192F0D" w14:textId="77777777" w:rsidR="009C07B5" w:rsidRPr="00BA1FBA" w:rsidRDefault="002821C5" w:rsidP="004F58FE">
      <w:pPr>
        <w:shd w:val="clear" w:color="auto" w:fill="FFFFFF" w:themeFill="background1"/>
        <w:rPr>
          <w:lang w:val="fr-FR"/>
        </w:rPr>
      </w:pPr>
      <w:r w:rsidRPr="00BA1FBA">
        <w:rPr>
          <w:b/>
          <w:color w:val="000000"/>
          <w:lang w:val="fr-FR"/>
        </w:rPr>
        <w:t>3. Phẩm chất:</w:t>
      </w:r>
    </w:p>
    <w:p w14:paraId="6D2F0DCA" w14:textId="77777777" w:rsidR="009C07B5" w:rsidRPr="00BA1FBA" w:rsidRDefault="002821C5" w:rsidP="004F58FE">
      <w:pPr>
        <w:shd w:val="clear" w:color="auto" w:fill="FFFFFF" w:themeFill="background1"/>
        <w:rPr>
          <w:lang w:val="fr-FR"/>
        </w:rPr>
      </w:pPr>
      <w:r w:rsidRPr="00BA1FBA">
        <w:rPr>
          <w:color w:val="000000"/>
          <w:lang w:val="fr-FR"/>
        </w:rPr>
        <w:t>- Chăm chỉ: tích cực tìm từ, đặt câu.</w:t>
      </w:r>
    </w:p>
    <w:p w14:paraId="4130F931" w14:textId="77777777" w:rsidR="009C07B5" w:rsidRPr="00BA1FBA" w:rsidRDefault="002821C5" w:rsidP="004F58FE">
      <w:pPr>
        <w:shd w:val="clear" w:color="auto" w:fill="FFFFFF" w:themeFill="background1"/>
        <w:rPr>
          <w:lang w:val="fr-FR"/>
        </w:rPr>
      </w:pPr>
      <w:r w:rsidRPr="00BA1FBA">
        <w:rPr>
          <w:color w:val="000000"/>
          <w:lang w:val="fr-FR"/>
        </w:rPr>
        <w:t>- Trách nhiệm: biết kể việc làm có ích ở nhà, ở trường.</w:t>
      </w:r>
    </w:p>
    <w:p w14:paraId="0ED49B8E" w14:textId="77777777" w:rsidR="009C07B5" w:rsidRPr="00BA1FBA" w:rsidRDefault="002821C5" w:rsidP="004F58FE">
      <w:pPr>
        <w:shd w:val="clear" w:color="auto" w:fill="FFFFFF" w:themeFill="background1"/>
        <w:rPr>
          <w:lang w:val="fr-FR"/>
        </w:rPr>
      </w:pPr>
      <w:r w:rsidRPr="00BA1FBA">
        <w:rPr>
          <w:color w:val="000000"/>
          <w:lang w:val="fr-FR"/>
        </w:rPr>
        <w:t>- Nhân ái: biết chia sẻ việc làm tốt với bạn.</w:t>
      </w:r>
    </w:p>
    <w:p w14:paraId="0D604665" w14:textId="77777777" w:rsidR="009C07B5" w:rsidRPr="00BA1FBA" w:rsidRDefault="002821C5" w:rsidP="004F58FE">
      <w:pPr>
        <w:shd w:val="clear" w:color="auto" w:fill="FFFFFF" w:themeFill="background1"/>
        <w:rPr>
          <w:lang w:val="fr-FR"/>
        </w:rPr>
      </w:pPr>
      <w:r w:rsidRPr="00BA1FBA">
        <w:rPr>
          <w:b/>
          <w:color w:val="000000"/>
          <w:lang w:val="fr-FR"/>
        </w:rPr>
        <w:t>II. ĐỒ DÙNG DẠY HỌC:</w:t>
      </w:r>
    </w:p>
    <w:p w14:paraId="41793FD2" w14:textId="77777777" w:rsidR="009C07B5" w:rsidRPr="00BA1FBA" w:rsidRDefault="002821C5" w:rsidP="004F58FE">
      <w:pPr>
        <w:shd w:val="clear" w:color="auto" w:fill="FFFFFF" w:themeFill="background1"/>
        <w:rPr>
          <w:lang w:val="fr-FR"/>
        </w:rPr>
      </w:pPr>
      <w:r w:rsidRPr="00BA1FBA">
        <w:rPr>
          <w:color w:val="000000"/>
          <w:lang w:val="fr-FR"/>
        </w:rPr>
        <w:t>- GV: Tranh SGK trang 22, thẻ từ, bảng phụ ghi mẫu câu.</w:t>
      </w:r>
    </w:p>
    <w:p w14:paraId="63923ECB" w14:textId="77777777" w:rsidR="009C07B5" w:rsidRDefault="002821C5" w:rsidP="004F58FE">
      <w:pPr>
        <w:shd w:val="clear" w:color="auto" w:fill="FFFFFF" w:themeFill="background1"/>
      </w:pPr>
      <w:r>
        <w:rPr>
          <w:color w:val="000000"/>
        </w:rPr>
        <w:t>- HS: SGK, vở, bảng con.</w:t>
      </w:r>
    </w:p>
    <w:p w14:paraId="7C7FD3F9" w14:textId="77777777" w:rsidR="009C07B5" w:rsidRDefault="002821C5" w:rsidP="004F58FE">
      <w:pPr>
        <w:shd w:val="clear" w:color="auto" w:fill="FFFFFF" w:themeFill="background1"/>
      </w:pPr>
      <w:r>
        <w:rPr>
          <w:b/>
        </w:rPr>
        <w:t>III. HOẠT ĐỘNG DẠY HỌC</w:t>
      </w:r>
    </w:p>
    <w:tbl>
      <w:tblPr>
        <w:tblW w:w="0" w:type="auto"/>
        <w:jc w:val="center"/>
        <w:tblBorders>
          <w:top w:val="single" w:sz="8" w:space="0" w:color="000000"/>
          <w:left w:val="single" w:sz="8" w:space="0" w:color="000000"/>
          <w:bottom w:val="single" w:sz="8" w:space="0" w:color="000000"/>
          <w:right w:val="single" w:sz="8" w:space="0" w:color="000000"/>
          <w:insideV w:val="single" w:sz="8" w:space="0" w:color="000000"/>
        </w:tblBorders>
        <w:tblLook w:val="04A0" w:firstRow="1" w:lastRow="0" w:firstColumn="1" w:lastColumn="0" w:noHBand="0" w:noVBand="1"/>
      </w:tblPr>
      <w:tblGrid>
        <w:gridCol w:w="5270"/>
        <w:gridCol w:w="5270"/>
      </w:tblGrid>
      <w:tr w:rsidR="009C07B5" w14:paraId="61C43BFB" w14:textId="77777777" w:rsidTr="004F58FE">
        <w:trPr>
          <w:jc w:val="center"/>
        </w:trPr>
        <w:tc>
          <w:tcPr>
            <w:tcW w:w="4680" w:type="dxa"/>
            <w:tcBorders>
              <w:bottom w:val="single" w:sz="8" w:space="0" w:color="000000"/>
            </w:tcBorders>
            <w:shd w:val="clear" w:color="auto" w:fill="D9EAF7"/>
            <w:tcMar>
              <w:top w:w="60" w:type="dxa"/>
              <w:left w:w="70" w:type="dxa"/>
              <w:bottom w:w="60" w:type="dxa"/>
              <w:right w:w="70" w:type="dxa"/>
            </w:tcMar>
          </w:tcPr>
          <w:p w14:paraId="4EF3FCAE" w14:textId="77777777" w:rsidR="009C07B5" w:rsidRDefault="002821C5" w:rsidP="004F58FE">
            <w:pPr>
              <w:shd w:val="clear" w:color="auto" w:fill="FFFFFF" w:themeFill="background1"/>
              <w:jc w:val="center"/>
            </w:pPr>
            <w:r>
              <w:rPr>
                <w:b/>
              </w:rPr>
              <w:t>Hoạt động của giáo viên</w:t>
            </w:r>
          </w:p>
        </w:tc>
        <w:tc>
          <w:tcPr>
            <w:tcW w:w="4680" w:type="dxa"/>
            <w:tcBorders>
              <w:bottom w:val="single" w:sz="8" w:space="0" w:color="000000"/>
            </w:tcBorders>
            <w:shd w:val="clear" w:color="auto" w:fill="D9EAF7"/>
            <w:tcMar>
              <w:top w:w="60" w:type="dxa"/>
              <w:left w:w="70" w:type="dxa"/>
              <w:bottom w:w="60" w:type="dxa"/>
              <w:right w:w="70" w:type="dxa"/>
            </w:tcMar>
          </w:tcPr>
          <w:p w14:paraId="0131778E" w14:textId="77777777" w:rsidR="009C07B5" w:rsidRDefault="002821C5" w:rsidP="004F58FE">
            <w:pPr>
              <w:shd w:val="clear" w:color="auto" w:fill="FFFFFF" w:themeFill="background1"/>
              <w:jc w:val="center"/>
            </w:pPr>
            <w:r>
              <w:rPr>
                <w:b/>
              </w:rPr>
              <w:t>Hoạt động của học sinh</w:t>
            </w:r>
          </w:p>
        </w:tc>
      </w:tr>
      <w:tr w:rsidR="009C07B5" w14:paraId="5EB35625" w14:textId="77777777" w:rsidTr="004F58FE">
        <w:trPr>
          <w:jc w:val="center"/>
        </w:trPr>
        <w:tc>
          <w:tcPr>
            <w:tcW w:w="10540" w:type="dxa"/>
            <w:gridSpan w:val="2"/>
            <w:tcBorders>
              <w:top w:val="single" w:sz="8" w:space="0" w:color="000000"/>
              <w:bottom w:val="single" w:sz="8" w:space="0" w:color="000000"/>
            </w:tcBorders>
            <w:shd w:val="clear" w:color="auto" w:fill="E2F0D9"/>
          </w:tcPr>
          <w:p w14:paraId="403DEB45" w14:textId="77777777" w:rsidR="009C07B5" w:rsidRDefault="002821C5" w:rsidP="004F58FE">
            <w:pPr>
              <w:shd w:val="clear" w:color="auto" w:fill="FFFFFF" w:themeFill="background1"/>
            </w:pPr>
            <w:r>
              <w:rPr>
                <w:b/>
                <w:color w:val="008000"/>
              </w:rPr>
              <w:t>1. Khởi động (5 phút)</w:t>
            </w:r>
          </w:p>
          <w:p w14:paraId="22778844" w14:textId="77777777" w:rsidR="009C07B5" w:rsidRDefault="002821C5" w:rsidP="004F58FE">
            <w:pPr>
              <w:shd w:val="clear" w:color="auto" w:fill="FFFFFF" w:themeFill="background1"/>
            </w:pPr>
            <w:r>
              <w:rPr>
                <w:i/>
                <w:color w:val="008000"/>
              </w:rPr>
              <w:t>Mục tiêu: Gợi vốn từ chỉ hoạt động gần gũi.</w:t>
            </w:r>
          </w:p>
        </w:tc>
      </w:tr>
      <w:tr w:rsidR="009C07B5" w14:paraId="6BC15377" w14:textId="77777777" w:rsidTr="004F58FE">
        <w:trPr>
          <w:jc w:val="center"/>
        </w:trPr>
        <w:tc>
          <w:tcPr>
            <w:tcW w:w="5270" w:type="dxa"/>
            <w:tcBorders>
              <w:top w:val="single" w:sz="8" w:space="0" w:color="000000"/>
            </w:tcBorders>
          </w:tcPr>
          <w:p w14:paraId="20FCA12F" w14:textId="77777777" w:rsidR="009C07B5" w:rsidRDefault="002821C5" w:rsidP="004F58FE">
            <w:pPr>
              <w:shd w:val="clear" w:color="auto" w:fill="FFFFFF" w:themeFill="background1"/>
            </w:pPr>
            <w:r>
              <w:t>- GV tổ chức trò chơi “Ai nhanh hơn”: nêu từ chỉ hoạt động em thường làm ở nhà.</w:t>
            </w:r>
          </w:p>
        </w:tc>
        <w:tc>
          <w:tcPr>
            <w:tcW w:w="5270" w:type="dxa"/>
            <w:tcBorders>
              <w:top w:val="single" w:sz="8" w:space="0" w:color="000000"/>
            </w:tcBorders>
          </w:tcPr>
          <w:p w14:paraId="16C05674" w14:textId="77777777" w:rsidR="009C07B5" w:rsidRDefault="002821C5" w:rsidP="004F58FE">
            <w:pPr>
              <w:shd w:val="clear" w:color="auto" w:fill="FFFFFF" w:themeFill="background1"/>
            </w:pPr>
            <w:r>
              <w:t>- HS nêu: quét nhà, rửa bát, nhặt rau, tưới cây, xếp quần áo, học bài.</w:t>
            </w:r>
          </w:p>
        </w:tc>
      </w:tr>
      <w:tr w:rsidR="009C07B5" w14:paraId="46E8AD5B" w14:textId="77777777" w:rsidTr="004F58FE">
        <w:trPr>
          <w:jc w:val="center"/>
        </w:trPr>
        <w:tc>
          <w:tcPr>
            <w:tcW w:w="5270" w:type="dxa"/>
            <w:tcBorders>
              <w:bottom w:val="single" w:sz="8" w:space="0" w:color="000000"/>
            </w:tcBorders>
          </w:tcPr>
          <w:p w14:paraId="72ABE653" w14:textId="77777777" w:rsidR="009C07B5" w:rsidRDefault="002821C5" w:rsidP="004F58FE">
            <w:pPr>
              <w:shd w:val="clear" w:color="auto" w:fill="FFFFFF" w:themeFill="background1"/>
            </w:pPr>
            <w:r>
              <w:t>- GV giới thiệu bài: Tiết học hôm nay giúp các em tìm từ chỉ sự vật, từ chỉ hoạt động và đặt câu nêu hoạt động.</w:t>
            </w:r>
          </w:p>
        </w:tc>
        <w:tc>
          <w:tcPr>
            <w:tcW w:w="5270" w:type="dxa"/>
            <w:tcBorders>
              <w:bottom w:val="single" w:sz="8" w:space="0" w:color="000000"/>
            </w:tcBorders>
          </w:tcPr>
          <w:p w14:paraId="47B00626" w14:textId="77777777" w:rsidR="009C07B5" w:rsidRDefault="002821C5" w:rsidP="004F58FE">
            <w:pPr>
              <w:shd w:val="clear" w:color="auto" w:fill="FFFFFF" w:themeFill="background1"/>
            </w:pPr>
            <w:r>
              <w:t>- HS lắng nghe, chuẩn bị học bài.</w:t>
            </w:r>
          </w:p>
        </w:tc>
      </w:tr>
      <w:tr w:rsidR="009C07B5" w14:paraId="2BDD6292" w14:textId="77777777" w:rsidTr="004F58FE">
        <w:trPr>
          <w:jc w:val="center"/>
        </w:trPr>
        <w:tc>
          <w:tcPr>
            <w:tcW w:w="10540" w:type="dxa"/>
            <w:gridSpan w:val="2"/>
            <w:tcBorders>
              <w:top w:val="single" w:sz="8" w:space="0" w:color="000000"/>
              <w:bottom w:val="nil"/>
            </w:tcBorders>
            <w:shd w:val="clear" w:color="auto" w:fill="E2F0D9"/>
          </w:tcPr>
          <w:p w14:paraId="674F55D2" w14:textId="77777777" w:rsidR="009C07B5" w:rsidRDefault="002821C5" w:rsidP="004F58FE">
            <w:pPr>
              <w:shd w:val="clear" w:color="auto" w:fill="FFFFFF" w:themeFill="background1"/>
            </w:pPr>
            <w:r>
              <w:rPr>
                <w:b/>
                <w:color w:val="008000"/>
              </w:rPr>
              <w:t>2. Khám phá (10 phút)</w:t>
            </w:r>
          </w:p>
          <w:p w14:paraId="699C4A5B" w14:textId="77777777" w:rsidR="009C07B5" w:rsidRDefault="002821C5" w:rsidP="004F58FE">
            <w:pPr>
              <w:shd w:val="clear" w:color="auto" w:fill="FFFFFF" w:themeFill="background1"/>
            </w:pPr>
            <w:r>
              <w:rPr>
                <w:i/>
                <w:color w:val="008000"/>
              </w:rPr>
              <w:t>Mục tiêu: Nhận biết sự vật trong tranh và gọi tên đúng.</w:t>
            </w:r>
          </w:p>
        </w:tc>
      </w:tr>
      <w:tr w:rsidR="009C07B5" w14:paraId="44D12007" w14:textId="77777777" w:rsidTr="004F58FE">
        <w:trPr>
          <w:jc w:val="center"/>
        </w:trPr>
        <w:tc>
          <w:tcPr>
            <w:tcW w:w="10540" w:type="dxa"/>
            <w:gridSpan w:val="2"/>
            <w:tcBorders>
              <w:top w:val="nil"/>
              <w:bottom w:val="single" w:sz="8" w:space="0" w:color="000000"/>
            </w:tcBorders>
            <w:shd w:val="clear" w:color="auto" w:fill="E2F0D9"/>
          </w:tcPr>
          <w:p w14:paraId="671B48E3" w14:textId="77777777" w:rsidR="009C07B5" w:rsidRDefault="002821C5" w:rsidP="004F58FE">
            <w:pPr>
              <w:shd w:val="clear" w:color="auto" w:fill="FFFFFF" w:themeFill="background1"/>
            </w:pPr>
            <w:r>
              <w:rPr>
                <w:b/>
                <w:color w:val="008000"/>
              </w:rPr>
              <w:lastRenderedPageBreak/>
              <w:t>Hoạt động 1: Tìm và gọi tên các vật trong tranh.</w:t>
            </w:r>
          </w:p>
          <w:p w14:paraId="1CC8221B" w14:textId="77777777" w:rsidR="009C07B5" w:rsidRDefault="002821C5" w:rsidP="004F58FE">
            <w:pPr>
              <w:shd w:val="clear" w:color="auto" w:fill="FFFFFF" w:themeFill="background1"/>
            </w:pPr>
            <w:r>
              <w:rPr>
                <w:i/>
                <w:color w:val="008000"/>
              </w:rPr>
              <w:t>Mục tiêu: HS quan sát tranh, gọi đúng tên các vật trong tranh.</w:t>
            </w:r>
          </w:p>
        </w:tc>
      </w:tr>
      <w:tr w:rsidR="009C07B5" w14:paraId="7602F446" w14:textId="77777777" w:rsidTr="004F58FE">
        <w:trPr>
          <w:jc w:val="center"/>
        </w:trPr>
        <w:tc>
          <w:tcPr>
            <w:tcW w:w="5270" w:type="dxa"/>
            <w:tcBorders>
              <w:top w:val="single" w:sz="8" w:space="0" w:color="000000"/>
            </w:tcBorders>
          </w:tcPr>
          <w:p w14:paraId="25C68B8E" w14:textId="77777777" w:rsidR="009C07B5" w:rsidRDefault="002821C5" w:rsidP="004F58FE">
            <w:pPr>
              <w:shd w:val="clear" w:color="auto" w:fill="FFFFFF" w:themeFill="background1"/>
            </w:pPr>
            <w:r>
              <w:rPr>
                <w:b/>
              </w:rPr>
              <w:t>Bài tập 1: Tìm và gọi tên các vật trong tranh.</w:t>
            </w:r>
          </w:p>
        </w:tc>
        <w:tc>
          <w:tcPr>
            <w:tcW w:w="5270" w:type="dxa"/>
            <w:tcBorders>
              <w:top w:val="single" w:sz="8" w:space="0" w:color="000000"/>
            </w:tcBorders>
          </w:tcPr>
          <w:p w14:paraId="4CE48659" w14:textId="77777777" w:rsidR="009C07B5" w:rsidRDefault="009C07B5" w:rsidP="004F58FE">
            <w:pPr>
              <w:shd w:val="clear" w:color="auto" w:fill="FFFFFF" w:themeFill="background1"/>
            </w:pPr>
          </w:p>
        </w:tc>
      </w:tr>
      <w:tr w:rsidR="009C07B5" w14:paraId="2D2DFC5E" w14:textId="77777777" w:rsidTr="004F58FE">
        <w:trPr>
          <w:jc w:val="center"/>
        </w:trPr>
        <w:tc>
          <w:tcPr>
            <w:tcW w:w="5270" w:type="dxa"/>
          </w:tcPr>
          <w:p w14:paraId="6A620981" w14:textId="77777777" w:rsidR="009C07B5" w:rsidRDefault="002821C5" w:rsidP="004F58FE">
            <w:pPr>
              <w:shd w:val="clear" w:color="auto" w:fill="FFFFFF" w:themeFill="background1"/>
            </w:pPr>
            <w:r>
              <w:t>- GV yêu cầu HS đọc đề bài.</w:t>
            </w:r>
          </w:p>
          <w:p w14:paraId="4E137F3E" w14:textId="084DDE0C" w:rsidR="009C07B5" w:rsidRDefault="009C07B5" w:rsidP="004F58FE">
            <w:pPr>
              <w:shd w:val="clear" w:color="auto" w:fill="FFFFFF" w:themeFill="background1"/>
              <w:jc w:val="center"/>
            </w:pPr>
          </w:p>
        </w:tc>
        <w:tc>
          <w:tcPr>
            <w:tcW w:w="5270" w:type="dxa"/>
          </w:tcPr>
          <w:p w14:paraId="5D053E25" w14:textId="77777777" w:rsidR="009C07B5" w:rsidRDefault="002821C5" w:rsidP="004F58FE">
            <w:pPr>
              <w:shd w:val="clear" w:color="auto" w:fill="FFFFFF" w:themeFill="background1"/>
            </w:pPr>
            <w:r>
              <w:t>- HS đọc đề bài, nêu yêu cầu cần thực hiện.</w:t>
            </w:r>
          </w:p>
        </w:tc>
      </w:tr>
      <w:tr w:rsidR="009C07B5" w14:paraId="5432823C" w14:textId="77777777" w:rsidTr="004F58FE">
        <w:trPr>
          <w:jc w:val="center"/>
        </w:trPr>
        <w:tc>
          <w:tcPr>
            <w:tcW w:w="5270" w:type="dxa"/>
          </w:tcPr>
          <w:p w14:paraId="58375D57" w14:textId="77777777" w:rsidR="009C07B5" w:rsidRDefault="002821C5" w:rsidP="004F58FE">
            <w:pPr>
              <w:shd w:val="clear" w:color="auto" w:fill="FFFFFF" w:themeFill="background1"/>
            </w:pPr>
            <w:r>
              <w:t>- GV hướng dẫn HS thực hiện bài tập, nhắc lại yêu cầu trọng tâm của đề bài.</w:t>
            </w:r>
          </w:p>
        </w:tc>
        <w:tc>
          <w:tcPr>
            <w:tcW w:w="5270" w:type="dxa"/>
          </w:tcPr>
          <w:p w14:paraId="5F04BF7A" w14:textId="77777777" w:rsidR="009C07B5" w:rsidRDefault="002821C5" w:rsidP="004F58FE">
            <w:pPr>
              <w:shd w:val="clear" w:color="auto" w:fill="FFFFFF" w:themeFill="background1"/>
            </w:pPr>
            <w:r>
              <w:t>- HS lắng nghe, xác định việc cần làm và chuẩn bị thực hiện bài tập.</w:t>
            </w:r>
          </w:p>
        </w:tc>
      </w:tr>
      <w:tr w:rsidR="009C07B5" w14:paraId="1F5CA57F" w14:textId="77777777" w:rsidTr="004F58FE">
        <w:trPr>
          <w:jc w:val="center"/>
        </w:trPr>
        <w:tc>
          <w:tcPr>
            <w:tcW w:w="5270" w:type="dxa"/>
          </w:tcPr>
          <w:p w14:paraId="30BB2C9D" w14:textId="77777777" w:rsidR="009C07B5" w:rsidRDefault="002821C5" w:rsidP="004F58FE">
            <w:pPr>
              <w:shd w:val="clear" w:color="auto" w:fill="FFFFFF" w:themeFill="background1"/>
            </w:pPr>
            <w:r>
              <w:t>- GV tổ chức cho HS làm việc nhóm 2, trao đổi cách làm và thống nhất kết quả.</w:t>
            </w:r>
          </w:p>
        </w:tc>
        <w:tc>
          <w:tcPr>
            <w:tcW w:w="5270" w:type="dxa"/>
          </w:tcPr>
          <w:p w14:paraId="17AB3D55" w14:textId="77777777" w:rsidR="009C07B5" w:rsidRDefault="002821C5" w:rsidP="004F58FE">
            <w:pPr>
              <w:shd w:val="clear" w:color="auto" w:fill="FFFFFF" w:themeFill="background1"/>
            </w:pPr>
            <w:r>
              <w:t>- HS làm việc nhóm 2, chia sẻ ý kiến, lắng nghe bạn và hoàn thành nhiệm vụ.</w:t>
            </w:r>
          </w:p>
        </w:tc>
      </w:tr>
      <w:tr w:rsidR="009C07B5" w14:paraId="0B17133B" w14:textId="77777777" w:rsidTr="004F58FE">
        <w:trPr>
          <w:jc w:val="center"/>
        </w:trPr>
        <w:tc>
          <w:tcPr>
            <w:tcW w:w="5270" w:type="dxa"/>
          </w:tcPr>
          <w:p w14:paraId="4045B4C8" w14:textId="77777777" w:rsidR="009C07B5" w:rsidRDefault="002821C5" w:rsidP="004F58FE">
            <w:pPr>
              <w:shd w:val="clear" w:color="auto" w:fill="FFFFFF" w:themeFill="background1"/>
            </w:pPr>
            <w:r>
              <w:t>- GV mời HS trình bày kết quả trước lớp.</w:t>
            </w:r>
          </w:p>
        </w:tc>
        <w:tc>
          <w:tcPr>
            <w:tcW w:w="5270" w:type="dxa"/>
          </w:tcPr>
          <w:p w14:paraId="4D35269C" w14:textId="77777777" w:rsidR="009C07B5" w:rsidRDefault="002821C5" w:rsidP="004F58FE">
            <w:pPr>
              <w:shd w:val="clear" w:color="auto" w:fill="FFFFFF" w:themeFill="background1"/>
            </w:pPr>
            <w:r>
              <w:t>- HS trình bày kết quả rõ ràng; các bạn theo dõi, nhận xét và bổ sung.</w:t>
            </w:r>
          </w:p>
        </w:tc>
      </w:tr>
      <w:tr w:rsidR="009C07B5" w14:paraId="0BE08B28" w14:textId="77777777" w:rsidTr="004F58FE">
        <w:trPr>
          <w:jc w:val="center"/>
        </w:trPr>
        <w:tc>
          <w:tcPr>
            <w:tcW w:w="5270" w:type="dxa"/>
          </w:tcPr>
          <w:p w14:paraId="0F4968C5" w14:textId="77777777" w:rsidR="009C07B5" w:rsidRDefault="002821C5" w:rsidP="004F58FE">
            <w:pPr>
              <w:shd w:val="clear" w:color="auto" w:fill="FFFFFF" w:themeFill="background1"/>
            </w:pPr>
            <w:r>
              <w:t>- GV nhận xét, sửa bài và chốt đáp án đúng.</w:t>
            </w:r>
          </w:p>
        </w:tc>
        <w:tc>
          <w:tcPr>
            <w:tcW w:w="5270" w:type="dxa"/>
          </w:tcPr>
          <w:p w14:paraId="0E451919" w14:textId="77777777" w:rsidR="009C07B5" w:rsidRDefault="002821C5" w:rsidP="004F58FE">
            <w:pPr>
              <w:shd w:val="clear" w:color="auto" w:fill="FFFFFF" w:themeFill="background1"/>
            </w:pPr>
            <w:r>
              <w:t>- HS sửa bài vào vở/VBT, ghi nhớ cách làm đúng.</w:t>
            </w:r>
          </w:p>
        </w:tc>
      </w:tr>
      <w:tr w:rsidR="009C07B5" w14:paraId="08A3A321" w14:textId="77777777" w:rsidTr="004F58FE">
        <w:trPr>
          <w:jc w:val="center"/>
        </w:trPr>
        <w:tc>
          <w:tcPr>
            <w:tcW w:w="5270" w:type="dxa"/>
          </w:tcPr>
          <w:p w14:paraId="4047446A" w14:textId="77777777" w:rsidR="009C07B5" w:rsidRDefault="002821C5" w:rsidP="004F58FE">
            <w:pPr>
              <w:shd w:val="clear" w:color="auto" w:fill="FFFFFF" w:themeFill="background1"/>
            </w:pPr>
            <w:r>
              <w:t>- Trong các vật vừa tìm, vật nào thường dùng để dọn dẹp nhà cửa?</w:t>
            </w:r>
          </w:p>
        </w:tc>
        <w:tc>
          <w:tcPr>
            <w:tcW w:w="5270" w:type="dxa"/>
          </w:tcPr>
          <w:p w14:paraId="091869E8" w14:textId="77777777" w:rsidR="009C07B5" w:rsidRDefault="002821C5" w:rsidP="004F58FE">
            <w:pPr>
              <w:shd w:val="clear" w:color="auto" w:fill="FFFFFF" w:themeFill="background1"/>
            </w:pPr>
            <w:r>
              <w:t>- HS trả lời: Chổi, khăn, xô, thùng rác thường dùng để dọn dẹp nhà cửa.</w:t>
            </w:r>
          </w:p>
        </w:tc>
      </w:tr>
      <w:tr w:rsidR="009C07B5" w14:paraId="38137CA0" w14:textId="77777777" w:rsidTr="004F58FE">
        <w:trPr>
          <w:jc w:val="center"/>
        </w:trPr>
        <w:tc>
          <w:tcPr>
            <w:tcW w:w="5270" w:type="dxa"/>
            <w:tcBorders>
              <w:bottom w:val="single" w:sz="8" w:space="0" w:color="000000"/>
            </w:tcBorders>
          </w:tcPr>
          <w:p w14:paraId="08B5E529" w14:textId="77777777" w:rsidR="009C07B5" w:rsidRDefault="002821C5" w:rsidP="004F58FE">
            <w:pPr>
              <w:shd w:val="clear" w:color="auto" w:fill="FFFFFF" w:themeFill="background1"/>
            </w:pPr>
            <w:r>
              <w:t>- GV kết luận: Quan sát tranh kĩ giúp các em gọi đúng tên sự vật và tìm từ chỉ hoạt động phù hợp.</w:t>
            </w:r>
          </w:p>
        </w:tc>
        <w:tc>
          <w:tcPr>
            <w:tcW w:w="5270" w:type="dxa"/>
            <w:tcBorders>
              <w:bottom w:val="single" w:sz="8" w:space="0" w:color="000000"/>
            </w:tcBorders>
          </w:tcPr>
          <w:p w14:paraId="452503E7" w14:textId="77777777" w:rsidR="009C07B5" w:rsidRDefault="002821C5" w:rsidP="004F58FE">
            <w:pPr>
              <w:shd w:val="clear" w:color="auto" w:fill="FFFFFF" w:themeFill="background1"/>
            </w:pPr>
            <w:r>
              <w:t>- HS lắng nghe, nhắc lại điều cần ghi nhớ sau bài tập.</w:t>
            </w:r>
          </w:p>
        </w:tc>
      </w:tr>
      <w:tr w:rsidR="009C07B5" w14:paraId="59D8C452" w14:textId="77777777" w:rsidTr="004F58FE">
        <w:trPr>
          <w:jc w:val="center"/>
        </w:trPr>
        <w:tc>
          <w:tcPr>
            <w:tcW w:w="10540" w:type="dxa"/>
            <w:gridSpan w:val="2"/>
            <w:tcBorders>
              <w:top w:val="single" w:sz="8" w:space="0" w:color="000000"/>
              <w:bottom w:val="nil"/>
            </w:tcBorders>
            <w:shd w:val="clear" w:color="auto" w:fill="E2F0D9"/>
          </w:tcPr>
          <w:p w14:paraId="5EA0D972" w14:textId="77777777" w:rsidR="009C07B5" w:rsidRDefault="002821C5" w:rsidP="004F58FE">
            <w:pPr>
              <w:shd w:val="clear" w:color="auto" w:fill="FFFFFF" w:themeFill="background1"/>
            </w:pPr>
            <w:r>
              <w:rPr>
                <w:b/>
                <w:color w:val="008000"/>
              </w:rPr>
              <w:t>3. Thực hành (15 phút)</w:t>
            </w:r>
          </w:p>
          <w:p w14:paraId="5BC2C3A7" w14:textId="77777777" w:rsidR="009C07B5" w:rsidRDefault="002821C5" w:rsidP="004F58FE">
            <w:pPr>
              <w:shd w:val="clear" w:color="auto" w:fill="FFFFFF" w:themeFill="background1"/>
            </w:pPr>
            <w:r>
              <w:rPr>
                <w:i/>
                <w:color w:val="008000"/>
              </w:rPr>
              <w:t>Mục tiêu: Tìm từ chỉ hoạt động gắn với sự vật; đặt câu nêu hoạt động.</w:t>
            </w:r>
          </w:p>
        </w:tc>
      </w:tr>
      <w:tr w:rsidR="009C07B5" w14:paraId="72E5F3CF" w14:textId="77777777" w:rsidTr="004F58FE">
        <w:trPr>
          <w:jc w:val="center"/>
        </w:trPr>
        <w:tc>
          <w:tcPr>
            <w:tcW w:w="10540" w:type="dxa"/>
            <w:gridSpan w:val="2"/>
            <w:tcBorders>
              <w:top w:val="nil"/>
              <w:bottom w:val="single" w:sz="8" w:space="0" w:color="000000"/>
            </w:tcBorders>
            <w:shd w:val="clear" w:color="auto" w:fill="E2F0D9"/>
          </w:tcPr>
          <w:p w14:paraId="6BF051C8" w14:textId="77777777" w:rsidR="009C07B5" w:rsidRDefault="002821C5" w:rsidP="004F58FE">
            <w:pPr>
              <w:shd w:val="clear" w:color="auto" w:fill="FFFFFF" w:themeFill="background1"/>
            </w:pPr>
            <w:r>
              <w:rPr>
                <w:b/>
                <w:color w:val="008000"/>
              </w:rPr>
              <w:t>Hoạt động 2: Tìm từ chỉ hoạt động và đặt câu.</w:t>
            </w:r>
          </w:p>
          <w:p w14:paraId="7D7E573E" w14:textId="77777777" w:rsidR="009C07B5" w:rsidRDefault="002821C5" w:rsidP="004F58FE">
            <w:pPr>
              <w:shd w:val="clear" w:color="auto" w:fill="FFFFFF" w:themeFill="background1"/>
            </w:pPr>
            <w:r>
              <w:rPr>
                <w:i/>
                <w:color w:val="008000"/>
              </w:rPr>
              <w:t>Mục tiêu: HS tìm được từ chỉ hoạt động và đặt câu rõ ý.</w:t>
            </w:r>
          </w:p>
        </w:tc>
      </w:tr>
      <w:tr w:rsidR="009C07B5" w14:paraId="1AC63831" w14:textId="77777777" w:rsidTr="004F58FE">
        <w:trPr>
          <w:jc w:val="center"/>
        </w:trPr>
        <w:tc>
          <w:tcPr>
            <w:tcW w:w="5270" w:type="dxa"/>
            <w:tcBorders>
              <w:top w:val="single" w:sz="8" w:space="0" w:color="000000"/>
            </w:tcBorders>
          </w:tcPr>
          <w:p w14:paraId="7AC74A00" w14:textId="77777777" w:rsidR="009C07B5" w:rsidRDefault="002821C5" w:rsidP="004F58FE">
            <w:pPr>
              <w:shd w:val="clear" w:color="auto" w:fill="FFFFFF" w:themeFill="background1"/>
            </w:pPr>
            <w:r>
              <w:rPr>
                <w:b/>
              </w:rPr>
              <w:t>Bài tập 2: Tìm 3 - 5 từ ngữ chỉ hoạt động gắn với các vật trong tranh ở bài tập 1.</w:t>
            </w:r>
          </w:p>
        </w:tc>
        <w:tc>
          <w:tcPr>
            <w:tcW w:w="5270" w:type="dxa"/>
            <w:tcBorders>
              <w:top w:val="single" w:sz="8" w:space="0" w:color="000000"/>
            </w:tcBorders>
          </w:tcPr>
          <w:p w14:paraId="4A6EE14E" w14:textId="77777777" w:rsidR="009C07B5" w:rsidRDefault="009C07B5" w:rsidP="004F58FE">
            <w:pPr>
              <w:shd w:val="clear" w:color="auto" w:fill="FFFFFF" w:themeFill="background1"/>
            </w:pPr>
          </w:p>
        </w:tc>
      </w:tr>
      <w:tr w:rsidR="009C07B5" w14:paraId="76201EEC" w14:textId="77777777" w:rsidTr="004F58FE">
        <w:trPr>
          <w:jc w:val="center"/>
        </w:trPr>
        <w:tc>
          <w:tcPr>
            <w:tcW w:w="5270" w:type="dxa"/>
          </w:tcPr>
          <w:p w14:paraId="416674E3" w14:textId="77777777" w:rsidR="009C07B5" w:rsidRDefault="002821C5" w:rsidP="004F58FE">
            <w:pPr>
              <w:shd w:val="clear" w:color="auto" w:fill="FFFFFF" w:themeFill="background1"/>
            </w:pPr>
            <w:r>
              <w:t>- GV yêu cầu HS đọc đề bài.</w:t>
            </w:r>
          </w:p>
        </w:tc>
        <w:tc>
          <w:tcPr>
            <w:tcW w:w="5270" w:type="dxa"/>
          </w:tcPr>
          <w:p w14:paraId="129EEE14" w14:textId="77777777" w:rsidR="009C07B5" w:rsidRDefault="002821C5" w:rsidP="004F58FE">
            <w:pPr>
              <w:shd w:val="clear" w:color="auto" w:fill="FFFFFF" w:themeFill="background1"/>
            </w:pPr>
            <w:r>
              <w:t>- HS đọc đề bài, nêu yêu cầu cần thực hiện.</w:t>
            </w:r>
          </w:p>
        </w:tc>
      </w:tr>
      <w:tr w:rsidR="009C07B5" w14:paraId="11324C9F" w14:textId="77777777" w:rsidTr="004F58FE">
        <w:trPr>
          <w:jc w:val="center"/>
        </w:trPr>
        <w:tc>
          <w:tcPr>
            <w:tcW w:w="5270" w:type="dxa"/>
          </w:tcPr>
          <w:p w14:paraId="494F43A3" w14:textId="77777777" w:rsidR="009C07B5" w:rsidRDefault="002821C5" w:rsidP="004F58FE">
            <w:pPr>
              <w:shd w:val="clear" w:color="auto" w:fill="FFFFFF" w:themeFill="background1"/>
            </w:pPr>
            <w:r>
              <w:t>- GV hướng dẫn HS thực hiện bài tập, nhắc lại yêu cầu trọng tâm của đề bài.</w:t>
            </w:r>
          </w:p>
        </w:tc>
        <w:tc>
          <w:tcPr>
            <w:tcW w:w="5270" w:type="dxa"/>
          </w:tcPr>
          <w:p w14:paraId="00E2A075" w14:textId="77777777" w:rsidR="009C07B5" w:rsidRDefault="002821C5" w:rsidP="004F58FE">
            <w:pPr>
              <w:shd w:val="clear" w:color="auto" w:fill="FFFFFF" w:themeFill="background1"/>
            </w:pPr>
            <w:r>
              <w:t>- HS lắng nghe, xác định việc cần làm và chuẩn bị thực hiện bài tập.</w:t>
            </w:r>
          </w:p>
        </w:tc>
      </w:tr>
      <w:tr w:rsidR="009C07B5" w14:paraId="7583220B" w14:textId="77777777" w:rsidTr="004F58FE">
        <w:trPr>
          <w:jc w:val="center"/>
        </w:trPr>
        <w:tc>
          <w:tcPr>
            <w:tcW w:w="5270" w:type="dxa"/>
          </w:tcPr>
          <w:p w14:paraId="51B2385E" w14:textId="77777777" w:rsidR="009C07B5" w:rsidRDefault="002821C5" w:rsidP="004F58FE">
            <w:pPr>
              <w:shd w:val="clear" w:color="auto" w:fill="FFFFFF" w:themeFill="background1"/>
            </w:pPr>
            <w:r>
              <w:t>- GV tổ chức cho HS làm việc nhóm 4, trao đổi cách làm và thống nhất kết quả.</w:t>
            </w:r>
          </w:p>
        </w:tc>
        <w:tc>
          <w:tcPr>
            <w:tcW w:w="5270" w:type="dxa"/>
          </w:tcPr>
          <w:p w14:paraId="3D2953DD" w14:textId="77777777" w:rsidR="009C07B5" w:rsidRDefault="002821C5" w:rsidP="004F58FE">
            <w:pPr>
              <w:shd w:val="clear" w:color="auto" w:fill="FFFFFF" w:themeFill="background1"/>
            </w:pPr>
            <w:r>
              <w:t>- HS làm việc nhóm 4, chia sẻ ý kiến, lắng nghe bạn và hoàn thành nhiệm vụ.</w:t>
            </w:r>
          </w:p>
        </w:tc>
      </w:tr>
      <w:tr w:rsidR="009C07B5" w14:paraId="3A10EF01" w14:textId="77777777" w:rsidTr="004F58FE">
        <w:trPr>
          <w:jc w:val="center"/>
        </w:trPr>
        <w:tc>
          <w:tcPr>
            <w:tcW w:w="5270" w:type="dxa"/>
          </w:tcPr>
          <w:p w14:paraId="42BDFB41" w14:textId="77777777" w:rsidR="009C07B5" w:rsidRDefault="002821C5" w:rsidP="004F58FE">
            <w:pPr>
              <w:shd w:val="clear" w:color="auto" w:fill="FFFFFF" w:themeFill="background1"/>
            </w:pPr>
            <w:r>
              <w:t>- GV mời HS trình bày kết quả trước lớp.</w:t>
            </w:r>
          </w:p>
        </w:tc>
        <w:tc>
          <w:tcPr>
            <w:tcW w:w="5270" w:type="dxa"/>
          </w:tcPr>
          <w:p w14:paraId="0D5CBED0" w14:textId="77777777" w:rsidR="009C07B5" w:rsidRDefault="002821C5" w:rsidP="004F58FE">
            <w:pPr>
              <w:shd w:val="clear" w:color="auto" w:fill="FFFFFF" w:themeFill="background1"/>
            </w:pPr>
            <w:r>
              <w:t>- HS trình bày kết quả rõ ràng; các bạn theo dõi, nhận xét và bổ sung.</w:t>
            </w:r>
          </w:p>
        </w:tc>
      </w:tr>
      <w:tr w:rsidR="009C07B5" w14:paraId="21552FC4" w14:textId="77777777" w:rsidTr="004F58FE">
        <w:trPr>
          <w:jc w:val="center"/>
        </w:trPr>
        <w:tc>
          <w:tcPr>
            <w:tcW w:w="5270" w:type="dxa"/>
          </w:tcPr>
          <w:p w14:paraId="36ADD11B" w14:textId="77777777" w:rsidR="009C07B5" w:rsidRDefault="002821C5" w:rsidP="004F58FE">
            <w:pPr>
              <w:shd w:val="clear" w:color="auto" w:fill="FFFFFF" w:themeFill="background1"/>
            </w:pPr>
            <w:r>
              <w:t>- GV nhận xét, sửa bài và chốt đáp án đúng.</w:t>
            </w:r>
          </w:p>
        </w:tc>
        <w:tc>
          <w:tcPr>
            <w:tcW w:w="5270" w:type="dxa"/>
          </w:tcPr>
          <w:p w14:paraId="453BC72F" w14:textId="77777777" w:rsidR="009C07B5" w:rsidRDefault="002821C5" w:rsidP="004F58FE">
            <w:pPr>
              <w:shd w:val="clear" w:color="auto" w:fill="FFFFFF" w:themeFill="background1"/>
            </w:pPr>
            <w:r>
              <w:t>- HS sửa bài vào vở/VBT, ghi nhớ cách làm đúng.</w:t>
            </w:r>
          </w:p>
        </w:tc>
      </w:tr>
      <w:tr w:rsidR="009C07B5" w14:paraId="798B5AC3" w14:textId="77777777" w:rsidTr="004F58FE">
        <w:trPr>
          <w:jc w:val="center"/>
        </w:trPr>
        <w:tc>
          <w:tcPr>
            <w:tcW w:w="5270" w:type="dxa"/>
          </w:tcPr>
          <w:p w14:paraId="5C1635F0" w14:textId="77777777" w:rsidR="009C07B5" w:rsidRDefault="002821C5" w:rsidP="004F58FE">
            <w:pPr>
              <w:shd w:val="clear" w:color="auto" w:fill="FFFFFF" w:themeFill="background1"/>
            </w:pPr>
            <w:r>
              <w:t>- GV kết luận: Quan sát tranh kĩ giúp các em gọi đúng tên sự vật và tìm từ chỉ hoạt động phù hợp.</w:t>
            </w:r>
          </w:p>
        </w:tc>
        <w:tc>
          <w:tcPr>
            <w:tcW w:w="5270" w:type="dxa"/>
          </w:tcPr>
          <w:p w14:paraId="5B2019D1" w14:textId="77777777" w:rsidR="009C07B5" w:rsidRDefault="002821C5" w:rsidP="004F58FE">
            <w:pPr>
              <w:shd w:val="clear" w:color="auto" w:fill="FFFFFF" w:themeFill="background1"/>
            </w:pPr>
            <w:r>
              <w:t>- HS lắng nghe, nhắc lại điều cần ghi nhớ sau bài tập.</w:t>
            </w:r>
          </w:p>
        </w:tc>
      </w:tr>
      <w:tr w:rsidR="009C07B5" w14:paraId="0A7E35BD" w14:textId="77777777" w:rsidTr="004F58FE">
        <w:trPr>
          <w:jc w:val="center"/>
        </w:trPr>
        <w:tc>
          <w:tcPr>
            <w:tcW w:w="5270" w:type="dxa"/>
          </w:tcPr>
          <w:p w14:paraId="7225E3FF" w14:textId="77777777" w:rsidR="009C07B5" w:rsidRDefault="002821C5" w:rsidP="004F58FE">
            <w:pPr>
              <w:shd w:val="clear" w:color="auto" w:fill="FFFFFF" w:themeFill="background1"/>
            </w:pPr>
            <w:r>
              <w:rPr>
                <w:b/>
              </w:rPr>
              <w:t>Bài tập 3: Đặt một câu nói về việc em làm ở nhà. Mẫu: Em quét nhà.</w:t>
            </w:r>
          </w:p>
        </w:tc>
        <w:tc>
          <w:tcPr>
            <w:tcW w:w="5270" w:type="dxa"/>
          </w:tcPr>
          <w:p w14:paraId="32A8A2E7" w14:textId="77777777" w:rsidR="009C07B5" w:rsidRDefault="009C07B5" w:rsidP="004F58FE">
            <w:pPr>
              <w:shd w:val="clear" w:color="auto" w:fill="FFFFFF" w:themeFill="background1"/>
            </w:pPr>
          </w:p>
        </w:tc>
      </w:tr>
      <w:tr w:rsidR="009C07B5" w14:paraId="63ED388D" w14:textId="77777777" w:rsidTr="004F58FE">
        <w:trPr>
          <w:jc w:val="center"/>
        </w:trPr>
        <w:tc>
          <w:tcPr>
            <w:tcW w:w="5270" w:type="dxa"/>
          </w:tcPr>
          <w:p w14:paraId="26E04185" w14:textId="77777777" w:rsidR="009C07B5" w:rsidRDefault="002821C5" w:rsidP="004F58FE">
            <w:pPr>
              <w:shd w:val="clear" w:color="auto" w:fill="FFFFFF" w:themeFill="background1"/>
            </w:pPr>
            <w:r>
              <w:t>- GV yêu cầu HS đọc đề bài.</w:t>
            </w:r>
          </w:p>
        </w:tc>
        <w:tc>
          <w:tcPr>
            <w:tcW w:w="5270" w:type="dxa"/>
          </w:tcPr>
          <w:p w14:paraId="043E4517" w14:textId="77777777" w:rsidR="009C07B5" w:rsidRDefault="002821C5" w:rsidP="004F58FE">
            <w:pPr>
              <w:shd w:val="clear" w:color="auto" w:fill="FFFFFF" w:themeFill="background1"/>
            </w:pPr>
            <w:r>
              <w:t>- HS đọc đề bài, nêu yêu cầu cần thực hiện.</w:t>
            </w:r>
          </w:p>
        </w:tc>
      </w:tr>
      <w:tr w:rsidR="009C07B5" w14:paraId="160FEA6D" w14:textId="77777777" w:rsidTr="004F58FE">
        <w:trPr>
          <w:jc w:val="center"/>
        </w:trPr>
        <w:tc>
          <w:tcPr>
            <w:tcW w:w="5270" w:type="dxa"/>
          </w:tcPr>
          <w:p w14:paraId="1E9F7814" w14:textId="77777777" w:rsidR="009C07B5" w:rsidRDefault="002821C5" w:rsidP="004F58FE">
            <w:pPr>
              <w:shd w:val="clear" w:color="auto" w:fill="FFFFFF" w:themeFill="background1"/>
            </w:pPr>
            <w:r>
              <w:t>- GV hướng dẫn HS thực hiện bài tập, nhắc lại yêu cầu trọng tâm của đề bài.</w:t>
            </w:r>
          </w:p>
        </w:tc>
        <w:tc>
          <w:tcPr>
            <w:tcW w:w="5270" w:type="dxa"/>
          </w:tcPr>
          <w:p w14:paraId="66CE5E98" w14:textId="77777777" w:rsidR="009C07B5" w:rsidRDefault="002821C5" w:rsidP="004F58FE">
            <w:pPr>
              <w:shd w:val="clear" w:color="auto" w:fill="FFFFFF" w:themeFill="background1"/>
            </w:pPr>
            <w:r>
              <w:t>- HS lắng nghe, xác định việc cần làm và chuẩn bị thực hiện bài tập.</w:t>
            </w:r>
          </w:p>
        </w:tc>
      </w:tr>
      <w:tr w:rsidR="009C07B5" w14:paraId="7210B6AC" w14:textId="77777777" w:rsidTr="004F58FE">
        <w:trPr>
          <w:jc w:val="center"/>
        </w:trPr>
        <w:tc>
          <w:tcPr>
            <w:tcW w:w="5270" w:type="dxa"/>
          </w:tcPr>
          <w:p w14:paraId="7BA11F13" w14:textId="77777777" w:rsidR="009C07B5" w:rsidRDefault="002821C5" w:rsidP="004F58FE">
            <w:pPr>
              <w:shd w:val="clear" w:color="auto" w:fill="FFFFFF" w:themeFill="background1"/>
            </w:pPr>
            <w:r>
              <w:t>- GV yêu cầu HS làm việc cá nhân, thực hiện bài vào vở/VBT hoặc bảng con theo yêu cầu.</w:t>
            </w:r>
          </w:p>
        </w:tc>
        <w:tc>
          <w:tcPr>
            <w:tcW w:w="5270" w:type="dxa"/>
          </w:tcPr>
          <w:p w14:paraId="6F32270B" w14:textId="77777777" w:rsidR="009C07B5" w:rsidRDefault="002821C5" w:rsidP="004F58FE">
            <w:pPr>
              <w:shd w:val="clear" w:color="auto" w:fill="FFFFFF" w:themeFill="background1"/>
            </w:pPr>
            <w:r>
              <w:t>- HS làm bài cá nhân, tự kiểm tra lại kết quả trước khi trình bày.</w:t>
            </w:r>
          </w:p>
        </w:tc>
      </w:tr>
      <w:tr w:rsidR="009C07B5" w14:paraId="63BC8B94" w14:textId="77777777" w:rsidTr="004F58FE">
        <w:trPr>
          <w:jc w:val="center"/>
        </w:trPr>
        <w:tc>
          <w:tcPr>
            <w:tcW w:w="5270" w:type="dxa"/>
          </w:tcPr>
          <w:p w14:paraId="063CD10F" w14:textId="77777777" w:rsidR="009C07B5" w:rsidRDefault="002821C5" w:rsidP="004F58FE">
            <w:pPr>
              <w:shd w:val="clear" w:color="auto" w:fill="FFFFFF" w:themeFill="background1"/>
            </w:pPr>
            <w:r>
              <w:t>- GV mời HS trình bày kết quả trước lớp.</w:t>
            </w:r>
          </w:p>
        </w:tc>
        <w:tc>
          <w:tcPr>
            <w:tcW w:w="5270" w:type="dxa"/>
          </w:tcPr>
          <w:p w14:paraId="662CE791" w14:textId="77777777" w:rsidR="009C07B5" w:rsidRDefault="002821C5" w:rsidP="004F58FE">
            <w:pPr>
              <w:shd w:val="clear" w:color="auto" w:fill="FFFFFF" w:themeFill="background1"/>
            </w:pPr>
            <w:r>
              <w:t>- HS trình bày kết quả rõ ràng; các bạn theo dõi, nhận xét và bổ sung.</w:t>
            </w:r>
          </w:p>
        </w:tc>
      </w:tr>
      <w:tr w:rsidR="009C07B5" w14:paraId="694549D2" w14:textId="77777777" w:rsidTr="004F58FE">
        <w:trPr>
          <w:jc w:val="center"/>
        </w:trPr>
        <w:tc>
          <w:tcPr>
            <w:tcW w:w="5270" w:type="dxa"/>
          </w:tcPr>
          <w:p w14:paraId="534387CD" w14:textId="77777777" w:rsidR="009C07B5" w:rsidRDefault="002821C5" w:rsidP="004F58FE">
            <w:pPr>
              <w:shd w:val="clear" w:color="auto" w:fill="FFFFFF" w:themeFill="background1"/>
            </w:pPr>
            <w:r>
              <w:t>- GV nhận xét, sửa bài và chốt đáp án đúng.</w:t>
            </w:r>
          </w:p>
        </w:tc>
        <w:tc>
          <w:tcPr>
            <w:tcW w:w="5270" w:type="dxa"/>
          </w:tcPr>
          <w:p w14:paraId="60BDB7E9" w14:textId="77777777" w:rsidR="009C07B5" w:rsidRDefault="002821C5" w:rsidP="004F58FE">
            <w:pPr>
              <w:shd w:val="clear" w:color="auto" w:fill="FFFFFF" w:themeFill="background1"/>
            </w:pPr>
            <w:r>
              <w:t xml:space="preserve">- HS sửa bài vào vở/VBT, ghi nhớ cách làm </w:t>
            </w:r>
            <w:r>
              <w:lastRenderedPageBreak/>
              <w:t>đúng.</w:t>
            </w:r>
          </w:p>
        </w:tc>
      </w:tr>
      <w:tr w:rsidR="009C07B5" w14:paraId="68779500" w14:textId="77777777" w:rsidTr="004F58FE">
        <w:trPr>
          <w:jc w:val="center"/>
        </w:trPr>
        <w:tc>
          <w:tcPr>
            <w:tcW w:w="5270" w:type="dxa"/>
          </w:tcPr>
          <w:p w14:paraId="222DF7E0" w14:textId="77777777" w:rsidR="009C07B5" w:rsidRDefault="002821C5" w:rsidP="004F58FE">
            <w:pPr>
              <w:shd w:val="clear" w:color="auto" w:fill="FFFFFF" w:themeFill="background1"/>
            </w:pPr>
            <w:r>
              <w:lastRenderedPageBreak/>
              <w:t>- GV yêu cầu HS đổi câu về việc làm ở nhà thành câu về việc làm ở trường.</w:t>
            </w:r>
          </w:p>
        </w:tc>
        <w:tc>
          <w:tcPr>
            <w:tcW w:w="5270" w:type="dxa"/>
          </w:tcPr>
          <w:p w14:paraId="588B0625" w14:textId="77777777" w:rsidR="009C07B5" w:rsidRDefault="002821C5" w:rsidP="004F58FE">
            <w:pPr>
              <w:shd w:val="clear" w:color="auto" w:fill="FFFFFF" w:themeFill="background1"/>
            </w:pPr>
            <w:r>
              <w:t>- HS đặt câu: Em quét lớp. Em lau bảng. Em xếp sách lên kệ. Em tưới cây ở góc lớp.</w:t>
            </w:r>
          </w:p>
        </w:tc>
      </w:tr>
      <w:tr w:rsidR="009C07B5" w14:paraId="5BC690AB" w14:textId="77777777" w:rsidTr="004F58FE">
        <w:trPr>
          <w:jc w:val="center"/>
        </w:trPr>
        <w:tc>
          <w:tcPr>
            <w:tcW w:w="5270" w:type="dxa"/>
            <w:tcBorders>
              <w:bottom w:val="single" w:sz="8" w:space="0" w:color="000000"/>
            </w:tcBorders>
          </w:tcPr>
          <w:p w14:paraId="4E9C1FDA" w14:textId="77777777" w:rsidR="009C07B5" w:rsidRDefault="002821C5" w:rsidP="004F58FE">
            <w:pPr>
              <w:shd w:val="clear" w:color="auto" w:fill="FFFFFF" w:themeFill="background1"/>
            </w:pPr>
            <w:r>
              <w:t>- GV kết luận: Câu nêu hoạt động cần cho biết rõ ai hoặc vật gì làm gì.</w:t>
            </w:r>
          </w:p>
        </w:tc>
        <w:tc>
          <w:tcPr>
            <w:tcW w:w="5270" w:type="dxa"/>
            <w:tcBorders>
              <w:bottom w:val="single" w:sz="8" w:space="0" w:color="000000"/>
            </w:tcBorders>
          </w:tcPr>
          <w:p w14:paraId="567EDBE4" w14:textId="77777777" w:rsidR="009C07B5" w:rsidRDefault="002821C5" w:rsidP="004F58FE">
            <w:pPr>
              <w:shd w:val="clear" w:color="auto" w:fill="FFFFFF" w:themeFill="background1"/>
            </w:pPr>
            <w:r>
              <w:t>- HS lắng nghe, nhắc lại điều cần ghi nhớ sau bài tập.</w:t>
            </w:r>
          </w:p>
        </w:tc>
      </w:tr>
      <w:tr w:rsidR="009C07B5" w14:paraId="7A702DE7" w14:textId="77777777" w:rsidTr="004F58FE">
        <w:trPr>
          <w:jc w:val="center"/>
        </w:trPr>
        <w:tc>
          <w:tcPr>
            <w:tcW w:w="10540" w:type="dxa"/>
            <w:gridSpan w:val="2"/>
            <w:tcBorders>
              <w:top w:val="single" w:sz="8" w:space="0" w:color="000000"/>
              <w:bottom w:val="single" w:sz="8" w:space="0" w:color="000000"/>
            </w:tcBorders>
            <w:shd w:val="clear" w:color="auto" w:fill="E2F0D9"/>
          </w:tcPr>
          <w:p w14:paraId="6BA8DDF7" w14:textId="77777777" w:rsidR="009C07B5" w:rsidRDefault="002821C5" w:rsidP="004F58FE">
            <w:pPr>
              <w:shd w:val="clear" w:color="auto" w:fill="FFFFFF" w:themeFill="background1"/>
            </w:pPr>
            <w:r>
              <w:rPr>
                <w:b/>
                <w:color w:val="008000"/>
              </w:rPr>
              <w:t>4. Vận dụng (3 phút)</w:t>
            </w:r>
          </w:p>
          <w:p w14:paraId="48583182" w14:textId="77777777" w:rsidR="009C07B5" w:rsidRDefault="002821C5" w:rsidP="004F58FE">
            <w:pPr>
              <w:shd w:val="clear" w:color="auto" w:fill="FFFFFF" w:themeFill="background1"/>
            </w:pPr>
            <w:r>
              <w:rPr>
                <w:i/>
                <w:color w:val="008000"/>
              </w:rPr>
              <w:t>Mục tiêu: Dùng câu nêu hoạt động trong giao tiếp hằng ngày.</w:t>
            </w:r>
          </w:p>
        </w:tc>
      </w:tr>
      <w:tr w:rsidR="009C07B5" w14:paraId="3E17ADF8" w14:textId="77777777" w:rsidTr="004F58FE">
        <w:trPr>
          <w:jc w:val="center"/>
        </w:trPr>
        <w:tc>
          <w:tcPr>
            <w:tcW w:w="5270" w:type="dxa"/>
            <w:tcBorders>
              <w:top w:val="single" w:sz="8" w:space="0" w:color="000000"/>
            </w:tcBorders>
          </w:tcPr>
          <w:p w14:paraId="3C9DE36A" w14:textId="77777777" w:rsidR="009C07B5" w:rsidRDefault="002821C5" w:rsidP="004F58FE">
            <w:pPr>
              <w:shd w:val="clear" w:color="auto" w:fill="FFFFFF" w:themeFill="background1"/>
            </w:pPr>
            <w:r>
              <w:t>- GV yêu cầu HS nói 2 câu kể việc em đã làm hôm nay để lớp học sạch đẹp.</w:t>
            </w:r>
          </w:p>
        </w:tc>
        <w:tc>
          <w:tcPr>
            <w:tcW w:w="5270" w:type="dxa"/>
            <w:tcBorders>
              <w:top w:val="single" w:sz="8" w:space="0" w:color="000000"/>
            </w:tcBorders>
          </w:tcPr>
          <w:p w14:paraId="102A33F3" w14:textId="77777777" w:rsidR="009C07B5" w:rsidRDefault="002821C5" w:rsidP="004F58FE">
            <w:pPr>
              <w:shd w:val="clear" w:color="auto" w:fill="FFFFFF" w:themeFill="background1"/>
            </w:pPr>
            <w:r>
              <w:t>- HS nói: Em nhặt rác dưới gầm bàn. Em xếp ghế ngay ngắn. Em lau bảng sau giờ học.</w:t>
            </w:r>
          </w:p>
        </w:tc>
      </w:tr>
    </w:tbl>
    <w:p w14:paraId="2D79E1E1" w14:textId="77777777" w:rsidR="009C07B5" w:rsidRDefault="002821C5" w:rsidP="004F58FE">
      <w:pPr>
        <w:shd w:val="clear" w:color="auto" w:fill="FFFFFF" w:themeFill="background1"/>
      </w:pPr>
      <w:r>
        <w:rPr>
          <w:b/>
          <w:color w:val="000000"/>
        </w:rPr>
        <w:t>IV. ĐIỀU CHỈNH SAU TIẾT DẠY (NẾU CÓ):</w:t>
      </w:r>
    </w:p>
    <w:p w14:paraId="37DB45F6" w14:textId="77777777" w:rsidR="009C07B5" w:rsidRDefault="002821C5" w:rsidP="004F58FE">
      <w:pPr>
        <w:shd w:val="clear" w:color="auto" w:fill="FFFFFF" w:themeFill="background1"/>
      </w:pPr>
      <w:r>
        <w:rPr>
          <w:color w:val="000000"/>
        </w:rPr>
        <w:t>................................................................................................................................................</w:t>
      </w:r>
    </w:p>
    <w:p w14:paraId="7217C44F" w14:textId="77777777" w:rsidR="009C07B5" w:rsidRDefault="002821C5" w:rsidP="004F58FE">
      <w:pPr>
        <w:shd w:val="clear" w:color="auto" w:fill="FFFFFF" w:themeFill="background1"/>
      </w:pPr>
      <w:r>
        <w:br w:type="page"/>
      </w:r>
    </w:p>
    <w:p w14:paraId="14D2F1A7" w14:textId="77777777" w:rsidR="009C07B5" w:rsidRDefault="002821C5" w:rsidP="004F58FE">
      <w:pPr>
        <w:shd w:val="clear" w:color="auto" w:fill="FFFFFF" w:themeFill="background1"/>
        <w:jc w:val="center"/>
      </w:pPr>
      <w:r>
        <w:rPr>
          <w:b/>
          <w:color w:val="000000"/>
        </w:rPr>
        <w:lastRenderedPageBreak/>
        <w:t>KẾ HOẠCH DẠY HỌC - TUẦN 2</w:t>
      </w:r>
    </w:p>
    <w:p w14:paraId="7B8D5D52" w14:textId="77777777" w:rsidR="009C07B5" w:rsidRDefault="002821C5" w:rsidP="004F58FE">
      <w:pPr>
        <w:shd w:val="clear" w:color="auto" w:fill="FFFFFF" w:themeFill="background1"/>
        <w:jc w:val="center"/>
      </w:pPr>
      <w:r>
        <w:rPr>
          <w:b/>
          <w:color w:val="000000"/>
        </w:rPr>
        <w:t>CHỦ ĐỀ 1: EM LỚN LÊN TỪNG NGÀY</w:t>
      </w:r>
    </w:p>
    <w:p w14:paraId="794201D4" w14:textId="77777777" w:rsidR="009C07B5" w:rsidRPr="00BA1FBA" w:rsidRDefault="002821C5" w:rsidP="004F58FE">
      <w:pPr>
        <w:shd w:val="clear" w:color="auto" w:fill="FFFFFF" w:themeFill="background1"/>
        <w:jc w:val="center"/>
        <w:rPr>
          <w:lang w:val="fr-FR"/>
        </w:rPr>
      </w:pPr>
      <w:r w:rsidRPr="00BA1FBA">
        <w:rPr>
          <w:b/>
          <w:color w:val="000000"/>
          <w:lang w:val="fr-FR"/>
        </w:rPr>
        <w:t>BÀI 4: LÀM VIỆC THẬT LÀ VUI</w:t>
      </w:r>
    </w:p>
    <w:p w14:paraId="744D29B5" w14:textId="77777777" w:rsidR="009C07B5" w:rsidRPr="00BA1FBA" w:rsidRDefault="002821C5" w:rsidP="004F58FE">
      <w:pPr>
        <w:shd w:val="clear" w:color="auto" w:fill="FFFFFF" w:themeFill="background1"/>
        <w:jc w:val="center"/>
        <w:rPr>
          <w:lang w:val="fr-FR"/>
        </w:rPr>
      </w:pPr>
      <w:r w:rsidRPr="00BA1FBA">
        <w:rPr>
          <w:b/>
          <w:lang w:val="fr-FR"/>
        </w:rPr>
        <w:t>TIẾT 5 - 6: LUYỆN VIẾT ĐOẠN: KỂ MỘT VIỆC EM ĐÃ LÀM Ở NHÀ; ĐỌC MỞ RỘNG: BÀI VIẾT VỀ HOẠT ĐỘNG CỦA THIẾU NHI</w:t>
      </w:r>
    </w:p>
    <w:p w14:paraId="4F460328" w14:textId="77777777" w:rsidR="009C07B5" w:rsidRPr="00BA1FBA" w:rsidRDefault="002821C5" w:rsidP="004F58FE">
      <w:pPr>
        <w:shd w:val="clear" w:color="auto" w:fill="FFFFFF" w:themeFill="background1"/>
        <w:rPr>
          <w:lang w:val="fr-FR"/>
        </w:rPr>
      </w:pPr>
      <w:r w:rsidRPr="00BA1FBA">
        <w:rPr>
          <w:b/>
          <w:color w:val="000000"/>
          <w:lang w:val="fr-FR"/>
        </w:rPr>
        <w:t>I. YÊU CẦU CẦN ĐẠT:</w:t>
      </w:r>
    </w:p>
    <w:p w14:paraId="4BF3FFDB" w14:textId="77777777" w:rsidR="009C07B5" w:rsidRPr="00BA1FBA" w:rsidRDefault="002821C5" w:rsidP="004F58FE">
      <w:pPr>
        <w:shd w:val="clear" w:color="auto" w:fill="FFFFFF" w:themeFill="background1"/>
        <w:rPr>
          <w:lang w:val="fr-FR"/>
        </w:rPr>
      </w:pPr>
      <w:r w:rsidRPr="00BA1FBA">
        <w:rPr>
          <w:b/>
          <w:color w:val="000000"/>
          <w:lang w:val="fr-FR"/>
        </w:rPr>
        <w:t>1. Năng lực đặc thù:</w:t>
      </w:r>
    </w:p>
    <w:p w14:paraId="6AAB44BB" w14:textId="77777777" w:rsidR="009C07B5" w:rsidRPr="00BA1FBA" w:rsidRDefault="002821C5" w:rsidP="004F58FE">
      <w:pPr>
        <w:shd w:val="clear" w:color="auto" w:fill="FFFFFF" w:themeFill="background1"/>
        <w:rPr>
          <w:lang w:val="fr-FR"/>
        </w:rPr>
      </w:pPr>
      <w:r w:rsidRPr="00BA1FBA">
        <w:rPr>
          <w:color w:val="000000"/>
          <w:lang w:val="fr-FR"/>
        </w:rPr>
        <w:t>- Quan sát tranh, kể được các việc bạn nhỏ đã làm theo đúng trình tự.</w:t>
      </w:r>
    </w:p>
    <w:p w14:paraId="4778A169" w14:textId="77777777" w:rsidR="009C07B5" w:rsidRPr="00BA1FBA" w:rsidRDefault="002821C5" w:rsidP="004F58FE">
      <w:pPr>
        <w:shd w:val="clear" w:color="auto" w:fill="FFFFFF" w:themeFill="background1"/>
        <w:rPr>
          <w:lang w:val="fr-FR"/>
        </w:rPr>
      </w:pPr>
      <w:r w:rsidRPr="00BA1FBA">
        <w:rPr>
          <w:color w:val="000000"/>
          <w:lang w:val="fr-FR"/>
        </w:rPr>
        <w:t>- Viết được 2 - 3 câu kể về một việc em đã làm ở nhà.</w:t>
      </w:r>
    </w:p>
    <w:p w14:paraId="79D50D10" w14:textId="77777777" w:rsidR="009C07B5" w:rsidRPr="00BA1FBA" w:rsidRDefault="002821C5" w:rsidP="004F58FE">
      <w:pPr>
        <w:shd w:val="clear" w:color="auto" w:fill="FFFFFF" w:themeFill="background1"/>
        <w:rPr>
          <w:lang w:val="fr-FR"/>
        </w:rPr>
      </w:pPr>
      <w:r w:rsidRPr="00BA1FBA">
        <w:rPr>
          <w:color w:val="000000"/>
          <w:lang w:val="fr-FR"/>
        </w:rPr>
        <w:t>- Biết dùng câu rõ ý, có thể nêu cảm nghĩ sau khi làm xong việc.</w:t>
      </w:r>
    </w:p>
    <w:p w14:paraId="7D63096F" w14:textId="77777777" w:rsidR="009C07B5" w:rsidRPr="00BA1FBA" w:rsidRDefault="002821C5" w:rsidP="004F58FE">
      <w:pPr>
        <w:shd w:val="clear" w:color="auto" w:fill="FFFFFF" w:themeFill="background1"/>
        <w:rPr>
          <w:lang w:val="fr-FR"/>
        </w:rPr>
      </w:pPr>
      <w:r w:rsidRPr="00BA1FBA">
        <w:rPr>
          <w:lang w:val="fr-FR"/>
        </w:rPr>
        <w:t>- Tìm đọc và trao đổi được về bài viết/bài thơ nói về hoạt động của thiếu nhi; biết nêu tên bài đọc và điều em thích nhất.</w:t>
      </w:r>
    </w:p>
    <w:p w14:paraId="5B6DD372" w14:textId="77777777" w:rsidR="009C07B5" w:rsidRPr="00BA1FBA" w:rsidRDefault="002821C5" w:rsidP="004F58FE">
      <w:pPr>
        <w:shd w:val="clear" w:color="auto" w:fill="FFFFFF" w:themeFill="background1"/>
        <w:rPr>
          <w:lang w:val="fr-FR"/>
        </w:rPr>
      </w:pPr>
      <w:r w:rsidRPr="00BA1FBA">
        <w:rPr>
          <w:b/>
          <w:color w:val="000000"/>
          <w:lang w:val="fr-FR"/>
        </w:rPr>
        <w:t>2. Năng lực chung:</w:t>
      </w:r>
    </w:p>
    <w:p w14:paraId="1F559A74" w14:textId="77777777" w:rsidR="009C07B5" w:rsidRPr="00BA1FBA" w:rsidRDefault="002821C5" w:rsidP="004F58FE">
      <w:pPr>
        <w:shd w:val="clear" w:color="auto" w:fill="FFFFFF" w:themeFill="background1"/>
        <w:rPr>
          <w:lang w:val="fr-FR"/>
        </w:rPr>
      </w:pPr>
      <w:r w:rsidRPr="00BA1FBA">
        <w:rPr>
          <w:color w:val="000000"/>
          <w:lang w:val="fr-FR"/>
        </w:rPr>
        <w:t>- Tự chủ và tự học: tự chọn việc làm để viết đoạn văn.</w:t>
      </w:r>
    </w:p>
    <w:p w14:paraId="3213060B" w14:textId="77777777" w:rsidR="009C07B5" w:rsidRPr="00BA1FBA" w:rsidRDefault="002821C5" w:rsidP="004F58FE">
      <w:pPr>
        <w:shd w:val="clear" w:color="auto" w:fill="FFFFFF" w:themeFill="background1"/>
        <w:rPr>
          <w:lang w:val="fr-FR"/>
        </w:rPr>
      </w:pPr>
      <w:r w:rsidRPr="00BA1FBA">
        <w:rPr>
          <w:color w:val="000000"/>
          <w:lang w:val="fr-FR"/>
        </w:rPr>
        <w:t>- Giao tiếp và hợp tác: trao đổi ý tưởng với bạn, góp ý bài viết.</w:t>
      </w:r>
    </w:p>
    <w:p w14:paraId="1EDBACCA" w14:textId="77777777" w:rsidR="009C07B5" w:rsidRPr="00BA1FBA" w:rsidRDefault="002821C5" w:rsidP="004F58FE">
      <w:pPr>
        <w:shd w:val="clear" w:color="auto" w:fill="FFFFFF" w:themeFill="background1"/>
        <w:rPr>
          <w:lang w:val="fr-FR"/>
        </w:rPr>
      </w:pPr>
      <w:r w:rsidRPr="00BA1FBA">
        <w:rPr>
          <w:color w:val="000000"/>
          <w:lang w:val="fr-FR"/>
        </w:rPr>
        <w:t>- Giải quyết vấn đề và sáng tạo: biết sắp xếp ý theo trình tự trước - trong - sau khi làm việc.</w:t>
      </w:r>
    </w:p>
    <w:p w14:paraId="6C807E39" w14:textId="77777777" w:rsidR="009C07B5" w:rsidRPr="00BA1FBA" w:rsidRDefault="002821C5" w:rsidP="004F58FE">
      <w:pPr>
        <w:shd w:val="clear" w:color="auto" w:fill="FFFFFF" w:themeFill="background1"/>
        <w:rPr>
          <w:lang w:val="fr-FR"/>
        </w:rPr>
      </w:pPr>
      <w:r w:rsidRPr="00BA1FBA">
        <w:rPr>
          <w:b/>
          <w:color w:val="000000"/>
          <w:lang w:val="fr-FR"/>
        </w:rPr>
        <w:t>3. Phẩm chất:</w:t>
      </w:r>
    </w:p>
    <w:p w14:paraId="18773D6E" w14:textId="77777777" w:rsidR="009C07B5" w:rsidRPr="00BA1FBA" w:rsidRDefault="002821C5" w:rsidP="004F58FE">
      <w:pPr>
        <w:shd w:val="clear" w:color="auto" w:fill="FFFFFF" w:themeFill="background1"/>
        <w:rPr>
          <w:lang w:val="fr-FR"/>
        </w:rPr>
      </w:pPr>
      <w:r w:rsidRPr="00BA1FBA">
        <w:rPr>
          <w:color w:val="000000"/>
          <w:lang w:val="fr-FR"/>
        </w:rPr>
        <w:t>- Chăm chỉ: tích cực viết bài, sửa bài.</w:t>
      </w:r>
    </w:p>
    <w:p w14:paraId="317C6E04" w14:textId="77777777" w:rsidR="009C07B5" w:rsidRPr="00BA1FBA" w:rsidRDefault="002821C5" w:rsidP="004F58FE">
      <w:pPr>
        <w:shd w:val="clear" w:color="auto" w:fill="FFFFFF" w:themeFill="background1"/>
        <w:rPr>
          <w:lang w:val="fr-FR"/>
        </w:rPr>
      </w:pPr>
      <w:r w:rsidRPr="00BA1FBA">
        <w:rPr>
          <w:color w:val="000000"/>
          <w:lang w:val="fr-FR"/>
        </w:rPr>
        <w:t>- Trách nhiệm: biết làm việc nhà vừa sức để giúp người thân.</w:t>
      </w:r>
    </w:p>
    <w:p w14:paraId="0D956D1E" w14:textId="77777777" w:rsidR="009C07B5" w:rsidRPr="00BA1FBA" w:rsidRDefault="002821C5" w:rsidP="004F58FE">
      <w:pPr>
        <w:shd w:val="clear" w:color="auto" w:fill="FFFFFF" w:themeFill="background1"/>
        <w:rPr>
          <w:lang w:val="fr-FR"/>
        </w:rPr>
      </w:pPr>
      <w:r w:rsidRPr="00BA1FBA">
        <w:rPr>
          <w:color w:val="000000"/>
          <w:lang w:val="fr-FR"/>
        </w:rPr>
        <w:t>- Nhân ái: biết yêu thương, biết ơn và chia sẻ công việc với gia đình.</w:t>
      </w:r>
    </w:p>
    <w:p w14:paraId="3887CD53" w14:textId="77777777" w:rsidR="009C07B5" w:rsidRPr="00BA1FBA" w:rsidRDefault="002821C5" w:rsidP="004F58FE">
      <w:pPr>
        <w:shd w:val="clear" w:color="auto" w:fill="FFFFFF" w:themeFill="background1"/>
        <w:rPr>
          <w:color w:val="FF0000"/>
          <w:lang w:val="fr-FR"/>
        </w:rPr>
      </w:pPr>
      <w:r w:rsidRPr="00BA1FBA">
        <w:rPr>
          <w:b/>
          <w:color w:val="FF0000"/>
          <w:lang w:val="fr-FR"/>
        </w:rPr>
        <w:t>4. Tích hợp:</w:t>
      </w:r>
    </w:p>
    <w:p w14:paraId="4CDCB02F" w14:textId="77777777" w:rsidR="009C07B5" w:rsidRPr="00BA1FBA" w:rsidRDefault="002821C5" w:rsidP="004F58FE">
      <w:pPr>
        <w:shd w:val="clear" w:color="auto" w:fill="FFFFFF" w:themeFill="background1"/>
        <w:rPr>
          <w:color w:val="FF0000"/>
          <w:szCs w:val="26"/>
          <w:lang w:val="fr-FR"/>
        </w:rPr>
      </w:pPr>
      <w:r w:rsidRPr="00BA1FBA">
        <w:rPr>
          <w:color w:val="FF0000"/>
          <w:szCs w:val="26"/>
          <w:lang w:val="fr-FR"/>
        </w:rPr>
        <w:t>- Giáo dục lý tưởng cách mạng, đạo đức, lối sống: Giáo dục tình yêu thương, biết ơn, trách nhiệm với gia đình; chăm chỉ, sống nhân ái.</w:t>
      </w:r>
    </w:p>
    <w:p w14:paraId="495FDC68" w14:textId="77777777" w:rsidR="00BA1FBA" w:rsidRPr="00BA1FBA" w:rsidRDefault="00BA1FBA" w:rsidP="004F58FE">
      <w:pPr>
        <w:shd w:val="clear" w:color="auto" w:fill="FFFFFF" w:themeFill="background1"/>
        <w:rPr>
          <w:color w:val="FF0000"/>
          <w:szCs w:val="26"/>
          <w:lang w:val="fr-FR"/>
        </w:rPr>
      </w:pPr>
      <w:r w:rsidRPr="00BA1FBA">
        <w:rPr>
          <w:color w:val="FF0000"/>
          <w:szCs w:val="26"/>
          <w:lang w:val="fr-FR"/>
        </w:rPr>
        <w:t>- Tích hợp năng lực số 1.2.CB1a: HS biết phát hiện độ tin cậy, độ chính xác của nguồn dữ liệu, thông tin và nội dung số đơn giản khi tìm bài đọc mở rộng; biết chọn bài viết phù hợp với lứa tuổi, có tên bài, tên tác giả/nguồn rõ ràng và không bấm vào đường link lạ.</w:t>
      </w:r>
    </w:p>
    <w:p w14:paraId="7D9759BE" w14:textId="77777777" w:rsidR="009C07B5" w:rsidRPr="00BA1FBA" w:rsidRDefault="002821C5" w:rsidP="004F58FE">
      <w:pPr>
        <w:shd w:val="clear" w:color="auto" w:fill="FFFFFF" w:themeFill="background1"/>
        <w:rPr>
          <w:lang w:val="fr-FR"/>
        </w:rPr>
      </w:pPr>
      <w:r w:rsidRPr="00BA1FBA">
        <w:rPr>
          <w:b/>
          <w:color w:val="000000"/>
          <w:lang w:val="fr-FR"/>
        </w:rPr>
        <w:t>II. ĐỒ DÙNG DẠY HỌC:</w:t>
      </w:r>
    </w:p>
    <w:p w14:paraId="325AD7AB" w14:textId="77777777" w:rsidR="009C07B5" w:rsidRPr="00BA1FBA" w:rsidRDefault="002821C5" w:rsidP="004F58FE">
      <w:pPr>
        <w:shd w:val="clear" w:color="auto" w:fill="FFFFFF" w:themeFill="background1"/>
        <w:rPr>
          <w:lang w:val="fr-FR"/>
        </w:rPr>
      </w:pPr>
      <w:r w:rsidRPr="00BA1FBA">
        <w:rPr>
          <w:color w:val="000000"/>
          <w:lang w:val="fr-FR"/>
        </w:rPr>
        <w:t>- GV: Tranh SGK trang 23, bảng phụ câu hỏi gợi ý, phiếu lập ý.</w:t>
      </w:r>
    </w:p>
    <w:p w14:paraId="62108885" w14:textId="77777777" w:rsidR="009C07B5" w:rsidRPr="00BA1FBA" w:rsidRDefault="002821C5" w:rsidP="004F58FE">
      <w:pPr>
        <w:shd w:val="clear" w:color="auto" w:fill="FFFFFF" w:themeFill="background1"/>
        <w:rPr>
          <w:lang w:val="fr-FR"/>
        </w:rPr>
      </w:pPr>
      <w:r w:rsidRPr="00BA1FBA">
        <w:rPr>
          <w:color w:val="000000"/>
          <w:lang w:val="fr-FR"/>
        </w:rPr>
        <w:t>- HS: SGK, vở ô li, bút chì.</w:t>
      </w:r>
    </w:p>
    <w:p w14:paraId="2F524882" w14:textId="77777777" w:rsidR="009C07B5" w:rsidRDefault="002821C5" w:rsidP="004F58FE">
      <w:pPr>
        <w:shd w:val="clear" w:color="auto" w:fill="FFFFFF" w:themeFill="background1"/>
      </w:pPr>
      <w:r>
        <w:rPr>
          <w:b/>
        </w:rPr>
        <w:t>III. HOẠT ĐỘNG DẠY HỌC</w:t>
      </w:r>
    </w:p>
    <w:tbl>
      <w:tblPr>
        <w:tblW w:w="0" w:type="auto"/>
        <w:jc w:val="center"/>
        <w:tblBorders>
          <w:top w:val="single" w:sz="8" w:space="0" w:color="000000"/>
          <w:left w:val="single" w:sz="8" w:space="0" w:color="000000"/>
          <w:bottom w:val="single" w:sz="8" w:space="0" w:color="000000"/>
          <w:right w:val="single" w:sz="8" w:space="0" w:color="000000"/>
          <w:insideV w:val="single" w:sz="8" w:space="0" w:color="000000"/>
        </w:tblBorders>
        <w:tblLook w:val="04A0" w:firstRow="1" w:lastRow="0" w:firstColumn="1" w:lastColumn="0" w:noHBand="0" w:noVBand="1"/>
      </w:tblPr>
      <w:tblGrid>
        <w:gridCol w:w="5270"/>
        <w:gridCol w:w="5270"/>
      </w:tblGrid>
      <w:tr w:rsidR="009C07B5" w14:paraId="39413E49" w14:textId="77777777" w:rsidTr="004F58FE">
        <w:trPr>
          <w:jc w:val="center"/>
        </w:trPr>
        <w:tc>
          <w:tcPr>
            <w:tcW w:w="4680" w:type="dxa"/>
            <w:tcBorders>
              <w:bottom w:val="single" w:sz="8" w:space="0" w:color="000000"/>
            </w:tcBorders>
            <w:shd w:val="clear" w:color="auto" w:fill="D9EAF7"/>
            <w:tcMar>
              <w:top w:w="60" w:type="dxa"/>
              <w:left w:w="70" w:type="dxa"/>
              <w:bottom w:w="60" w:type="dxa"/>
              <w:right w:w="70" w:type="dxa"/>
            </w:tcMar>
          </w:tcPr>
          <w:p w14:paraId="02B4762D" w14:textId="77777777" w:rsidR="009C07B5" w:rsidRDefault="002821C5" w:rsidP="004F58FE">
            <w:pPr>
              <w:shd w:val="clear" w:color="auto" w:fill="FFFFFF" w:themeFill="background1"/>
              <w:jc w:val="center"/>
            </w:pPr>
            <w:r>
              <w:rPr>
                <w:b/>
              </w:rPr>
              <w:t>Hoạt động của giáo viên</w:t>
            </w:r>
          </w:p>
        </w:tc>
        <w:tc>
          <w:tcPr>
            <w:tcW w:w="4680" w:type="dxa"/>
            <w:tcBorders>
              <w:bottom w:val="single" w:sz="8" w:space="0" w:color="000000"/>
            </w:tcBorders>
            <w:shd w:val="clear" w:color="auto" w:fill="D9EAF7"/>
            <w:tcMar>
              <w:top w:w="60" w:type="dxa"/>
              <w:left w:w="70" w:type="dxa"/>
              <w:bottom w:w="60" w:type="dxa"/>
              <w:right w:w="70" w:type="dxa"/>
            </w:tcMar>
          </w:tcPr>
          <w:p w14:paraId="602652BE" w14:textId="77777777" w:rsidR="009C07B5" w:rsidRDefault="002821C5" w:rsidP="004F58FE">
            <w:pPr>
              <w:shd w:val="clear" w:color="auto" w:fill="FFFFFF" w:themeFill="background1"/>
              <w:jc w:val="center"/>
            </w:pPr>
            <w:r>
              <w:rPr>
                <w:b/>
              </w:rPr>
              <w:t>Hoạt động của học sinh</w:t>
            </w:r>
          </w:p>
        </w:tc>
      </w:tr>
      <w:tr w:rsidR="009C07B5" w14:paraId="768B2AC8" w14:textId="77777777" w:rsidTr="004F58FE">
        <w:trPr>
          <w:jc w:val="center"/>
        </w:trPr>
        <w:tc>
          <w:tcPr>
            <w:tcW w:w="10540" w:type="dxa"/>
            <w:gridSpan w:val="2"/>
            <w:tcBorders>
              <w:top w:val="single" w:sz="8" w:space="0" w:color="000000"/>
              <w:bottom w:val="single" w:sz="8" w:space="0" w:color="000000"/>
            </w:tcBorders>
            <w:shd w:val="clear" w:color="auto" w:fill="E2F0D9"/>
          </w:tcPr>
          <w:p w14:paraId="16FF3949" w14:textId="77777777" w:rsidR="009C07B5" w:rsidRDefault="002821C5" w:rsidP="004F58FE">
            <w:pPr>
              <w:shd w:val="clear" w:color="auto" w:fill="FFFFFF" w:themeFill="background1"/>
            </w:pPr>
            <w:r>
              <w:rPr>
                <w:b/>
                <w:color w:val="008000"/>
              </w:rPr>
              <w:t>1. Khởi động (5 phút)</w:t>
            </w:r>
          </w:p>
          <w:p w14:paraId="584552ED" w14:textId="77777777" w:rsidR="009C07B5" w:rsidRDefault="002821C5" w:rsidP="004F58FE">
            <w:pPr>
              <w:shd w:val="clear" w:color="auto" w:fill="FFFFFF" w:themeFill="background1"/>
            </w:pPr>
            <w:r>
              <w:rPr>
                <w:i/>
                <w:color w:val="008000"/>
              </w:rPr>
              <w:t>Mục tiêu: Gợi nhớ các việc làm ở nhà và tạo ý tưởng viết đoạn.</w:t>
            </w:r>
          </w:p>
        </w:tc>
      </w:tr>
      <w:tr w:rsidR="009C07B5" w14:paraId="063C6AFF" w14:textId="77777777" w:rsidTr="004F58FE">
        <w:trPr>
          <w:jc w:val="center"/>
        </w:trPr>
        <w:tc>
          <w:tcPr>
            <w:tcW w:w="5270" w:type="dxa"/>
            <w:tcBorders>
              <w:top w:val="single" w:sz="8" w:space="0" w:color="000000"/>
            </w:tcBorders>
          </w:tcPr>
          <w:p w14:paraId="53F52EF2" w14:textId="77777777" w:rsidR="009C07B5" w:rsidRDefault="002821C5" w:rsidP="004F58FE">
            <w:pPr>
              <w:shd w:val="clear" w:color="auto" w:fill="FFFFFF" w:themeFill="background1"/>
            </w:pPr>
            <w:r>
              <w:t>- GV hỏi: Ở nhà, em đã từng làm việc gì để giúp ông bà, cha mẹ hoặc anh chị em?</w:t>
            </w:r>
          </w:p>
        </w:tc>
        <w:tc>
          <w:tcPr>
            <w:tcW w:w="5270" w:type="dxa"/>
            <w:tcBorders>
              <w:top w:val="single" w:sz="8" w:space="0" w:color="000000"/>
            </w:tcBorders>
          </w:tcPr>
          <w:p w14:paraId="0016D029" w14:textId="77777777" w:rsidR="009C07B5" w:rsidRDefault="002821C5" w:rsidP="004F58FE">
            <w:pPr>
              <w:shd w:val="clear" w:color="auto" w:fill="FFFFFF" w:themeFill="background1"/>
            </w:pPr>
            <w:r>
              <w:t>- HS trả lời: Em quét nhà, nhặt rau, gấp quần áo, trông em, dọn bàn học.</w:t>
            </w:r>
          </w:p>
        </w:tc>
      </w:tr>
      <w:tr w:rsidR="009C07B5" w14:paraId="16AD54F8" w14:textId="77777777" w:rsidTr="004F58FE">
        <w:trPr>
          <w:jc w:val="center"/>
        </w:trPr>
        <w:tc>
          <w:tcPr>
            <w:tcW w:w="5270" w:type="dxa"/>
            <w:tcBorders>
              <w:bottom w:val="single" w:sz="8" w:space="0" w:color="000000"/>
            </w:tcBorders>
          </w:tcPr>
          <w:p w14:paraId="56E171A8" w14:textId="77777777" w:rsidR="009C07B5" w:rsidRDefault="002821C5" w:rsidP="004F58FE">
            <w:pPr>
              <w:shd w:val="clear" w:color="auto" w:fill="FFFFFF" w:themeFill="background1"/>
            </w:pPr>
            <w:r>
              <w:t>- GV giới thiệu bài: Tiết này, các em sẽ quan sát tranh, kể lại việc bạn nhỏ đã làm và viết 2 - 3 câu về một việc em đã làm ở nhà.</w:t>
            </w:r>
          </w:p>
        </w:tc>
        <w:tc>
          <w:tcPr>
            <w:tcW w:w="5270" w:type="dxa"/>
            <w:tcBorders>
              <w:bottom w:val="single" w:sz="8" w:space="0" w:color="000000"/>
            </w:tcBorders>
          </w:tcPr>
          <w:p w14:paraId="21D22A4B" w14:textId="77777777" w:rsidR="009C07B5" w:rsidRDefault="002821C5" w:rsidP="004F58FE">
            <w:pPr>
              <w:shd w:val="clear" w:color="auto" w:fill="FFFFFF" w:themeFill="background1"/>
            </w:pPr>
            <w:r>
              <w:t>- HS chuẩn bị quan sát tranh và viết đoạn.</w:t>
            </w:r>
          </w:p>
        </w:tc>
      </w:tr>
      <w:tr w:rsidR="009C07B5" w14:paraId="74E5EDE0" w14:textId="77777777" w:rsidTr="004F58FE">
        <w:trPr>
          <w:jc w:val="center"/>
        </w:trPr>
        <w:tc>
          <w:tcPr>
            <w:tcW w:w="10540" w:type="dxa"/>
            <w:gridSpan w:val="2"/>
            <w:tcBorders>
              <w:top w:val="single" w:sz="8" w:space="0" w:color="000000"/>
              <w:bottom w:val="nil"/>
            </w:tcBorders>
            <w:shd w:val="clear" w:color="auto" w:fill="E2F0D9"/>
          </w:tcPr>
          <w:p w14:paraId="12A159C8" w14:textId="77777777" w:rsidR="009C07B5" w:rsidRDefault="002821C5" w:rsidP="004F58FE">
            <w:pPr>
              <w:shd w:val="clear" w:color="auto" w:fill="FFFFFF" w:themeFill="background1"/>
            </w:pPr>
            <w:r>
              <w:rPr>
                <w:b/>
                <w:color w:val="008000"/>
              </w:rPr>
              <w:t>2. Khám phá (12 phút)</w:t>
            </w:r>
          </w:p>
          <w:p w14:paraId="52FDFD29" w14:textId="77777777" w:rsidR="009C07B5" w:rsidRDefault="002821C5" w:rsidP="004F58FE">
            <w:pPr>
              <w:shd w:val="clear" w:color="auto" w:fill="FFFFFF" w:themeFill="background1"/>
            </w:pPr>
            <w:r>
              <w:rPr>
                <w:i/>
                <w:color w:val="008000"/>
              </w:rPr>
              <w:t>Mục tiêu: Hình thành ý tưởng, biết kể theo trình tự.</w:t>
            </w:r>
          </w:p>
        </w:tc>
      </w:tr>
      <w:tr w:rsidR="009C07B5" w14:paraId="1A1B52E7" w14:textId="77777777" w:rsidTr="004F58FE">
        <w:trPr>
          <w:jc w:val="center"/>
        </w:trPr>
        <w:tc>
          <w:tcPr>
            <w:tcW w:w="10540" w:type="dxa"/>
            <w:gridSpan w:val="2"/>
            <w:tcBorders>
              <w:top w:val="nil"/>
              <w:bottom w:val="single" w:sz="8" w:space="0" w:color="000000"/>
            </w:tcBorders>
            <w:shd w:val="clear" w:color="auto" w:fill="E2F0D9"/>
          </w:tcPr>
          <w:p w14:paraId="33E39E5D" w14:textId="77777777" w:rsidR="009C07B5" w:rsidRDefault="002821C5" w:rsidP="004F58FE">
            <w:pPr>
              <w:shd w:val="clear" w:color="auto" w:fill="FFFFFF" w:themeFill="background1"/>
            </w:pPr>
            <w:r>
              <w:rPr>
                <w:b/>
                <w:color w:val="008000"/>
              </w:rPr>
              <w:t>Hoạt động 1: Quan sát tranh và kể việc bạn nhỏ đã làm.</w:t>
            </w:r>
          </w:p>
          <w:p w14:paraId="3E3F3685" w14:textId="77777777" w:rsidR="009C07B5" w:rsidRDefault="002821C5" w:rsidP="004F58FE">
            <w:pPr>
              <w:shd w:val="clear" w:color="auto" w:fill="FFFFFF" w:themeFill="background1"/>
            </w:pPr>
            <w:r>
              <w:rPr>
                <w:i/>
                <w:color w:val="008000"/>
              </w:rPr>
              <w:t>Mục tiêu: HS kể được việc bạn nhỏ đã làm theo tranh.</w:t>
            </w:r>
          </w:p>
        </w:tc>
      </w:tr>
      <w:tr w:rsidR="009C07B5" w14:paraId="03E0F646" w14:textId="77777777" w:rsidTr="004F58FE">
        <w:trPr>
          <w:jc w:val="center"/>
        </w:trPr>
        <w:tc>
          <w:tcPr>
            <w:tcW w:w="5270" w:type="dxa"/>
            <w:tcBorders>
              <w:top w:val="single" w:sz="8" w:space="0" w:color="000000"/>
            </w:tcBorders>
          </w:tcPr>
          <w:p w14:paraId="25481F71" w14:textId="77777777" w:rsidR="009C07B5" w:rsidRDefault="002821C5" w:rsidP="004F58FE">
            <w:pPr>
              <w:shd w:val="clear" w:color="auto" w:fill="FFFFFF" w:themeFill="background1"/>
            </w:pPr>
            <w:r>
              <w:rPr>
                <w:b/>
              </w:rPr>
              <w:t>Bài tập 1: Nhìn tranh, kể về các việc bạn nhỏ đã làm.</w:t>
            </w:r>
          </w:p>
        </w:tc>
        <w:tc>
          <w:tcPr>
            <w:tcW w:w="5270" w:type="dxa"/>
            <w:tcBorders>
              <w:top w:val="single" w:sz="8" w:space="0" w:color="000000"/>
            </w:tcBorders>
          </w:tcPr>
          <w:p w14:paraId="5AEAFC61" w14:textId="77777777" w:rsidR="009C07B5" w:rsidRDefault="009C07B5" w:rsidP="004F58FE">
            <w:pPr>
              <w:shd w:val="clear" w:color="auto" w:fill="FFFFFF" w:themeFill="background1"/>
            </w:pPr>
          </w:p>
        </w:tc>
      </w:tr>
      <w:tr w:rsidR="009C07B5" w14:paraId="13F94D74" w14:textId="77777777" w:rsidTr="004F58FE">
        <w:trPr>
          <w:jc w:val="center"/>
        </w:trPr>
        <w:tc>
          <w:tcPr>
            <w:tcW w:w="5270" w:type="dxa"/>
          </w:tcPr>
          <w:p w14:paraId="68549785" w14:textId="77777777" w:rsidR="009C07B5" w:rsidRDefault="002821C5" w:rsidP="004F58FE">
            <w:pPr>
              <w:shd w:val="clear" w:color="auto" w:fill="FFFFFF" w:themeFill="background1"/>
            </w:pPr>
            <w:r>
              <w:t>- GV yêu cầu HS đọc đề bài.</w:t>
            </w:r>
          </w:p>
          <w:p w14:paraId="1045BD15" w14:textId="19226CD1" w:rsidR="009C07B5" w:rsidRDefault="009C07B5" w:rsidP="004F58FE">
            <w:pPr>
              <w:shd w:val="clear" w:color="auto" w:fill="FFFFFF" w:themeFill="background1"/>
              <w:jc w:val="center"/>
            </w:pPr>
          </w:p>
        </w:tc>
        <w:tc>
          <w:tcPr>
            <w:tcW w:w="5270" w:type="dxa"/>
          </w:tcPr>
          <w:p w14:paraId="5E739A74" w14:textId="77777777" w:rsidR="009C07B5" w:rsidRDefault="002821C5" w:rsidP="004F58FE">
            <w:pPr>
              <w:shd w:val="clear" w:color="auto" w:fill="FFFFFF" w:themeFill="background1"/>
            </w:pPr>
            <w:r>
              <w:lastRenderedPageBreak/>
              <w:t>- HS đọc đề bài, nêu yêu cầu cần thực hiện.</w:t>
            </w:r>
          </w:p>
        </w:tc>
      </w:tr>
      <w:tr w:rsidR="009C07B5" w14:paraId="790BCEA9" w14:textId="77777777" w:rsidTr="004F58FE">
        <w:trPr>
          <w:jc w:val="center"/>
        </w:trPr>
        <w:tc>
          <w:tcPr>
            <w:tcW w:w="5270" w:type="dxa"/>
          </w:tcPr>
          <w:p w14:paraId="5E1D1189" w14:textId="77777777" w:rsidR="009C07B5" w:rsidRDefault="002821C5" w:rsidP="004F58FE">
            <w:pPr>
              <w:shd w:val="clear" w:color="auto" w:fill="FFFFFF" w:themeFill="background1"/>
            </w:pPr>
            <w:r>
              <w:t>- GV hướng dẫn HS thực hiện bài tập, nhắc lại yêu cầu trọng tâm của đề bài.</w:t>
            </w:r>
          </w:p>
        </w:tc>
        <w:tc>
          <w:tcPr>
            <w:tcW w:w="5270" w:type="dxa"/>
          </w:tcPr>
          <w:p w14:paraId="1C36B007" w14:textId="77777777" w:rsidR="009C07B5" w:rsidRDefault="002821C5" w:rsidP="004F58FE">
            <w:pPr>
              <w:shd w:val="clear" w:color="auto" w:fill="FFFFFF" w:themeFill="background1"/>
            </w:pPr>
            <w:r>
              <w:t>- HS lắng nghe, xác định việc cần làm và chuẩn bị thực hiện bài tập.</w:t>
            </w:r>
          </w:p>
        </w:tc>
      </w:tr>
      <w:tr w:rsidR="009C07B5" w14:paraId="69F9967F" w14:textId="77777777" w:rsidTr="004F58FE">
        <w:trPr>
          <w:jc w:val="center"/>
        </w:trPr>
        <w:tc>
          <w:tcPr>
            <w:tcW w:w="5270" w:type="dxa"/>
          </w:tcPr>
          <w:p w14:paraId="55042C98" w14:textId="77777777" w:rsidR="009C07B5" w:rsidRDefault="002821C5" w:rsidP="004F58FE">
            <w:pPr>
              <w:shd w:val="clear" w:color="auto" w:fill="FFFFFF" w:themeFill="background1"/>
            </w:pPr>
            <w:r>
              <w:t>- GV tổ chức cho HS làm việc nhóm 4, trao đổi cách làm và thống nhất kết quả.</w:t>
            </w:r>
          </w:p>
        </w:tc>
        <w:tc>
          <w:tcPr>
            <w:tcW w:w="5270" w:type="dxa"/>
          </w:tcPr>
          <w:p w14:paraId="1C2F9F29" w14:textId="77777777" w:rsidR="009C07B5" w:rsidRDefault="002821C5" w:rsidP="004F58FE">
            <w:pPr>
              <w:shd w:val="clear" w:color="auto" w:fill="FFFFFF" w:themeFill="background1"/>
            </w:pPr>
            <w:r>
              <w:t>- HS làm việc nhóm 4, chia sẻ ý kiến, lắng nghe bạn và hoàn thành nhiệm vụ.</w:t>
            </w:r>
          </w:p>
        </w:tc>
      </w:tr>
      <w:tr w:rsidR="009C07B5" w14:paraId="165C1F47" w14:textId="77777777" w:rsidTr="004F58FE">
        <w:trPr>
          <w:jc w:val="center"/>
        </w:trPr>
        <w:tc>
          <w:tcPr>
            <w:tcW w:w="5270" w:type="dxa"/>
          </w:tcPr>
          <w:p w14:paraId="270F8597" w14:textId="77777777" w:rsidR="009C07B5" w:rsidRDefault="002821C5" w:rsidP="004F58FE">
            <w:pPr>
              <w:shd w:val="clear" w:color="auto" w:fill="FFFFFF" w:themeFill="background1"/>
            </w:pPr>
            <w:r>
              <w:t>- GV mời HS trình bày kết quả trước lớp.</w:t>
            </w:r>
          </w:p>
        </w:tc>
        <w:tc>
          <w:tcPr>
            <w:tcW w:w="5270" w:type="dxa"/>
          </w:tcPr>
          <w:p w14:paraId="1984CA93" w14:textId="77777777" w:rsidR="009C07B5" w:rsidRDefault="002821C5" w:rsidP="004F58FE">
            <w:pPr>
              <w:shd w:val="clear" w:color="auto" w:fill="FFFFFF" w:themeFill="background1"/>
            </w:pPr>
            <w:r>
              <w:t>- HS trình bày kết quả rõ ràng; các bạn theo dõi, nhận xét và bổ sung.</w:t>
            </w:r>
          </w:p>
        </w:tc>
      </w:tr>
      <w:tr w:rsidR="009C07B5" w14:paraId="7F869A7B" w14:textId="77777777" w:rsidTr="004F58FE">
        <w:trPr>
          <w:jc w:val="center"/>
        </w:trPr>
        <w:tc>
          <w:tcPr>
            <w:tcW w:w="5270" w:type="dxa"/>
          </w:tcPr>
          <w:p w14:paraId="6728B145" w14:textId="77777777" w:rsidR="009C07B5" w:rsidRDefault="002821C5" w:rsidP="004F58FE">
            <w:pPr>
              <w:shd w:val="clear" w:color="auto" w:fill="FFFFFF" w:themeFill="background1"/>
            </w:pPr>
            <w:r>
              <w:t>- GV nhận xét, sửa bài và chốt đáp án đúng.</w:t>
            </w:r>
          </w:p>
        </w:tc>
        <w:tc>
          <w:tcPr>
            <w:tcW w:w="5270" w:type="dxa"/>
          </w:tcPr>
          <w:p w14:paraId="1F25930A" w14:textId="77777777" w:rsidR="009C07B5" w:rsidRDefault="002821C5" w:rsidP="004F58FE">
            <w:pPr>
              <w:shd w:val="clear" w:color="auto" w:fill="FFFFFF" w:themeFill="background1"/>
            </w:pPr>
            <w:r>
              <w:t>- HS sửa bài vào vở/VBT, ghi nhớ cách làm đúng.</w:t>
            </w:r>
          </w:p>
        </w:tc>
      </w:tr>
      <w:tr w:rsidR="009C07B5" w14:paraId="61C88F08" w14:textId="77777777" w:rsidTr="004F58FE">
        <w:trPr>
          <w:jc w:val="center"/>
        </w:trPr>
        <w:tc>
          <w:tcPr>
            <w:tcW w:w="5270" w:type="dxa"/>
          </w:tcPr>
          <w:p w14:paraId="69E15532" w14:textId="77777777" w:rsidR="009C07B5" w:rsidRDefault="002821C5" w:rsidP="004F58FE">
            <w:pPr>
              <w:shd w:val="clear" w:color="auto" w:fill="FFFFFF" w:themeFill="background1"/>
            </w:pPr>
            <w:r>
              <w:t>- Khi kể việc làm, em nên kể theo trình tự nào?</w:t>
            </w:r>
          </w:p>
        </w:tc>
        <w:tc>
          <w:tcPr>
            <w:tcW w:w="5270" w:type="dxa"/>
          </w:tcPr>
          <w:p w14:paraId="048E4A64" w14:textId="77777777" w:rsidR="009C07B5" w:rsidRDefault="002821C5" w:rsidP="004F58FE">
            <w:pPr>
              <w:shd w:val="clear" w:color="auto" w:fill="FFFFFF" w:themeFill="background1"/>
            </w:pPr>
            <w:r>
              <w:t>- HS trả lời: Em kể theo trình tự: trước tiên làm gì, tiếp theo làm gì, cuối cùng làm gì.</w:t>
            </w:r>
          </w:p>
        </w:tc>
      </w:tr>
      <w:tr w:rsidR="009C07B5" w14:paraId="4BC36D1F" w14:textId="77777777" w:rsidTr="004F58FE">
        <w:trPr>
          <w:jc w:val="center"/>
        </w:trPr>
        <w:tc>
          <w:tcPr>
            <w:tcW w:w="5270" w:type="dxa"/>
          </w:tcPr>
          <w:p w14:paraId="6624024A" w14:textId="77777777" w:rsidR="009C07B5" w:rsidRDefault="002821C5" w:rsidP="004F58FE">
            <w:pPr>
              <w:shd w:val="clear" w:color="auto" w:fill="FFFFFF" w:themeFill="background1"/>
            </w:pPr>
            <w:r>
              <w:rPr>
                <w:color w:val="C00000"/>
              </w:rPr>
              <w:t>- Vì sao em nên làm những việc nhà vừa sức?</w:t>
            </w:r>
          </w:p>
        </w:tc>
        <w:tc>
          <w:tcPr>
            <w:tcW w:w="5270" w:type="dxa"/>
          </w:tcPr>
          <w:p w14:paraId="0E78CFAA" w14:textId="77777777" w:rsidR="009C07B5" w:rsidRDefault="002821C5" w:rsidP="004F58FE">
            <w:pPr>
              <w:shd w:val="clear" w:color="auto" w:fill="FFFFFF" w:themeFill="background1"/>
            </w:pPr>
            <w:r>
              <w:rPr>
                <w:color w:val="C00000"/>
              </w:rPr>
              <w:t>- HS trả lời: Vì làm việc vừa sức giúp em tự lập, giúp đỡ người thân và không bị quá sức.</w:t>
            </w:r>
          </w:p>
        </w:tc>
      </w:tr>
      <w:tr w:rsidR="009C07B5" w14:paraId="4CE6DFA6" w14:textId="77777777" w:rsidTr="004F58FE">
        <w:trPr>
          <w:jc w:val="center"/>
        </w:trPr>
        <w:tc>
          <w:tcPr>
            <w:tcW w:w="5270" w:type="dxa"/>
          </w:tcPr>
          <w:p w14:paraId="233E193A" w14:textId="77777777" w:rsidR="009C07B5" w:rsidRDefault="002821C5" w:rsidP="004F58FE">
            <w:pPr>
              <w:shd w:val="clear" w:color="auto" w:fill="FFFFFF" w:themeFill="background1"/>
            </w:pPr>
            <w:r>
              <w:rPr>
                <w:color w:val="C00000"/>
              </w:rPr>
              <w:t>- Tích hợp giáo dục lý tưởng cách mạng, đạo đức, lối sống: GV diễn giải: Làm việc nhà vừa sức là biểu hiện của tình yêu thương và trách nhiệm với gia đình. Các em còn nhỏ nhưng có thể làm nhiều việc phù hợp như xếp đồ chơi, lau bàn, nhặt rau, tưới cây, chuẩn bị sách vở. Khi biết giúp người thân, các em rèn tính chăm chỉ, tự lập, biết yêu lao động và sống có trách nhiệm hơn.</w:t>
            </w:r>
          </w:p>
        </w:tc>
        <w:tc>
          <w:tcPr>
            <w:tcW w:w="5270" w:type="dxa"/>
          </w:tcPr>
          <w:p w14:paraId="205A8D2E" w14:textId="77777777" w:rsidR="009C07B5" w:rsidRDefault="002821C5" w:rsidP="004F58FE">
            <w:pPr>
              <w:shd w:val="clear" w:color="auto" w:fill="FFFFFF" w:themeFill="background1"/>
            </w:pPr>
            <w:r>
              <w:rPr>
                <w:color w:val="C00000"/>
              </w:rPr>
              <w:t>- HS nêu việc làm phù hợp: Em sẽ tự xếp bàn học, phụ mẹ nhặt rau, lau bàn, cất đồ chơi đúng chỗ.</w:t>
            </w:r>
          </w:p>
        </w:tc>
      </w:tr>
      <w:tr w:rsidR="009C07B5" w14:paraId="513548AC" w14:textId="77777777" w:rsidTr="004F58FE">
        <w:trPr>
          <w:jc w:val="center"/>
        </w:trPr>
        <w:tc>
          <w:tcPr>
            <w:tcW w:w="5270" w:type="dxa"/>
            <w:tcBorders>
              <w:bottom w:val="single" w:sz="8" w:space="0" w:color="000000"/>
            </w:tcBorders>
          </w:tcPr>
          <w:p w14:paraId="501EB726" w14:textId="77777777" w:rsidR="009C07B5" w:rsidRDefault="002821C5" w:rsidP="004F58FE">
            <w:pPr>
              <w:shd w:val="clear" w:color="auto" w:fill="FFFFFF" w:themeFill="background1"/>
            </w:pPr>
            <w:r>
              <w:t>- GV kết luận: Kể theo tranh cần đúng trình tự sự việc và dùng câu rõ ý.</w:t>
            </w:r>
          </w:p>
        </w:tc>
        <w:tc>
          <w:tcPr>
            <w:tcW w:w="5270" w:type="dxa"/>
            <w:tcBorders>
              <w:bottom w:val="single" w:sz="8" w:space="0" w:color="000000"/>
            </w:tcBorders>
          </w:tcPr>
          <w:p w14:paraId="45651076" w14:textId="77777777" w:rsidR="009C07B5" w:rsidRDefault="002821C5" w:rsidP="004F58FE">
            <w:pPr>
              <w:shd w:val="clear" w:color="auto" w:fill="FFFFFF" w:themeFill="background1"/>
            </w:pPr>
            <w:r>
              <w:t>- HS lắng nghe, nhắc lại điều cần ghi nhớ sau bài tập.</w:t>
            </w:r>
          </w:p>
        </w:tc>
      </w:tr>
      <w:tr w:rsidR="009C07B5" w14:paraId="70E953BE" w14:textId="77777777" w:rsidTr="004F58FE">
        <w:trPr>
          <w:jc w:val="center"/>
        </w:trPr>
        <w:tc>
          <w:tcPr>
            <w:tcW w:w="10540" w:type="dxa"/>
            <w:gridSpan w:val="2"/>
            <w:tcBorders>
              <w:top w:val="single" w:sz="8" w:space="0" w:color="000000"/>
              <w:bottom w:val="nil"/>
            </w:tcBorders>
            <w:shd w:val="clear" w:color="auto" w:fill="E2F0D9"/>
          </w:tcPr>
          <w:p w14:paraId="0431C51B" w14:textId="77777777" w:rsidR="009C07B5" w:rsidRDefault="002821C5" w:rsidP="004F58FE">
            <w:pPr>
              <w:shd w:val="clear" w:color="auto" w:fill="FFFFFF" w:themeFill="background1"/>
            </w:pPr>
            <w:r>
              <w:rPr>
                <w:b/>
                <w:color w:val="008000"/>
              </w:rPr>
              <w:t>3. Thực hành (15 phút)</w:t>
            </w:r>
          </w:p>
          <w:p w14:paraId="04634F64" w14:textId="77777777" w:rsidR="009C07B5" w:rsidRDefault="002821C5" w:rsidP="004F58FE">
            <w:pPr>
              <w:shd w:val="clear" w:color="auto" w:fill="FFFFFF" w:themeFill="background1"/>
            </w:pPr>
            <w:r>
              <w:rPr>
                <w:i/>
                <w:color w:val="008000"/>
              </w:rPr>
              <w:t>Mục tiêu: Viết đoạn ngắn đúng nội dung, rõ câu.</w:t>
            </w:r>
          </w:p>
        </w:tc>
      </w:tr>
      <w:tr w:rsidR="009C07B5" w14:paraId="60CF00BD" w14:textId="77777777" w:rsidTr="004F58FE">
        <w:trPr>
          <w:jc w:val="center"/>
        </w:trPr>
        <w:tc>
          <w:tcPr>
            <w:tcW w:w="10540" w:type="dxa"/>
            <w:gridSpan w:val="2"/>
            <w:tcBorders>
              <w:top w:val="nil"/>
              <w:bottom w:val="single" w:sz="8" w:space="0" w:color="000000"/>
            </w:tcBorders>
            <w:shd w:val="clear" w:color="auto" w:fill="E2F0D9"/>
          </w:tcPr>
          <w:p w14:paraId="423E8481" w14:textId="77777777" w:rsidR="009C07B5" w:rsidRDefault="002821C5" w:rsidP="004F58FE">
            <w:pPr>
              <w:shd w:val="clear" w:color="auto" w:fill="FFFFFF" w:themeFill="background1"/>
            </w:pPr>
            <w:r>
              <w:rPr>
                <w:b/>
                <w:color w:val="008000"/>
              </w:rPr>
              <w:t>Hoạt động 2: Viết 2 - 3 câu kể một việc em đã làm ở nhà.</w:t>
            </w:r>
          </w:p>
          <w:p w14:paraId="736E12AA" w14:textId="77777777" w:rsidR="009C07B5" w:rsidRDefault="002821C5" w:rsidP="004F58FE">
            <w:pPr>
              <w:shd w:val="clear" w:color="auto" w:fill="FFFFFF" w:themeFill="background1"/>
            </w:pPr>
            <w:r>
              <w:rPr>
                <w:i/>
                <w:color w:val="008000"/>
              </w:rPr>
              <w:t>Mục tiêu: HS viết được đoạn ngắn kể việc đã làm ở nhà.</w:t>
            </w:r>
          </w:p>
        </w:tc>
      </w:tr>
      <w:tr w:rsidR="009C07B5" w14:paraId="334106B0" w14:textId="77777777" w:rsidTr="004F58FE">
        <w:trPr>
          <w:jc w:val="center"/>
        </w:trPr>
        <w:tc>
          <w:tcPr>
            <w:tcW w:w="5270" w:type="dxa"/>
            <w:tcBorders>
              <w:top w:val="single" w:sz="8" w:space="0" w:color="000000"/>
            </w:tcBorders>
          </w:tcPr>
          <w:p w14:paraId="005C2B9B" w14:textId="77777777" w:rsidR="009C07B5" w:rsidRDefault="002821C5" w:rsidP="004F58FE">
            <w:pPr>
              <w:shd w:val="clear" w:color="auto" w:fill="FFFFFF" w:themeFill="background1"/>
            </w:pPr>
            <w:r>
              <w:rPr>
                <w:b/>
              </w:rPr>
              <w:t>Bài tập 2: Viết 2 - 3 câu kể về một việc em đã làm ở nhà.</w:t>
            </w:r>
          </w:p>
        </w:tc>
        <w:tc>
          <w:tcPr>
            <w:tcW w:w="5270" w:type="dxa"/>
            <w:tcBorders>
              <w:top w:val="single" w:sz="8" w:space="0" w:color="000000"/>
            </w:tcBorders>
          </w:tcPr>
          <w:p w14:paraId="6B017DB9" w14:textId="77777777" w:rsidR="009C07B5" w:rsidRDefault="009C07B5" w:rsidP="004F58FE">
            <w:pPr>
              <w:shd w:val="clear" w:color="auto" w:fill="FFFFFF" w:themeFill="background1"/>
            </w:pPr>
          </w:p>
        </w:tc>
      </w:tr>
      <w:tr w:rsidR="009C07B5" w14:paraId="60A9D986" w14:textId="77777777" w:rsidTr="004F58FE">
        <w:trPr>
          <w:jc w:val="center"/>
        </w:trPr>
        <w:tc>
          <w:tcPr>
            <w:tcW w:w="5270" w:type="dxa"/>
          </w:tcPr>
          <w:p w14:paraId="60AA6620" w14:textId="77777777" w:rsidR="009C07B5" w:rsidRDefault="002821C5" w:rsidP="004F58FE">
            <w:pPr>
              <w:shd w:val="clear" w:color="auto" w:fill="FFFFFF" w:themeFill="background1"/>
            </w:pPr>
            <w:r>
              <w:t>- GV yêu cầu HS đọc đề bài.</w:t>
            </w:r>
          </w:p>
        </w:tc>
        <w:tc>
          <w:tcPr>
            <w:tcW w:w="5270" w:type="dxa"/>
          </w:tcPr>
          <w:p w14:paraId="041CD1D0" w14:textId="77777777" w:rsidR="009C07B5" w:rsidRDefault="002821C5" w:rsidP="004F58FE">
            <w:pPr>
              <w:shd w:val="clear" w:color="auto" w:fill="FFFFFF" w:themeFill="background1"/>
            </w:pPr>
            <w:r>
              <w:t>- HS đọc đề bài, nêu yêu cầu cần thực hiện.</w:t>
            </w:r>
          </w:p>
        </w:tc>
      </w:tr>
      <w:tr w:rsidR="009C07B5" w14:paraId="56CC6C5E" w14:textId="77777777" w:rsidTr="004F58FE">
        <w:trPr>
          <w:jc w:val="center"/>
        </w:trPr>
        <w:tc>
          <w:tcPr>
            <w:tcW w:w="5270" w:type="dxa"/>
          </w:tcPr>
          <w:p w14:paraId="6F0AD606" w14:textId="77777777" w:rsidR="009C07B5" w:rsidRDefault="002821C5" w:rsidP="004F58FE">
            <w:pPr>
              <w:shd w:val="clear" w:color="auto" w:fill="FFFFFF" w:themeFill="background1"/>
            </w:pPr>
            <w:r>
              <w:t>- GV hướng dẫn HS thực hiện bài tập, nhắc lại yêu cầu trọng tâm của đề bài.</w:t>
            </w:r>
          </w:p>
        </w:tc>
        <w:tc>
          <w:tcPr>
            <w:tcW w:w="5270" w:type="dxa"/>
          </w:tcPr>
          <w:p w14:paraId="0DC1970C" w14:textId="77777777" w:rsidR="009C07B5" w:rsidRDefault="002821C5" w:rsidP="004F58FE">
            <w:pPr>
              <w:shd w:val="clear" w:color="auto" w:fill="FFFFFF" w:themeFill="background1"/>
            </w:pPr>
            <w:r>
              <w:t>- HS lắng nghe, xác định việc cần làm và chuẩn bị thực hiện bài tập.</w:t>
            </w:r>
          </w:p>
        </w:tc>
      </w:tr>
      <w:tr w:rsidR="009C07B5" w14:paraId="1945814E" w14:textId="77777777" w:rsidTr="004F58FE">
        <w:trPr>
          <w:jc w:val="center"/>
        </w:trPr>
        <w:tc>
          <w:tcPr>
            <w:tcW w:w="5270" w:type="dxa"/>
          </w:tcPr>
          <w:p w14:paraId="7B663726" w14:textId="77777777" w:rsidR="009C07B5" w:rsidRDefault="002821C5" w:rsidP="004F58FE">
            <w:pPr>
              <w:shd w:val="clear" w:color="auto" w:fill="FFFFFF" w:themeFill="background1"/>
            </w:pPr>
            <w:r>
              <w:t>- GV yêu cầu HS làm việc cá nhân, thực hiện bài vào vở/VBT hoặc bảng con theo yêu cầu.</w:t>
            </w:r>
          </w:p>
        </w:tc>
        <w:tc>
          <w:tcPr>
            <w:tcW w:w="5270" w:type="dxa"/>
          </w:tcPr>
          <w:p w14:paraId="1B5EA751" w14:textId="77777777" w:rsidR="009C07B5" w:rsidRDefault="002821C5" w:rsidP="004F58FE">
            <w:pPr>
              <w:shd w:val="clear" w:color="auto" w:fill="FFFFFF" w:themeFill="background1"/>
            </w:pPr>
            <w:r>
              <w:t>- HS làm bài cá nhân, tự kiểm tra lại kết quả trước khi trình bày.</w:t>
            </w:r>
          </w:p>
        </w:tc>
      </w:tr>
      <w:tr w:rsidR="009C07B5" w14:paraId="6D07BB7D" w14:textId="77777777" w:rsidTr="004F58FE">
        <w:trPr>
          <w:jc w:val="center"/>
        </w:trPr>
        <w:tc>
          <w:tcPr>
            <w:tcW w:w="5270" w:type="dxa"/>
          </w:tcPr>
          <w:p w14:paraId="1A7E4DA1" w14:textId="77777777" w:rsidR="009C07B5" w:rsidRDefault="002821C5" w:rsidP="004F58FE">
            <w:pPr>
              <w:shd w:val="clear" w:color="auto" w:fill="FFFFFF" w:themeFill="background1"/>
            </w:pPr>
            <w:r>
              <w:t>- GV mời HS trình bày kết quả trước lớp.</w:t>
            </w:r>
          </w:p>
        </w:tc>
        <w:tc>
          <w:tcPr>
            <w:tcW w:w="5270" w:type="dxa"/>
          </w:tcPr>
          <w:p w14:paraId="7A74C71E" w14:textId="77777777" w:rsidR="009C07B5" w:rsidRDefault="002821C5" w:rsidP="004F58FE">
            <w:pPr>
              <w:shd w:val="clear" w:color="auto" w:fill="FFFFFF" w:themeFill="background1"/>
            </w:pPr>
            <w:r>
              <w:t>- HS trình bày kết quả rõ ràng; các bạn theo dõi, nhận xét và bổ sung.</w:t>
            </w:r>
          </w:p>
        </w:tc>
      </w:tr>
      <w:tr w:rsidR="009C07B5" w14:paraId="55884670" w14:textId="77777777" w:rsidTr="004F58FE">
        <w:trPr>
          <w:jc w:val="center"/>
        </w:trPr>
        <w:tc>
          <w:tcPr>
            <w:tcW w:w="5270" w:type="dxa"/>
          </w:tcPr>
          <w:p w14:paraId="5CB09256" w14:textId="77777777" w:rsidR="009C07B5" w:rsidRDefault="002821C5" w:rsidP="004F58FE">
            <w:pPr>
              <w:shd w:val="clear" w:color="auto" w:fill="FFFFFF" w:themeFill="background1"/>
            </w:pPr>
            <w:r>
              <w:t>- GV nhận xét, sửa bài và chốt đáp án đúng.</w:t>
            </w:r>
          </w:p>
        </w:tc>
        <w:tc>
          <w:tcPr>
            <w:tcW w:w="5270" w:type="dxa"/>
          </w:tcPr>
          <w:p w14:paraId="7CEAC4AE" w14:textId="77777777" w:rsidR="009C07B5" w:rsidRDefault="002821C5" w:rsidP="004F58FE">
            <w:pPr>
              <w:shd w:val="clear" w:color="auto" w:fill="FFFFFF" w:themeFill="background1"/>
            </w:pPr>
            <w:r>
              <w:t>- HS sửa bài vào vở/VBT, ghi nhớ cách làm đúng.</w:t>
            </w:r>
          </w:p>
        </w:tc>
      </w:tr>
      <w:tr w:rsidR="009C07B5" w14:paraId="7FAC31D0" w14:textId="77777777" w:rsidTr="004F58FE">
        <w:trPr>
          <w:jc w:val="center"/>
        </w:trPr>
        <w:tc>
          <w:tcPr>
            <w:tcW w:w="5270" w:type="dxa"/>
          </w:tcPr>
          <w:p w14:paraId="68032102" w14:textId="77777777" w:rsidR="009C07B5" w:rsidRDefault="002821C5" w:rsidP="004F58FE">
            <w:pPr>
              <w:shd w:val="clear" w:color="auto" w:fill="FFFFFF" w:themeFill="background1"/>
            </w:pPr>
            <w:r>
              <w:t>- GV gợi ý từng câu: Em đã làm được việc gì? Em làm việc đó như thế nào? Em cảm thấy thế nào sau khi làm xong?</w:t>
            </w:r>
          </w:p>
        </w:tc>
        <w:tc>
          <w:tcPr>
            <w:tcW w:w="5270" w:type="dxa"/>
          </w:tcPr>
          <w:p w14:paraId="5B164043" w14:textId="77777777" w:rsidR="009C07B5" w:rsidRDefault="002821C5" w:rsidP="004F58FE">
            <w:pPr>
              <w:shd w:val="clear" w:color="auto" w:fill="FFFFFF" w:themeFill="background1"/>
            </w:pPr>
            <w:r>
              <w:t>- HS trả lời gợi ý: Em đã nhặt rau giúp mẹ. Em nhặt bỏ lá úa, rửa rau sạch. Em rất vui vì giúp được mẹ.</w:t>
            </w:r>
          </w:p>
        </w:tc>
      </w:tr>
      <w:tr w:rsidR="009C07B5" w14:paraId="22F8E567" w14:textId="77777777" w:rsidTr="004F58FE">
        <w:trPr>
          <w:jc w:val="center"/>
        </w:trPr>
        <w:tc>
          <w:tcPr>
            <w:tcW w:w="5270" w:type="dxa"/>
          </w:tcPr>
          <w:p w14:paraId="0BFFF2D9" w14:textId="77777777" w:rsidR="009C07B5" w:rsidRDefault="002821C5" w:rsidP="004F58FE">
            <w:pPr>
              <w:shd w:val="clear" w:color="auto" w:fill="FFFFFF" w:themeFill="background1"/>
            </w:pPr>
            <w:r>
              <w:t>- GV yêu cầu HS viết đoạn vào vở ô li.</w:t>
            </w:r>
          </w:p>
        </w:tc>
        <w:tc>
          <w:tcPr>
            <w:tcW w:w="5270" w:type="dxa"/>
          </w:tcPr>
          <w:p w14:paraId="75143317" w14:textId="77777777" w:rsidR="009C07B5" w:rsidRDefault="002821C5" w:rsidP="004F58FE">
            <w:pPr>
              <w:shd w:val="clear" w:color="auto" w:fill="FFFFFF" w:themeFill="background1"/>
            </w:pPr>
            <w:r>
              <w:t>- HS viết đoạn vào vở, chú ý viết hoa đầu câu và dùng dấu chấm cuối câu.</w:t>
            </w:r>
          </w:p>
        </w:tc>
      </w:tr>
      <w:tr w:rsidR="009C07B5" w14:paraId="523B60A1" w14:textId="77777777" w:rsidTr="004F58FE">
        <w:trPr>
          <w:jc w:val="center"/>
        </w:trPr>
        <w:tc>
          <w:tcPr>
            <w:tcW w:w="5270" w:type="dxa"/>
          </w:tcPr>
          <w:p w14:paraId="4185778F" w14:textId="77777777" w:rsidR="009C07B5" w:rsidRDefault="002821C5" w:rsidP="004F58FE">
            <w:pPr>
              <w:shd w:val="clear" w:color="auto" w:fill="FFFFFF" w:themeFill="background1"/>
            </w:pPr>
            <w:r>
              <w:t>- GV mời HS đọc bài, hướng dẫn cả lớp góp ý về nội dung, dấu câu, chữ viết.</w:t>
            </w:r>
          </w:p>
        </w:tc>
        <w:tc>
          <w:tcPr>
            <w:tcW w:w="5270" w:type="dxa"/>
          </w:tcPr>
          <w:p w14:paraId="38488C4E" w14:textId="77777777" w:rsidR="009C07B5" w:rsidRDefault="002821C5" w:rsidP="004F58FE">
            <w:pPr>
              <w:shd w:val="clear" w:color="auto" w:fill="FFFFFF" w:themeFill="background1"/>
            </w:pPr>
            <w:r>
              <w:t>- HS đọc bài; bạn góp ý: câu rõ ý, đủ 2 - 3 câu, có cảm xúc sau khi làm việc.</w:t>
            </w:r>
          </w:p>
        </w:tc>
      </w:tr>
      <w:tr w:rsidR="009C07B5" w14:paraId="3831337A" w14:textId="77777777" w:rsidTr="004F58FE">
        <w:trPr>
          <w:jc w:val="center"/>
        </w:trPr>
        <w:tc>
          <w:tcPr>
            <w:tcW w:w="5270" w:type="dxa"/>
            <w:tcBorders>
              <w:bottom w:val="single" w:sz="8" w:space="0" w:color="000000"/>
            </w:tcBorders>
          </w:tcPr>
          <w:p w14:paraId="4AF6E797" w14:textId="77777777" w:rsidR="009C07B5" w:rsidRDefault="002821C5" w:rsidP="004F58FE">
            <w:pPr>
              <w:shd w:val="clear" w:color="auto" w:fill="FFFFFF" w:themeFill="background1"/>
            </w:pPr>
            <w:r>
              <w:lastRenderedPageBreak/>
              <w:t>- GV kết luận: Đoạn văn ngắn cần nêu rõ việc làm, cách làm và cảm nghĩ của em.</w:t>
            </w:r>
          </w:p>
        </w:tc>
        <w:tc>
          <w:tcPr>
            <w:tcW w:w="5270" w:type="dxa"/>
            <w:tcBorders>
              <w:bottom w:val="single" w:sz="8" w:space="0" w:color="000000"/>
            </w:tcBorders>
          </w:tcPr>
          <w:p w14:paraId="7D1F634B" w14:textId="77777777" w:rsidR="009C07B5" w:rsidRDefault="002821C5" w:rsidP="004F58FE">
            <w:pPr>
              <w:shd w:val="clear" w:color="auto" w:fill="FFFFFF" w:themeFill="background1"/>
            </w:pPr>
            <w:r>
              <w:t>- HS lắng nghe, nhắc lại điều cần ghi nhớ sau bài tập.</w:t>
            </w:r>
          </w:p>
        </w:tc>
      </w:tr>
      <w:tr w:rsidR="009C07B5" w14:paraId="3092DAFE" w14:textId="77777777" w:rsidTr="004F58FE">
        <w:trPr>
          <w:jc w:val="center"/>
        </w:trPr>
        <w:tc>
          <w:tcPr>
            <w:tcW w:w="10540" w:type="dxa"/>
            <w:gridSpan w:val="2"/>
            <w:tcBorders>
              <w:top w:val="single" w:sz="8" w:space="0" w:color="000000"/>
              <w:bottom w:val="single" w:sz="8" w:space="0" w:color="000000"/>
            </w:tcBorders>
            <w:shd w:val="clear" w:color="auto" w:fill="E2F0D9"/>
          </w:tcPr>
          <w:p w14:paraId="52909348" w14:textId="77777777" w:rsidR="009C07B5" w:rsidRDefault="002821C5" w:rsidP="004F58FE">
            <w:pPr>
              <w:shd w:val="clear" w:color="auto" w:fill="FFFFFF" w:themeFill="background1"/>
            </w:pPr>
            <w:r>
              <w:rPr>
                <w:b/>
                <w:color w:val="008000"/>
              </w:rPr>
              <w:t>4. Vận dụng (3 phút)</w:t>
            </w:r>
          </w:p>
          <w:p w14:paraId="0F6F0155" w14:textId="77777777" w:rsidR="009C07B5" w:rsidRDefault="002821C5" w:rsidP="004F58FE">
            <w:pPr>
              <w:shd w:val="clear" w:color="auto" w:fill="FFFFFF" w:themeFill="background1"/>
            </w:pPr>
            <w:r>
              <w:rPr>
                <w:i/>
                <w:color w:val="008000"/>
              </w:rPr>
              <w:t>Mục tiêu: Chia sẻ việc làm ở nhà với người thân.</w:t>
            </w:r>
          </w:p>
        </w:tc>
      </w:tr>
      <w:tr w:rsidR="009C07B5" w14:paraId="57BC5B48" w14:textId="77777777" w:rsidTr="004F58FE">
        <w:trPr>
          <w:jc w:val="center"/>
        </w:trPr>
        <w:tc>
          <w:tcPr>
            <w:tcW w:w="5270" w:type="dxa"/>
            <w:tcBorders>
              <w:top w:val="single" w:sz="8" w:space="0" w:color="000000"/>
            </w:tcBorders>
          </w:tcPr>
          <w:p w14:paraId="0CE81632" w14:textId="77777777" w:rsidR="009C07B5" w:rsidRDefault="002821C5" w:rsidP="004F58FE">
            <w:pPr>
              <w:shd w:val="clear" w:color="auto" w:fill="FFFFFF" w:themeFill="background1"/>
            </w:pPr>
            <w:r>
              <w:t>- Dặn dò: Về nhà, em hãy đọc đoạn văn cho người thân nghe và thực hiện thêm một việc nhà vừa sức.</w:t>
            </w:r>
          </w:p>
        </w:tc>
        <w:tc>
          <w:tcPr>
            <w:tcW w:w="5270" w:type="dxa"/>
            <w:tcBorders>
              <w:top w:val="single" w:sz="8" w:space="0" w:color="000000"/>
            </w:tcBorders>
          </w:tcPr>
          <w:p w14:paraId="3EA8406D" w14:textId="77777777" w:rsidR="009C07B5" w:rsidRDefault="002821C5" w:rsidP="004F58FE">
            <w:pPr>
              <w:shd w:val="clear" w:color="auto" w:fill="FFFFFF" w:themeFill="background1"/>
            </w:pPr>
            <w:r>
              <w:t>- HS ghi nhớ nhiệm vụ và thực hiện ở nhà.</w:t>
            </w:r>
          </w:p>
        </w:tc>
      </w:tr>
      <w:tr w:rsidR="009C07B5" w14:paraId="4BA07739" w14:textId="77777777" w:rsidTr="004F58FE">
        <w:trPr>
          <w:jc w:val="center"/>
        </w:trPr>
        <w:tc>
          <w:tcPr>
            <w:tcW w:w="9360" w:type="dxa"/>
            <w:gridSpan w:val="2"/>
            <w:tcBorders>
              <w:bottom w:val="single" w:sz="8" w:space="0" w:color="000000"/>
            </w:tcBorders>
            <w:shd w:val="clear" w:color="auto" w:fill="D9EAF7"/>
            <w:tcMar>
              <w:top w:w="60" w:type="dxa"/>
              <w:left w:w="70" w:type="dxa"/>
              <w:bottom w:w="60" w:type="dxa"/>
              <w:right w:w="70" w:type="dxa"/>
            </w:tcMar>
          </w:tcPr>
          <w:p w14:paraId="7006B025" w14:textId="77777777" w:rsidR="009C07B5" w:rsidRDefault="002821C5" w:rsidP="004F58FE">
            <w:pPr>
              <w:shd w:val="clear" w:color="auto" w:fill="FFFFFF" w:themeFill="background1"/>
              <w:jc w:val="center"/>
            </w:pPr>
            <w:r>
              <w:rPr>
                <w:b/>
                <w:color w:val="008000"/>
              </w:rPr>
              <w:t>TIẾT 6</w:t>
            </w:r>
          </w:p>
        </w:tc>
      </w:tr>
      <w:tr w:rsidR="009C07B5" w14:paraId="135111DD" w14:textId="77777777" w:rsidTr="004F58FE">
        <w:trPr>
          <w:jc w:val="center"/>
        </w:trPr>
        <w:tc>
          <w:tcPr>
            <w:tcW w:w="10540" w:type="dxa"/>
            <w:gridSpan w:val="2"/>
            <w:tcBorders>
              <w:top w:val="single" w:sz="8" w:space="0" w:color="000000"/>
              <w:bottom w:val="single" w:sz="8" w:space="0" w:color="000000"/>
            </w:tcBorders>
            <w:shd w:val="clear" w:color="auto" w:fill="E2F0D9"/>
          </w:tcPr>
          <w:p w14:paraId="660AA23E" w14:textId="77777777" w:rsidR="009C07B5" w:rsidRDefault="002821C5" w:rsidP="004F58FE">
            <w:pPr>
              <w:shd w:val="clear" w:color="auto" w:fill="FFFFFF" w:themeFill="background1"/>
            </w:pPr>
            <w:r>
              <w:rPr>
                <w:b/>
                <w:color w:val="008000"/>
              </w:rPr>
              <w:t>1. Khởi động (5 phút)</w:t>
            </w:r>
          </w:p>
          <w:p w14:paraId="40FF0AE0" w14:textId="77777777" w:rsidR="009C07B5" w:rsidRDefault="002821C5" w:rsidP="004F58FE">
            <w:pPr>
              <w:shd w:val="clear" w:color="auto" w:fill="FFFFFF" w:themeFill="background1"/>
            </w:pPr>
            <w:r>
              <w:rPr>
                <w:i/>
                <w:color w:val="008000"/>
              </w:rPr>
              <w:t>Mục tiêu: Tạo hứng thú đọc mở rộng về hoạt động của thiếu nhi.</w:t>
            </w:r>
          </w:p>
        </w:tc>
      </w:tr>
      <w:tr w:rsidR="009C07B5" w14:paraId="4DE5E23F" w14:textId="77777777" w:rsidTr="004F58FE">
        <w:trPr>
          <w:jc w:val="center"/>
        </w:trPr>
        <w:tc>
          <w:tcPr>
            <w:tcW w:w="5270" w:type="dxa"/>
            <w:tcBorders>
              <w:top w:val="single" w:sz="8" w:space="0" w:color="000000"/>
            </w:tcBorders>
          </w:tcPr>
          <w:p w14:paraId="282700A3" w14:textId="77777777" w:rsidR="009C07B5" w:rsidRDefault="002821C5" w:rsidP="004F58FE">
            <w:pPr>
              <w:shd w:val="clear" w:color="auto" w:fill="FFFFFF" w:themeFill="background1"/>
            </w:pPr>
            <w:r>
              <w:t>- GV cho HS hát hoặc đọc một câu thơ ngắn về thiếu nhi, sau đó hỏi: Thiếu nhi thường tham gia những hoạt động nào?</w:t>
            </w:r>
          </w:p>
        </w:tc>
        <w:tc>
          <w:tcPr>
            <w:tcW w:w="5270" w:type="dxa"/>
            <w:tcBorders>
              <w:top w:val="single" w:sz="8" w:space="0" w:color="000000"/>
            </w:tcBorders>
          </w:tcPr>
          <w:p w14:paraId="7B502D46" w14:textId="77777777" w:rsidR="009C07B5" w:rsidRDefault="002821C5" w:rsidP="004F58FE">
            <w:pPr>
              <w:shd w:val="clear" w:color="auto" w:fill="FFFFFF" w:themeFill="background1"/>
            </w:pPr>
            <w:r>
              <w:t>- HS trả lời: Thiếu nhi học tập, vui chơi, đọc sách, làm việc tốt, giúp đỡ bạn, tham gia văn nghệ, thể thao.</w:t>
            </w:r>
          </w:p>
        </w:tc>
      </w:tr>
      <w:tr w:rsidR="009C07B5" w14:paraId="46A05FF9" w14:textId="77777777" w:rsidTr="004F58FE">
        <w:trPr>
          <w:jc w:val="center"/>
        </w:trPr>
        <w:tc>
          <w:tcPr>
            <w:tcW w:w="5270" w:type="dxa"/>
            <w:tcBorders>
              <w:bottom w:val="single" w:sz="8" w:space="0" w:color="000000"/>
            </w:tcBorders>
          </w:tcPr>
          <w:p w14:paraId="072562A2" w14:textId="77777777" w:rsidR="009C07B5" w:rsidRDefault="002821C5" w:rsidP="004F58FE">
            <w:pPr>
              <w:shd w:val="clear" w:color="auto" w:fill="FFFFFF" w:themeFill="background1"/>
            </w:pPr>
            <w:r>
              <w:t>- GV giới thiệu bài: Hôm nay, các em sẽ chia sẻ bài viết đã tìm đọc về những hoạt động của thiếu nhi và học cách chọn nguồn đọc an toàn, đáng tin cậy.</w:t>
            </w:r>
          </w:p>
        </w:tc>
        <w:tc>
          <w:tcPr>
            <w:tcW w:w="5270" w:type="dxa"/>
            <w:tcBorders>
              <w:bottom w:val="single" w:sz="8" w:space="0" w:color="000000"/>
            </w:tcBorders>
          </w:tcPr>
          <w:p w14:paraId="404588DD" w14:textId="77777777" w:rsidR="009C07B5" w:rsidRDefault="002821C5" w:rsidP="004F58FE">
            <w:pPr>
              <w:shd w:val="clear" w:color="auto" w:fill="FFFFFF" w:themeFill="background1"/>
            </w:pPr>
            <w:r>
              <w:t>- HS lắng nghe, chuẩn bị chia sẻ bài đọc.</w:t>
            </w:r>
          </w:p>
        </w:tc>
      </w:tr>
      <w:tr w:rsidR="009C07B5" w14:paraId="362F7BD2" w14:textId="77777777" w:rsidTr="004F58FE">
        <w:trPr>
          <w:jc w:val="center"/>
        </w:trPr>
        <w:tc>
          <w:tcPr>
            <w:tcW w:w="10540" w:type="dxa"/>
            <w:gridSpan w:val="2"/>
            <w:tcBorders>
              <w:top w:val="single" w:sz="8" w:space="0" w:color="000000"/>
              <w:bottom w:val="nil"/>
            </w:tcBorders>
            <w:shd w:val="clear" w:color="auto" w:fill="E2F0D9"/>
          </w:tcPr>
          <w:p w14:paraId="118EBD8F" w14:textId="77777777" w:rsidR="009C07B5" w:rsidRDefault="002821C5" w:rsidP="004F58FE">
            <w:pPr>
              <w:shd w:val="clear" w:color="auto" w:fill="FFFFFF" w:themeFill="background1"/>
            </w:pPr>
            <w:r>
              <w:rPr>
                <w:b/>
                <w:color w:val="008000"/>
              </w:rPr>
              <w:t>2. Khám phá (12 phút)</w:t>
            </w:r>
          </w:p>
          <w:p w14:paraId="2C0AD238" w14:textId="77777777" w:rsidR="009C07B5" w:rsidRDefault="002821C5" w:rsidP="004F58FE">
            <w:pPr>
              <w:shd w:val="clear" w:color="auto" w:fill="FFFFFF" w:themeFill="background1"/>
            </w:pPr>
            <w:r>
              <w:rPr>
                <w:i/>
                <w:color w:val="008000"/>
              </w:rPr>
              <w:t>Mục tiêu: Biết chọn bài đọc phù hợp và nhận biết nguồn thông tin đáng tin cậy.</w:t>
            </w:r>
          </w:p>
        </w:tc>
      </w:tr>
      <w:tr w:rsidR="009C07B5" w14:paraId="5A0CEB0F" w14:textId="77777777" w:rsidTr="004F58FE">
        <w:trPr>
          <w:jc w:val="center"/>
        </w:trPr>
        <w:tc>
          <w:tcPr>
            <w:tcW w:w="10540" w:type="dxa"/>
            <w:gridSpan w:val="2"/>
            <w:tcBorders>
              <w:top w:val="nil"/>
              <w:bottom w:val="single" w:sz="8" w:space="0" w:color="000000"/>
            </w:tcBorders>
            <w:shd w:val="clear" w:color="auto" w:fill="E2F0D9"/>
          </w:tcPr>
          <w:p w14:paraId="56ADFA15" w14:textId="77777777" w:rsidR="009C07B5" w:rsidRDefault="002821C5" w:rsidP="004F58FE">
            <w:pPr>
              <w:shd w:val="clear" w:color="auto" w:fill="FFFFFF" w:themeFill="background1"/>
            </w:pPr>
            <w:r>
              <w:rPr>
                <w:b/>
                <w:color w:val="008000"/>
              </w:rPr>
              <w:t>Hoạt động 1: Tìm đọc bài viết về hoạt động của thiếu nhi.</w:t>
            </w:r>
          </w:p>
          <w:p w14:paraId="6B5FECD0" w14:textId="77777777" w:rsidR="009C07B5" w:rsidRDefault="002821C5" w:rsidP="004F58FE">
            <w:pPr>
              <w:shd w:val="clear" w:color="auto" w:fill="FFFFFF" w:themeFill="background1"/>
            </w:pPr>
            <w:r>
              <w:rPr>
                <w:i/>
                <w:color w:val="008000"/>
              </w:rPr>
              <w:t>Mục tiêu: HS biết tìm đọc bài viết phù hợp về hoạt động của thiếu nhi.</w:t>
            </w:r>
          </w:p>
        </w:tc>
      </w:tr>
      <w:tr w:rsidR="009C07B5" w14:paraId="636F153D" w14:textId="77777777" w:rsidTr="004F58FE">
        <w:trPr>
          <w:jc w:val="center"/>
        </w:trPr>
        <w:tc>
          <w:tcPr>
            <w:tcW w:w="5270" w:type="dxa"/>
            <w:tcBorders>
              <w:top w:val="single" w:sz="8" w:space="0" w:color="000000"/>
            </w:tcBorders>
          </w:tcPr>
          <w:p w14:paraId="3CA29643" w14:textId="77777777" w:rsidR="009C07B5" w:rsidRDefault="002821C5" w:rsidP="004F58FE">
            <w:pPr>
              <w:shd w:val="clear" w:color="auto" w:fill="FFFFFF" w:themeFill="background1"/>
            </w:pPr>
            <w:r>
              <w:rPr>
                <w:b/>
              </w:rPr>
              <w:t>Bài tập 1: Tìm đọc các bài viết về những hoạt động của thiếu nhi.</w:t>
            </w:r>
          </w:p>
        </w:tc>
        <w:tc>
          <w:tcPr>
            <w:tcW w:w="5270" w:type="dxa"/>
            <w:tcBorders>
              <w:top w:val="single" w:sz="8" w:space="0" w:color="000000"/>
            </w:tcBorders>
          </w:tcPr>
          <w:p w14:paraId="446B4CD3" w14:textId="77777777" w:rsidR="009C07B5" w:rsidRDefault="009C07B5" w:rsidP="004F58FE">
            <w:pPr>
              <w:shd w:val="clear" w:color="auto" w:fill="FFFFFF" w:themeFill="background1"/>
            </w:pPr>
          </w:p>
        </w:tc>
      </w:tr>
      <w:tr w:rsidR="009C07B5" w14:paraId="604B2567" w14:textId="77777777" w:rsidTr="004F58FE">
        <w:trPr>
          <w:jc w:val="center"/>
        </w:trPr>
        <w:tc>
          <w:tcPr>
            <w:tcW w:w="5270" w:type="dxa"/>
          </w:tcPr>
          <w:p w14:paraId="378EB627" w14:textId="77777777" w:rsidR="009C07B5" w:rsidRDefault="002821C5" w:rsidP="004F58FE">
            <w:pPr>
              <w:shd w:val="clear" w:color="auto" w:fill="FFFFFF" w:themeFill="background1"/>
            </w:pPr>
            <w:r>
              <w:t>- GV yêu cầu HS đọc đề bài.</w:t>
            </w:r>
          </w:p>
          <w:p w14:paraId="78EECCB5" w14:textId="58B5588E" w:rsidR="009C07B5" w:rsidRDefault="009C07B5" w:rsidP="004F58FE">
            <w:pPr>
              <w:shd w:val="clear" w:color="auto" w:fill="FFFFFF" w:themeFill="background1"/>
              <w:jc w:val="center"/>
            </w:pPr>
          </w:p>
        </w:tc>
        <w:tc>
          <w:tcPr>
            <w:tcW w:w="5270" w:type="dxa"/>
          </w:tcPr>
          <w:p w14:paraId="7C303416" w14:textId="77777777" w:rsidR="009C07B5" w:rsidRDefault="002821C5" w:rsidP="004F58FE">
            <w:pPr>
              <w:shd w:val="clear" w:color="auto" w:fill="FFFFFF" w:themeFill="background1"/>
            </w:pPr>
            <w:r>
              <w:t>- HS đọc đề bài, nêu yêu cầu cần thực hiện.</w:t>
            </w:r>
          </w:p>
        </w:tc>
      </w:tr>
      <w:tr w:rsidR="009C07B5" w14:paraId="19DB8946" w14:textId="77777777" w:rsidTr="004F58FE">
        <w:trPr>
          <w:jc w:val="center"/>
        </w:trPr>
        <w:tc>
          <w:tcPr>
            <w:tcW w:w="5270" w:type="dxa"/>
          </w:tcPr>
          <w:p w14:paraId="3DE6D289" w14:textId="77777777" w:rsidR="009C07B5" w:rsidRDefault="002821C5" w:rsidP="004F58FE">
            <w:pPr>
              <w:shd w:val="clear" w:color="auto" w:fill="FFFFFF" w:themeFill="background1"/>
            </w:pPr>
            <w:r>
              <w:t>- GV hướng dẫn HS thực hiện bài tập, nhắc lại yêu cầu trọng tâm của đề bài.</w:t>
            </w:r>
          </w:p>
        </w:tc>
        <w:tc>
          <w:tcPr>
            <w:tcW w:w="5270" w:type="dxa"/>
          </w:tcPr>
          <w:p w14:paraId="5B279DBF" w14:textId="77777777" w:rsidR="009C07B5" w:rsidRDefault="002821C5" w:rsidP="004F58FE">
            <w:pPr>
              <w:shd w:val="clear" w:color="auto" w:fill="FFFFFF" w:themeFill="background1"/>
            </w:pPr>
            <w:r>
              <w:t>- HS lắng nghe, xác định việc cần làm và chuẩn bị thực hiện bài tập.</w:t>
            </w:r>
          </w:p>
        </w:tc>
      </w:tr>
      <w:tr w:rsidR="009C07B5" w14:paraId="190789CC" w14:textId="77777777" w:rsidTr="004F58FE">
        <w:trPr>
          <w:jc w:val="center"/>
        </w:trPr>
        <w:tc>
          <w:tcPr>
            <w:tcW w:w="5270" w:type="dxa"/>
          </w:tcPr>
          <w:p w14:paraId="162DF097" w14:textId="77777777" w:rsidR="009C07B5" w:rsidRDefault="002821C5" w:rsidP="004F58FE">
            <w:pPr>
              <w:shd w:val="clear" w:color="auto" w:fill="FFFFFF" w:themeFill="background1"/>
            </w:pPr>
            <w:r>
              <w:t>- GV yêu cầu HS làm việc cá nhân, thực hiện bài vào vở/VBT hoặc bảng con theo yêu cầu.</w:t>
            </w:r>
          </w:p>
        </w:tc>
        <w:tc>
          <w:tcPr>
            <w:tcW w:w="5270" w:type="dxa"/>
          </w:tcPr>
          <w:p w14:paraId="7B738022" w14:textId="77777777" w:rsidR="009C07B5" w:rsidRDefault="002821C5" w:rsidP="004F58FE">
            <w:pPr>
              <w:shd w:val="clear" w:color="auto" w:fill="FFFFFF" w:themeFill="background1"/>
            </w:pPr>
            <w:r>
              <w:t>- HS làm bài cá nhân, tự kiểm tra lại kết quả trước khi trình bày.</w:t>
            </w:r>
          </w:p>
        </w:tc>
      </w:tr>
      <w:tr w:rsidR="009C07B5" w14:paraId="7A5F4235" w14:textId="77777777" w:rsidTr="004F58FE">
        <w:trPr>
          <w:jc w:val="center"/>
        </w:trPr>
        <w:tc>
          <w:tcPr>
            <w:tcW w:w="5270" w:type="dxa"/>
          </w:tcPr>
          <w:p w14:paraId="513E0AE2" w14:textId="77777777" w:rsidR="009C07B5" w:rsidRDefault="002821C5" w:rsidP="004F58FE">
            <w:pPr>
              <w:shd w:val="clear" w:color="auto" w:fill="FFFFFF" w:themeFill="background1"/>
            </w:pPr>
            <w:r>
              <w:t>- GV mời HS trình bày kết quả trước lớp.</w:t>
            </w:r>
          </w:p>
        </w:tc>
        <w:tc>
          <w:tcPr>
            <w:tcW w:w="5270" w:type="dxa"/>
          </w:tcPr>
          <w:p w14:paraId="54346DA5" w14:textId="77777777" w:rsidR="009C07B5" w:rsidRDefault="002821C5" w:rsidP="004F58FE">
            <w:pPr>
              <w:shd w:val="clear" w:color="auto" w:fill="FFFFFF" w:themeFill="background1"/>
            </w:pPr>
            <w:r>
              <w:t>- HS trình bày kết quả rõ ràng; các bạn theo dõi, nhận xét và bổ sung.</w:t>
            </w:r>
          </w:p>
        </w:tc>
      </w:tr>
      <w:tr w:rsidR="009C07B5" w14:paraId="0D1EF580" w14:textId="77777777" w:rsidTr="004F58FE">
        <w:trPr>
          <w:jc w:val="center"/>
        </w:trPr>
        <w:tc>
          <w:tcPr>
            <w:tcW w:w="5270" w:type="dxa"/>
          </w:tcPr>
          <w:p w14:paraId="337BE158" w14:textId="77777777" w:rsidR="009C07B5" w:rsidRDefault="002821C5" w:rsidP="004F58FE">
            <w:pPr>
              <w:shd w:val="clear" w:color="auto" w:fill="FFFFFF" w:themeFill="background1"/>
            </w:pPr>
            <w:r>
              <w:t>- GV nhận xét, sửa bài và chốt đáp án đúng.</w:t>
            </w:r>
          </w:p>
        </w:tc>
        <w:tc>
          <w:tcPr>
            <w:tcW w:w="5270" w:type="dxa"/>
          </w:tcPr>
          <w:p w14:paraId="3280AAA3" w14:textId="77777777" w:rsidR="009C07B5" w:rsidRDefault="002821C5" w:rsidP="004F58FE">
            <w:pPr>
              <w:shd w:val="clear" w:color="auto" w:fill="FFFFFF" w:themeFill="background1"/>
            </w:pPr>
            <w:r>
              <w:t>- HS sửa bài vào vở/VBT, ghi nhớ cách làm đúng.</w:t>
            </w:r>
          </w:p>
        </w:tc>
      </w:tr>
      <w:tr w:rsidR="009C07B5" w14:paraId="189793F4" w14:textId="77777777" w:rsidTr="004F58FE">
        <w:trPr>
          <w:jc w:val="center"/>
        </w:trPr>
        <w:tc>
          <w:tcPr>
            <w:tcW w:w="5270" w:type="dxa"/>
          </w:tcPr>
          <w:p w14:paraId="77BCF182" w14:textId="77777777" w:rsidR="009C07B5" w:rsidRDefault="002821C5" w:rsidP="004F58FE">
            <w:pPr>
              <w:shd w:val="clear" w:color="auto" w:fill="FFFFFF" w:themeFill="background1"/>
            </w:pPr>
            <w:r>
              <w:rPr>
                <w:color w:val="C00000"/>
              </w:rPr>
              <w:t>- Khi tìm bài đọc trên sách, báo hoặc internet, em cần chú ý điều gì để chọn nguồn đáng tin cậy?</w:t>
            </w:r>
          </w:p>
        </w:tc>
        <w:tc>
          <w:tcPr>
            <w:tcW w:w="5270" w:type="dxa"/>
          </w:tcPr>
          <w:p w14:paraId="268A0968" w14:textId="77777777" w:rsidR="009C07B5" w:rsidRDefault="002821C5" w:rsidP="004F58FE">
            <w:pPr>
              <w:shd w:val="clear" w:color="auto" w:fill="FFFFFF" w:themeFill="background1"/>
            </w:pPr>
            <w:r>
              <w:rPr>
                <w:color w:val="C00000"/>
              </w:rPr>
              <w:t>- HS trả lời: Cần xem tên bài, tên tác giả, nguồn đăng; chọn nội dung phù hợp lứa tuổi; không bấm vào trang lạ.</w:t>
            </w:r>
          </w:p>
        </w:tc>
      </w:tr>
      <w:tr w:rsidR="009C07B5" w14:paraId="0B54624E" w14:textId="77777777" w:rsidTr="004F58FE">
        <w:trPr>
          <w:jc w:val="center"/>
        </w:trPr>
        <w:tc>
          <w:tcPr>
            <w:tcW w:w="5270" w:type="dxa"/>
          </w:tcPr>
          <w:p w14:paraId="0A13C1D3" w14:textId="77777777" w:rsidR="009C07B5" w:rsidRDefault="002821C5" w:rsidP="004F58FE">
            <w:pPr>
              <w:shd w:val="clear" w:color="auto" w:fill="FFFFFF" w:themeFill="background1"/>
            </w:pPr>
            <w:r>
              <w:rPr>
                <w:color w:val="C00000"/>
              </w:rPr>
              <w:t xml:space="preserve">- Tích hợp năng lực số 1.2.CB1a: GV diễn giải: Khi dùng thiết bị số để tìm bài đọc, các em không nên tin ngay mọi thông tin nhìn thấy. Nguồn đáng tin cậy thường có tên bài, tên tác giả, tên sách hoặc trang của cơ quan, nhà xuất bản, thư viện, trường học. Các em cần nhờ người lớn hướng dẫn, chọn bài đọc phù hợp, không nhập họ tên, địa chỉ, số điện thoại lên trang lạ và biết chọn lọc thông tin trước khi chia </w:t>
            </w:r>
            <w:r>
              <w:rPr>
                <w:color w:val="C00000"/>
              </w:rPr>
              <w:lastRenderedPageBreak/>
              <w:t>sẻ với bạn.</w:t>
            </w:r>
          </w:p>
        </w:tc>
        <w:tc>
          <w:tcPr>
            <w:tcW w:w="5270" w:type="dxa"/>
          </w:tcPr>
          <w:p w14:paraId="32FF6863" w14:textId="77777777" w:rsidR="009C07B5" w:rsidRDefault="002821C5" w:rsidP="004F58FE">
            <w:pPr>
              <w:shd w:val="clear" w:color="auto" w:fill="FFFFFF" w:themeFill="background1"/>
            </w:pPr>
            <w:r>
              <w:rPr>
                <w:color w:val="C00000"/>
              </w:rPr>
              <w:lastRenderedPageBreak/>
              <w:t>- HS nêu: Em chọn bài đọc có tên tác giả, nguồn rõ ràng; em hỏi cô hoặc bố mẹ khi tìm trên internet; em không nhập thông tin riêng tư.</w:t>
            </w:r>
          </w:p>
        </w:tc>
      </w:tr>
      <w:tr w:rsidR="009C07B5" w14:paraId="40A8986E" w14:textId="77777777" w:rsidTr="004F58FE">
        <w:trPr>
          <w:jc w:val="center"/>
        </w:trPr>
        <w:tc>
          <w:tcPr>
            <w:tcW w:w="5270" w:type="dxa"/>
            <w:tcBorders>
              <w:bottom w:val="single" w:sz="8" w:space="0" w:color="000000"/>
            </w:tcBorders>
          </w:tcPr>
          <w:p w14:paraId="3F4BF0A0" w14:textId="77777777" w:rsidR="009C07B5" w:rsidRDefault="002821C5" w:rsidP="004F58FE">
            <w:pPr>
              <w:shd w:val="clear" w:color="auto" w:fill="FFFFFF" w:themeFill="background1"/>
            </w:pPr>
            <w:r>
              <w:t>- GV kết luận: Chọn bài đọc phù hợp giúp các em mở rộng hiểu biết và duy trì thói quen đọc.</w:t>
            </w:r>
          </w:p>
        </w:tc>
        <w:tc>
          <w:tcPr>
            <w:tcW w:w="5270" w:type="dxa"/>
            <w:tcBorders>
              <w:bottom w:val="single" w:sz="8" w:space="0" w:color="000000"/>
            </w:tcBorders>
          </w:tcPr>
          <w:p w14:paraId="5F5AFCFE" w14:textId="77777777" w:rsidR="009C07B5" w:rsidRDefault="002821C5" w:rsidP="004F58FE">
            <w:pPr>
              <w:shd w:val="clear" w:color="auto" w:fill="FFFFFF" w:themeFill="background1"/>
            </w:pPr>
            <w:r>
              <w:t>- HS lắng nghe, nhắc lại điều cần ghi nhớ sau bài tập.</w:t>
            </w:r>
          </w:p>
        </w:tc>
      </w:tr>
      <w:tr w:rsidR="009C07B5" w14:paraId="522CAF08" w14:textId="77777777" w:rsidTr="004F58FE">
        <w:trPr>
          <w:jc w:val="center"/>
        </w:trPr>
        <w:tc>
          <w:tcPr>
            <w:tcW w:w="10540" w:type="dxa"/>
            <w:gridSpan w:val="2"/>
            <w:tcBorders>
              <w:top w:val="single" w:sz="8" w:space="0" w:color="000000"/>
              <w:bottom w:val="nil"/>
            </w:tcBorders>
            <w:shd w:val="clear" w:color="auto" w:fill="E2F0D9"/>
          </w:tcPr>
          <w:p w14:paraId="1EEC8CFA" w14:textId="77777777" w:rsidR="009C07B5" w:rsidRDefault="002821C5" w:rsidP="004F58FE">
            <w:pPr>
              <w:shd w:val="clear" w:color="auto" w:fill="FFFFFF" w:themeFill="background1"/>
            </w:pPr>
            <w:r>
              <w:rPr>
                <w:b/>
                <w:color w:val="008000"/>
              </w:rPr>
              <w:t>3. Thực hành (13 phút)</w:t>
            </w:r>
          </w:p>
          <w:p w14:paraId="73E92490" w14:textId="77777777" w:rsidR="009C07B5" w:rsidRDefault="002821C5" w:rsidP="004F58FE">
            <w:pPr>
              <w:shd w:val="clear" w:color="auto" w:fill="FFFFFF" w:themeFill="background1"/>
            </w:pPr>
            <w:r>
              <w:rPr>
                <w:i/>
                <w:color w:val="008000"/>
              </w:rPr>
              <w:t>Mục tiêu: Chia sẻ tên bài đọc và điều em thích nhất trong bài.</w:t>
            </w:r>
          </w:p>
        </w:tc>
      </w:tr>
      <w:tr w:rsidR="009C07B5" w14:paraId="64FBBB99" w14:textId="77777777" w:rsidTr="004F58FE">
        <w:trPr>
          <w:jc w:val="center"/>
        </w:trPr>
        <w:tc>
          <w:tcPr>
            <w:tcW w:w="10540" w:type="dxa"/>
            <w:gridSpan w:val="2"/>
            <w:tcBorders>
              <w:top w:val="nil"/>
              <w:bottom w:val="single" w:sz="8" w:space="0" w:color="000000"/>
            </w:tcBorders>
            <w:shd w:val="clear" w:color="auto" w:fill="E2F0D9"/>
          </w:tcPr>
          <w:p w14:paraId="1743B687" w14:textId="77777777" w:rsidR="009C07B5" w:rsidRDefault="002821C5" w:rsidP="004F58FE">
            <w:pPr>
              <w:shd w:val="clear" w:color="auto" w:fill="FFFFFF" w:themeFill="background1"/>
            </w:pPr>
            <w:r>
              <w:rPr>
                <w:b/>
                <w:color w:val="008000"/>
              </w:rPr>
              <w:t>Hoạt động 2: Trao đổi về bài đã đọc.</w:t>
            </w:r>
          </w:p>
          <w:p w14:paraId="1BBE0CBF" w14:textId="77777777" w:rsidR="009C07B5" w:rsidRDefault="002821C5" w:rsidP="004F58FE">
            <w:pPr>
              <w:shd w:val="clear" w:color="auto" w:fill="FFFFFF" w:themeFill="background1"/>
            </w:pPr>
            <w:r>
              <w:rPr>
                <w:i/>
                <w:color w:val="008000"/>
              </w:rPr>
              <w:t>Mục tiêu: HS trao đổi rõ tên bài đọc, nội dung chính và điều em thích nhất.</w:t>
            </w:r>
          </w:p>
        </w:tc>
      </w:tr>
      <w:tr w:rsidR="009C07B5" w14:paraId="1C889064" w14:textId="77777777" w:rsidTr="004F58FE">
        <w:trPr>
          <w:jc w:val="center"/>
        </w:trPr>
        <w:tc>
          <w:tcPr>
            <w:tcW w:w="5270" w:type="dxa"/>
            <w:tcBorders>
              <w:top w:val="single" w:sz="8" w:space="0" w:color="000000"/>
            </w:tcBorders>
          </w:tcPr>
          <w:p w14:paraId="2858CFF9" w14:textId="77777777" w:rsidR="009C07B5" w:rsidRDefault="002821C5" w:rsidP="004F58FE">
            <w:pPr>
              <w:shd w:val="clear" w:color="auto" w:fill="FFFFFF" w:themeFill="background1"/>
            </w:pPr>
            <w:r>
              <w:rPr>
                <w:b/>
              </w:rPr>
              <w:t>Bài tập 2: Trao đổi với các bạn về bài đã đọc. Gợi ý: Tên bài đọc là gì? Điều em thích nhất trong bài đọc là gì?</w:t>
            </w:r>
          </w:p>
        </w:tc>
        <w:tc>
          <w:tcPr>
            <w:tcW w:w="5270" w:type="dxa"/>
            <w:tcBorders>
              <w:top w:val="single" w:sz="8" w:space="0" w:color="000000"/>
            </w:tcBorders>
          </w:tcPr>
          <w:p w14:paraId="722F52CE" w14:textId="77777777" w:rsidR="009C07B5" w:rsidRDefault="009C07B5" w:rsidP="004F58FE">
            <w:pPr>
              <w:shd w:val="clear" w:color="auto" w:fill="FFFFFF" w:themeFill="background1"/>
            </w:pPr>
          </w:p>
        </w:tc>
      </w:tr>
      <w:tr w:rsidR="009C07B5" w14:paraId="13A019DF" w14:textId="77777777" w:rsidTr="004F58FE">
        <w:trPr>
          <w:jc w:val="center"/>
        </w:trPr>
        <w:tc>
          <w:tcPr>
            <w:tcW w:w="5270" w:type="dxa"/>
          </w:tcPr>
          <w:p w14:paraId="3E180101" w14:textId="77777777" w:rsidR="009C07B5" w:rsidRDefault="002821C5" w:rsidP="004F58FE">
            <w:pPr>
              <w:shd w:val="clear" w:color="auto" w:fill="FFFFFF" w:themeFill="background1"/>
            </w:pPr>
            <w:r>
              <w:t>- GV yêu cầu HS đọc đề bài.</w:t>
            </w:r>
          </w:p>
        </w:tc>
        <w:tc>
          <w:tcPr>
            <w:tcW w:w="5270" w:type="dxa"/>
          </w:tcPr>
          <w:p w14:paraId="39EB5170" w14:textId="77777777" w:rsidR="009C07B5" w:rsidRDefault="002821C5" w:rsidP="004F58FE">
            <w:pPr>
              <w:shd w:val="clear" w:color="auto" w:fill="FFFFFF" w:themeFill="background1"/>
            </w:pPr>
            <w:r>
              <w:t>- HS đọc đề bài, nêu yêu cầu cần thực hiện.</w:t>
            </w:r>
          </w:p>
        </w:tc>
      </w:tr>
      <w:tr w:rsidR="009C07B5" w14:paraId="2BD73D39" w14:textId="77777777" w:rsidTr="004F58FE">
        <w:trPr>
          <w:jc w:val="center"/>
        </w:trPr>
        <w:tc>
          <w:tcPr>
            <w:tcW w:w="5270" w:type="dxa"/>
          </w:tcPr>
          <w:p w14:paraId="000D2DDF" w14:textId="77777777" w:rsidR="009C07B5" w:rsidRDefault="002821C5" w:rsidP="004F58FE">
            <w:pPr>
              <w:shd w:val="clear" w:color="auto" w:fill="FFFFFF" w:themeFill="background1"/>
            </w:pPr>
            <w:r>
              <w:t>- GV hướng dẫn HS thực hiện bài tập, nhắc lại yêu cầu trọng tâm của đề bài.</w:t>
            </w:r>
          </w:p>
        </w:tc>
        <w:tc>
          <w:tcPr>
            <w:tcW w:w="5270" w:type="dxa"/>
          </w:tcPr>
          <w:p w14:paraId="14A57DC9" w14:textId="77777777" w:rsidR="009C07B5" w:rsidRDefault="002821C5" w:rsidP="004F58FE">
            <w:pPr>
              <w:shd w:val="clear" w:color="auto" w:fill="FFFFFF" w:themeFill="background1"/>
            </w:pPr>
            <w:r>
              <w:t>- HS lắng nghe, xác định việc cần làm và chuẩn bị thực hiện bài tập.</w:t>
            </w:r>
          </w:p>
        </w:tc>
      </w:tr>
      <w:tr w:rsidR="009C07B5" w14:paraId="2304FC6D" w14:textId="77777777" w:rsidTr="004F58FE">
        <w:trPr>
          <w:jc w:val="center"/>
        </w:trPr>
        <w:tc>
          <w:tcPr>
            <w:tcW w:w="5270" w:type="dxa"/>
          </w:tcPr>
          <w:p w14:paraId="7B54737D" w14:textId="77777777" w:rsidR="009C07B5" w:rsidRDefault="002821C5" w:rsidP="004F58FE">
            <w:pPr>
              <w:shd w:val="clear" w:color="auto" w:fill="FFFFFF" w:themeFill="background1"/>
            </w:pPr>
            <w:r>
              <w:t>- GV tổ chức cho HS làm việc nhóm 2, trao đổi cách làm và thống nhất kết quả.</w:t>
            </w:r>
          </w:p>
        </w:tc>
        <w:tc>
          <w:tcPr>
            <w:tcW w:w="5270" w:type="dxa"/>
          </w:tcPr>
          <w:p w14:paraId="71DF6A7C" w14:textId="77777777" w:rsidR="009C07B5" w:rsidRDefault="002821C5" w:rsidP="004F58FE">
            <w:pPr>
              <w:shd w:val="clear" w:color="auto" w:fill="FFFFFF" w:themeFill="background1"/>
            </w:pPr>
            <w:r>
              <w:t>- HS làm việc nhóm 2, chia sẻ ý kiến, lắng nghe bạn và hoàn thành nhiệm vụ.</w:t>
            </w:r>
          </w:p>
        </w:tc>
      </w:tr>
      <w:tr w:rsidR="009C07B5" w14:paraId="7ABEF126" w14:textId="77777777" w:rsidTr="004F58FE">
        <w:trPr>
          <w:jc w:val="center"/>
        </w:trPr>
        <w:tc>
          <w:tcPr>
            <w:tcW w:w="5270" w:type="dxa"/>
          </w:tcPr>
          <w:p w14:paraId="1154B24C" w14:textId="77777777" w:rsidR="009C07B5" w:rsidRDefault="002821C5" w:rsidP="004F58FE">
            <w:pPr>
              <w:shd w:val="clear" w:color="auto" w:fill="FFFFFF" w:themeFill="background1"/>
            </w:pPr>
            <w:r>
              <w:t>- GV mời HS trình bày kết quả trước lớp.</w:t>
            </w:r>
          </w:p>
        </w:tc>
        <w:tc>
          <w:tcPr>
            <w:tcW w:w="5270" w:type="dxa"/>
          </w:tcPr>
          <w:p w14:paraId="7948D922" w14:textId="77777777" w:rsidR="009C07B5" w:rsidRDefault="002821C5" w:rsidP="004F58FE">
            <w:pPr>
              <w:shd w:val="clear" w:color="auto" w:fill="FFFFFF" w:themeFill="background1"/>
            </w:pPr>
            <w:r>
              <w:t>- HS trình bày kết quả rõ ràng; các bạn theo dõi, nhận xét và bổ sung.</w:t>
            </w:r>
          </w:p>
        </w:tc>
      </w:tr>
      <w:tr w:rsidR="009C07B5" w14:paraId="662122DE" w14:textId="77777777" w:rsidTr="004F58FE">
        <w:trPr>
          <w:jc w:val="center"/>
        </w:trPr>
        <w:tc>
          <w:tcPr>
            <w:tcW w:w="5270" w:type="dxa"/>
          </w:tcPr>
          <w:p w14:paraId="0A362C21" w14:textId="77777777" w:rsidR="009C07B5" w:rsidRDefault="002821C5" w:rsidP="004F58FE">
            <w:pPr>
              <w:shd w:val="clear" w:color="auto" w:fill="FFFFFF" w:themeFill="background1"/>
            </w:pPr>
            <w:r>
              <w:t>- GV nhận xét, sửa bài và chốt đáp án đúng.</w:t>
            </w:r>
          </w:p>
        </w:tc>
        <w:tc>
          <w:tcPr>
            <w:tcW w:w="5270" w:type="dxa"/>
          </w:tcPr>
          <w:p w14:paraId="5B47A210" w14:textId="77777777" w:rsidR="009C07B5" w:rsidRDefault="002821C5" w:rsidP="004F58FE">
            <w:pPr>
              <w:shd w:val="clear" w:color="auto" w:fill="FFFFFF" w:themeFill="background1"/>
            </w:pPr>
            <w:r>
              <w:t>- HS sửa bài vào vở/VBT, ghi nhớ cách làm đúng.</w:t>
            </w:r>
          </w:p>
        </w:tc>
      </w:tr>
      <w:tr w:rsidR="009C07B5" w14:paraId="3F2CBCCD" w14:textId="77777777" w:rsidTr="004F58FE">
        <w:trPr>
          <w:jc w:val="center"/>
        </w:trPr>
        <w:tc>
          <w:tcPr>
            <w:tcW w:w="5270" w:type="dxa"/>
          </w:tcPr>
          <w:p w14:paraId="20437D6F" w14:textId="77777777" w:rsidR="009C07B5" w:rsidRDefault="002821C5" w:rsidP="004F58FE">
            <w:pPr>
              <w:shd w:val="clear" w:color="auto" w:fill="FFFFFF" w:themeFill="background1"/>
            </w:pPr>
            <w:r>
              <w:t>- GV mời HS giới thiệu bài đọc trước lớp.</w:t>
            </w:r>
          </w:p>
        </w:tc>
        <w:tc>
          <w:tcPr>
            <w:tcW w:w="5270" w:type="dxa"/>
          </w:tcPr>
          <w:p w14:paraId="582FDC8C" w14:textId="77777777" w:rsidR="009C07B5" w:rsidRDefault="002821C5" w:rsidP="004F58FE">
            <w:pPr>
              <w:shd w:val="clear" w:color="auto" w:fill="FFFFFF" w:themeFill="background1"/>
            </w:pPr>
            <w:r>
              <w:t>- HS giới thiệu trước lớp: Em đọc bài “...” nói về hoạt động... Em thích nhất...</w:t>
            </w:r>
          </w:p>
        </w:tc>
      </w:tr>
      <w:tr w:rsidR="009C07B5" w14:paraId="14A18C8E" w14:textId="77777777" w:rsidTr="004F58FE">
        <w:trPr>
          <w:jc w:val="center"/>
        </w:trPr>
        <w:tc>
          <w:tcPr>
            <w:tcW w:w="5270" w:type="dxa"/>
          </w:tcPr>
          <w:p w14:paraId="3253EB6D" w14:textId="77777777" w:rsidR="009C07B5" w:rsidRDefault="002821C5" w:rsidP="004F58FE">
            <w:pPr>
              <w:shd w:val="clear" w:color="auto" w:fill="FFFFFF" w:themeFill="background1"/>
            </w:pPr>
            <w:r>
              <w:t>- GV hướng dẫn HS nhận xét: Bạn nói rõ tên bài chưa? Bạn nêu được điều thích nhất chưa?</w:t>
            </w:r>
          </w:p>
        </w:tc>
        <w:tc>
          <w:tcPr>
            <w:tcW w:w="5270" w:type="dxa"/>
          </w:tcPr>
          <w:p w14:paraId="587B7E1A" w14:textId="77777777" w:rsidR="009C07B5" w:rsidRDefault="002821C5" w:rsidP="004F58FE">
            <w:pPr>
              <w:shd w:val="clear" w:color="auto" w:fill="FFFFFF" w:themeFill="background1"/>
            </w:pPr>
            <w:r>
              <w:t>- HS nhận xét lịch sự: Bạn nói rõ tên bài, nói được điều thích nhất; bạn cần nói to hơn hoặc bổ sung nguồn bài đọc.</w:t>
            </w:r>
          </w:p>
        </w:tc>
      </w:tr>
      <w:tr w:rsidR="009C07B5" w14:paraId="748B41B1" w14:textId="77777777" w:rsidTr="004F58FE">
        <w:trPr>
          <w:jc w:val="center"/>
        </w:trPr>
        <w:tc>
          <w:tcPr>
            <w:tcW w:w="5270" w:type="dxa"/>
            <w:tcBorders>
              <w:bottom w:val="single" w:sz="8" w:space="0" w:color="000000"/>
            </w:tcBorders>
          </w:tcPr>
          <w:p w14:paraId="1499E6A6" w14:textId="77777777" w:rsidR="009C07B5" w:rsidRDefault="002821C5" w:rsidP="004F58FE">
            <w:pPr>
              <w:shd w:val="clear" w:color="auto" w:fill="FFFFFF" w:themeFill="background1"/>
            </w:pPr>
            <w:r>
              <w:t>- GV kết luận: Khi trao đổi bài đọc, các em cần nói rõ tên bài, nội dung hoặc điều mình thích nhất.</w:t>
            </w:r>
          </w:p>
        </w:tc>
        <w:tc>
          <w:tcPr>
            <w:tcW w:w="5270" w:type="dxa"/>
            <w:tcBorders>
              <w:bottom w:val="single" w:sz="8" w:space="0" w:color="000000"/>
            </w:tcBorders>
          </w:tcPr>
          <w:p w14:paraId="6F323795" w14:textId="77777777" w:rsidR="009C07B5" w:rsidRDefault="002821C5" w:rsidP="004F58FE">
            <w:pPr>
              <w:shd w:val="clear" w:color="auto" w:fill="FFFFFF" w:themeFill="background1"/>
            </w:pPr>
            <w:r>
              <w:t>- HS lắng nghe, nhắc lại điều cần ghi nhớ sau bài tập.</w:t>
            </w:r>
          </w:p>
        </w:tc>
      </w:tr>
      <w:tr w:rsidR="009C07B5" w14:paraId="67F7751E" w14:textId="77777777" w:rsidTr="004F58FE">
        <w:trPr>
          <w:jc w:val="center"/>
        </w:trPr>
        <w:tc>
          <w:tcPr>
            <w:tcW w:w="10540" w:type="dxa"/>
            <w:gridSpan w:val="2"/>
            <w:tcBorders>
              <w:top w:val="single" w:sz="8" w:space="0" w:color="000000"/>
              <w:bottom w:val="single" w:sz="8" w:space="0" w:color="000000"/>
            </w:tcBorders>
            <w:shd w:val="clear" w:color="auto" w:fill="E2F0D9"/>
          </w:tcPr>
          <w:p w14:paraId="1D64192A" w14:textId="77777777" w:rsidR="009C07B5" w:rsidRDefault="002821C5" w:rsidP="004F58FE">
            <w:pPr>
              <w:shd w:val="clear" w:color="auto" w:fill="FFFFFF" w:themeFill="background1"/>
            </w:pPr>
            <w:r>
              <w:rPr>
                <w:b/>
                <w:color w:val="008000"/>
              </w:rPr>
              <w:t>4. Vận dụng (3 phút)</w:t>
            </w:r>
          </w:p>
          <w:p w14:paraId="24262F76" w14:textId="77777777" w:rsidR="009C07B5" w:rsidRDefault="002821C5" w:rsidP="004F58FE">
            <w:pPr>
              <w:shd w:val="clear" w:color="auto" w:fill="FFFFFF" w:themeFill="background1"/>
            </w:pPr>
            <w:r>
              <w:rPr>
                <w:i/>
                <w:color w:val="008000"/>
              </w:rPr>
              <w:t>Mục tiêu: Duy trì thói quen đọc và chuẩn bị bài học sau.</w:t>
            </w:r>
          </w:p>
        </w:tc>
      </w:tr>
      <w:tr w:rsidR="009C07B5" w14:paraId="7F5255B5" w14:textId="77777777" w:rsidTr="004F58FE">
        <w:trPr>
          <w:jc w:val="center"/>
        </w:trPr>
        <w:tc>
          <w:tcPr>
            <w:tcW w:w="5270" w:type="dxa"/>
            <w:tcBorders>
              <w:top w:val="single" w:sz="8" w:space="0" w:color="000000"/>
            </w:tcBorders>
          </w:tcPr>
          <w:p w14:paraId="1B54E308" w14:textId="77777777" w:rsidR="009C07B5" w:rsidRDefault="002821C5" w:rsidP="004F58FE">
            <w:pPr>
              <w:shd w:val="clear" w:color="auto" w:fill="FFFFFF" w:themeFill="background1"/>
            </w:pPr>
            <w:r>
              <w:t>- Dặn dò: Về nhà đọc thêm một bài viết hoặc bài thơ về thiếu nhi, ghi lại tên bài và một điều em học được.</w:t>
            </w:r>
          </w:p>
        </w:tc>
        <w:tc>
          <w:tcPr>
            <w:tcW w:w="5270" w:type="dxa"/>
            <w:tcBorders>
              <w:top w:val="single" w:sz="8" w:space="0" w:color="000000"/>
            </w:tcBorders>
          </w:tcPr>
          <w:p w14:paraId="2296694C" w14:textId="77777777" w:rsidR="009C07B5" w:rsidRDefault="002821C5" w:rsidP="004F58FE">
            <w:pPr>
              <w:shd w:val="clear" w:color="auto" w:fill="FFFFFF" w:themeFill="background1"/>
            </w:pPr>
            <w:r>
              <w:t>- HS ghi nhớ nhiệm vụ đọc mở rộng ở nhà.</w:t>
            </w:r>
          </w:p>
        </w:tc>
      </w:tr>
    </w:tbl>
    <w:p w14:paraId="14AEFD70" w14:textId="77777777" w:rsidR="009C07B5" w:rsidRDefault="002821C5" w:rsidP="004F58FE">
      <w:pPr>
        <w:shd w:val="clear" w:color="auto" w:fill="FFFFFF" w:themeFill="background1"/>
      </w:pPr>
      <w:r>
        <w:rPr>
          <w:b/>
          <w:color w:val="000000"/>
        </w:rPr>
        <w:t>IV. ĐIỀU CHỈNH SAU TIẾT DẠY (NẾU CÓ):</w:t>
      </w:r>
    </w:p>
    <w:p w14:paraId="183D6EC2" w14:textId="77777777" w:rsidR="009C07B5" w:rsidRDefault="002821C5" w:rsidP="004F58FE">
      <w:pPr>
        <w:shd w:val="clear" w:color="auto" w:fill="FFFFFF" w:themeFill="background1"/>
      </w:pPr>
      <w:r>
        <w:rPr>
          <w:color w:val="000000"/>
        </w:rPr>
        <w:t>................................................................................................................................................</w:t>
      </w:r>
    </w:p>
    <w:sectPr w:rsidR="009C07B5" w:rsidSect="00034616">
      <w:pgSz w:w="12240" w:h="15840"/>
      <w:pgMar w:top="1020" w:right="907" w:bottom="907" w:left="90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642393888">
    <w:abstractNumId w:val="8"/>
  </w:num>
  <w:num w:numId="2" w16cid:durableId="1962572723">
    <w:abstractNumId w:val="6"/>
  </w:num>
  <w:num w:numId="3" w16cid:durableId="191651012">
    <w:abstractNumId w:val="5"/>
  </w:num>
  <w:num w:numId="4" w16cid:durableId="1107192822">
    <w:abstractNumId w:val="4"/>
  </w:num>
  <w:num w:numId="5" w16cid:durableId="522980717">
    <w:abstractNumId w:val="7"/>
  </w:num>
  <w:num w:numId="6" w16cid:durableId="617832407">
    <w:abstractNumId w:val="3"/>
  </w:num>
  <w:num w:numId="7" w16cid:durableId="2007131306">
    <w:abstractNumId w:val="2"/>
  </w:num>
  <w:num w:numId="8" w16cid:durableId="1329023235">
    <w:abstractNumId w:val="1"/>
  </w:num>
  <w:num w:numId="9" w16cid:durableId="563263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821C5"/>
    <w:rsid w:val="0029639D"/>
    <w:rsid w:val="00326F90"/>
    <w:rsid w:val="004F58FE"/>
    <w:rsid w:val="00965037"/>
    <w:rsid w:val="009C07B5"/>
    <w:rsid w:val="00AA1D8D"/>
    <w:rsid w:val="00B47730"/>
    <w:rsid w:val="00BA1FBA"/>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3A246E3"/>
  <w14:defaultImageDpi w14:val="300"/>
  <w15:docId w15:val="{CAFA6FBE-95D5-4993-B8B9-8DE96473D3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0" w:line="240" w:lineRule="auto"/>
    </w:pPr>
    <w:rPr>
      <w:rFonts w:ascii="Times New Roman" w:eastAsia="Times New Roman" w:hAnsi="Times New Roman"/>
      <w:sz w:val="26"/>
    </w:rPr>
  </w:style>
  <w:style w:type="paragraph" w:styleId="Heading1">
    <w:name w:val="heading 1"/>
    <w:basedOn w:val="Normal"/>
    <w:next w:val="Normal"/>
    <w:link w:val="Heading1Char"/>
    <w:uiPriority w:val="9"/>
    <w:qFormat/>
    <w:rsid w:val="00FC693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outlineLvl w:val="1"/>
    </w:pPr>
    <w:rPr>
      <w:rFonts w:asciiTheme="majorHAnsi" w:eastAsiaTheme="majorEastAsia" w:hAnsiTheme="majorHAnsi" w:cstheme="majorBidi"/>
      <w:b/>
      <w:bCs/>
      <w:color w:val="4F81BD" w:themeColor="accent1"/>
      <w:szCs w:val="26"/>
    </w:rPr>
  </w:style>
  <w:style w:type="paragraph" w:styleId="Heading3">
    <w:name w:val="heading 3"/>
    <w:basedOn w:val="Normal"/>
    <w:next w:val="Normal"/>
    <w:link w:val="Heading3Char"/>
    <w:uiPriority w:val="9"/>
    <w:unhideWhenUsed/>
    <w:qFormat/>
    <w:rsid w:val="00FC693F"/>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B8A3F0-E70D-496D-8B3A-3D50F3A685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23</Pages>
  <Words>8102</Words>
  <Characters>46182</Characters>
  <Application>Microsoft Office Word</Application>
  <DocSecurity>0</DocSecurity>
  <Lines>384</Lines>
  <Paragraphs>108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54176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BAOTRAN</dc:creator>
  <cp:keywords/>
  <dc:description>generated by python-docx</dc:description>
  <cp:lastModifiedBy>Administrator</cp:lastModifiedBy>
  <cp:revision>4</cp:revision>
  <dcterms:created xsi:type="dcterms:W3CDTF">2026-06-06T21:31:00Z</dcterms:created>
  <dcterms:modified xsi:type="dcterms:W3CDTF">2026-08-17T13:07:00Z</dcterms:modified>
  <cp:category/>
</cp:coreProperties>
</file>