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CC" w:rsidRPr="004F697C" w:rsidRDefault="004F697C">
      <w:pPr>
        <w:jc w:val="center"/>
        <w:rPr>
          <w:b/>
        </w:rPr>
      </w:pPr>
      <w:r w:rsidRPr="004F697C">
        <w:rPr>
          <w:b/>
        </w:rPr>
        <w:t>C</w:t>
      </w:r>
      <w:r w:rsidRPr="004F697C">
        <w:rPr>
          <w:b/>
        </w:rPr>
        <w:t>Ộ</w:t>
      </w:r>
      <w:r w:rsidRPr="004F697C">
        <w:rPr>
          <w:b/>
        </w:rPr>
        <w:t>NG‍ HÒA‍ XÃ‍ H</w:t>
      </w:r>
      <w:r w:rsidRPr="004F697C">
        <w:rPr>
          <w:b/>
        </w:rPr>
        <w:t>Ộ</w:t>
      </w:r>
      <w:r w:rsidRPr="004F697C">
        <w:rPr>
          <w:b/>
        </w:rPr>
        <w:t>I‍ CH</w:t>
      </w:r>
      <w:r w:rsidRPr="004F697C">
        <w:rPr>
          <w:b/>
        </w:rPr>
        <w:t>Ủ</w:t>
      </w:r>
      <w:r w:rsidRPr="004F697C">
        <w:rPr>
          <w:b/>
        </w:rPr>
        <w:t>‍ NGHĨA‍ VI</w:t>
      </w:r>
      <w:r w:rsidRPr="004F697C">
        <w:rPr>
          <w:b/>
        </w:rPr>
        <w:t>Ệ</w:t>
      </w:r>
      <w:r w:rsidRPr="004F697C">
        <w:rPr>
          <w:b/>
        </w:rPr>
        <w:t>T‍ NAM</w:t>
      </w:r>
      <w:r w:rsidRPr="004F697C">
        <w:rPr>
          <w:b/>
        </w:rPr>
        <w:br/>
        <w:t>Đ</w:t>
      </w:r>
      <w:r w:rsidRPr="004F697C">
        <w:rPr>
          <w:b/>
        </w:rPr>
        <w:t>ộ</w:t>
      </w:r>
      <w:r w:rsidRPr="004F697C">
        <w:rPr>
          <w:b/>
        </w:rPr>
        <w:t>c‍ l</w:t>
      </w:r>
      <w:r w:rsidRPr="004F697C">
        <w:rPr>
          <w:b/>
        </w:rPr>
        <w:t>ậ</w:t>
      </w:r>
      <w:r w:rsidRPr="004F697C">
        <w:rPr>
          <w:b/>
        </w:rPr>
        <w:t>p‍ -‍ T</w:t>
      </w:r>
      <w:r w:rsidRPr="004F697C">
        <w:rPr>
          <w:b/>
        </w:rPr>
        <w:t>ự</w:t>
      </w:r>
      <w:r w:rsidRPr="004F697C">
        <w:rPr>
          <w:b/>
        </w:rPr>
        <w:t>‍ do‍ -‍ H</w:t>
      </w:r>
      <w:r w:rsidRPr="004F697C">
        <w:rPr>
          <w:b/>
        </w:rPr>
        <w:t>ạ</w:t>
      </w:r>
      <w:r w:rsidRPr="004F697C">
        <w:rPr>
          <w:b/>
        </w:rPr>
        <w:t>nh‍ phúc</w:t>
      </w:r>
      <w:bookmarkStart w:id="0" w:name="_GoBack"/>
      <w:bookmarkEnd w:id="0"/>
      <w:r w:rsidRPr="004F697C">
        <w:rPr>
          <w:b/>
        </w:rPr>
        <w:br/>
        <w:t>———————————</w:t>
      </w:r>
    </w:p>
    <w:p w:rsidR="00A572CC" w:rsidRPr="004F697C" w:rsidRDefault="004F697C">
      <w:pPr>
        <w:jc w:val="center"/>
        <w:rPr>
          <w:b/>
        </w:rPr>
      </w:pPr>
      <w:r w:rsidRPr="004F697C">
        <w:rPr>
          <w:b/>
        </w:rPr>
        <w:t>BIÊN‍ B</w:t>
      </w:r>
      <w:r w:rsidRPr="004F697C">
        <w:rPr>
          <w:b/>
        </w:rPr>
        <w:t>Ả</w:t>
      </w:r>
      <w:r w:rsidRPr="004F697C">
        <w:rPr>
          <w:b/>
        </w:rPr>
        <w:t>N‍ TH</w:t>
      </w:r>
      <w:r w:rsidRPr="004F697C">
        <w:rPr>
          <w:b/>
        </w:rPr>
        <w:t>Ỏ</w:t>
      </w:r>
      <w:r w:rsidRPr="004F697C">
        <w:rPr>
          <w:b/>
        </w:rPr>
        <w:t>A‍ THU</w:t>
      </w:r>
      <w:r w:rsidRPr="004F697C">
        <w:rPr>
          <w:b/>
        </w:rPr>
        <w:t>Ậ</w:t>
      </w:r>
      <w:r w:rsidRPr="004F697C">
        <w:rPr>
          <w:b/>
        </w:rPr>
        <w:t>N‍ XÁC‍ NH</w:t>
      </w:r>
      <w:r w:rsidRPr="004F697C">
        <w:rPr>
          <w:b/>
        </w:rPr>
        <w:t>Ậ</w:t>
      </w:r>
      <w:r w:rsidRPr="004F697C">
        <w:rPr>
          <w:b/>
        </w:rPr>
        <w:t>N‍ N</w:t>
      </w:r>
      <w:r w:rsidRPr="004F697C">
        <w:rPr>
          <w:b/>
        </w:rPr>
        <w:t>Ợ</w:t>
      </w:r>
    </w:p>
    <w:p w:rsidR="00A572CC" w:rsidRDefault="004F697C">
      <w:r>
        <w:t>Hôm‍ nay,‍ ngày ...‍ tháng‍ ...‍ năm‍ 2025,‍ t</w:t>
      </w:r>
      <w:r>
        <w:t>ạ</w:t>
      </w:r>
      <w:r>
        <w:t>i ..........................................,‍ chúng‍ tôi‍ g</w:t>
      </w:r>
      <w:r>
        <w:t>ồ</w:t>
      </w:r>
      <w:r>
        <w:t>m‍ có:</w:t>
      </w:r>
    </w:p>
    <w:p w:rsidR="00A572CC" w:rsidRDefault="004F697C">
      <w:r>
        <w:t>BÊN‍ A‍ (BÊN‍</w:t>
      </w:r>
      <w:r>
        <w:t xml:space="preserve"> CHO‍ VAY):</w:t>
      </w:r>
    </w:p>
    <w:p w:rsidR="00A572CC" w:rsidRDefault="004F697C">
      <w:r>
        <w:t>H</w:t>
      </w:r>
      <w:r>
        <w:t>ọ</w:t>
      </w:r>
      <w:r>
        <w:t>‍ và‍ tên: ..........................................................</w:t>
      </w:r>
    </w:p>
    <w:p w:rsidR="00A572CC" w:rsidRDefault="004F697C">
      <w:r>
        <w:t>S</w:t>
      </w:r>
      <w:r>
        <w:t>ố</w:t>
      </w:r>
      <w:r>
        <w:t>‍ CMND/CCCD: ..................................................</w:t>
      </w:r>
    </w:p>
    <w:p w:rsidR="00A572CC" w:rsidRDefault="004F697C">
      <w:r>
        <w:t>Ngày‍ c</w:t>
      </w:r>
      <w:r>
        <w:t>ấ</w:t>
      </w:r>
      <w:r>
        <w:t>p: ......................  Nơi‍ c</w:t>
      </w:r>
      <w:r>
        <w:t>ấ</w:t>
      </w:r>
      <w:r>
        <w:t>p: ........................</w:t>
      </w:r>
    </w:p>
    <w:p w:rsidR="00A572CC" w:rsidRDefault="004F697C">
      <w:r>
        <w:t>Đ</w:t>
      </w:r>
      <w:r>
        <w:t>ị</w:t>
      </w:r>
      <w:r>
        <w:t>a‍ ch</w:t>
      </w:r>
      <w:r>
        <w:t>ỉ</w:t>
      </w:r>
      <w:r>
        <w:t>‍ thư</w:t>
      </w:r>
      <w:r>
        <w:t>ờ</w:t>
      </w:r>
      <w:r>
        <w:t>ng‍ trú: .............</w:t>
      </w:r>
      <w:r>
        <w:t>....................................</w:t>
      </w:r>
    </w:p>
    <w:p w:rsidR="00A572CC" w:rsidRDefault="004F697C">
      <w:r>
        <w:t>S</w:t>
      </w:r>
      <w:r>
        <w:t>ố</w:t>
      </w:r>
      <w:r>
        <w:t>‍ đi</w:t>
      </w:r>
      <w:r>
        <w:t>ệ</w:t>
      </w:r>
      <w:r>
        <w:t>n‍ tho</w:t>
      </w:r>
      <w:r>
        <w:t>ạ</w:t>
      </w:r>
      <w:r>
        <w:t>i: ......................................................</w:t>
      </w:r>
    </w:p>
    <w:p w:rsidR="00A572CC" w:rsidRDefault="004F697C">
      <w:r>
        <w:t>BÊN‍ B‍ (BÊN‍ VAY):</w:t>
      </w:r>
    </w:p>
    <w:p w:rsidR="00A572CC" w:rsidRDefault="004F697C">
      <w:r>
        <w:t>H</w:t>
      </w:r>
      <w:r>
        <w:t>ọ</w:t>
      </w:r>
      <w:r>
        <w:t>‍ và‍ tên: ..........................................................</w:t>
      </w:r>
    </w:p>
    <w:p w:rsidR="00A572CC" w:rsidRDefault="004F697C">
      <w:r>
        <w:t>S</w:t>
      </w:r>
      <w:r>
        <w:t>ố</w:t>
      </w:r>
      <w:r>
        <w:t>‍ CMND/CCCD: ........................................</w:t>
      </w:r>
      <w:r>
        <w:t>..........</w:t>
      </w:r>
    </w:p>
    <w:p w:rsidR="00A572CC" w:rsidRDefault="004F697C">
      <w:r>
        <w:t>Ngày‍ c</w:t>
      </w:r>
      <w:r>
        <w:t>ấ</w:t>
      </w:r>
      <w:r>
        <w:t>p: ......................  Nơi‍ c</w:t>
      </w:r>
      <w:r>
        <w:t>ấ</w:t>
      </w:r>
      <w:r>
        <w:t>p: ........................</w:t>
      </w:r>
    </w:p>
    <w:p w:rsidR="00A572CC" w:rsidRDefault="004F697C">
      <w:r>
        <w:t>Đ</w:t>
      </w:r>
      <w:r>
        <w:t>ị</w:t>
      </w:r>
      <w:r>
        <w:t>a‍ ch</w:t>
      </w:r>
      <w:r>
        <w:t>ỉ</w:t>
      </w:r>
      <w:r>
        <w:t>‍ thư</w:t>
      </w:r>
      <w:r>
        <w:t>ờ</w:t>
      </w:r>
      <w:r>
        <w:t>ng‍ trú: .................................................</w:t>
      </w:r>
    </w:p>
    <w:p w:rsidR="00A572CC" w:rsidRDefault="004F697C">
      <w:r>
        <w:t>S</w:t>
      </w:r>
      <w:r>
        <w:t>ố</w:t>
      </w:r>
      <w:r>
        <w:t>‍ đi</w:t>
      </w:r>
      <w:r>
        <w:t>ệ</w:t>
      </w:r>
      <w:r>
        <w:t>n‍ tho</w:t>
      </w:r>
      <w:r>
        <w:t>ạ</w:t>
      </w:r>
      <w:r>
        <w:t>i: ......................................................</w:t>
      </w:r>
    </w:p>
    <w:p w:rsidR="00A572CC" w:rsidRDefault="004F697C">
      <w:r>
        <w:t>1.‍ N</w:t>
      </w:r>
      <w:r>
        <w:t>ộ</w:t>
      </w:r>
      <w:r>
        <w:t>i‍ dung‍ kho</w:t>
      </w:r>
      <w:r>
        <w:t>ả</w:t>
      </w:r>
      <w:r>
        <w:t>n‍ n</w:t>
      </w:r>
      <w:r>
        <w:t>ợ</w:t>
      </w:r>
    </w:p>
    <w:p w:rsidR="00A572CC" w:rsidRDefault="004F697C">
      <w:r>
        <w:t xml:space="preserve">Bên‍ </w:t>
      </w:r>
      <w:r>
        <w:t>B‍ xác‍ nh</w:t>
      </w:r>
      <w:r>
        <w:t>ậ</w:t>
      </w:r>
      <w:r>
        <w:t>n‍ đã‍ vay‍ c</w:t>
      </w:r>
      <w:r>
        <w:t>ủ</w:t>
      </w:r>
      <w:r>
        <w:t>a‍ Bên‍ A‍ s</w:t>
      </w:r>
      <w:r>
        <w:t>ố</w:t>
      </w:r>
      <w:r>
        <w:t>‍ ti</w:t>
      </w:r>
      <w:r>
        <w:t>ề</w:t>
      </w:r>
      <w:r>
        <w:t>n: **...........................‍ VNĐ**</w:t>
      </w:r>
    </w:p>
    <w:p w:rsidR="00A572CC" w:rsidRDefault="004F697C">
      <w:r>
        <w:t>(S</w:t>
      </w:r>
      <w:r>
        <w:t>ố</w:t>
      </w:r>
      <w:r>
        <w:t>‍ ti</w:t>
      </w:r>
      <w:r>
        <w:t>ề</w:t>
      </w:r>
      <w:r>
        <w:t>n‍ b</w:t>
      </w:r>
      <w:r>
        <w:t>ằ</w:t>
      </w:r>
      <w:r>
        <w:t>ng‍ ch</w:t>
      </w:r>
      <w:r>
        <w:t>ữ</w:t>
      </w:r>
      <w:r>
        <w:t>: .................................................................................)</w:t>
      </w:r>
    </w:p>
    <w:p w:rsidR="00A572CC" w:rsidRDefault="004F697C">
      <w:r>
        <w:t>Th</w:t>
      </w:r>
      <w:r>
        <w:t>ờ</w:t>
      </w:r>
      <w:r>
        <w:t>i‍ gian‍ vay: ..........................................</w:t>
      </w:r>
    </w:p>
    <w:p w:rsidR="00A572CC" w:rsidRDefault="004F697C">
      <w:r>
        <w:t>M</w:t>
      </w:r>
      <w:r>
        <w:t>ụ</w:t>
      </w:r>
      <w:r>
        <w:t>c‍ đíc</w:t>
      </w:r>
      <w:r>
        <w:t>h‍ vay: ..........................................</w:t>
      </w:r>
    </w:p>
    <w:p w:rsidR="00A572CC" w:rsidRDefault="004F697C">
      <w:r>
        <w:t>Th</w:t>
      </w:r>
      <w:r>
        <w:t>ờ</w:t>
      </w:r>
      <w:r>
        <w:t>i‍ h</w:t>
      </w:r>
      <w:r>
        <w:t>ạ</w:t>
      </w:r>
      <w:r>
        <w:t>n‍ tr</w:t>
      </w:r>
      <w:r>
        <w:t>ả</w:t>
      </w:r>
      <w:r>
        <w:t>‍ n</w:t>
      </w:r>
      <w:r>
        <w:t>ợ</w:t>
      </w:r>
      <w:r>
        <w:t>: ..........................................</w:t>
      </w:r>
    </w:p>
    <w:p w:rsidR="00A572CC" w:rsidRDefault="004F697C">
      <w:r>
        <w:t>Lãi‍ su</w:t>
      </w:r>
      <w:r>
        <w:t>ấ</w:t>
      </w:r>
      <w:r>
        <w:t>t‍ (n</w:t>
      </w:r>
      <w:r>
        <w:t>ế</w:t>
      </w:r>
      <w:r>
        <w:t>u‍ có): ..........................................</w:t>
      </w:r>
    </w:p>
    <w:p w:rsidR="00A572CC" w:rsidRDefault="004F697C">
      <w:r>
        <w:t>2.‍ Cam‍ k</w:t>
      </w:r>
      <w:r>
        <w:t>ế</w:t>
      </w:r>
      <w:r>
        <w:t>t‍ c</w:t>
      </w:r>
      <w:r>
        <w:t>ủ</w:t>
      </w:r>
      <w:r>
        <w:t>a‍ các‍ bên</w:t>
      </w:r>
    </w:p>
    <w:p w:rsidR="00A572CC" w:rsidRDefault="004F697C">
      <w:r>
        <w:t>- Bên‍ B‍ cam‍ k</w:t>
      </w:r>
      <w:r>
        <w:t>ế</w:t>
      </w:r>
      <w:r>
        <w:t>t‍ s</w:t>
      </w:r>
      <w:r>
        <w:t>ẽ</w:t>
      </w:r>
      <w:r>
        <w:t>‍ thanh‍ toán‍ đ</w:t>
      </w:r>
      <w:r>
        <w:t>ầ</w:t>
      </w:r>
      <w:r>
        <w:t>y‍ đ</w:t>
      </w:r>
      <w:r>
        <w:t>ủ</w:t>
      </w:r>
      <w:r>
        <w:t>‍ kho</w:t>
      </w:r>
      <w:r>
        <w:t>ả</w:t>
      </w:r>
      <w:r>
        <w:t>n‍ n</w:t>
      </w:r>
      <w:r>
        <w:t>ợ</w:t>
      </w:r>
      <w:r>
        <w:t>‍ nêu‍ trên‍ cho‍ Bên‍ A‍ đúng‍ h</w:t>
      </w:r>
      <w:r>
        <w:t>ạ</w:t>
      </w:r>
      <w:r>
        <w:t>n.</w:t>
      </w:r>
    </w:p>
    <w:p w:rsidR="00A572CC" w:rsidRDefault="004F697C">
      <w:r>
        <w:lastRenderedPageBreak/>
        <w:t>- N</w:t>
      </w:r>
      <w:r>
        <w:t>ế</w:t>
      </w:r>
      <w:r>
        <w:t>u‍ đ</w:t>
      </w:r>
      <w:r>
        <w:t>ế</w:t>
      </w:r>
      <w:r>
        <w:t>n‍ h</w:t>
      </w:r>
      <w:r>
        <w:t>ạ</w:t>
      </w:r>
      <w:r>
        <w:t>n‍ mà‍ Bên‍ B‍ không‍ thanh‍ toán‍ đ</w:t>
      </w:r>
      <w:r>
        <w:t>ầ</w:t>
      </w:r>
      <w:r>
        <w:t>y‍ đ</w:t>
      </w:r>
      <w:r>
        <w:t>ủ</w:t>
      </w:r>
      <w:r>
        <w:t>,‍ hai‍ bên‍ s</w:t>
      </w:r>
      <w:r>
        <w:t>ẽ</w:t>
      </w:r>
      <w:r>
        <w:t>‍ ti</w:t>
      </w:r>
      <w:r>
        <w:t>ế</w:t>
      </w:r>
      <w:r>
        <w:t>n‍ hành‍ x</w:t>
      </w:r>
      <w:r>
        <w:t>ử</w:t>
      </w:r>
      <w:r>
        <w:t>‍ lý‍ theo‍ quy‍ đ</w:t>
      </w:r>
      <w:r>
        <w:t>ị</w:t>
      </w:r>
      <w:r>
        <w:t>nh‍ c</w:t>
      </w:r>
      <w:r>
        <w:t>ủ</w:t>
      </w:r>
      <w:r>
        <w:t>a‍ pháp‍ lu</w:t>
      </w:r>
      <w:r>
        <w:t>ậ</w:t>
      </w:r>
      <w:r>
        <w:t>t‍ ho</w:t>
      </w:r>
      <w:r>
        <w:t>ặ</w:t>
      </w:r>
      <w:r>
        <w:t>c‍ theo‍ th</w:t>
      </w:r>
      <w:r>
        <w:t>ỏ</w:t>
      </w:r>
      <w:r>
        <w:t>a‍ thu</w:t>
      </w:r>
      <w:r>
        <w:t>ậ</w:t>
      </w:r>
      <w:r>
        <w:t>n‍ riêng.</w:t>
      </w:r>
    </w:p>
    <w:p w:rsidR="00A572CC" w:rsidRDefault="004F697C">
      <w:r>
        <w:t>- Bên‍ A‍ đ</w:t>
      </w:r>
      <w:r>
        <w:t>ồ</w:t>
      </w:r>
      <w:r>
        <w:t>ng‍ ý‍ không‍ phát‍ sinh‍ thêm‍ yêu‍ c</w:t>
      </w:r>
      <w:r>
        <w:t>ầ</w:t>
      </w:r>
      <w:r>
        <w:t xml:space="preserve">u‍ </w:t>
      </w:r>
      <w:r>
        <w:t>khác‍ ngoài‍ n</w:t>
      </w:r>
      <w:r>
        <w:t>ộ</w:t>
      </w:r>
      <w:r>
        <w:t>i‍ dung‍ đã‍ xác‍ nh</w:t>
      </w:r>
      <w:r>
        <w:t>ậ</w:t>
      </w:r>
      <w:r>
        <w:t>n‍ trong‍ biên‍ b</w:t>
      </w:r>
      <w:r>
        <w:t>ả</w:t>
      </w:r>
      <w:r>
        <w:t>n‍ này.</w:t>
      </w:r>
    </w:p>
    <w:p w:rsidR="00A572CC" w:rsidRDefault="004F697C">
      <w:r>
        <w:t>3.‍ Hi</w:t>
      </w:r>
      <w:r>
        <w:t>ệ</w:t>
      </w:r>
      <w:r>
        <w:t>u‍ l</w:t>
      </w:r>
      <w:r>
        <w:t>ự</w:t>
      </w:r>
      <w:r>
        <w:t>c‍ và‍ đi</w:t>
      </w:r>
      <w:r>
        <w:t>ề</w:t>
      </w:r>
      <w:r>
        <w:t>u‍ kho</w:t>
      </w:r>
      <w:r>
        <w:t>ả</w:t>
      </w:r>
      <w:r>
        <w:t>n‍ chung</w:t>
      </w:r>
    </w:p>
    <w:p w:rsidR="00A572CC" w:rsidRDefault="004F697C">
      <w:r>
        <w:t>- Biên‍ b</w:t>
      </w:r>
      <w:r>
        <w:t>ả</w:t>
      </w:r>
      <w:r>
        <w:t>n‍ này‍ đư</w:t>
      </w:r>
      <w:r>
        <w:t>ợ</w:t>
      </w:r>
      <w:r>
        <w:t>c‍ l</w:t>
      </w:r>
      <w:r>
        <w:t>ậ</w:t>
      </w:r>
      <w:r>
        <w:t>p‍ thành‍ 02‍ b</w:t>
      </w:r>
      <w:r>
        <w:t>ả</w:t>
      </w:r>
      <w:r>
        <w:t>n,‍ m</w:t>
      </w:r>
      <w:r>
        <w:t>ỗ</w:t>
      </w:r>
      <w:r>
        <w:t>i‍ bên‍ gi</w:t>
      </w:r>
      <w:r>
        <w:t>ữ</w:t>
      </w:r>
      <w:r>
        <w:t>‍ 01‍ b</w:t>
      </w:r>
      <w:r>
        <w:t>ả</w:t>
      </w:r>
      <w:r>
        <w:t>n‍ có‍ giá‍ tr</w:t>
      </w:r>
      <w:r>
        <w:t>ị</w:t>
      </w:r>
      <w:r>
        <w:t>‍ pháp‍ lý‍ như‍ nhau.</w:t>
      </w:r>
    </w:p>
    <w:p w:rsidR="00A572CC" w:rsidRDefault="004F697C">
      <w:r>
        <w:t>- Hai‍ bên‍ đã‍ đ</w:t>
      </w:r>
      <w:r>
        <w:t>ọ</w:t>
      </w:r>
      <w:r>
        <w:t>c,‍ hi</w:t>
      </w:r>
      <w:r>
        <w:t>ể</w:t>
      </w:r>
      <w:r>
        <w:t xml:space="preserve">u‍ rõ‍ và‍ cùng‍ ký‍ tên‍ </w:t>
      </w:r>
      <w:r>
        <w:t>xác‍ nh</w:t>
      </w:r>
      <w:r>
        <w:t>ậ</w:t>
      </w:r>
      <w:r>
        <w:t>n‍ t</w:t>
      </w:r>
      <w:r>
        <w:t>ự</w:t>
      </w:r>
      <w:r>
        <w:t>‍ nguy</w:t>
      </w:r>
      <w:r>
        <w:t>ệ</w:t>
      </w:r>
      <w:r>
        <w:t>n‍ không‍ b</w:t>
      </w:r>
      <w:r>
        <w:t>ị</w:t>
      </w:r>
      <w:r>
        <w:t>‍ ép‍ bu</w:t>
      </w:r>
      <w:r>
        <w:t>ộ</w:t>
      </w:r>
      <w:r>
        <w:t>c.‍ Biên‍ b</w:t>
      </w:r>
      <w:r>
        <w:t>ả</w:t>
      </w:r>
      <w:r>
        <w:t>n‍ có‍ hi</w:t>
      </w:r>
      <w:r>
        <w:t>ệ</w:t>
      </w:r>
      <w:r>
        <w:t>u‍ l</w:t>
      </w:r>
      <w:r>
        <w:t>ự</w:t>
      </w:r>
      <w:r>
        <w:t>c‍ k</w:t>
      </w:r>
      <w:r>
        <w:t>ể</w:t>
      </w:r>
      <w:r>
        <w:t>‍ t</w:t>
      </w:r>
      <w:r>
        <w:t>ừ</w:t>
      </w:r>
      <w:r>
        <w:t>‍ ngày‍ ký.</w:t>
      </w:r>
    </w:p>
    <w:p w:rsidR="00A572CC" w:rsidRDefault="004F697C">
      <w:r>
        <w:br/>
        <w:t>Đ</w:t>
      </w:r>
      <w:r>
        <w:t>Ạ</w:t>
      </w:r>
      <w:r>
        <w:t>I‍ DI</w:t>
      </w:r>
      <w:r>
        <w:t>Ệ</w:t>
      </w:r>
      <w:r>
        <w:t>N‍ BÊN‍ A                                            Đ</w:t>
      </w:r>
      <w:r>
        <w:t>Ạ</w:t>
      </w:r>
      <w:r>
        <w:t>I‍ DI</w:t>
      </w:r>
      <w:r>
        <w:t>Ệ</w:t>
      </w:r>
      <w:r>
        <w:t>N‍ BÊN‍ B</w:t>
      </w:r>
    </w:p>
    <w:p w:rsidR="00A572CC" w:rsidRDefault="004F697C">
      <w:r>
        <w:t>(Ký,‍ ghi‍ rõ‍ h</w:t>
      </w:r>
      <w:r>
        <w:t>ọ</w:t>
      </w:r>
      <w:r>
        <w:t>‍ tên)                                            (Ký,‍ ghi‍ rõ‍ h</w:t>
      </w:r>
      <w:r>
        <w:t>ọ</w:t>
      </w:r>
      <w:r>
        <w:t>‍ t</w:t>
      </w:r>
      <w:r>
        <w:t>ên)</w:t>
      </w:r>
    </w:p>
    <w:sectPr w:rsidR="00A572C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697C"/>
    <w:rsid w:val="00A572C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4D483B41-08A4-4572-8569-2E0132854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04B45C-F207-405E-811C-F3DB53DAEA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2303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2025-06-12T09:38:00Z</dcterms:created>
  <dcterms:modified xsi:type="dcterms:W3CDTF">2025-06-12T09:38:00Z</dcterms:modified>
  <cp:category/>
</cp:coreProperties>
</file>