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0E63" w:rsidRPr="00D03E1F" w:rsidRDefault="00C75F5E">
      <w:pPr>
        <w:spacing w:after="0" w:line="240" w:lineRule="auto"/>
        <w:jc w:val="center"/>
      </w:pPr>
      <w:r w:rsidRPr="00D03E1F">
        <w:rPr>
          <w:rFonts w:ascii="Times New Roman" w:eastAsia="Times New Roman" w:hAnsi="Times New Roman"/>
          <w:b/>
          <w:sz w:val="28"/>
        </w:rPr>
        <w:t>TUẦN 26</w:t>
      </w:r>
    </w:p>
    <w:p w:rsidR="00A60E63" w:rsidRPr="00D03E1F" w:rsidRDefault="00C75F5E">
      <w:pPr>
        <w:spacing w:after="0" w:line="240" w:lineRule="auto"/>
        <w:jc w:val="center"/>
      </w:pPr>
      <w:r w:rsidRPr="00D03E1F">
        <w:rPr>
          <w:rFonts w:ascii="Times New Roman" w:eastAsia="Times New Roman" w:hAnsi="Times New Roman"/>
          <w:b/>
          <w:sz w:val="28"/>
        </w:rPr>
        <w:t>KẾ HOẠCH BÀI DẠY MÔN TOÁN 3</w:t>
      </w:r>
    </w:p>
    <w:p w:rsidR="00A60E63" w:rsidRPr="00D03E1F" w:rsidRDefault="00C75F5E">
      <w:pPr>
        <w:spacing w:after="0" w:line="240" w:lineRule="auto"/>
        <w:jc w:val="center"/>
      </w:pPr>
      <w:r w:rsidRPr="00D03E1F">
        <w:rPr>
          <w:rFonts w:ascii="Times New Roman" w:eastAsia="Times New Roman" w:hAnsi="Times New Roman"/>
          <w:b/>
          <w:sz w:val="26"/>
        </w:rPr>
        <w:t>CHỦ ĐỀ 11: CÁC SỐ ĐẾN 100 000</w:t>
      </w:r>
    </w:p>
    <w:p w:rsidR="00A60E63" w:rsidRPr="00D03E1F" w:rsidRDefault="00C75F5E">
      <w:pPr>
        <w:spacing w:after="0" w:line="240" w:lineRule="auto"/>
        <w:jc w:val="center"/>
      </w:pPr>
      <w:r w:rsidRPr="00D03E1F">
        <w:rPr>
          <w:rFonts w:ascii="Times New Roman" w:eastAsia="Times New Roman" w:hAnsi="Times New Roman"/>
          <w:b/>
          <w:sz w:val="26"/>
        </w:rPr>
        <w:t>Bài 59: Các số có năm chữ số. Số 100 000 (Tiết 1) - Trang 56, 57</w:t>
      </w:r>
    </w:p>
    <w:p w:rsidR="00A60E63" w:rsidRPr="00D03E1F" w:rsidRDefault="00C75F5E">
      <w:pPr>
        <w:spacing w:after="0" w:line="240" w:lineRule="auto"/>
      </w:pPr>
      <w:r w:rsidRPr="00D03E1F">
        <w:rPr>
          <w:rFonts w:ascii="Times New Roman" w:eastAsia="Times New Roman" w:hAnsi="Times New Roman"/>
          <w:b/>
          <w:sz w:val="26"/>
        </w:rPr>
        <w:t>I. YÊU CẦU CẦN ĐẠT:</w:t>
      </w:r>
    </w:p>
    <w:p w:rsidR="00A60E63" w:rsidRPr="00D03E1F" w:rsidRDefault="00C75F5E">
      <w:pPr>
        <w:spacing w:after="0" w:line="240" w:lineRule="auto"/>
      </w:pPr>
      <w:r w:rsidRPr="00D03E1F">
        <w:rPr>
          <w:rFonts w:ascii="Times New Roman" w:eastAsia="Times New Roman" w:hAnsi="Times New Roman"/>
          <w:b/>
          <w:sz w:val="26"/>
        </w:rPr>
        <w:t>1. Năng lực đặc thù:</w:t>
      </w:r>
    </w:p>
    <w:p w:rsidR="00A60E63" w:rsidRPr="00D03E1F" w:rsidRDefault="00C75F5E">
      <w:pPr>
        <w:spacing w:after="0" w:line="240" w:lineRule="auto"/>
      </w:pPr>
      <w:r w:rsidRPr="00D03E1F">
        <w:rPr>
          <w:rFonts w:ascii="Times New Roman" w:eastAsia="Times New Roman" w:hAnsi="Times New Roman"/>
          <w:sz w:val="26"/>
        </w:rPr>
        <w:t>- Nhận biết số có năm chữ số và các hàng chục nghìn, nghìn, trăm, chục, đơn vị.</w:t>
      </w:r>
    </w:p>
    <w:p w:rsidR="00A60E63" w:rsidRPr="00D03E1F" w:rsidRDefault="00C75F5E">
      <w:pPr>
        <w:spacing w:after="0" w:line="240" w:lineRule="auto"/>
      </w:pPr>
      <w:r w:rsidRPr="00D03E1F">
        <w:rPr>
          <w:rFonts w:ascii="Times New Roman" w:eastAsia="Times New Roman" w:hAnsi="Times New Roman"/>
          <w:sz w:val="26"/>
        </w:rPr>
        <w:t>- Đọc, viết, phân tích được số có năm chữ số theo từng hàng.</w:t>
      </w:r>
    </w:p>
    <w:p w:rsidR="00A60E63" w:rsidRPr="00D03E1F" w:rsidRDefault="00C75F5E">
      <w:pPr>
        <w:spacing w:after="0" w:line="240" w:lineRule="auto"/>
      </w:pPr>
      <w:r w:rsidRPr="00D03E1F">
        <w:rPr>
          <w:rFonts w:ascii="Times New Roman" w:eastAsia="Times New Roman" w:hAnsi="Times New Roman"/>
          <w:sz w:val="26"/>
        </w:rPr>
        <w:t>- Điền được số còn thiếu trên tia số và chọn số phù hợp với cách đọc.</w:t>
      </w:r>
    </w:p>
    <w:p w:rsidR="00A60E63" w:rsidRPr="00D03E1F" w:rsidRDefault="00C75F5E">
      <w:pPr>
        <w:spacing w:after="0" w:line="240" w:lineRule="auto"/>
      </w:pPr>
      <w:r w:rsidRPr="00D03E1F">
        <w:rPr>
          <w:rFonts w:ascii="Times New Roman" w:eastAsia="Times New Roman" w:hAnsi="Times New Roman"/>
          <w:sz w:val="26"/>
        </w:rPr>
        <w:t>- Vận dụng được cách đọc, viết số có năm chữ số trong tình huống đơn giản.</w:t>
      </w:r>
    </w:p>
    <w:p w:rsidR="00A60E63" w:rsidRPr="00D03E1F" w:rsidRDefault="00C75F5E">
      <w:pPr>
        <w:spacing w:after="0" w:line="240" w:lineRule="auto"/>
      </w:pPr>
      <w:r w:rsidRPr="00D03E1F">
        <w:rPr>
          <w:rFonts w:ascii="Times New Roman" w:eastAsia="Times New Roman" w:hAnsi="Times New Roman"/>
          <w:b/>
          <w:sz w:val="26"/>
        </w:rPr>
        <w:t>2. Năng lực chung:</w:t>
      </w:r>
    </w:p>
    <w:p w:rsidR="00A60E63" w:rsidRPr="00D03E1F" w:rsidRDefault="00C75F5E">
      <w:pPr>
        <w:spacing w:after="0" w:line="240" w:lineRule="auto"/>
      </w:pPr>
      <w:r w:rsidRPr="00D03E1F">
        <w:rPr>
          <w:rFonts w:ascii="Times New Roman" w:eastAsia="Times New Roman" w:hAnsi="Times New Roman"/>
          <w:sz w:val="26"/>
        </w:rPr>
        <w:t>- Tự chủ, tự học: tự đọc bảng hàng, viết số 12 324, 57 465, 90 056, 50 602 và kiểm tra cách đọc.</w:t>
      </w:r>
    </w:p>
    <w:p w:rsidR="00A60E63" w:rsidRPr="00D03E1F" w:rsidRDefault="00C75F5E">
      <w:pPr>
        <w:spacing w:after="0" w:line="240" w:lineRule="auto"/>
      </w:pPr>
      <w:r w:rsidRPr="00D03E1F">
        <w:rPr>
          <w:rFonts w:ascii="Times New Roman" w:eastAsia="Times New Roman" w:hAnsi="Times New Roman"/>
          <w:sz w:val="26"/>
        </w:rPr>
        <w:t>- Giao tiếp và hợp tác: trao đổi nhóm 2 khi chọn số phù hợp với cách đọc.</w:t>
      </w:r>
    </w:p>
    <w:p w:rsidR="00A60E63" w:rsidRPr="00D03E1F" w:rsidRDefault="00C75F5E">
      <w:pPr>
        <w:spacing w:after="0" w:line="240" w:lineRule="auto"/>
      </w:pPr>
      <w:r w:rsidRPr="00D03E1F">
        <w:rPr>
          <w:rFonts w:ascii="Times New Roman" w:eastAsia="Times New Roman" w:hAnsi="Times New Roman"/>
          <w:sz w:val="26"/>
        </w:rPr>
        <w:t>- Giải quyết vấn đề: tìm số còn thiếu trên tia số và phân tích số theo hàng.</w:t>
      </w:r>
    </w:p>
    <w:p w:rsidR="00A60E63" w:rsidRPr="00D03E1F" w:rsidRDefault="00C75F5E">
      <w:pPr>
        <w:spacing w:after="0" w:line="240" w:lineRule="auto"/>
      </w:pPr>
      <w:r w:rsidRPr="00D03E1F">
        <w:rPr>
          <w:rFonts w:ascii="Times New Roman" w:eastAsia="Times New Roman" w:hAnsi="Times New Roman"/>
          <w:b/>
          <w:sz w:val="26"/>
        </w:rPr>
        <w:t>3. Phẩm chất:</w:t>
      </w:r>
    </w:p>
    <w:p w:rsidR="00A60E63" w:rsidRPr="00D03E1F" w:rsidRDefault="00C75F5E">
      <w:pPr>
        <w:spacing w:after="0" w:line="240" w:lineRule="auto"/>
      </w:pPr>
      <w:r w:rsidRPr="00D03E1F">
        <w:rPr>
          <w:rFonts w:ascii="Times New Roman" w:eastAsia="Times New Roman" w:hAnsi="Times New Roman"/>
          <w:sz w:val="26"/>
        </w:rPr>
        <w:t>- Chăm chỉ: tích cực luyện đọc, viết số có năm chữ số.</w:t>
      </w:r>
    </w:p>
    <w:p w:rsidR="00A60E63" w:rsidRPr="00D03E1F" w:rsidRDefault="00C75F5E">
      <w:pPr>
        <w:spacing w:after="0" w:line="240" w:lineRule="auto"/>
      </w:pPr>
      <w:r w:rsidRPr="00D03E1F">
        <w:rPr>
          <w:rFonts w:ascii="Times New Roman" w:eastAsia="Times New Roman" w:hAnsi="Times New Roman"/>
          <w:sz w:val="26"/>
        </w:rPr>
        <w:t>- Trung thực: tự sửa lỗi khi đọc thiếu hàng hoặc viết sai chữ số.</w:t>
      </w:r>
    </w:p>
    <w:p w:rsidR="00A60E63" w:rsidRPr="00D03E1F" w:rsidRDefault="00C75F5E">
      <w:pPr>
        <w:spacing w:after="0" w:line="240" w:lineRule="auto"/>
      </w:pPr>
      <w:r w:rsidRPr="00D03E1F">
        <w:rPr>
          <w:rFonts w:ascii="Times New Roman" w:eastAsia="Times New Roman" w:hAnsi="Times New Roman"/>
          <w:sz w:val="26"/>
        </w:rPr>
        <w:t>- Trách nhiệm: sử dụng Wordwall, Google Sheets đúng mục đích học tập.</w:t>
      </w:r>
    </w:p>
    <w:p w:rsidR="00A60E63" w:rsidRPr="00D03E1F" w:rsidRDefault="00C75F5E">
      <w:pPr>
        <w:spacing w:after="0" w:line="240" w:lineRule="auto"/>
      </w:pPr>
      <w:r w:rsidRPr="00D03E1F">
        <w:rPr>
          <w:rFonts w:ascii="Times New Roman" w:eastAsia="Times New Roman" w:hAnsi="Times New Roman"/>
          <w:b/>
          <w:sz w:val="26"/>
        </w:rPr>
        <w:t>4. Tích hợp:</w:t>
      </w:r>
    </w:p>
    <w:p w:rsidR="00A60E63" w:rsidRPr="00D03E1F" w:rsidRDefault="00C75F5E">
      <w:pPr>
        <w:spacing w:after="0" w:line="240" w:lineRule="auto"/>
      </w:pPr>
      <w:r w:rsidRPr="00D03E1F">
        <w:rPr>
          <w:rFonts w:ascii="Times New Roman" w:eastAsia="Times New Roman" w:hAnsi="Times New Roman"/>
          <w:sz w:val="26"/>
        </w:rPr>
        <w:t>- Tích hợp NLS 1.1.CB1a: GV dùng Wordwall để ghép số có năm chữ số với cấu tạo hàng chục nghìn, nghìn, trăm, chục, đơn vị; sau đó trình chiếu Google Sheets mẫu để HS đọc và kiểm tra giá trị từng hàng.</w:t>
      </w:r>
    </w:p>
    <w:p w:rsidR="00A60E63" w:rsidRPr="00D03E1F" w:rsidRDefault="00C75F5E">
      <w:pPr>
        <w:spacing w:after="0" w:line="240" w:lineRule="auto"/>
      </w:pPr>
      <w:r w:rsidRPr="00D03E1F">
        <w:rPr>
          <w:rFonts w:ascii="Times New Roman" w:eastAsia="Times New Roman" w:hAnsi="Times New Roman"/>
          <w:sz w:val="26"/>
        </w:rPr>
        <w:t>- Tích hợp AI (Khung 3439) - 3.C5.2: HS nhận biết AI có thể xử lí dữ liệu lớn nhanh hơn con người qua ví dụ sắp xếp danh sách 100 000 học sinh.</w:t>
      </w:r>
    </w:p>
    <w:p w:rsidR="00A60E63" w:rsidRPr="00D03E1F" w:rsidRDefault="00C75F5E">
      <w:pPr>
        <w:spacing w:after="0" w:line="240" w:lineRule="auto"/>
      </w:pPr>
      <w:r w:rsidRPr="00D03E1F">
        <w:rPr>
          <w:rFonts w:ascii="Times New Roman" w:eastAsia="Times New Roman" w:hAnsi="Times New Roman"/>
          <w:b/>
          <w:sz w:val="26"/>
        </w:rPr>
        <w:t>II. ĐỒ DÙNG DẠY HỌC</w:t>
      </w:r>
    </w:p>
    <w:p w:rsidR="00A60E63" w:rsidRPr="00D03E1F" w:rsidRDefault="00C75F5E">
      <w:pPr>
        <w:spacing w:after="0" w:line="240" w:lineRule="auto"/>
      </w:pPr>
      <w:r w:rsidRPr="00D03E1F">
        <w:rPr>
          <w:rFonts w:ascii="Times New Roman" w:eastAsia="Times New Roman" w:hAnsi="Times New Roman"/>
          <w:sz w:val="26"/>
        </w:rPr>
        <w:t>- Kế hoạch bài dạy, SGK Toán 3 tập hai, bài giảng PowerPoint.</w:t>
      </w:r>
    </w:p>
    <w:p w:rsidR="00A60E63" w:rsidRPr="00D03E1F" w:rsidRDefault="00C75F5E">
      <w:pPr>
        <w:spacing w:after="0" w:line="240" w:lineRule="auto"/>
      </w:pPr>
      <w:r w:rsidRPr="00D03E1F">
        <w:rPr>
          <w:rFonts w:ascii="Times New Roman" w:eastAsia="Times New Roman" w:hAnsi="Times New Roman"/>
          <w:sz w:val="26"/>
        </w:rPr>
        <w:t>- Wordwall ghép số - cấu tạo số, Google Sheets mẫu, bảng con, phiếu học tập.</w:t>
      </w:r>
    </w:p>
    <w:p w:rsidR="00A60E63" w:rsidRPr="00D03E1F" w:rsidRDefault="00C75F5E">
      <w:pPr>
        <w:spacing w:after="0" w:line="240" w:lineRule="auto"/>
      </w:pPr>
      <w:r w:rsidRPr="00D03E1F">
        <w:rPr>
          <w:rFonts w:ascii="Times New Roman" w:eastAsia="Times New Roman" w:hAnsi="Times New Roman"/>
          <w:sz w:val="26"/>
        </w:rPr>
        <w:t>- Hình cắt từ SGK trang 56, 57.</w:t>
      </w:r>
    </w:p>
    <w:p w:rsidR="00A60E63" w:rsidRPr="00D03E1F" w:rsidRDefault="00C75F5E">
      <w:pPr>
        <w:spacing w:after="0" w:line="240" w:lineRule="auto"/>
      </w:pPr>
      <w:r w:rsidRPr="00D03E1F">
        <w:rPr>
          <w:rFonts w:ascii="Times New Roman" w:eastAsia="Times New Roman" w:hAnsi="Times New Roman"/>
          <w:b/>
          <w:sz w:val="26"/>
        </w:rPr>
        <w:t>III. HOẠT ĐỘNG DẠY HỌC</w:t>
      </w:r>
    </w:p>
    <w:tbl>
      <w:tblPr>
        <w:tblW w:w="0" w:type="auto"/>
        <w:jc w:val="center"/>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5040"/>
        <w:gridCol w:w="5040"/>
      </w:tblGrid>
      <w:tr w:rsidR="00D03E1F" w:rsidRPr="00D03E1F" w:rsidTr="00D03E1F">
        <w:trPr>
          <w:jc w:val="center"/>
        </w:trPr>
        <w:tc>
          <w:tcPr>
            <w:tcW w:w="5040" w:type="dxa"/>
            <w:tcBorders>
              <w:bottom w:val="single" w:sz="4" w:space="0" w:color="auto"/>
            </w:tcBorders>
            <w:shd w:val="clear" w:color="auto" w:fill="auto"/>
          </w:tcPr>
          <w:p w:rsidR="00A60E63" w:rsidRPr="00D03E1F" w:rsidRDefault="00C75F5E">
            <w:pPr>
              <w:spacing w:after="0" w:line="240" w:lineRule="auto"/>
              <w:jc w:val="center"/>
            </w:pPr>
            <w:r w:rsidRPr="00D03E1F">
              <w:rPr>
                <w:rFonts w:ascii="Times New Roman" w:eastAsia="Times New Roman" w:hAnsi="Times New Roman"/>
                <w:b/>
                <w:sz w:val="26"/>
              </w:rPr>
              <w:t>Hoạt động của giáo viên</w:t>
            </w:r>
          </w:p>
        </w:tc>
        <w:tc>
          <w:tcPr>
            <w:tcW w:w="5040" w:type="dxa"/>
            <w:tcBorders>
              <w:bottom w:val="single" w:sz="4" w:space="0" w:color="auto"/>
            </w:tcBorders>
            <w:shd w:val="clear" w:color="auto" w:fill="auto"/>
          </w:tcPr>
          <w:p w:rsidR="00A60E63" w:rsidRPr="00D03E1F" w:rsidRDefault="00C75F5E">
            <w:pPr>
              <w:spacing w:after="0" w:line="240" w:lineRule="auto"/>
              <w:jc w:val="center"/>
            </w:pPr>
            <w:r w:rsidRPr="00D03E1F">
              <w:rPr>
                <w:rFonts w:ascii="Times New Roman" w:eastAsia="Times New Roman" w:hAnsi="Times New Roman"/>
                <w:b/>
                <w:sz w:val="26"/>
              </w:rPr>
              <w:t>Hoạt động của học sinh</w:t>
            </w:r>
          </w:p>
        </w:tc>
      </w:tr>
      <w:tr w:rsidR="00D03E1F" w:rsidRPr="00D03E1F" w:rsidTr="00D03E1F">
        <w:trPr>
          <w:jc w:val="center"/>
        </w:trPr>
        <w:tc>
          <w:tcPr>
            <w:tcW w:w="10080" w:type="dxa"/>
            <w:gridSpan w:val="2"/>
            <w:tcBorders>
              <w:top w:val="single" w:sz="4" w:space="0" w:color="auto"/>
              <w:bottom w:val="single" w:sz="4" w:space="0" w:color="auto"/>
            </w:tcBorders>
            <w:shd w:val="clear" w:color="auto" w:fill="auto"/>
          </w:tcPr>
          <w:p w:rsidR="00A60E63" w:rsidRPr="00D03E1F" w:rsidRDefault="00C75F5E">
            <w:pPr>
              <w:spacing w:after="0" w:line="240" w:lineRule="auto"/>
            </w:pPr>
            <w:r w:rsidRPr="00D03E1F">
              <w:rPr>
                <w:rFonts w:ascii="Times New Roman" w:eastAsia="Times New Roman" w:hAnsi="Times New Roman"/>
                <w:b/>
                <w:sz w:val="26"/>
              </w:rPr>
              <w:t>1. Khởi động (5 phút):</w:t>
            </w:r>
          </w:p>
          <w:p w:rsidR="00A60E63" w:rsidRPr="00D03E1F" w:rsidRDefault="00C75F5E">
            <w:pPr>
              <w:spacing w:after="0" w:line="240" w:lineRule="auto"/>
            </w:pPr>
            <w:r w:rsidRPr="00D03E1F">
              <w:rPr>
                <w:rFonts w:ascii="Times New Roman" w:eastAsia="Times New Roman" w:hAnsi="Times New Roman"/>
                <w:sz w:val="26"/>
              </w:rPr>
              <w:t>- Mục tiêu: Ôn đọc, viết số có bốn chữ số và nhận biết nhu cầu học số có năm chữ số.</w:t>
            </w:r>
          </w:p>
          <w:p w:rsidR="00A60E63" w:rsidRPr="00D03E1F" w:rsidRDefault="00C75F5E">
            <w:pPr>
              <w:spacing w:after="0" w:line="240" w:lineRule="auto"/>
            </w:pPr>
            <w:r w:rsidRPr="00D03E1F">
              <w:rPr>
                <w:rFonts w:ascii="Times New Roman" w:eastAsia="Times New Roman" w:hAnsi="Times New Roman"/>
                <w:sz w:val="26"/>
              </w:rPr>
              <w:t>*Cách tiến hành:</w:t>
            </w:r>
          </w:p>
        </w:tc>
      </w:tr>
      <w:tr w:rsidR="00D03E1F" w:rsidRPr="00D03E1F" w:rsidTr="00D03E1F">
        <w:trPr>
          <w:jc w:val="center"/>
        </w:trPr>
        <w:tc>
          <w:tcPr>
            <w:tcW w:w="5040" w:type="dxa"/>
            <w:tcBorders>
              <w:top w:val="single" w:sz="4" w:space="0" w:color="auto"/>
            </w:tcBorders>
            <w:shd w:val="clear" w:color="auto" w:fill="auto"/>
          </w:tcPr>
          <w:p w:rsidR="00A60E63" w:rsidRPr="00D03E1F" w:rsidRDefault="00C75F5E">
            <w:pPr>
              <w:spacing w:after="0" w:line="240" w:lineRule="auto"/>
            </w:pPr>
            <w:r w:rsidRPr="00D03E1F">
              <w:rPr>
                <w:rFonts w:ascii="Times New Roman" w:eastAsia="Times New Roman" w:hAnsi="Times New Roman"/>
                <w:sz w:val="26"/>
              </w:rPr>
              <w:t>- GV tổ chức trò chơi “Đọc số nhanh”: 1 234, 8 765, 9 999.</w:t>
            </w:r>
          </w:p>
        </w:tc>
        <w:tc>
          <w:tcPr>
            <w:tcW w:w="5040" w:type="dxa"/>
            <w:tcBorders>
              <w:top w:val="single" w:sz="4" w:space="0" w:color="auto"/>
            </w:tcBorders>
            <w:shd w:val="clear" w:color="auto" w:fill="auto"/>
          </w:tcPr>
          <w:p w:rsidR="00A60E63" w:rsidRPr="00D03E1F" w:rsidRDefault="00C75F5E">
            <w:pPr>
              <w:spacing w:after="0" w:line="240" w:lineRule="auto"/>
            </w:pPr>
            <w:r w:rsidRPr="00D03E1F">
              <w:rPr>
                <w:rFonts w:ascii="Times New Roman" w:eastAsia="Times New Roman" w:hAnsi="Times New Roman"/>
                <w:sz w:val="26"/>
              </w:rPr>
              <w:t>- HS tham gia trò chơi, đọc: một nghìn hai trăm ba mươi tư; tám nghìn bảy trăm sáu mươi lăm; chín nghìn chín trăm chín mươi chín.</w:t>
            </w:r>
          </w:p>
        </w:tc>
      </w:tr>
      <w:tr w:rsidR="00D03E1F" w:rsidRPr="00D03E1F" w:rsidTr="00D03E1F">
        <w:trPr>
          <w:jc w:val="center"/>
        </w:trPr>
        <w:tc>
          <w:tcPr>
            <w:tcW w:w="5040" w:type="dxa"/>
            <w:shd w:val="clear" w:color="auto" w:fill="auto"/>
          </w:tcPr>
          <w:p w:rsidR="00A60E63" w:rsidRPr="00D03E1F" w:rsidRDefault="00C75F5E">
            <w:pPr>
              <w:spacing w:after="0" w:line="240" w:lineRule="auto"/>
            </w:pPr>
            <w:r w:rsidRPr="00D03E1F">
              <w:rPr>
                <w:rFonts w:ascii="Times New Roman" w:eastAsia="Times New Roman" w:hAnsi="Times New Roman"/>
                <w:sz w:val="26"/>
              </w:rPr>
              <w:t>- GV hỏi: Số 9 999 có mấy chữ số?</w:t>
            </w:r>
          </w:p>
        </w:tc>
        <w:tc>
          <w:tcPr>
            <w:tcW w:w="5040" w:type="dxa"/>
            <w:shd w:val="clear" w:color="auto" w:fill="auto"/>
          </w:tcPr>
          <w:p w:rsidR="00A60E63" w:rsidRPr="00D03E1F" w:rsidRDefault="00C75F5E">
            <w:pPr>
              <w:spacing w:after="0" w:line="240" w:lineRule="auto"/>
            </w:pPr>
            <w:r w:rsidRPr="00D03E1F">
              <w:rPr>
                <w:rFonts w:ascii="Times New Roman" w:eastAsia="Times New Roman" w:hAnsi="Times New Roman"/>
                <w:sz w:val="26"/>
              </w:rPr>
              <w:t>- HS trả lời: Số 9 999 có bốn chữ số.</w:t>
            </w:r>
          </w:p>
        </w:tc>
      </w:tr>
      <w:tr w:rsidR="00D03E1F" w:rsidRPr="00D03E1F" w:rsidTr="00D03E1F">
        <w:trPr>
          <w:jc w:val="center"/>
        </w:trPr>
        <w:tc>
          <w:tcPr>
            <w:tcW w:w="5040" w:type="dxa"/>
            <w:shd w:val="clear" w:color="auto" w:fill="auto"/>
          </w:tcPr>
          <w:p w:rsidR="00A60E63" w:rsidRPr="00D03E1F" w:rsidRDefault="00C75F5E">
            <w:pPr>
              <w:spacing w:after="0" w:line="240" w:lineRule="auto"/>
            </w:pPr>
            <w:r w:rsidRPr="00D03E1F">
              <w:rPr>
                <w:rFonts w:ascii="Times New Roman" w:eastAsia="Times New Roman" w:hAnsi="Times New Roman"/>
                <w:sz w:val="26"/>
              </w:rPr>
              <w:t>- GV hỏi: Nếu thêm 1 vào 9 999 thì được số nào?</w:t>
            </w:r>
          </w:p>
        </w:tc>
        <w:tc>
          <w:tcPr>
            <w:tcW w:w="5040" w:type="dxa"/>
            <w:shd w:val="clear" w:color="auto" w:fill="auto"/>
          </w:tcPr>
          <w:p w:rsidR="00A60E63" w:rsidRPr="00D03E1F" w:rsidRDefault="00C75F5E">
            <w:pPr>
              <w:spacing w:after="0" w:line="240" w:lineRule="auto"/>
            </w:pPr>
            <w:r w:rsidRPr="00D03E1F">
              <w:rPr>
                <w:rFonts w:ascii="Times New Roman" w:eastAsia="Times New Roman" w:hAnsi="Times New Roman"/>
                <w:sz w:val="26"/>
              </w:rPr>
              <w:t>- HS trả lời: Được 10 000.</w:t>
            </w:r>
          </w:p>
        </w:tc>
      </w:tr>
      <w:tr w:rsidR="00D03E1F" w:rsidRPr="00D03E1F" w:rsidTr="00D03E1F">
        <w:trPr>
          <w:jc w:val="center"/>
        </w:trPr>
        <w:tc>
          <w:tcPr>
            <w:tcW w:w="5040" w:type="dxa"/>
            <w:tcBorders>
              <w:bottom w:val="single" w:sz="4" w:space="0" w:color="auto"/>
            </w:tcBorders>
            <w:shd w:val="clear" w:color="auto" w:fill="auto"/>
          </w:tcPr>
          <w:p w:rsidR="00A60E63" w:rsidRPr="00D03E1F" w:rsidRDefault="00C75F5E">
            <w:pPr>
              <w:spacing w:after="0" w:line="240" w:lineRule="auto"/>
            </w:pPr>
            <w:r w:rsidRPr="00D03E1F">
              <w:rPr>
                <w:rFonts w:ascii="Times New Roman" w:eastAsia="Times New Roman" w:hAnsi="Times New Roman"/>
                <w:sz w:val="26"/>
              </w:rPr>
              <w:t>- GV dẫn dắt: Hôm nay học các số có năm chữ số.</w:t>
            </w:r>
          </w:p>
        </w:tc>
        <w:tc>
          <w:tcPr>
            <w:tcW w:w="5040" w:type="dxa"/>
            <w:tcBorders>
              <w:bottom w:val="single" w:sz="4" w:space="0" w:color="auto"/>
            </w:tcBorders>
            <w:shd w:val="clear" w:color="auto" w:fill="auto"/>
          </w:tcPr>
          <w:p w:rsidR="00A60E63" w:rsidRPr="00D03E1F" w:rsidRDefault="00C75F5E">
            <w:pPr>
              <w:spacing w:after="0" w:line="240" w:lineRule="auto"/>
            </w:pPr>
            <w:r w:rsidRPr="00D03E1F">
              <w:rPr>
                <w:rFonts w:ascii="Times New Roman" w:eastAsia="Times New Roman" w:hAnsi="Times New Roman"/>
                <w:sz w:val="26"/>
              </w:rPr>
              <w:t>- HS lắng nghe và ghi tên bài.</w:t>
            </w:r>
          </w:p>
        </w:tc>
      </w:tr>
      <w:tr w:rsidR="00D03E1F" w:rsidRPr="00D03E1F" w:rsidTr="00D03E1F">
        <w:trPr>
          <w:jc w:val="center"/>
        </w:trPr>
        <w:tc>
          <w:tcPr>
            <w:tcW w:w="10080" w:type="dxa"/>
            <w:gridSpan w:val="2"/>
            <w:tcBorders>
              <w:top w:val="single" w:sz="4" w:space="0" w:color="auto"/>
              <w:bottom w:val="single" w:sz="4" w:space="0" w:color="auto"/>
            </w:tcBorders>
            <w:shd w:val="clear" w:color="auto" w:fill="auto"/>
          </w:tcPr>
          <w:p w:rsidR="00A60E63" w:rsidRPr="00D03E1F" w:rsidRDefault="00C75F5E">
            <w:pPr>
              <w:spacing w:after="0" w:line="240" w:lineRule="auto"/>
            </w:pPr>
            <w:r w:rsidRPr="00D03E1F">
              <w:rPr>
                <w:rFonts w:ascii="Times New Roman" w:eastAsia="Times New Roman" w:hAnsi="Times New Roman"/>
                <w:b/>
                <w:sz w:val="26"/>
              </w:rPr>
              <w:t>2. Khám phá (10 phút):</w:t>
            </w:r>
          </w:p>
          <w:p w:rsidR="00A60E63" w:rsidRPr="00D03E1F" w:rsidRDefault="00C75F5E">
            <w:pPr>
              <w:spacing w:after="0" w:line="240" w:lineRule="auto"/>
            </w:pPr>
            <w:r w:rsidRPr="00D03E1F">
              <w:rPr>
                <w:rFonts w:ascii="Times New Roman" w:eastAsia="Times New Roman" w:hAnsi="Times New Roman"/>
                <w:sz w:val="26"/>
              </w:rPr>
              <w:t>- Mục tiêu: Nhận biết số có năm chữ số, đọc và viết số 12 324 theo từng hàng.</w:t>
            </w:r>
          </w:p>
          <w:p w:rsidR="00A60E63" w:rsidRPr="00D03E1F" w:rsidRDefault="00C75F5E">
            <w:pPr>
              <w:spacing w:after="0" w:line="240" w:lineRule="auto"/>
            </w:pPr>
            <w:r w:rsidRPr="00D03E1F">
              <w:rPr>
                <w:rFonts w:ascii="Times New Roman" w:eastAsia="Times New Roman" w:hAnsi="Times New Roman"/>
                <w:sz w:val="26"/>
              </w:rPr>
              <w:t>- Mục tiêu tích hợp AI 3.C5.2: HS biết AI có thể xử lí nhanh dữ liệu lớn nhưng cần con người kiểm tra cách đọc, viết số.</w:t>
            </w:r>
          </w:p>
          <w:p w:rsidR="00A60E63" w:rsidRPr="00D03E1F" w:rsidRDefault="00C75F5E">
            <w:pPr>
              <w:spacing w:after="0" w:line="240" w:lineRule="auto"/>
            </w:pPr>
            <w:r w:rsidRPr="00D03E1F">
              <w:rPr>
                <w:rFonts w:ascii="Times New Roman" w:eastAsia="Times New Roman" w:hAnsi="Times New Roman"/>
                <w:sz w:val="26"/>
              </w:rPr>
              <w:lastRenderedPageBreak/>
              <w:t>*Cách tiến hành:</w:t>
            </w:r>
          </w:p>
        </w:tc>
      </w:tr>
      <w:tr w:rsidR="00D03E1F" w:rsidRPr="00D03E1F" w:rsidTr="00D03E1F">
        <w:trPr>
          <w:jc w:val="center"/>
        </w:trPr>
        <w:tc>
          <w:tcPr>
            <w:tcW w:w="5040" w:type="dxa"/>
            <w:tcBorders>
              <w:top w:val="single" w:sz="4" w:space="0" w:color="auto"/>
            </w:tcBorders>
            <w:shd w:val="clear" w:color="auto" w:fill="auto"/>
          </w:tcPr>
          <w:p w:rsidR="00A60E63" w:rsidRPr="00D03E1F" w:rsidRDefault="00C75F5E">
            <w:pPr>
              <w:spacing w:after="0" w:line="240" w:lineRule="auto"/>
            </w:pPr>
            <w:r w:rsidRPr="00D03E1F">
              <w:rPr>
                <w:rFonts w:ascii="Times New Roman" w:eastAsia="Times New Roman" w:hAnsi="Times New Roman"/>
                <w:b/>
                <w:sz w:val="26"/>
              </w:rPr>
              <w:lastRenderedPageBreak/>
              <w:t>Khám phá. Số có năm chữ số. (Làm việc cá nhân, cả lớp)</w:t>
            </w:r>
          </w:p>
          <w:p w:rsidR="00A60E63" w:rsidRPr="00D03E1F" w:rsidRDefault="00C75F5E">
            <w:pPr>
              <w:spacing w:after="0" w:line="240" w:lineRule="auto"/>
            </w:pPr>
            <w:r w:rsidRPr="00D03E1F">
              <w:rPr>
                <w:rFonts w:ascii="Times New Roman" w:eastAsia="Times New Roman" w:hAnsi="Times New Roman"/>
                <w:sz w:val="26"/>
              </w:rPr>
              <w:t>- HS quan sát hình SGK.</w:t>
            </w:r>
          </w:p>
          <w:p w:rsidR="00A60E63" w:rsidRPr="00D03E1F" w:rsidRDefault="00A60E63">
            <w:pPr>
              <w:spacing w:after="0" w:line="240" w:lineRule="auto"/>
              <w:jc w:val="center"/>
            </w:pPr>
          </w:p>
        </w:tc>
        <w:tc>
          <w:tcPr>
            <w:tcW w:w="5040" w:type="dxa"/>
            <w:tcBorders>
              <w:top w:val="single" w:sz="4" w:space="0" w:color="auto"/>
            </w:tcBorders>
            <w:shd w:val="clear" w:color="auto" w:fill="auto"/>
          </w:tcPr>
          <w:p w:rsidR="00A60E63" w:rsidRPr="00D03E1F" w:rsidRDefault="00C75F5E">
            <w:pPr>
              <w:spacing w:after="0" w:line="240" w:lineRule="auto"/>
            </w:pPr>
            <w:r w:rsidRPr="00D03E1F">
              <w:rPr>
                <w:rFonts w:ascii="Times New Roman" w:eastAsia="Times New Roman" w:hAnsi="Times New Roman"/>
                <w:sz w:val="26"/>
              </w:rPr>
              <w:t>- HS quan sát bài trong SGK.</w:t>
            </w:r>
          </w:p>
        </w:tc>
      </w:tr>
      <w:tr w:rsidR="00D03E1F" w:rsidRPr="00D03E1F" w:rsidTr="00D03E1F">
        <w:trPr>
          <w:jc w:val="center"/>
        </w:trPr>
        <w:tc>
          <w:tcPr>
            <w:tcW w:w="5040" w:type="dxa"/>
            <w:shd w:val="clear" w:color="auto" w:fill="auto"/>
          </w:tcPr>
          <w:p w:rsidR="00A60E63" w:rsidRPr="00D03E1F" w:rsidRDefault="00C75F5E">
            <w:pPr>
              <w:spacing w:after="0" w:line="240" w:lineRule="auto"/>
            </w:pPr>
            <w:r w:rsidRPr="00D03E1F">
              <w:rPr>
                <w:rFonts w:ascii="Times New Roman" w:eastAsia="Times New Roman" w:hAnsi="Times New Roman"/>
                <w:sz w:val="26"/>
              </w:rPr>
              <w:t>- GV cho HS đọc thầm tình huống và quan sát bảng hàng chục nghìn, hàng nghìn, hàng trăm, hàng chục, hàng đơn vị.</w:t>
            </w:r>
          </w:p>
        </w:tc>
        <w:tc>
          <w:tcPr>
            <w:tcW w:w="5040" w:type="dxa"/>
            <w:shd w:val="clear" w:color="auto" w:fill="auto"/>
          </w:tcPr>
          <w:p w:rsidR="00A60E63" w:rsidRPr="00D03E1F" w:rsidRDefault="00C75F5E">
            <w:pPr>
              <w:spacing w:after="0" w:line="240" w:lineRule="auto"/>
            </w:pPr>
            <w:r w:rsidRPr="00D03E1F">
              <w:rPr>
                <w:rFonts w:ascii="Times New Roman" w:eastAsia="Times New Roman" w:hAnsi="Times New Roman"/>
                <w:sz w:val="26"/>
              </w:rPr>
              <w:t>- HS đọc thầm, quan sát bảng hàng trong SGK.</w:t>
            </w:r>
          </w:p>
        </w:tc>
      </w:tr>
      <w:tr w:rsidR="00D03E1F" w:rsidRPr="00D03E1F" w:rsidTr="00D03E1F">
        <w:trPr>
          <w:jc w:val="center"/>
        </w:trPr>
        <w:tc>
          <w:tcPr>
            <w:tcW w:w="5040" w:type="dxa"/>
            <w:shd w:val="clear" w:color="auto" w:fill="auto"/>
          </w:tcPr>
          <w:p w:rsidR="00A60E63" w:rsidRPr="00D03E1F" w:rsidRDefault="00C75F5E">
            <w:pPr>
              <w:spacing w:after="0" w:line="240" w:lineRule="auto"/>
            </w:pPr>
            <w:r w:rsidRPr="00D03E1F">
              <w:rPr>
                <w:rFonts w:ascii="Times New Roman" w:eastAsia="Times New Roman" w:hAnsi="Times New Roman"/>
                <w:sz w:val="26"/>
              </w:rPr>
              <w:t>- GV hỏi: Có mấy chục nghìn, mấy nghìn, mấy trăm, mấy chục, mấy đơn vị?</w:t>
            </w:r>
          </w:p>
        </w:tc>
        <w:tc>
          <w:tcPr>
            <w:tcW w:w="5040" w:type="dxa"/>
            <w:shd w:val="clear" w:color="auto" w:fill="auto"/>
          </w:tcPr>
          <w:p w:rsidR="00A60E63" w:rsidRPr="00D03E1F" w:rsidRDefault="00C75F5E">
            <w:pPr>
              <w:spacing w:after="0" w:line="240" w:lineRule="auto"/>
            </w:pPr>
            <w:r w:rsidRPr="00D03E1F">
              <w:rPr>
                <w:rFonts w:ascii="Times New Roman" w:eastAsia="Times New Roman" w:hAnsi="Times New Roman"/>
                <w:sz w:val="26"/>
              </w:rPr>
              <w:t>- HS trả lời: Có 1 chục nghìn, 2 nghìn, 3 trăm, 2 chục và 4 đơn vị.</w:t>
            </w:r>
          </w:p>
        </w:tc>
      </w:tr>
      <w:tr w:rsidR="00D03E1F" w:rsidRPr="00D03E1F" w:rsidTr="00D03E1F">
        <w:trPr>
          <w:jc w:val="center"/>
        </w:trPr>
        <w:tc>
          <w:tcPr>
            <w:tcW w:w="5040" w:type="dxa"/>
            <w:shd w:val="clear" w:color="auto" w:fill="auto"/>
          </w:tcPr>
          <w:p w:rsidR="00A60E63" w:rsidRPr="00D03E1F" w:rsidRDefault="00C75F5E">
            <w:pPr>
              <w:spacing w:after="0" w:line="240" w:lineRule="auto"/>
            </w:pPr>
            <w:r w:rsidRPr="00D03E1F">
              <w:rPr>
                <w:rFonts w:ascii="Times New Roman" w:eastAsia="Times New Roman" w:hAnsi="Times New Roman"/>
                <w:sz w:val="26"/>
              </w:rPr>
              <w:t>- GV cho HS làm bảng con: viết số gồm 1 chục nghìn, 2 nghìn, 3 trăm, 2 chục, 4 đơn vị.</w:t>
            </w:r>
          </w:p>
        </w:tc>
        <w:tc>
          <w:tcPr>
            <w:tcW w:w="5040" w:type="dxa"/>
            <w:shd w:val="clear" w:color="auto" w:fill="auto"/>
          </w:tcPr>
          <w:p w:rsidR="00A60E63" w:rsidRPr="00D03E1F" w:rsidRDefault="00C75F5E">
            <w:pPr>
              <w:spacing w:after="0" w:line="240" w:lineRule="auto"/>
            </w:pPr>
            <w:r w:rsidRPr="00D03E1F">
              <w:rPr>
                <w:rFonts w:ascii="Times New Roman" w:eastAsia="Times New Roman" w:hAnsi="Times New Roman"/>
                <w:sz w:val="26"/>
              </w:rPr>
              <w:t>- HS viết bảng con: 12 324.</w:t>
            </w:r>
          </w:p>
        </w:tc>
      </w:tr>
      <w:tr w:rsidR="00D03E1F" w:rsidRPr="00D03E1F" w:rsidTr="00D03E1F">
        <w:trPr>
          <w:jc w:val="center"/>
        </w:trPr>
        <w:tc>
          <w:tcPr>
            <w:tcW w:w="5040" w:type="dxa"/>
            <w:shd w:val="clear" w:color="auto" w:fill="auto"/>
          </w:tcPr>
          <w:p w:rsidR="00A60E63" w:rsidRPr="00D03E1F" w:rsidRDefault="00C75F5E">
            <w:pPr>
              <w:spacing w:after="0" w:line="240" w:lineRule="auto"/>
            </w:pPr>
            <w:r w:rsidRPr="00D03E1F">
              <w:rPr>
                <w:rFonts w:ascii="Times New Roman" w:eastAsia="Times New Roman" w:hAnsi="Times New Roman"/>
                <w:sz w:val="26"/>
              </w:rPr>
              <w:t>- GV hướng dẫn HS đọc số 12 324.</w:t>
            </w:r>
          </w:p>
        </w:tc>
        <w:tc>
          <w:tcPr>
            <w:tcW w:w="5040" w:type="dxa"/>
            <w:shd w:val="clear" w:color="auto" w:fill="auto"/>
          </w:tcPr>
          <w:p w:rsidR="00A60E63" w:rsidRPr="00D03E1F" w:rsidRDefault="00C75F5E">
            <w:pPr>
              <w:spacing w:after="0" w:line="240" w:lineRule="auto"/>
            </w:pPr>
            <w:r w:rsidRPr="00D03E1F">
              <w:rPr>
                <w:rFonts w:ascii="Times New Roman" w:eastAsia="Times New Roman" w:hAnsi="Times New Roman"/>
                <w:sz w:val="26"/>
              </w:rPr>
              <w:t>- HS đọc: Mười hai nghìn ba trăm hai mươi tư.</w:t>
            </w:r>
          </w:p>
        </w:tc>
      </w:tr>
      <w:tr w:rsidR="00D03E1F" w:rsidRPr="00D03E1F" w:rsidTr="00D03E1F">
        <w:trPr>
          <w:jc w:val="center"/>
        </w:trPr>
        <w:tc>
          <w:tcPr>
            <w:tcW w:w="5040" w:type="dxa"/>
            <w:shd w:val="clear" w:color="auto" w:fill="auto"/>
          </w:tcPr>
          <w:p w:rsidR="00A60E63" w:rsidRPr="00D03E1F" w:rsidRDefault="00C75F5E">
            <w:pPr>
              <w:spacing w:after="0" w:line="240" w:lineRule="auto"/>
            </w:pPr>
            <w:r w:rsidRPr="00D03E1F">
              <w:rPr>
                <w:rFonts w:ascii="Times New Roman" w:eastAsia="Times New Roman" w:hAnsi="Times New Roman"/>
                <w:sz w:val="26"/>
              </w:rPr>
              <w:t>- Tích hợp AI - Công cụ minh họa dữ liệu lớn: GV diễn giải AI có thể sắp xếp rất nhanh danh sách 100 000 học sinh, nhưng để kiểm tra số liệu, HS vẫn phải biết số thuộc hàng nào và đọc, viết đúng từng chữ số.</w:t>
            </w:r>
          </w:p>
        </w:tc>
        <w:tc>
          <w:tcPr>
            <w:tcW w:w="5040" w:type="dxa"/>
            <w:shd w:val="clear" w:color="auto" w:fill="auto"/>
          </w:tcPr>
          <w:p w:rsidR="00A60E63" w:rsidRPr="00D03E1F" w:rsidRDefault="00C75F5E">
            <w:pPr>
              <w:spacing w:after="0" w:line="240" w:lineRule="auto"/>
            </w:pPr>
            <w:r w:rsidRPr="00D03E1F">
              <w:rPr>
                <w:rFonts w:ascii="Times New Roman" w:eastAsia="Times New Roman" w:hAnsi="Times New Roman"/>
                <w:sz w:val="26"/>
              </w:rPr>
              <w:t>- HS lắng nghe và trả lời: AI xử lí nhanh dữ liệu lớn nhưng em cần biết đọc, viết và kiểm tra số.</w:t>
            </w:r>
          </w:p>
        </w:tc>
      </w:tr>
      <w:tr w:rsidR="00D03E1F" w:rsidRPr="00D03E1F" w:rsidTr="00D03E1F">
        <w:trPr>
          <w:jc w:val="center"/>
        </w:trPr>
        <w:tc>
          <w:tcPr>
            <w:tcW w:w="5040" w:type="dxa"/>
            <w:tcBorders>
              <w:bottom w:val="single" w:sz="4" w:space="0" w:color="auto"/>
            </w:tcBorders>
            <w:shd w:val="clear" w:color="auto" w:fill="auto"/>
          </w:tcPr>
          <w:p w:rsidR="00A60E63" w:rsidRPr="00D03E1F" w:rsidRDefault="00C75F5E">
            <w:pPr>
              <w:spacing w:after="0" w:line="240" w:lineRule="auto"/>
            </w:pPr>
            <w:r w:rsidRPr="00D03E1F">
              <w:rPr>
                <w:rFonts w:ascii="Times New Roman" w:eastAsia="Times New Roman" w:hAnsi="Times New Roman"/>
                <w:sz w:val="26"/>
              </w:rPr>
              <w:t>- GV kết luận: Số có năm chữ số gồm hàng chục nghìn, nghìn, trăm, chục, đơn vị; khi đọc số, đọc từ hàng cao đến hàng thấp.</w:t>
            </w:r>
          </w:p>
        </w:tc>
        <w:tc>
          <w:tcPr>
            <w:tcW w:w="5040" w:type="dxa"/>
            <w:tcBorders>
              <w:bottom w:val="single" w:sz="4" w:space="0" w:color="auto"/>
            </w:tcBorders>
            <w:shd w:val="clear" w:color="auto" w:fill="auto"/>
          </w:tcPr>
          <w:p w:rsidR="00A60E63" w:rsidRPr="00D03E1F" w:rsidRDefault="00C75F5E">
            <w:pPr>
              <w:spacing w:after="0" w:line="240" w:lineRule="auto"/>
            </w:pPr>
            <w:r w:rsidRPr="00D03E1F">
              <w:rPr>
                <w:rFonts w:ascii="Times New Roman" w:eastAsia="Times New Roman" w:hAnsi="Times New Roman"/>
                <w:sz w:val="26"/>
              </w:rPr>
              <w:t>- HS nhắc lại kiến thức: Đọc số từ hàng chục nghìn đến hàng đơn vị.</w:t>
            </w:r>
          </w:p>
        </w:tc>
      </w:tr>
      <w:tr w:rsidR="00D03E1F" w:rsidRPr="00D03E1F" w:rsidTr="00D03E1F">
        <w:trPr>
          <w:jc w:val="center"/>
        </w:trPr>
        <w:tc>
          <w:tcPr>
            <w:tcW w:w="10080" w:type="dxa"/>
            <w:gridSpan w:val="2"/>
            <w:tcBorders>
              <w:top w:val="single" w:sz="4" w:space="0" w:color="auto"/>
              <w:bottom w:val="single" w:sz="4" w:space="0" w:color="auto"/>
            </w:tcBorders>
            <w:shd w:val="clear" w:color="auto" w:fill="auto"/>
          </w:tcPr>
          <w:p w:rsidR="00A60E63" w:rsidRPr="00D03E1F" w:rsidRDefault="00C75F5E">
            <w:pPr>
              <w:spacing w:after="0" w:line="240" w:lineRule="auto"/>
            </w:pPr>
            <w:r w:rsidRPr="00D03E1F">
              <w:rPr>
                <w:rFonts w:ascii="Times New Roman" w:eastAsia="Times New Roman" w:hAnsi="Times New Roman"/>
                <w:b/>
                <w:sz w:val="26"/>
              </w:rPr>
              <w:t>3. Hoạt động (15 phút):</w:t>
            </w:r>
          </w:p>
          <w:p w:rsidR="00A60E63" w:rsidRPr="00D03E1F" w:rsidRDefault="00C75F5E">
            <w:pPr>
              <w:spacing w:after="0" w:line="240" w:lineRule="auto"/>
            </w:pPr>
            <w:r w:rsidRPr="00D03E1F">
              <w:rPr>
                <w:rFonts w:ascii="Times New Roman" w:eastAsia="Times New Roman" w:hAnsi="Times New Roman"/>
                <w:sz w:val="26"/>
              </w:rPr>
              <w:t>- Mục tiêu: Luyện đọc, viết, phân tích số có năm chữ số và điền số trên tia số.</w:t>
            </w:r>
          </w:p>
          <w:p w:rsidR="00A60E63" w:rsidRPr="00D03E1F" w:rsidRDefault="00C75F5E">
            <w:pPr>
              <w:spacing w:after="0" w:line="240" w:lineRule="auto"/>
            </w:pPr>
            <w:r w:rsidRPr="00D03E1F">
              <w:rPr>
                <w:rFonts w:ascii="Times New Roman" w:eastAsia="Times New Roman" w:hAnsi="Times New Roman"/>
                <w:sz w:val="26"/>
              </w:rPr>
              <w:t>- Mục tiêu tích hợp NLS 1.1.CB1a: HS dùng Wordwall và Google Sheets để ghép số với cấu tạo hàng, kiểm tra giá trị từng hàng.</w:t>
            </w:r>
          </w:p>
          <w:p w:rsidR="00A60E63" w:rsidRPr="00D03E1F" w:rsidRDefault="00C75F5E">
            <w:pPr>
              <w:spacing w:after="0" w:line="240" w:lineRule="auto"/>
            </w:pPr>
            <w:r w:rsidRPr="00D03E1F">
              <w:rPr>
                <w:rFonts w:ascii="Times New Roman" w:eastAsia="Times New Roman" w:hAnsi="Times New Roman"/>
                <w:sz w:val="26"/>
              </w:rPr>
              <w:t>*Cách tiến hành:</w:t>
            </w:r>
          </w:p>
        </w:tc>
      </w:tr>
      <w:tr w:rsidR="00D03E1F" w:rsidRPr="00D03E1F" w:rsidTr="00D03E1F">
        <w:trPr>
          <w:jc w:val="center"/>
        </w:trPr>
        <w:tc>
          <w:tcPr>
            <w:tcW w:w="5040" w:type="dxa"/>
            <w:tcBorders>
              <w:top w:val="single" w:sz="4" w:space="0" w:color="auto"/>
            </w:tcBorders>
            <w:shd w:val="clear" w:color="auto" w:fill="auto"/>
          </w:tcPr>
          <w:p w:rsidR="00A60E63" w:rsidRPr="00D03E1F" w:rsidRDefault="00C75F5E">
            <w:pPr>
              <w:spacing w:after="0" w:line="240" w:lineRule="auto"/>
            </w:pPr>
            <w:r w:rsidRPr="00D03E1F">
              <w:rPr>
                <w:rFonts w:ascii="Times New Roman" w:eastAsia="Times New Roman" w:hAnsi="Times New Roman"/>
                <w:b/>
                <w:sz w:val="26"/>
              </w:rPr>
              <w:t>Bài 1. Hoàn thành bảng sau. (Làm việc cá nhân)</w:t>
            </w:r>
          </w:p>
          <w:p w:rsidR="00A60E63" w:rsidRPr="00D03E1F" w:rsidRDefault="00C75F5E">
            <w:pPr>
              <w:spacing w:after="0" w:line="240" w:lineRule="auto"/>
            </w:pPr>
            <w:r w:rsidRPr="00D03E1F">
              <w:rPr>
                <w:rFonts w:ascii="Times New Roman" w:eastAsia="Times New Roman" w:hAnsi="Times New Roman"/>
                <w:sz w:val="26"/>
              </w:rPr>
              <w:t>- HS quan sát hình SGK.</w:t>
            </w:r>
          </w:p>
          <w:p w:rsidR="00A60E63" w:rsidRPr="00D03E1F" w:rsidRDefault="00A60E63">
            <w:pPr>
              <w:spacing w:after="0" w:line="240" w:lineRule="auto"/>
              <w:jc w:val="center"/>
            </w:pPr>
          </w:p>
        </w:tc>
        <w:tc>
          <w:tcPr>
            <w:tcW w:w="5040" w:type="dxa"/>
            <w:tcBorders>
              <w:top w:val="single" w:sz="4" w:space="0" w:color="auto"/>
            </w:tcBorders>
            <w:shd w:val="clear" w:color="auto" w:fill="auto"/>
          </w:tcPr>
          <w:p w:rsidR="00A60E63" w:rsidRPr="00D03E1F" w:rsidRDefault="00C75F5E">
            <w:pPr>
              <w:spacing w:after="0" w:line="240" w:lineRule="auto"/>
            </w:pPr>
            <w:r w:rsidRPr="00D03E1F">
              <w:rPr>
                <w:rFonts w:ascii="Times New Roman" w:eastAsia="Times New Roman" w:hAnsi="Times New Roman"/>
                <w:sz w:val="26"/>
              </w:rPr>
              <w:t>- HS quan sát bài trong SGK.</w:t>
            </w:r>
          </w:p>
        </w:tc>
      </w:tr>
      <w:tr w:rsidR="00D03E1F" w:rsidRPr="00D03E1F" w:rsidTr="00D03E1F">
        <w:trPr>
          <w:jc w:val="center"/>
        </w:trPr>
        <w:tc>
          <w:tcPr>
            <w:tcW w:w="5040" w:type="dxa"/>
            <w:shd w:val="clear" w:color="auto" w:fill="auto"/>
          </w:tcPr>
          <w:p w:rsidR="00A60E63" w:rsidRPr="00D03E1F" w:rsidRDefault="00C75F5E">
            <w:pPr>
              <w:spacing w:after="0" w:line="240" w:lineRule="auto"/>
            </w:pPr>
            <w:r w:rsidRPr="00D03E1F">
              <w:rPr>
                <w:rFonts w:ascii="Times New Roman" w:eastAsia="Times New Roman" w:hAnsi="Times New Roman"/>
                <w:sz w:val="26"/>
              </w:rPr>
              <w:t>- GV cho HS đọc cá nhân yêu cầu Bài 1, sau đó 1 HS đọc to trước lớp.</w:t>
            </w:r>
          </w:p>
        </w:tc>
        <w:tc>
          <w:tcPr>
            <w:tcW w:w="5040" w:type="dxa"/>
            <w:shd w:val="clear" w:color="auto" w:fill="auto"/>
          </w:tcPr>
          <w:p w:rsidR="00A60E63" w:rsidRPr="00D03E1F" w:rsidRDefault="00C75F5E">
            <w:pPr>
              <w:spacing w:after="0" w:line="240" w:lineRule="auto"/>
            </w:pPr>
            <w:r w:rsidRPr="00D03E1F">
              <w:rPr>
                <w:rFonts w:ascii="Times New Roman" w:eastAsia="Times New Roman" w:hAnsi="Times New Roman"/>
                <w:sz w:val="26"/>
              </w:rPr>
              <w:t>- HS đọc: Hoàn thành bảng sau.</w:t>
            </w:r>
          </w:p>
        </w:tc>
      </w:tr>
      <w:tr w:rsidR="00D03E1F" w:rsidRPr="00D03E1F" w:rsidTr="00D03E1F">
        <w:trPr>
          <w:jc w:val="center"/>
        </w:trPr>
        <w:tc>
          <w:tcPr>
            <w:tcW w:w="5040" w:type="dxa"/>
            <w:shd w:val="clear" w:color="auto" w:fill="auto"/>
          </w:tcPr>
          <w:p w:rsidR="00A60E63" w:rsidRPr="00D03E1F" w:rsidRDefault="00C75F5E">
            <w:pPr>
              <w:spacing w:after="0" w:line="240" w:lineRule="auto"/>
            </w:pPr>
            <w:r w:rsidRPr="00D03E1F">
              <w:rPr>
                <w:rFonts w:ascii="Times New Roman" w:eastAsia="Times New Roman" w:hAnsi="Times New Roman"/>
                <w:sz w:val="26"/>
              </w:rPr>
              <w:t>- Tích hợp NLS - Công cụ Wordwall, Google Sheets: GV giới thiệu Wordwall ghép số với cấu tạo hàng và Google Sheets tô màu từng hàng; HS làm nhanh để nhận biết hàng chục nghìn, nghìn, trăm, chục, đơn vị.</w:t>
            </w:r>
          </w:p>
        </w:tc>
        <w:tc>
          <w:tcPr>
            <w:tcW w:w="5040" w:type="dxa"/>
            <w:shd w:val="clear" w:color="auto" w:fill="auto"/>
          </w:tcPr>
          <w:p w:rsidR="00A60E63" w:rsidRPr="00D03E1F" w:rsidRDefault="00C75F5E">
            <w:pPr>
              <w:spacing w:after="0" w:line="240" w:lineRule="auto"/>
            </w:pPr>
            <w:r w:rsidRPr="00D03E1F">
              <w:rPr>
                <w:rFonts w:ascii="Times New Roman" w:eastAsia="Times New Roman" w:hAnsi="Times New Roman"/>
                <w:sz w:val="26"/>
              </w:rPr>
              <w:t>- HS thao tác theo hướng dẫn, xem phản hồi, sửa lỗi nếu nhầm hàng.</w:t>
            </w:r>
          </w:p>
        </w:tc>
      </w:tr>
      <w:tr w:rsidR="00D03E1F" w:rsidRPr="00D03E1F" w:rsidTr="00D03E1F">
        <w:trPr>
          <w:jc w:val="center"/>
        </w:trPr>
        <w:tc>
          <w:tcPr>
            <w:tcW w:w="5040" w:type="dxa"/>
            <w:shd w:val="clear" w:color="auto" w:fill="auto"/>
          </w:tcPr>
          <w:p w:rsidR="00A60E63" w:rsidRPr="00D03E1F" w:rsidRDefault="00C75F5E">
            <w:pPr>
              <w:spacing w:after="0" w:line="240" w:lineRule="auto"/>
            </w:pPr>
            <w:r w:rsidRPr="00D03E1F">
              <w:rPr>
                <w:rFonts w:ascii="Times New Roman" w:eastAsia="Times New Roman" w:hAnsi="Times New Roman"/>
                <w:sz w:val="26"/>
              </w:rPr>
              <w:t>- GV hỏi: Dòng thứ nhất có các chữ số 5, 7, 4, 6, 5 thì viết được số nào?</w:t>
            </w:r>
          </w:p>
        </w:tc>
        <w:tc>
          <w:tcPr>
            <w:tcW w:w="5040" w:type="dxa"/>
            <w:shd w:val="clear" w:color="auto" w:fill="auto"/>
          </w:tcPr>
          <w:p w:rsidR="00A60E63" w:rsidRPr="00D03E1F" w:rsidRDefault="00C75F5E">
            <w:pPr>
              <w:spacing w:after="0" w:line="240" w:lineRule="auto"/>
            </w:pPr>
            <w:r w:rsidRPr="00D03E1F">
              <w:rPr>
                <w:rFonts w:ascii="Times New Roman" w:eastAsia="Times New Roman" w:hAnsi="Times New Roman"/>
                <w:sz w:val="26"/>
              </w:rPr>
              <w:t>- HS trả lời: Viết được số 57 465.</w:t>
            </w:r>
          </w:p>
        </w:tc>
      </w:tr>
      <w:tr w:rsidR="00D03E1F" w:rsidRPr="00D03E1F" w:rsidTr="00D03E1F">
        <w:trPr>
          <w:jc w:val="center"/>
        </w:trPr>
        <w:tc>
          <w:tcPr>
            <w:tcW w:w="5040" w:type="dxa"/>
            <w:shd w:val="clear" w:color="auto" w:fill="auto"/>
          </w:tcPr>
          <w:p w:rsidR="00A60E63" w:rsidRPr="00D03E1F" w:rsidRDefault="00C75F5E">
            <w:pPr>
              <w:spacing w:after="0" w:line="240" w:lineRule="auto"/>
            </w:pPr>
            <w:r w:rsidRPr="00D03E1F">
              <w:rPr>
                <w:rFonts w:ascii="Times New Roman" w:eastAsia="Times New Roman" w:hAnsi="Times New Roman"/>
                <w:sz w:val="26"/>
              </w:rPr>
              <w:t>- GV hỏi: Số 57 465 đọc thế nào?</w:t>
            </w:r>
          </w:p>
        </w:tc>
        <w:tc>
          <w:tcPr>
            <w:tcW w:w="5040" w:type="dxa"/>
            <w:shd w:val="clear" w:color="auto" w:fill="auto"/>
          </w:tcPr>
          <w:p w:rsidR="00A60E63" w:rsidRPr="00D03E1F" w:rsidRDefault="00C75F5E">
            <w:pPr>
              <w:spacing w:after="0" w:line="240" w:lineRule="auto"/>
            </w:pPr>
            <w:r w:rsidRPr="00D03E1F">
              <w:rPr>
                <w:rFonts w:ascii="Times New Roman" w:eastAsia="Times New Roman" w:hAnsi="Times New Roman"/>
                <w:sz w:val="26"/>
              </w:rPr>
              <w:t>- HS trả lời: Năm mươi bảy nghìn bốn trăm sáu mươi lăm.</w:t>
            </w:r>
          </w:p>
        </w:tc>
      </w:tr>
      <w:tr w:rsidR="00D03E1F" w:rsidRPr="00D03E1F" w:rsidTr="00D03E1F">
        <w:trPr>
          <w:jc w:val="center"/>
        </w:trPr>
        <w:tc>
          <w:tcPr>
            <w:tcW w:w="5040" w:type="dxa"/>
            <w:shd w:val="clear" w:color="auto" w:fill="auto"/>
          </w:tcPr>
          <w:p w:rsidR="00A60E63" w:rsidRPr="00D03E1F" w:rsidRDefault="00C75F5E">
            <w:pPr>
              <w:spacing w:after="0" w:line="240" w:lineRule="auto"/>
            </w:pPr>
            <w:r w:rsidRPr="00D03E1F">
              <w:rPr>
                <w:rFonts w:ascii="Times New Roman" w:eastAsia="Times New Roman" w:hAnsi="Times New Roman"/>
                <w:sz w:val="26"/>
              </w:rPr>
              <w:t>- GV hỏi: Số 90 056 gồm những hàng nào?</w:t>
            </w:r>
          </w:p>
        </w:tc>
        <w:tc>
          <w:tcPr>
            <w:tcW w:w="5040" w:type="dxa"/>
            <w:shd w:val="clear" w:color="auto" w:fill="auto"/>
          </w:tcPr>
          <w:p w:rsidR="00A60E63" w:rsidRPr="00D03E1F" w:rsidRDefault="00C75F5E">
            <w:pPr>
              <w:spacing w:after="0" w:line="240" w:lineRule="auto"/>
            </w:pPr>
            <w:r w:rsidRPr="00D03E1F">
              <w:rPr>
                <w:rFonts w:ascii="Times New Roman" w:eastAsia="Times New Roman" w:hAnsi="Times New Roman"/>
                <w:sz w:val="26"/>
              </w:rPr>
              <w:t>- HS trả lời: 9 chục nghìn, 0 nghìn, 0 trăm, 5 chục, 6 đơn vị; đọc là chín mươi nghìn không trăm năm mươi sáu.</w:t>
            </w:r>
          </w:p>
        </w:tc>
      </w:tr>
      <w:tr w:rsidR="00D03E1F" w:rsidRPr="00D03E1F" w:rsidTr="00D03E1F">
        <w:trPr>
          <w:jc w:val="center"/>
        </w:trPr>
        <w:tc>
          <w:tcPr>
            <w:tcW w:w="5040" w:type="dxa"/>
            <w:shd w:val="clear" w:color="auto" w:fill="auto"/>
          </w:tcPr>
          <w:p w:rsidR="00A60E63" w:rsidRPr="00D03E1F" w:rsidRDefault="00C75F5E">
            <w:pPr>
              <w:spacing w:after="0" w:line="240" w:lineRule="auto"/>
            </w:pPr>
            <w:r w:rsidRPr="00D03E1F">
              <w:rPr>
                <w:rFonts w:ascii="Times New Roman" w:eastAsia="Times New Roman" w:hAnsi="Times New Roman"/>
                <w:sz w:val="26"/>
              </w:rPr>
              <w:t>- GV hỏi: “Năm mươi nghìn sáu trăm linh hai” viết bằng số nào?</w:t>
            </w:r>
          </w:p>
        </w:tc>
        <w:tc>
          <w:tcPr>
            <w:tcW w:w="5040" w:type="dxa"/>
            <w:shd w:val="clear" w:color="auto" w:fill="auto"/>
          </w:tcPr>
          <w:p w:rsidR="00A60E63" w:rsidRPr="00D03E1F" w:rsidRDefault="00C75F5E">
            <w:pPr>
              <w:spacing w:after="0" w:line="240" w:lineRule="auto"/>
            </w:pPr>
            <w:r w:rsidRPr="00D03E1F">
              <w:rPr>
                <w:rFonts w:ascii="Times New Roman" w:eastAsia="Times New Roman" w:hAnsi="Times New Roman"/>
                <w:sz w:val="26"/>
              </w:rPr>
              <w:t>- HS trả lời: 50 602.</w:t>
            </w:r>
          </w:p>
        </w:tc>
      </w:tr>
      <w:tr w:rsidR="00D03E1F" w:rsidRPr="00D03E1F" w:rsidTr="00D03E1F">
        <w:trPr>
          <w:jc w:val="center"/>
        </w:trPr>
        <w:tc>
          <w:tcPr>
            <w:tcW w:w="5040" w:type="dxa"/>
            <w:shd w:val="clear" w:color="auto" w:fill="auto"/>
          </w:tcPr>
          <w:p w:rsidR="00A60E63" w:rsidRPr="00D03E1F" w:rsidRDefault="00C75F5E">
            <w:pPr>
              <w:spacing w:after="0" w:line="240" w:lineRule="auto"/>
            </w:pPr>
            <w:r w:rsidRPr="00D03E1F">
              <w:rPr>
                <w:rFonts w:ascii="Times New Roman" w:eastAsia="Times New Roman" w:hAnsi="Times New Roman"/>
                <w:sz w:val="26"/>
              </w:rPr>
              <w:lastRenderedPageBreak/>
              <w:t>- GV cho HS trình bày kết quả hoàn thành bảng.</w:t>
            </w:r>
          </w:p>
        </w:tc>
        <w:tc>
          <w:tcPr>
            <w:tcW w:w="5040" w:type="dxa"/>
            <w:shd w:val="clear" w:color="auto" w:fill="auto"/>
          </w:tcPr>
          <w:p w:rsidR="00A60E63" w:rsidRPr="00D03E1F" w:rsidRDefault="00C75F5E">
            <w:pPr>
              <w:spacing w:after="0" w:line="240" w:lineRule="auto"/>
            </w:pPr>
            <w:r w:rsidRPr="00D03E1F">
              <w:rPr>
                <w:rFonts w:ascii="Times New Roman" w:eastAsia="Times New Roman" w:hAnsi="Times New Roman"/>
                <w:sz w:val="26"/>
              </w:rPr>
              <w:t>- HS trình bày đủ: 57 465; 90 056; 50 602 và cách đọc tương ứng.</w:t>
            </w:r>
          </w:p>
        </w:tc>
      </w:tr>
      <w:tr w:rsidR="00D03E1F" w:rsidRPr="00D03E1F" w:rsidTr="00D03E1F">
        <w:trPr>
          <w:jc w:val="center"/>
        </w:trPr>
        <w:tc>
          <w:tcPr>
            <w:tcW w:w="5040" w:type="dxa"/>
            <w:shd w:val="clear" w:color="auto" w:fill="auto"/>
          </w:tcPr>
          <w:p w:rsidR="00A60E63" w:rsidRPr="00D03E1F" w:rsidRDefault="00C75F5E">
            <w:pPr>
              <w:spacing w:after="0" w:line="240" w:lineRule="auto"/>
            </w:pPr>
            <w:r w:rsidRPr="00D03E1F">
              <w:rPr>
                <w:rFonts w:ascii="Times New Roman" w:eastAsia="Times New Roman" w:hAnsi="Times New Roman"/>
                <w:sz w:val="26"/>
              </w:rPr>
              <w:t>- GV kết luận: Muốn đọc, viết đúng số có năm chữ số, cần xác định chính xác chữ số ở từng hàng.</w:t>
            </w:r>
          </w:p>
        </w:tc>
        <w:tc>
          <w:tcPr>
            <w:tcW w:w="5040" w:type="dxa"/>
            <w:shd w:val="clear" w:color="auto" w:fill="auto"/>
          </w:tcPr>
          <w:p w:rsidR="00A60E63" w:rsidRPr="00D03E1F" w:rsidRDefault="00C75F5E">
            <w:pPr>
              <w:spacing w:after="0" w:line="240" w:lineRule="auto"/>
            </w:pPr>
            <w:r w:rsidRPr="00D03E1F">
              <w:rPr>
                <w:rFonts w:ascii="Times New Roman" w:eastAsia="Times New Roman" w:hAnsi="Times New Roman"/>
                <w:sz w:val="26"/>
              </w:rPr>
              <w:t>- HS lắng nghe và sửa bài.</w:t>
            </w:r>
          </w:p>
        </w:tc>
      </w:tr>
      <w:tr w:rsidR="00D03E1F" w:rsidRPr="00D03E1F" w:rsidTr="00D03E1F">
        <w:trPr>
          <w:jc w:val="center"/>
        </w:trPr>
        <w:tc>
          <w:tcPr>
            <w:tcW w:w="5040" w:type="dxa"/>
            <w:shd w:val="clear" w:color="auto" w:fill="auto"/>
          </w:tcPr>
          <w:p w:rsidR="00A60E63" w:rsidRPr="00D03E1F" w:rsidRDefault="00C75F5E">
            <w:pPr>
              <w:spacing w:after="0" w:line="240" w:lineRule="auto"/>
            </w:pPr>
            <w:r w:rsidRPr="00D03E1F">
              <w:rPr>
                <w:rFonts w:ascii="Times New Roman" w:eastAsia="Times New Roman" w:hAnsi="Times New Roman"/>
                <w:b/>
                <w:sz w:val="26"/>
              </w:rPr>
              <w:t>Bài 2. Số? (Làm việc cá nhân vào vở)</w:t>
            </w:r>
          </w:p>
          <w:p w:rsidR="00A60E63" w:rsidRPr="00D03E1F" w:rsidRDefault="00C75F5E">
            <w:pPr>
              <w:spacing w:after="0" w:line="240" w:lineRule="auto"/>
            </w:pPr>
            <w:r w:rsidRPr="00D03E1F">
              <w:rPr>
                <w:rFonts w:ascii="Times New Roman" w:eastAsia="Times New Roman" w:hAnsi="Times New Roman"/>
                <w:sz w:val="26"/>
              </w:rPr>
              <w:t>- HS quan sát hình SGK.</w:t>
            </w:r>
          </w:p>
          <w:p w:rsidR="00A60E63" w:rsidRPr="00D03E1F" w:rsidRDefault="00A60E63">
            <w:pPr>
              <w:spacing w:after="0" w:line="240" w:lineRule="auto"/>
              <w:jc w:val="center"/>
            </w:pPr>
          </w:p>
        </w:tc>
        <w:tc>
          <w:tcPr>
            <w:tcW w:w="5040" w:type="dxa"/>
            <w:shd w:val="clear" w:color="auto" w:fill="auto"/>
          </w:tcPr>
          <w:p w:rsidR="00A60E63" w:rsidRPr="00D03E1F" w:rsidRDefault="00C75F5E">
            <w:pPr>
              <w:spacing w:after="0" w:line="240" w:lineRule="auto"/>
            </w:pPr>
            <w:r w:rsidRPr="00D03E1F">
              <w:rPr>
                <w:rFonts w:ascii="Times New Roman" w:eastAsia="Times New Roman" w:hAnsi="Times New Roman"/>
                <w:sz w:val="26"/>
              </w:rPr>
              <w:t>- HS quan sát bài trong SGK.</w:t>
            </w:r>
          </w:p>
        </w:tc>
      </w:tr>
      <w:tr w:rsidR="00D03E1F" w:rsidRPr="00D03E1F" w:rsidTr="00D03E1F">
        <w:trPr>
          <w:jc w:val="center"/>
        </w:trPr>
        <w:tc>
          <w:tcPr>
            <w:tcW w:w="5040" w:type="dxa"/>
            <w:shd w:val="clear" w:color="auto" w:fill="auto"/>
          </w:tcPr>
          <w:p w:rsidR="00A60E63" w:rsidRPr="00D03E1F" w:rsidRDefault="00C75F5E">
            <w:pPr>
              <w:spacing w:after="0" w:line="240" w:lineRule="auto"/>
            </w:pPr>
            <w:r w:rsidRPr="00D03E1F">
              <w:rPr>
                <w:rFonts w:ascii="Times New Roman" w:eastAsia="Times New Roman" w:hAnsi="Times New Roman"/>
                <w:sz w:val="26"/>
              </w:rPr>
              <w:t>- GV cho HS đọc cá nhân yêu cầu Bài 2.</w:t>
            </w:r>
          </w:p>
        </w:tc>
        <w:tc>
          <w:tcPr>
            <w:tcW w:w="5040" w:type="dxa"/>
            <w:shd w:val="clear" w:color="auto" w:fill="auto"/>
          </w:tcPr>
          <w:p w:rsidR="00A60E63" w:rsidRPr="00D03E1F" w:rsidRDefault="00C75F5E">
            <w:pPr>
              <w:spacing w:after="0" w:line="240" w:lineRule="auto"/>
            </w:pPr>
            <w:r w:rsidRPr="00D03E1F">
              <w:rPr>
                <w:rFonts w:ascii="Times New Roman" w:eastAsia="Times New Roman" w:hAnsi="Times New Roman"/>
                <w:sz w:val="26"/>
              </w:rPr>
              <w:t>- HS đọc: Số?</w:t>
            </w:r>
          </w:p>
        </w:tc>
      </w:tr>
      <w:tr w:rsidR="00D03E1F" w:rsidRPr="00D03E1F" w:rsidTr="00D03E1F">
        <w:trPr>
          <w:jc w:val="center"/>
        </w:trPr>
        <w:tc>
          <w:tcPr>
            <w:tcW w:w="5040" w:type="dxa"/>
            <w:shd w:val="clear" w:color="auto" w:fill="auto"/>
          </w:tcPr>
          <w:p w:rsidR="00A60E63" w:rsidRPr="00D03E1F" w:rsidRDefault="00C75F5E">
            <w:pPr>
              <w:spacing w:after="0" w:line="240" w:lineRule="auto"/>
            </w:pPr>
            <w:r w:rsidRPr="00D03E1F">
              <w:rPr>
                <w:rFonts w:ascii="Times New Roman" w:eastAsia="Times New Roman" w:hAnsi="Times New Roman"/>
                <w:sz w:val="26"/>
              </w:rPr>
              <w:t>- GV hỏi: Trên tia số đã có các số nào?</w:t>
            </w:r>
          </w:p>
        </w:tc>
        <w:tc>
          <w:tcPr>
            <w:tcW w:w="5040" w:type="dxa"/>
            <w:shd w:val="clear" w:color="auto" w:fill="auto"/>
          </w:tcPr>
          <w:p w:rsidR="00A60E63" w:rsidRPr="00D03E1F" w:rsidRDefault="00C75F5E">
            <w:pPr>
              <w:spacing w:after="0" w:line="240" w:lineRule="auto"/>
            </w:pPr>
            <w:r w:rsidRPr="00D03E1F">
              <w:rPr>
                <w:rFonts w:ascii="Times New Roman" w:eastAsia="Times New Roman" w:hAnsi="Times New Roman"/>
                <w:sz w:val="26"/>
              </w:rPr>
              <w:t>- HS trả lời: 36 524, 36 525, 36 526, 36 527.</w:t>
            </w:r>
          </w:p>
        </w:tc>
      </w:tr>
      <w:tr w:rsidR="00D03E1F" w:rsidRPr="00D03E1F" w:rsidTr="00D03E1F">
        <w:trPr>
          <w:jc w:val="center"/>
        </w:trPr>
        <w:tc>
          <w:tcPr>
            <w:tcW w:w="5040" w:type="dxa"/>
            <w:shd w:val="clear" w:color="auto" w:fill="auto"/>
          </w:tcPr>
          <w:p w:rsidR="00A60E63" w:rsidRPr="00D03E1F" w:rsidRDefault="00C75F5E">
            <w:pPr>
              <w:spacing w:after="0" w:line="240" w:lineRule="auto"/>
            </w:pPr>
            <w:r w:rsidRPr="00D03E1F">
              <w:rPr>
                <w:rFonts w:ascii="Times New Roman" w:eastAsia="Times New Roman" w:hAnsi="Times New Roman"/>
                <w:sz w:val="26"/>
              </w:rPr>
              <w:t>- GV hỏi: Hai số liền nhau trên tia số hơn kém nhau bao nhiêu đơn vị?</w:t>
            </w:r>
          </w:p>
        </w:tc>
        <w:tc>
          <w:tcPr>
            <w:tcW w:w="5040" w:type="dxa"/>
            <w:shd w:val="clear" w:color="auto" w:fill="auto"/>
          </w:tcPr>
          <w:p w:rsidR="00A60E63" w:rsidRPr="00D03E1F" w:rsidRDefault="00C75F5E">
            <w:pPr>
              <w:spacing w:after="0" w:line="240" w:lineRule="auto"/>
            </w:pPr>
            <w:r w:rsidRPr="00D03E1F">
              <w:rPr>
                <w:rFonts w:ascii="Times New Roman" w:eastAsia="Times New Roman" w:hAnsi="Times New Roman"/>
                <w:sz w:val="26"/>
              </w:rPr>
              <w:t>- HS trả lời: Hơn kém nhau 1 đơn vị.</w:t>
            </w:r>
          </w:p>
        </w:tc>
      </w:tr>
      <w:tr w:rsidR="00D03E1F" w:rsidRPr="00D03E1F" w:rsidTr="00D03E1F">
        <w:trPr>
          <w:jc w:val="center"/>
        </w:trPr>
        <w:tc>
          <w:tcPr>
            <w:tcW w:w="5040" w:type="dxa"/>
            <w:shd w:val="clear" w:color="auto" w:fill="auto"/>
          </w:tcPr>
          <w:p w:rsidR="00A60E63" w:rsidRPr="00D03E1F" w:rsidRDefault="00C75F5E">
            <w:pPr>
              <w:spacing w:after="0" w:line="240" w:lineRule="auto"/>
            </w:pPr>
            <w:r w:rsidRPr="00D03E1F">
              <w:rPr>
                <w:rFonts w:ascii="Times New Roman" w:eastAsia="Times New Roman" w:hAnsi="Times New Roman"/>
                <w:sz w:val="26"/>
              </w:rPr>
              <w:t>- GV cho HS làm cá nhân vào vở, điền ba số còn thiếu.</w:t>
            </w:r>
          </w:p>
        </w:tc>
        <w:tc>
          <w:tcPr>
            <w:tcW w:w="5040" w:type="dxa"/>
            <w:shd w:val="clear" w:color="auto" w:fill="auto"/>
          </w:tcPr>
          <w:p w:rsidR="00A60E63" w:rsidRPr="00D03E1F" w:rsidRDefault="00C75F5E">
            <w:pPr>
              <w:spacing w:after="0" w:line="240" w:lineRule="auto"/>
            </w:pPr>
            <w:r w:rsidRPr="00D03E1F">
              <w:rPr>
                <w:rFonts w:ascii="Times New Roman" w:eastAsia="Times New Roman" w:hAnsi="Times New Roman"/>
                <w:sz w:val="26"/>
              </w:rPr>
              <w:t>- HS làm vào vở: 36 528, 36 529, 36 530.</w:t>
            </w:r>
          </w:p>
        </w:tc>
      </w:tr>
      <w:tr w:rsidR="00D03E1F" w:rsidRPr="00D03E1F" w:rsidTr="00D03E1F">
        <w:trPr>
          <w:jc w:val="center"/>
        </w:trPr>
        <w:tc>
          <w:tcPr>
            <w:tcW w:w="5040" w:type="dxa"/>
            <w:shd w:val="clear" w:color="auto" w:fill="auto"/>
          </w:tcPr>
          <w:p w:rsidR="00A60E63" w:rsidRPr="00D03E1F" w:rsidRDefault="00C75F5E">
            <w:pPr>
              <w:spacing w:after="0" w:line="240" w:lineRule="auto"/>
            </w:pPr>
            <w:r w:rsidRPr="00D03E1F">
              <w:rPr>
                <w:rFonts w:ascii="Times New Roman" w:eastAsia="Times New Roman" w:hAnsi="Times New Roman"/>
                <w:sz w:val="26"/>
              </w:rPr>
              <w:t>- GV cho HS trình bày kết quả trước lớp.</w:t>
            </w:r>
          </w:p>
        </w:tc>
        <w:tc>
          <w:tcPr>
            <w:tcW w:w="5040" w:type="dxa"/>
            <w:shd w:val="clear" w:color="auto" w:fill="auto"/>
          </w:tcPr>
          <w:p w:rsidR="00A60E63" w:rsidRPr="00D03E1F" w:rsidRDefault="00C75F5E">
            <w:pPr>
              <w:spacing w:after="0" w:line="240" w:lineRule="auto"/>
            </w:pPr>
            <w:r w:rsidRPr="00D03E1F">
              <w:rPr>
                <w:rFonts w:ascii="Times New Roman" w:eastAsia="Times New Roman" w:hAnsi="Times New Roman"/>
                <w:sz w:val="26"/>
              </w:rPr>
              <w:t>- HS trình bày: Sau 36 527 là 36 528, 36 529, 36 530.</w:t>
            </w:r>
          </w:p>
        </w:tc>
      </w:tr>
      <w:tr w:rsidR="00D03E1F" w:rsidRPr="00D03E1F" w:rsidTr="00D03E1F">
        <w:trPr>
          <w:jc w:val="center"/>
        </w:trPr>
        <w:tc>
          <w:tcPr>
            <w:tcW w:w="5040" w:type="dxa"/>
            <w:shd w:val="clear" w:color="auto" w:fill="auto"/>
          </w:tcPr>
          <w:p w:rsidR="00A60E63" w:rsidRPr="00D03E1F" w:rsidRDefault="00C75F5E">
            <w:pPr>
              <w:spacing w:after="0" w:line="240" w:lineRule="auto"/>
            </w:pPr>
            <w:r w:rsidRPr="00D03E1F">
              <w:rPr>
                <w:rFonts w:ascii="Times New Roman" w:eastAsia="Times New Roman" w:hAnsi="Times New Roman"/>
                <w:sz w:val="26"/>
              </w:rPr>
              <w:t>- GV kết luận: Muốn điền số trên tia số, cần quan sát quy luật tăng hoặc giảm của các số liên tiếp.</w:t>
            </w:r>
          </w:p>
        </w:tc>
        <w:tc>
          <w:tcPr>
            <w:tcW w:w="5040" w:type="dxa"/>
            <w:shd w:val="clear" w:color="auto" w:fill="auto"/>
          </w:tcPr>
          <w:p w:rsidR="00A60E63" w:rsidRPr="00D03E1F" w:rsidRDefault="00C75F5E">
            <w:pPr>
              <w:spacing w:after="0" w:line="240" w:lineRule="auto"/>
            </w:pPr>
            <w:r w:rsidRPr="00D03E1F">
              <w:rPr>
                <w:rFonts w:ascii="Times New Roman" w:eastAsia="Times New Roman" w:hAnsi="Times New Roman"/>
                <w:sz w:val="26"/>
              </w:rPr>
              <w:t>- HS lắng nghe và sửa bài.</w:t>
            </w:r>
          </w:p>
        </w:tc>
      </w:tr>
      <w:tr w:rsidR="00D03E1F" w:rsidRPr="00D03E1F" w:rsidTr="00D03E1F">
        <w:trPr>
          <w:jc w:val="center"/>
        </w:trPr>
        <w:tc>
          <w:tcPr>
            <w:tcW w:w="5040" w:type="dxa"/>
            <w:shd w:val="clear" w:color="auto" w:fill="auto"/>
          </w:tcPr>
          <w:p w:rsidR="00A60E63" w:rsidRPr="00D03E1F" w:rsidRDefault="00C75F5E">
            <w:pPr>
              <w:spacing w:after="0" w:line="240" w:lineRule="auto"/>
            </w:pPr>
            <w:r w:rsidRPr="00D03E1F">
              <w:rPr>
                <w:rFonts w:ascii="Times New Roman" w:eastAsia="Times New Roman" w:hAnsi="Times New Roman"/>
                <w:b/>
                <w:sz w:val="26"/>
              </w:rPr>
              <w:t>Bài 3. Viết số rồi đọc số. (Làm việc cá nhân vào vở)</w:t>
            </w:r>
          </w:p>
          <w:p w:rsidR="00A60E63" w:rsidRPr="00D03E1F" w:rsidRDefault="00C75F5E">
            <w:pPr>
              <w:spacing w:after="0" w:line="240" w:lineRule="auto"/>
            </w:pPr>
            <w:r w:rsidRPr="00D03E1F">
              <w:rPr>
                <w:rFonts w:ascii="Times New Roman" w:eastAsia="Times New Roman" w:hAnsi="Times New Roman"/>
                <w:sz w:val="26"/>
              </w:rPr>
              <w:t>- HS quan sát hình SGK.</w:t>
            </w:r>
          </w:p>
          <w:p w:rsidR="00A60E63" w:rsidRPr="00D03E1F" w:rsidRDefault="00A60E63" w:rsidP="00D03E1F">
            <w:pPr>
              <w:spacing w:after="0" w:line="240" w:lineRule="auto"/>
            </w:pPr>
          </w:p>
        </w:tc>
        <w:tc>
          <w:tcPr>
            <w:tcW w:w="5040" w:type="dxa"/>
            <w:shd w:val="clear" w:color="auto" w:fill="auto"/>
          </w:tcPr>
          <w:p w:rsidR="00A60E63" w:rsidRPr="00D03E1F" w:rsidRDefault="00C75F5E">
            <w:pPr>
              <w:spacing w:after="0" w:line="240" w:lineRule="auto"/>
            </w:pPr>
            <w:r w:rsidRPr="00D03E1F">
              <w:rPr>
                <w:rFonts w:ascii="Times New Roman" w:eastAsia="Times New Roman" w:hAnsi="Times New Roman"/>
                <w:sz w:val="26"/>
              </w:rPr>
              <w:t>- HS quan sát bài trong SGK.</w:t>
            </w:r>
          </w:p>
        </w:tc>
      </w:tr>
      <w:tr w:rsidR="00D03E1F" w:rsidRPr="00D03E1F" w:rsidTr="00D03E1F">
        <w:trPr>
          <w:jc w:val="center"/>
        </w:trPr>
        <w:tc>
          <w:tcPr>
            <w:tcW w:w="5040" w:type="dxa"/>
            <w:shd w:val="clear" w:color="auto" w:fill="auto"/>
          </w:tcPr>
          <w:p w:rsidR="00A60E63" w:rsidRPr="00D03E1F" w:rsidRDefault="00C75F5E">
            <w:pPr>
              <w:spacing w:after="0" w:line="240" w:lineRule="auto"/>
            </w:pPr>
            <w:r w:rsidRPr="00D03E1F">
              <w:rPr>
                <w:rFonts w:ascii="Times New Roman" w:eastAsia="Times New Roman" w:hAnsi="Times New Roman"/>
                <w:sz w:val="26"/>
              </w:rPr>
              <w:t>- GV cho HS đọc yêu cầu Bài 3.</w:t>
            </w:r>
          </w:p>
        </w:tc>
        <w:tc>
          <w:tcPr>
            <w:tcW w:w="5040" w:type="dxa"/>
            <w:shd w:val="clear" w:color="auto" w:fill="auto"/>
          </w:tcPr>
          <w:p w:rsidR="00A60E63" w:rsidRPr="00D03E1F" w:rsidRDefault="00C75F5E">
            <w:pPr>
              <w:spacing w:after="0" w:line="240" w:lineRule="auto"/>
            </w:pPr>
            <w:r w:rsidRPr="00D03E1F">
              <w:rPr>
                <w:rFonts w:ascii="Times New Roman" w:eastAsia="Times New Roman" w:hAnsi="Times New Roman"/>
                <w:sz w:val="26"/>
              </w:rPr>
              <w:t>- HS đọc: Viết số rồi đọc số.</w:t>
            </w:r>
          </w:p>
        </w:tc>
      </w:tr>
      <w:tr w:rsidR="00D03E1F" w:rsidRPr="00D03E1F" w:rsidTr="00D03E1F">
        <w:trPr>
          <w:jc w:val="center"/>
        </w:trPr>
        <w:tc>
          <w:tcPr>
            <w:tcW w:w="5040" w:type="dxa"/>
            <w:shd w:val="clear" w:color="auto" w:fill="auto"/>
          </w:tcPr>
          <w:p w:rsidR="00A60E63" w:rsidRPr="00D03E1F" w:rsidRDefault="00C75F5E">
            <w:pPr>
              <w:spacing w:after="0" w:line="240" w:lineRule="auto"/>
            </w:pPr>
            <w:r w:rsidRPr="00D03E1F">
              <w:rPr>
                <w:rFonts w:ascii="Times New Roman" w:eastAsia="Times New Roman" w:hAnsi="Times New Roman"/>
                <w:sz w:val="26"/>
              </w:rPr>
              <w:t>- GV hỏi: Câu a gồm 1 chục nghìn, 5 nghìn, 8 trăm, 2 chục và 6 đơn vị thì viết số nào?</w:t>
            </w:r>
          </w:p>
        </w:tc>
        <w:tc>
          <w:tcPr>
            <w:tcW w:w="5040" w:type="dxa"/>
            <w:shd w:val="clear" w:color="auto" w:fill="auto"/>
          </w:tcPr>
          <w:p w:rsidR="00A60E63" w:rsidRPr="00D03E1F" w:rsidRDefault="00C75F5E">
            <w:pPr>
              <w:spacing w:after="0" w:line="240" w:lineRule="auto"/>
            </w:pPr>
            <w:r w:rsidRPr="00D03E1F">
              <w:rPr>
                <w:rFonts w:ascii="Times New Roman" w:eastAsia="Times New Roman" w:hAnsi="Times New Roman"/>
                <w:sz w:val="26"/>
              </w:rPr>
              <w:t>- HS trả lời: 15 826; đọc là mười lăm nghìn tám trăm hai mươi sáu.</w:t>
            </w:r>
          </w:p>
        </w:tc>
      </w:tr>
      <w:tr w:rsidR="00D03E1F" w:rsidRPr="00D03E1F" w:rsidTr="00D03E1F">
        <w:trPr>
          <w:jc w:val="center"/>
        </w:trPr>
        <w:tc>
          <w:tcPr>
            <w:tcW w:w="5040" w:type="dxa"/>
            <w:shd w:val="clear" w:color="auto" w:fill="auto"/>
          </w:tcPr>
          <w:p w:rsidR="00A60E63" w:rsidRPr="00D03E1F" w:rsidRDefault="00C75F5E">
            <w:pPr>
              <w:spacing w:after="0" w:line="240" w:lineRule="auto"/>
            </w:pPr>
            <w:r w:rsidRPr="00D03E1F">
              <w:rPr>
                <w:rFonts w:ascii="Times New Roman" w:eastAsia="Times New Roman" w:hAnsi="Times New Roman"/>
                <w:sz w:val="26"/>
              </w:rPr>
              <w:t>- GV hỏi: Câu b gồm 2 chục nghìn, 9 nghìn, 1 trăm, 4 chục và 1 đơn vị thì viết số nào?</w:t>
            </w:r>
          </w:p>
        </w:tc>
        <w:tc>
          <w:tcPr>
            <w:tcW w:w="5040" w:type="dxa"/>
            <w:shd w:val="clear" w:color="auto" w:fill="auto"/>
          </w:tcPr>
          <w:p w:rsidR="00A60E63" w:rsidRPr="00D03E1F" w:rsidRDefault="00C75F5E">
            <w:pPr>
              <w:spacing w:after="0" w:line="240" w:lineRule="auto"/>
            </w:pPr>
            <w:r w:rsidRPr="00D03E1F">
              <w:rPr>
                <w:rFonts w:ascii="Times New Roman" w:eastAsia="Times New Roman" w:hAnsi="Times New Roman"/>
                <w:sz w:val="26"/>
              </w:rPr>
              <w:t>- HS trả lời: 32 043; đọc là ba mươi hai nghìn không trăm bốn mươi ba.</w:t>
            </w:r>
          </w:p>
        </w:tc>
      </w:tr>
      <w:tr w:rsidR="00D03E1F" w:rsidRPr="00D03E1F" w:rsidTr="00D03E1F">
        <w:trPr>
          <w:jc w:val="center"/>
        </w:trPr>
        <w:tc>
          <w:tcPr>
            <w:tcW w:w="5040" w:type="dxa"/>
            <w:shd w:val="clear" w:color="auto" w:fill="auto"/>
          </w:tcPr>
          <w:p w:rsidR="00A60E63" w:rsidRPr="00D03E1F" w:rsidRDefault="00C75F5E">
            <w:pPr>
              <w:spacing w:after="0" w:line="240" w:lineRule="auto"/>
            </w:pPr>
            <w:r w:rsidRPr="00D03E1F">
              <w:rPr>
                <w:rFonts w:ascii="Times New Roman" w:eastAsia="Times New Roman" w:hAnsi="Times New Roman"/>
                <w:sz w:val="26"/>
              </w:rPr>
              <w:t>- GV hỏi: Câu c gồm 6 chục nghìn, 6 nghìn, 4 trăm, 0 chục và 1 đơn vị thì viết số nào?</w:t>
            </w:r>
          </w:p>
        </w:tc>
        <w:tc>
          <w:tcPr>
            <w:tcW w:w="5040" w:type="dxa"/>
            <w:shd w:val="clear" w:color="auto" w:fill="auto"/>
          </w:tcPr>
          <w:p w:rsidR="00A60E63" w:rsidRPr="00D03E1F" w:rsidRDefault="00C75F5E">
            <w:pPr>
              <w:spacing w:after="0" w:line="240" w:lineRule="auto"/>
            </w:pPr>
            <w:r w:rsidRPr="00D03E1F">
              <w:rPr>
                <w:rFonts w:ascii="Times New Roman" w:eastAsia="Times New Roman" w:hAnsi="Times New Roman"/>
                <w:sz w:val="26"/>
              </w:rPr>
              <w:t>- HS trả lời: 66 401; đọc là sáu mươi sáu nghìn bốn trăm linh một.</w:t>
            </w:r>
          </w:p>
        </w:tc>
      </w:tr>
      <w:tr w:rsidR="00D03E1F" w:rsidRPr="00D03E1F" w:rsidTr="00D03E1F">
        <w:trPr>
          <w:jc w:val="center"/>
        </w:trPr>
        <w:tc>
          <w:tcPr>
            <w:tcW w:w="5040" w:type="dxa"/>
            <w:shd w:val="clear" w:color="auto" w:fill="auto"/>
          </w:tcPr>
          <w:p w:rsidR="00A60E63" w:rsidRPr="00D03E1F" w:rsidRDefault="00C75F5E">
            <w:pPr>
              <w:spacing w:after="0" w:line="240" w:lineRule="auto"/>
            </w:pPr>
            <w:r w:rsidRPr="00D03E1F">
              <w:rPr>
                <w:rFonts w:ascii="Times New Roman" w:eastAsia="Times New Roman" w:hAnsi="Times New Roman"/>
                <w:sz w:val="26"/>
              </w:rPr>
              <w:t>- GV hỏi: Câu d gồm 2 chục nghìn, 7 nghìn, 3 trăm, 4 chục và 0 đơn vị thì viết số nào?</w:t>
            </w:r>
          </w:p>
        </w:tc>
        <w:tc>
          <w:tcPr>
            <w:tcW w:w="5040" w:type="dxa"/>
            <w:shd w:val="clear" w:color="auto" w:fill="auto"/>
          </w:tcPr>
          <w:p w:rsidR="00A60E63" w:rsidRPr="00D03E1F" w:rsidRDefault="00C75F5E">
            <w:pPr>
              <w:spacing w:after="0" w:line="240" w:lineRule="auto"/>
            </w:pPr>
            <w:r w:rsidRPr="00D03E1F">
              <w:rPr>
                <w:rFonts w:ascii="Times New Roman" w:eastAsia="Times New Roman" w:hAnsi="Times New Roman"/>
                <w:sz w:val="26"/>
              </w:rPr>
              <w:t>- HS trả lời: 27 340; đọc là hai mươi bảy nghìn ba trăm bốn mươi.</w:t>
            </w:r>
          </w:p>
        </w:tc>
      </w:tr>
      <w:tr w:rsidR="00D03E1F" w:rsidRPr="00D03E1F" w:rsidTr="00D03E1F">
        <w:trPr>
          <w:jc w:val="center"/>
        </w:trPr>
        <w:tc>
          <w:tcPr>
            <w:tcW w:w="5040" w:type="dxa"/>
            <w:shd w:val="clear" w:color="auto" w:fill="auto"/>
          </w:tcPr>
          <w:p w:rsidR="00A60E63" w:rsidRPr="00D03E1F" w:rsidRDefault="00C75F5E">
            <w:pPr>
              <w:spacing w:after="0" w:line="240" w:lineRule="auto"/>
            </w:pPr>
            <w:r w:rsidRPr="00D03E1F">
              <w:rPr>
                <w:rFonts w:ascii="Times New Roman" w:eastAsia="Times New Roman" w:hAnsi="Times New Roman"/>
                <w:sz w:val="26"/>
              </w:rPr>
              <w:t>- GV cho HS trình bày kết quả, bạn khác nhận xét.</w:t>
            </w:r>
          </w:p>
        </w:tc>
        <w:tc>
          <w:tcPr>
            <w:tcW w:w="5040" w:type="dxa"/>
            <w:shd w:val="clear" w:color="auto" w:fill="auto"/>
          </w:tcPr>
          <w:p w:rsidR="00A60E63" w:rsidRPr="00D03E1F" w:rsidRDefault="00C75F5E">
            <w:pPr>
              <w:spacing w:after="0" w:line="240" w:lineRule="auto"/>
            </w:pPr>
            <w:r w:rsidRPr="00D03E1F">
              <w:rPr>
                <w:rFonts w:ascii="Times New Roman" w:eastAsia="Times New Roman" w:hAnsi="Times New Roman"/>
                <w:sz w:val="26"/>
              </w:rPr>
              <w:t>- HS trình bày và nhận xét cách đọc, viết của bạn.</w:t>
            </w:r>
          </w:p>
        </w:tc>
      </w:tr>
      <w:tr w:rsidR="00D03E1F" w:rsidRPr="00D03E1F" w:rsidTr="00D03E1F">
        <w:trPr>
          <w:jc w:val="center"/>
        </w:trPr>
        <w:tc>
          <w:tcPr>
            <w:tcW w:w="5040" w:type="dxa"/>
            <w:shd w:val="clear" w:color="auto" w:fill="auto"/>
          </w:tcPr>
          <w:p w:rsidR="00A60E63" w:rsidRPr="00D03E1F" w:rsidRDefault="00C75F5E">
            <w:pPr>
              <w:spacing w:after="0" w:line="240" w:lineRule="auto"/>
            </w:pPr>
            <w:r w:rsidRPr="00D03E1F">
              <w:rPr>
                <w:rFonts w:ascii="Times New Roman" w:eastAsia="Times New Roman" w:hAnsi="Times New Roman"/>
                <w:sz w:val="26"/>
              </w:rPr>
              <w:t>- GV kết luận: Khi viết số từ cấu tạo hàng, phải viết đủ chữ số ở từng hàng, kể cả chữ số 0.</w:t>
            </w:r>
          </w:p>
        </w:tc>
        <w:tc>
          <w:tcPr>
            <w:tcW w:w="5040" w:type="dxa"/>
            <w:shd w:val="clear" w:color="auto" w:fill="auto"/>
          </w:tcPr>
          <w:p w:rsidR="00A60E63" w:rsidRPr="00D03E1F" w:rsidRDefault="00C75F5E">
            <w:pPr>
              <w:spacing w:after="0" w:line="240" w:lineRule="auto"/>
            </w:pPr>
            <w:r w:rsidRPr="00D03E1F">
              <w:rPr>
                <w:rFonts w:ascii="Times New Roman" w:eastAsia="Times New Roman" w:hAnsi="Times New Roman"/>
                <w:sz w:val="26"/>
              </w:rPr>
              <w:t>- HS lắng nghe.</w:t>
            </w:r>
          </w:p>
        </w:tc>
      </w:tr>
      <w:tr w:rsidR="00D03E1F" w:rsidRPr="00D03E1F" w:rsidTr="00D03E1F">
        <w:trPr>
          <w:jc w:val="center"/>
        </w:trPr>
        <w:tc>
          <w:tcPr>
            <w:tcW w:w="5040" w:type="dxa"/>
            <w:shd w:val="clear" w:color="auto" w:fill="auto"/>
          </w:tcPr>
          <w:p w:rsidR="00A60E63" w:rsidRPr="00D03E1F" w:rsidRDefault="00C75F5E">
            <w:pPr>
              <w:spacing w:after="0" w:line="240" w:lineRule="auto"/>
            </w:pPr>
            <w:r w:rsidRPr="00D03E1F">
              <w:rPr>
                <w:rFonts w:ascii="Times New Roman" w:eastAsia="Times New Roman" w:hAnsi="Times New Roman"/>
                <w:b/>
                <w:sz w:val="26"/>
              </w:rPr>
              <w:t>Bài 4. Chọn số thích hợp với cách đọc. (Làm việc nhóm 2)</w:t>
            </w:r>
          </w:p>
          <w:p w:rsidR="00A60E63" w:rsidRPr="00D03E1F" w:rsidRDefault="00C75F5E">
            <w:pPr>
              <w:spacing w:after="0" w:line="240" w:lineRule="auto"/>
            </w:pPr>
            <w:r w:rsidRPr="00D03E1F">
              <w:rPr>
                <w:rFonts w:ascii="Times New Roman" w:eastAsia="Times New Roman" w:hAnsi="Times New Roman"/>
                <w:sz w:val="26"/>
              </w:rPr>
              <w:t>- HS quan sát hình SGK.</w:t>
            </w:r>
          </w:p>
          <w:p w:rsidR="00A60E63" w:rsidRPr="00D03E1F" w:rsidRDefault="00A60E63">
            <w:pPr>
              <w:spacing w:after="0" w:line="240" w:lineRule="auto"/>
              <w:jc w:val="center"/>
            </w:pPr>
          </w:p>
        </w:tc>
        <w:tc>
          <w:tcPr>
            <w:tcW w:w="5040" w:type="dxa"/>
            <w:shd w:val="clear" w:color="auto" w:fill="auto"/>
          </w:tcPr>
          <w:p w:rsidR="00A60E63" w:rsidRPr="00D03E1F" w:rsidRDefault="00C75F5E">
            <w:pPr>
              <w:spacing w:after="0" w:line="240" w:lineRule="auto"/>
            </w:pPr>
            <w:r w:rsidRPr="00D03E1F">
              <w:rPr>
                <w:rFonts w:ascii="Times New Roman" w:eastAsia="Times New Roman" w:hAnsi="Times New Roman"/>
                <w:sz w:val="26"/>
              </w:rPr>
              <w:t>- HS quan sát bài trong SGK.</w:t>
            </w:r>
          </w:p>
        </w:tc>
      </w:tr>
      <w:tr w:rsidR="00D03E1F" w:rsidRPr="00D03E1F" w:rsidTr="00D03E1F">
        <w:trPr>
          <w:jc w:val="center"/>
        </w:trPr>
        <w:tc>
          <w:tcPr>
            <w:tcW w:w="5040" w:type="dxa"/>
            <w:shd w:val="clear" w:color="auto" w:fill="auto"/>
          </w:tcPr>
          <w:p w:rsidR="00A60E63" w:rsidRPr="00D03E1F" w:rsidRDefault="00C75F5E">
            <w:pPr>
              <w:spacing w:after="0" w:line="240" w:lineRule="auto"/>
            </w:pPr>
            <w:r w:rsidRPr="00D03E1F">
              <w:rPr>
                <w:rFonts w:ascii="Times New Roman" w:eastAsia="Times New Roman" w:hAnsi="Times New Roman"/>
                <w:sz w:val="26"/>
              </w:rPr>
              <w:t>- GV cho HS đọc yêu cầu Bài 4.</w:t>
            </w:r>
          </w:p>
        </w:tc>
        <w:tc>
          <w:tcPr>
            <w:tcW w:w="5040" w:type="dxa"/>
            <w:shd w:val="clear" w:color="auto" w:fill="auto"/>
          </w:tcPr>
          <w:p w:rsidR="00A60E63" w:rsidRPr="00D03E1F" w:rsidRDefault="00C75F5E">
            <w:pPr>
              <w:spacing w:after="0" w:line="240" w:lineRule="auto"/>
            </w:pPr>
            <w:r w:rsidRPr="00D03E1F">
              <w:rPr>
                <w:rFonts w:ascii="Times New Roman" w:eastAsia="Times New Roman" w:hAnsi="Times New Roman"/>
                <w:sz w:val="26"/>
              </w:rPr>
              <w:t>- HS đọc: Chọn số thích hợp với cách đọc.</w:t>
            </w:r>
          </w:p>
        </w:tc>
      </w:tr>
      <w:tr w:rsidR="00D03E1F" w:rsidRPr="00D03E1F" w:rsidTr="00D03E1F">
        <w:trPr>
          <w:jc w:val="center"/>
        </w:trPr>
        <w:tc>
          <w:tcPr>
            <w:tcW w:w="5040" w:type="dxa"/>
            <w:shd w:val="clear" w:color="auto" w:fill="auto"/>
          </w:tcPr>
          <w:p w:rsidR="00A60E63" w:rsidRPr="00D03E1F" w:rsidRDefault="00C75F5E">
            <w:pPr>
              <w:spacing w:after="0" w:line="240" w:lineRule="auto"/>
            </w:pPr>
            <w:r w:rsidRPr="00D03E1F">
              <w:rPr>
                <w:rFonts w:ascii="Times New Roman" w:eastAsia="Times New Roman" w:hAnsi="Times New Roman"/>
                <w:sz w:val="26"/>
              </w:rPr>
              <w:t>- GV cho HS làm nhóm 2, quan sát từng bạn cầm thẻ cách đọc và các thuyền ghi số.</w:t>
            </w:r>
          </w:p>
        </w:tc>
        <w:tc>
          <w:tcPr>
            <w:tcW w:w="5040" w:type="dxa"/>
            <w:shd w:val="clear" w:color="auto" w:fill="auto"/>
          </w:tcPr>
          <w:p w:rsidR="00A60E63" w:rsidRPr="00D03E1F" w:rsidRDefault="00C75F5E">
            <w:pPr>
              <w:spacing w:after="0" w:line="240" w:lineRule="auto"/>
            </w:pPr>
            <w:r w:rsidRPr="00D03E1F">
              <w:rPr>
                <w:rFonts w:ascii="Times New Roman" w:eastAsia="Times New Roman" w:hAnsi="Times New Roman"/>
                <w:sz w:val="26"/>
              </w:rPr>
              <w:t>- HS trao đổi nhóm 2.</w:t>
            </w:r>
          </w:p>
        </w:tc>
      </w:tr>
      <w:tr w:rsidR="00D03E1F" w:rsidRPr="00D03E1F" w:rsidTr="00D03E1F">
        <w:trPr>
          <w:jc w:val="center"/>
        </w:trPr>
        <w:tc>
          <w:tcPr>
            <w:tcW w:w="5040" w:type="dxa"/>
            <w:shd w:val="clear" w:color="auto" w:fill="auto"/>
          </w:tcPr>
          <w:p w:rsidR="00A60E63" w:rsidRPr="00D03E1F" w:rsidRDefault="00C75F5E">
            <w:pPr>
              <w:spacing w:after="0" w:line="240" w:lineRule="auto"/>
            </w:pPr>
            <w:r w:rsidRPr="00D03E1F">
              <w:rPr>
                <w:rFonts w:ascii="Times New Roman" w:eastAsia="Times New Roman" w:hAnsi="Times New Roman"/>
                <w:sz w:val="26"/>
              </w:rPr>
              <w:t>- GV hỏi: “Bốn mươi nghìn” ứng với số nào?</w:t>
            </w:r>
          </w:p>
        </w:tc>
        <w:tc>
          <w:tcPr>
            <w:tcW w:w="5040" w:type="dxa"/>
            <w:shd w:val="clear" w:color="auto" w:fill="auto"/>
          </w:tcPr>
          <w:p w:rsidR="00A60E63" w:rsidRPr="00D03E1F" w:rsidRDefault="00C75F5E">
            <w:pPr>
              <w:spacing w:after="0" w:line="240" w:lineRule="auto"/>
            </w:pPr>
            <w:r w:rsidRPr="00D03E1F">
              <w:rPr>
                <w:rFonts w:ascii="Times New Roman" w:eastAsia="Times New Roman" w:hAnsi="Times New Roman"/>
                <w:sz w:val="26"/>
              </w:rPr>
              <w:t>- HS trả lời: 40 000.</w:t>
            </w:r>
          </w:p>
        </w:tc>
      </w:tr>
      <w:tr w:rsidR="00D03E1F" w:rsidRPr="00D03E1F" w:rsidTr="00D03E1F">
        <w:trPr>
          <w:jc w:val="center"/>
        </w:trPr>
        <w:tc>
          <w:tcPr>
            <w:tcW w:w="5040" w:type="dxa"/>
            <w:shd w:val="clear" w:color="auto" w:fill="auto"/>
          </w:tcPr>
          <w:p w:rsidR="00A60E63" w:rsidRPr="00D03E1F" w:rsidRDefault="00C75F5E">
            <w:pPr>
              <w:spacing w:after="0" w:line="240" w:lineRule="auto"/>
            </w:pPr>
            <w:r w:rsidRPr="00D03E1F">
              <w:rPr>
                <w:rFonts w:ascii="Times New Roman" w:eastAsia="Times New Roman" w:hAnsi="Times New Roman"/>
                <w:sz w:val="26"/>
              </w:rPr>
              <w:t>- GV hỏi: “Tám mươi nghìn” ứng với số nào?</w:t>
            </w:r>
          </w:p>
        </w:tc>
        <w:tc>
          <w:tcPr>
            <w:tcW w:w="5040" w:type="dxa"/>
            <w:shd w:val="clear" w:color="auto" w:fill="auto"/>
          </w:tcPr>
          <w:p w:rsidR="00A60E63" w:rsidRPr="00D03E1F" w:rsidRDefault="00C75F5E">
            <w:pPr>
              <w:spacing w:after="0" w:line="240" w:lineRule="auto"/>
            </w:pPr>
            <w:r w:rsidRPr="00D03E1F">
              <w:rPr>
                <w:rFonts w:ascii="Times New Roman" w:eastAsia="Times New Roman" w:hAnsi="Times New Roman"/>
                <w:sz w:val="26"/>
              </w:rPr>
              <w:t>- HS trả lời: 80 000.</w:t>
            </w:r>
          </w:p>
        </w:tc>
      </w:tr>
      <w:tr w:rsidR="00D03E1F" w:rsidRPr="00D03E1F" w:rsidTr="00D03E1F">
        <w:trPr>
          <w:jc w:val="center"/>
        </w:trPr>
        <w:tc>
          <w:tcPr>
            <w:tcW w:w="5040" w:type="dxa"/>
            <w:shd w:val="clear" w:color="auto" w:fill="auto"/>
          </w:tcPr>
          <w:p w:rsidR="00A60E63" w:rsidRPr="00D03E1F" w:rsidRDefault="00C75F5E">
            <w:pPr>
              <w:spacing w:after="0" w:line="240" w:lineRule="auto"/>
            </w:pPr>
            <w:r w:rsidRPr="00D03E1F">
              <w:rPr>
                <w:rFonts w:ascii="Times New Roman" w:eastAsia="Times New Roman" w:hAnsi="Times New Roman"/>
                <w:sz w:val="26"/>
              </w:rPr>
              <w:t xml:space="preserve">- GV hỏi: “Sáu mươi nghìn” và “bảy mươi </w:t>
            </w:r>
            <w:r w:rsidRPr="00D03E1F">
              <w:rPr>
                <w:rFonts w:ascii="Times New Roman" w:eastAsia="Times New Roman" w:hAnsi="Times New Roman"/>
                <w:sz w:val="26"/>
              </w:rPr>
              <w:lastRenderedPageBreak/>
              <w:t>nghìn” ứng với số nào?</w:t>
            </w:r>
          </w:p>
        </w:tc>
        <w:tc>
          <w:tcPr>
            <w:tcW w:w="5040" w:type="dxa"/>
            <w:shd w:val="clear" w:color="auto" w:fill="auto"/>
          </w:tcPr>
          <w:p w:rsidR="00A60E63" w:rsidRPr="00D03E1F" w:rsidRDefault="00C75F5E">
            <w:pPr>
              <w:spacing w:after="0" w:line="240" w:lineRule="auto"/>
            </w:pPr>
            <w:r w:rsidRPr="00D03E1F">
              <w:rPr>
                <w:rFonts w:ascii="Times New Roman" w:eastAsia="Times New Roman" w:hAnsi="Times New Roman"/>
                <w:sz w:val="26"/>
              </w:rPr>
              <w:lastRenderedPageBreak/>
              <w:t xml:space="preserve">- HS trả lời: Sáu mươi nghìn là 60 000; bảy </w:t>
            </w:r>
            <w:r w:rsidRPr="00D03E1F">
              <w:rPr>
                <w:rFonts w:ascii="Times New Roman" w:eastAsia="Times New Roman" w:hAnsi="Times New Roman"/>
                <w:sz w:val="26"/>
              </w:rPr>
              <w:lastRenderedPageBreak/>
              <w:t>mươi nghìn là 70 000.</w:t>
            </w:r>
          </w:p>
        </w:tc>
      </w:tr>
      <w:tr w:rsidR="00D03E1F" w:rsidRPr="00D03E1F" w:rsidTr="00D03E1F">
        <w:trPr>
          <w:jc w:val="center"/>
        </w:trPr>
        <w:tc>
          <w:tcPr>
            <w:tcW w:w="5040" w:type="dxa"/>
            <w:shd w:val="clear" w:color="auto" w:fill="auto"/>
          </w:tcPr>
          <w:p w:rsidR="00A60E63" w:rsidRPr="00D03E1F" w:rsidRDefault="00C75F5E">
            <w:pPr>
              <w:spacing w:after="0" w:line="240" w:lineRule="auto"/>
            </w:pPr>
            <w:r w:rsidRPr="00D03E1F">
              <w:rPr>
                <w:rFonts w:ascii="Times New Roman" w:eastAsia="Times New Roman" w:hAnsi="Times New Roman"/>
                <w:sz w:val="26"/>
              </w:rPr>
              <w:lastRenderedPageBreak/>
              <w:t>- GV cho HS trình bày kết quả nối số với cách đọc.</w:t>
            </w:r>
          </w:p>
        </w:tc>
        <w:tc>
          <w:tcPr>
            <w:tcW w:w="5040" w:type="dxa"/>
            <w:shd w:val="clear" w:color="auto" w:fill="auto"/>
          </w:tcPr>
          <w:p w:rsidR="00A60E63" w:rsidRPr="00D03E1F" w:rsidRDefault="00C75F5E">
            <w:pPr>
              <w:spacing w:after="0" w:line="240" w:lineRule="auto"/>
            </w:pPr>
            <w:r w:rsidRPr="00D03E1F">
              <w:rPr>
                <w:rFonts w:ascii="Times New Roman" w:eastAsia="Times New Roman" w:hAnsi="Times New Roman"/>
                <w:sz w:val="26"/>
              </w:rPr>
              <w:t>- HS trình bày: 70 000 - bảy mươi nghìn; 80 000 - tám mươi nghìn; 40 000 - bốn mươi nghìn; 60 000 - sáu mươi nghìn.</w:t>
            </w:r>
          </w:p>
        </w:tc>
      </w:tr>
      <w:tr w:rsidR="00D03E1F" w:rsidRPr="00D03E1F" w:rsidTr="00D03E1F">
        <w:trPr>
          <w:jc w:val="center"/>
        </w:trPr>
        <w:tc>
          <w:tcPr>
            <w:tcW w:w="5040" w:type="dxa"/>
            <w:tcBorders>
              <w:bottom w:val="single" w:sz="4" w:space="0" w:color="auto"/>
            </w:tcBorders>
            <w:shd w:val="clear" w:color="auto" w:fill="auto"/>
          </w:tcPr>
          <w:p w:rsidR="00A60E63" w:rsidRPr="00D03E1F" w:rsidRDefault="00C75F5E">
            <w:pPr>
              <w:spacing w:after="0" w:line="240" w:lineRule="auto"/>
            </w:pPr>
            <w:r w:rsidRPr="00D03E1F">
              <w:rPr>
                <w:rFonts w:ascii="Times New Roman" w:eastAsia="Times New Roman" w:hAnsi="Times New Roman"/>
                <w:sz w:val="26"/>
              </w:rPr>
              <w:t>- GV kết luận: Với số tròn chục nghìn, đọc số chục nghìn rồi thêm từ “nghìn”.</w:t>
            </w:r>
          </w:p>
        </w:tc>
        <w:tc>
          <w:tcPr>
            <w:tcW w:w="5040" w:type="dxa"/>
            <w:tcBorders>
              <w:bottom w:val="single" w:sz="4" w:space="0" w:color="auto"/>
            </w:tcBorders>
            <w:shd w:val="clear" w:color="auto" w:fill="auto"/>
          </w:tcPr>
          <w:p w:rsidR="00A60E63" w:rsidRPr="00D03E1F" w:rsidRDefault="00C75F5E">
            <w:pPr>
              <w:spacing w:after="0" w:line="240" w:lineRule="auto"/>
            </w:pPr>
            <w:r w:rsidRPr="00D03E1F">
              <w:rPr>
                <w:rFonts w:ascii="Times New Roman" w:eastAsia="Times New Roman" w:hAnsi="Times New Roman"/>
                <w:sz w:val="26"/>
              </w:rPr>
              <w:t>- HS lắng nghe.</w:t>
            </w:r>
          </w:p>
        </w:tc>
      </w:tr>
      <w:tr w:rsidR="00D03E1F" w:rsidRPr="00D03E1F" w:rsidTr="00D03E1F">
        <w:trPr>
          <w:jc w:val="center"/>
        </w:trPr>
        <w:tc>
          <w:tcPr>
            <w:tcW w:w="10080" w:type="dxa"/>
            <w:gridSpan w:val="2"/>
            <w:tcBorders>
              <w:top w:val="single" w:sz="4" w:space="0" w:color="auto"/>
              <w:bottom w:val="single" w:sz="4" w:space="0" w:color="auto"/>
            </w:tcBorders>
            <w:shd w:val="clear" w:color="auto" w:fill="auto"/>
          </w:tcPr>
          <w:p w:rsidR="00A60E63" w:rsidRPr="00D03E1F" w:rsidRDefault="00C75F5E">
            <w:pPr>
              <w:spacing w:after="0" w:line="240" w:lineRule="auto"/>
            </w:pPr>
            <w:r w:rsidRPr="00D03E1F">
              <w:rPr>
                <w:rFonts w:ascii="Times New Roman" w:eastAsia="Times New Roman" w:hAnsi="Times New Roman"/>
                <w:b/>
                <w:sz w:val="26"/>
              </w:rPr>
              <w:t>4. Vận dụng - Trải nghiệm (5 phút):</w:t>
            </w:r>
          </w:p>
          <w:p w:rsidR="00A60E63" w:rsidRPr="00D03E1F" w:rsidRDefault="00C75F5E">
            <w:pPr>
              <w:spacing w:after="0" w:line="240" w:lineRule="auto"/>
            </w:pPr>
            <w:r w:rsidRPr="00D03E1F">
              <w:rPr>
                <w:rFonts w:ascii="Times New Roman" w:eastAsia="Times New Roman" w:hAnsi="Times New Roman"/>
                <w:sz w:val="26"/>
              </w:rPr>
              <w:t>- Mục tiêu: Củng cố đọc, viết số có năm chữ số và liên hệ việc đọc số trong thực tế.</w:t>
            </w:r>
          </w:p>
          <w:p w:rsidR="00A60E63" w:rsidRPr="00D03E1F" w:rsidRDefault="00C75F5E">
            <w:pPr>
              <w:spacing w:after="0" w:line="240" w:lineRule="auto"/>
            </w:pPr>
            <w:r w:rsidRPr="00D03E1F">
              <w:rPr>
                <w:rFonts w:ascii="Times New Roman" w:eastAsia="Times New Roman" w:hAnsi="Times New Roman"/>
                <w:sz w:val="26"/>
              </w:rPr>
              <w:t>*Cách tiến hành:</w:t>
            </w:r>
          </w:p>
        </w:tc>
      </w:tr>
      <w:tr w:rsidR="00D03E1F" w:rsidRPr="00D03E1F" w:rsidTr="00D03E1F">
        <w:trPr>
          <w:jc w:val="center"/>
        </w:trPr>
        <w:tc>
          <w:tcPr>
            <w:tcW w:w="5040" w:type="dxa"/>
            <w:tcBorders>
              <w:top w:val="single" w:sz="4" w:space="0" w:color="auto"/>
            </w:tcBorders>
            <w:shd w:val="clear" w:color="auto" w:fill="auto"/>
          </w:tcPr>
          <w:p w:rsidR="00A60E63" w:rsidRPr="00D03E1F" w:rsidRDefault="00C75F5E">
            <w:pPr>
              <w:spacing w:after="0" w:line="240" w:lineRule="auto"/>
            </w:pPr>
            <w:r w:rsidRPr="00D03E1F">
              <w:rPr>
                <w:rFonts w:ascii="Times New Roman" w:eastAsia="Times New Roman" w:hAnsi="Times New Roman"/>
                <w:sz w:val="26"/>
              </w:rPr>
              <w:t>- GV hỏi: Số có năm chữ số gồm những hàng nào?</w:t>
            </w:r>
          </w:p>
        </w:tc>
        <w:tc>
          <w:tcPr>
            <w:tcW w:w="5040" w:type="dxa"/>
            <w:tcBorders>
              <w:top w:val="single" w:sz="4" w:space="0" w:color="auto"/>
            </w:tcBorders>
            <w:shd w:val="clear" w:color="auto" w:fill="auto"/>
          </w:tcPr>
          <w:p w:rsidR="00A60E63" w:rsidRPr="00D03E1F" w:rsidRDefault="00C75F5E">
            <w:pPr>
              <w:spacing w:after="0" w:line="240" w:lineRule="auto"/>
            </w:pPr>
            <w:r w:rsidRPr="00D03E1F">
              <w:rPr>
                <w:rFonts w:ascii="Times New Roman" w:eastAsia="Times New Roman" w:hAnsi="Times New Roman"/>
                <w:sz w:val="26"/>
              </w:rPr>
              <w:t>- HS trả lời: Gồm hàng chục nghìn, hàng nghìn, hàng trăm, hàng chục, hàng đơn vị.</w:t>
            </w:r>
          </w:p>
        </w:tc>
      </w:tr>
      <w:tr w:rsidR="00D03E1F" w:rsidRPr="00D03E1F" w:rsidTr="00D03E1F">
        <w:trPr>
          <w:jc w:val="center"/>
        </w:trPr>
        <w:tc>
          <w:tcPr>
            <w:tcW w:w="5040" w:type="dxa"/>
            <w:shd w:val="clear" w:color="auto" w:fill="auto"/>
          </w:tcPr>
          <w:p w:rsidR="00A60E63" w:rsidRPr="00D03E1F" w:rsidRDefault="00C75F5E">
            <w:pPr>
              <w:spacing w:after="0" w:line="240" w:lineRule="auto"/>
            </w:pPr>
            <w:r w:rsidRPr="00D03E1F">
              <w:rPr>
                <w:rFonts w:ascii="Times New Roman" w:eastAsia="Times New Roman" w:hAnsi="Times New Roman"/>
                <w:sz w:val="26"/>
              </w:rPr>
              <w:t>- GV hỏi: Khi viết số 50 602, vì sao phải viết chữ số 0 ở hàng nghìn và hàng chục?</w:t>
            </w:r>
          </w:p>
        </w:tc>
        <w:tc>
          <w:tcPr>
            <w:tcW w:w="5040" w:type="dxa"/>
            <w:shd w:val="clear" w:color="auto" w:fill="auto"/>
          </w:tcPr>
          <w:p w:rsidR="00A60E63" w:rsidRPr="00D03E1F" w:rsidRDefault="00C75F5E">
            <w:pPr>
              <w:spacing w:after="0" w:line="240" w:lineRule="auto"/>
            </w:pPr>
            <w:r w:rsidRPr="00D03E1F">
              <w:rPr>
                <w:rFonts w:ascii="Times New Roman" w:eastAsia="Times New Roman" w:hAnsi="Times New Roman"/>
                <w:sz w:val="26"/>
              </w:rPr>
              <w:t>- HS trả lời: Vì số không có nghìn và không có chục nên phải viết 0 để giữ đúng vị trí các hàng.</w:t>
            </w:r>
          </w:p>
        </w:tc>
      </w:tr>
      <w:tr w:rsidR="00D03E1F" w:rsidRPr="00D03E1F" w:rsidTr="00D03E1F">
        <w:trPr>
          <w:jc w:val="center"/>
        </w:trPr>
        <w:tc>
          <w:tcPr>
            <w:tcW w:w="5040" w:type="dxa"/>
            <w:shd w:val="clear" w:color="auto" w:fill="auto"/>
          </w:tcPr>
          <w:p w:rsidR="00A60E63" w:rsidRPr="00D03E1F" w:rsidRDefault="00C75F5E">
            <w:pPr>
              <w:spacing w:after="0" w:line="240" w:lineRule="auto"/>
            </w:pPr>
            <w:r w:rsidRPr="00D03E1F">
              <w:rPr>
                <w:rFonts w:ascii="Times New Roman" w:eastAsia="Times New Roman" w:hAnsi="Times New Roman"/>
                <w:sz w:val="26"/>
              </w:rPr>
              <w:t>- GV liên hệ: Khi đọc số tiền, số dân, số sách trong thư viện, em cần đọc đúng từng hàng.</w:t>
            </w:r>
          </w:p>
        </w:tc>
        <w:tc>
          <w:tcPr>
            <w:tcW w:w="5040" w:type="dxa"/>
            <w:shd w:val="clear" w:color="auto" w:fill="auto"/>
          </w:tcPr>
          <w:p w:rsidR="00A60E63" w:rsidRPr="00D03E1F" w:rsidRDefault="00C75F5E">
            <w:pPr>
              <w:spacing w:after="0" w:line="240" w:lineRule="auto"/>
            </w:pPr>
            <w:r w:rsidRPr="00D03E1F">
              <w:rPr>
                <w:rFonts w:ascii="Times New Roman" w:eastAsia="Times New Roman" w:hAnsi="Times New Roman"/>
                <w:sz w:val="26"/>
              </w:rPr>
              <w:t>- HS lắng nghe và nêu ví dụ thực tế.</w:t>
            </w:r>
          </w:p>
        </w:tc>
      </w:tr>
      <w:tr w:rsidR="00D03E1F" w:rsidRPr="00D03E1F" w:rsidTr="00D03E1F">
        <w:trPr>
          <w:jc w:val="center"/>
        </w:trPr>
        <w:tc>
          <w:tcPr>
            <w:tcW w:w="5040" w:type="dxa"/>
            <w:shd w:val="clear" w:color="auto" w:fill="auto"/>
          </w:tcPr>
          <w:p w:rsidR="00A60E63" w:rsidRPr="00D03E1F" w:rsidRDefault="00C75F5E">
            <w:pPr>
              <w:spacing w:after="0" w:line="240" w:lineRule="auto"/>
            </w:pPr>
            <w:r w:rsidRPr="00D03E1F">
              <w:rPr>
                <w:rFonts w:ascii="Times New Roman" w:eastAsia="Times New Roman" w:hAnsi="Times New Roman"/>
                <w:sz w:val="26"/>
              </w:rPr>
              <w:t>- GV nhận xét tiết học, tuyên dương HS đọc, viết số cẩn thận.</w:t>
            </w:r>
          </w:p>
        </w:tc>
        <w:tc>
          <w:tcPr>
            <w:tcW w:w="5040" w:type="dxa"/>
            <w:shd w:val="clear" w:color="auto" w:fill="auto"/>
          </w:tcPr>
          <w:p w:rsidR="00A60E63" w:rsidRPr="00D03E1F" w:rsidRDefault="00C75F5E">
            <w:pPr>
              <w:spacing w:after="0" w:line="240" w:lineRule="auto"/>
            </w:pPr>
            <w:r w:rsidRPr="00D03E1F">
              <w:rPr>
                <w:rFonts w:ascii="Times New Roman" w:eastAsia="Times New Roman" w:hAnsi="Times New Roman"/>
                <w:sz w:val="26"/>
              </w:rPr>
              <w:t>- HS lắng nghe, tự nêu điều cần luyện thêm.</w:t>
            </w:r>
          </w:p>
        </w:tc>
      </w:tr>
      <w:tr w:rsidR="00D03E1F" w:rsidRPr="00D03E1F" w:rsidTr="00D03E1F">
        <w:trPr>
          <w:jc w:val="center"/>
        </w:trPr>
        <w:tc>
          <w:tcPr>
            <w:tcW w:w="5040" w:type="dxa"/>
            <w:shd w:val="clear" w:color="auto" w:fill="auto"/>
          </w:tcPr>
          <w:p w:rsidR="00A60E63" w:rsidRPr="00D03E1F" w:rsidRDefault="00C75F5E">
            <w:pPr>
              <w:spacing w:after="0" w:line="240" w:lineRule="auto"/>
            </w:pPr>
            <w:r w:rsidRPr="00D03E1F">
              <w:rPr>
                <w:rFonts w:ascii="Times New Roman" w:eastAsia="Times New Roman" w:hAnsi="Times New Roman"/>
                <w:sz w:val="26"/>
              </w:rPr>
              <w:t>- GV dặn dò HS về nhà luyện đọc 5 số có năm chữ số và chuẩn bị tiết 2.</w:t>
            </w:r>
          </w:p>
        </w:tc>
        <w:tc>
          <w:tcPr>
            <w:tcW w:w="5040" w:type="dxa"/>
            <w:shd w:val="clear" w:color="auto" w:fill="auto"/>
          </w:tcPr>
          <w:p w:rsidR="00A60E63" w:rsidRPr="00D03E1F" w:rsidRDefault="00C75F5E">
            <w:pPr>
              <w:spacing w:after="0" w:line="240" w:lineRule="auto"/>
            </w:pPr>
            <w:r w:rsidRPr="00D03E1F">
              <w:rPr>
                <w:rFonts w:ascii="Times New Roman" w:eastAsia="Times New Roman" w:hAnsi="Times New Roman"/>
                <w:sz w:val="26"/>
              </w:rPr>
              <w:t>- HS ghi nhớ nhiệm vụ.</w:t>
            </w:r>
          </w:p>
        </w:tc>
      </w:tr>
    </w:tbl>
    <w:p w:rsidR="00A60E63" w:rsidRPr="00D03E1F" w:rsidRDefault="00C75F5E">
      <w:pPr>
        <w:spacing w:after="0" w:line="240" w:lineRule="auto"/>
      </w:pPr>
      <w:r w:rsidRPr="00D03E1F">
        <w:rPr>
          <w:rFonts w:ascii="Times New Roman" w:eastAsia="Times New Roman" w:hAnsi="Times New Roman"/>
          <w:b/>
          <w:sz w:val="26"/>
        </w:rPr>
        <w:t>IV. ĐIỀU CHỈNH SAU BÀI DẠY:</w:t>
      </w:r>
    </w:p>
    <w:p w:rsidR="00A60E63" w:rsidRPr="00D03E1F" w:rsidRDefault="00C75F5E">
      <w:pPr>
        <w:spacing w:after="0" w:line="240" w:lineRule="auto"/>
      </w:pPr>
      <w:r w:rsidRPr="00D03E1F">
        <w:rPr>
          <w:rFonts w:ascii="Times New Roman" w:eastAsia="Times New Roman" w:hAnsi="Times New Roman"/>
          <w:sz w:val="26"/>
        </w:rPr>
        <w:t>.......................................................................................................................................</w:t>
      </w:r>
    </w:p>
    <w:p w:rsidR="00A60E63" w:rsidRPr="00D03E1F" w:rsidRDefault="00C75F5E">
      <w:pPr>
        <w:spacing w:after="0" w:line="240" w:lineRule="auto"/>
      </w:pPr>
      <w:r w:rsidRPr="00D03E1F">
        <w:rPr>
          <w:rFonts w:ascii="Times New Roman" w:eastAsia="Times New Roman" w:hAnsi="Times New Roman"/>
          <w:sz w:val="26"/>
        </w:rPr>
        <w:t>.......................................................................................................................................</w:t>
      </w:r>
    </w:p>
    <w:p w:rsidR="00A60E63" w:rsidRPr="00D03E1F" w:rsidRDefault="00C75F5E">
      <w:pPr>
        <w:spacing w:after="0" w:line="240" w:lineRule="auto"/>
        <w:jc w:val="center"/>
      </w:pPr>
      <w:r w:rsidRPr="00D03E1F">
        <w:rPr>
          <w:rFonts w:ascii="Times New Roman" w:eastAsia="Times New Roman" w:hAnsi="Times New Roman"/>
          <w:b/>
          <w:sz w:val="28"/>
        </w:rPr>
        <w:t>TUẦN 26</w:t>
      </w:r>
    </w:p>
    <w:p w:rsidR="00A60E63" w:rsidRPr="00D03E1F" w:rsidRDefault="00C75F5E">
      <w:pPr>
        <w:spacing w:after="0" w:line="240" w:lineRule="auto"/>
        <w:jc w:val="center"/>
      </w:pPr>
      <w:r w:rsidRPr="00D03E1F">
        <w:rPr>
          <w:rFonts w:ascii="Times New Roman" w:eastAsia="Times New Roman" w:hAnsi="Times New Roman"/>
          <w:b/>
          <w:sz w:val="28"/>
        </w:rPr>
        <w:t>KẾ HOẠCH BÀI DẠY MÔN TOÁN 3</w:t>
      </w:r>
    </w:p>
    <w:p w:rsidR="00A60E63" w:rsidRPr="00D03E1F" w:rsidRDefault="00C75F5E">
      <w:pPr>
        <w:spacing w:after="0" w:line="240" w:lineRule="auto"/>
        <w:jc w:val="center"/>
      </w:pPr>
      <w:r w:rsidRPr="00D03E1F">
        <w:rPr>
          <w:rFonts w:ascii="Times New Roman" w:eastAsia="Times New Roman" w:hAnsi="Times New Roman"/>
          <w:b/>
          <w:sz w:val="26"/>
        </w:rPr>
        <w:t>CHỦ ĐỀ 11: CÁC SỐ ĐẾN 100 000</w:t>
      </w:r>
    </w:p>
    <w:p w:rsidR="00A60E63" w:rsidRPr="00D03E1F" w:rsidRDefault="00C75F5E">
      <w:pPr>
        <w:spacing w:after="0" w:line="240" w:lineRule="auto"/>
        <w:jc w:val="center"/>
      </w:pPr>
      <w:r w:rsidRPr="00D03E1F">
        <w:rPr>
          <w:rFonts w:ascii="Times New Roman" w:eastAsia="Times New Roman" w:hAnsi="Times New Roman"/>
          <w:b/>
          <w:sz w:val="26"/>
        </w:rPr>
        <w:t>Bài 59: Các số có năm chữ số. Số 100 000 (Tiết 2) - Trang 58, 59</w:t>
      </w:r>
    </w:p>
    <w:p w:rsidR="00A60E63" w:rsidRPr="00D03E1F" w:rsidRDefault="00C75F5E">
      <w:pPr>
        <w:spacing w:after="0" w:line="240" w:lineRule="auto"/>
      </w:pPr>
      <w:r w:rsidRPr="00D03E1F">
        <w:rPr>
          <w:rFonts w:ascii="Times New Roman" w:eastAsia="Times New Roman" w:hAnsi="Times New Roman"/>
          <w:b/>
          <w:sz w:val="26"/>
        </w:rPr>
        <w:t>I. YÊU CẦU CẦN ĐẠT:</w:t>
      </w:r>
    </w:p>
    <w:p w:rsidR="00A60E63" w:rsidRPr="00D03E1F" w:rsidRDefault="00C75F5E">
      <w:pPr>
        <w:spacing w:after="0" w:line="240" w:lineRule="auto"/>
      </w:pPr>
      <w:r w:rsidRPr="00D03E1F">
        <w:rPr>
          <w:rFonts w:ascii="Times New Roman" w:eastAsia="Times New Roman" w:hAnsi="Times New Roman"/>
          <w:b/>
          <w:sz w:val="26"/>
        </w:rPr>
        <w:t>1. Năng lực đặc thù:</w:t>
      </w:r>
    </w:p>
    <w:p w:rsidR="00A60E63" w:rsidRPr="00D03E1F" w:rsidRDefault="00C75F5E">
      <w:pPr>
        <w:spacing w:after="0" w:line="240" w:lineRule="auto"/>
      </w:pPr>
      <w:r w:rsidRPr="00D03E1F">
        <w:rPr>
          <w:rFonts w:ascii="Times New Roman" w:eastAsia="Times New Roman" w:hAnsi="Times New Roman"/>
          <w:sz w:val="26"/>
        </w:rPr>
        <w:t>- Nhận biết số 100 000, đọc và viết được số một trăm nghìn.</w:t>
      </w:r>
    </w:p>
    <w:p w:rsidR="00A60E63" w:rsidRPr="00D03E1F" w:rsidRDefault="00C75F5E">
      <w:pPr>
        <w:spacing w:after="0" w:line="240" w:lineRule="auto"/>
      </w:pPr>
      <w:r w:rsidRPr="00D03E1F">
        <w:rPr>
          <w:rFonts w:ascii="Times New Roman" w:eastAsia="Times New Roman" w:hAnsi="Times New Roman"/>
          <w:sz w:val="26"/>
        </w:rPr>
        <w:t>- Tìm được số liền trước, số liền sau của một số đến 100 000.</w:t>
      </w:r>
    </w:p>
    <w:p w:rsidR="00A60E63" w:rsidRPr="00D03E1F" w:rsidRDefault="00C75F5E">
      <w:pPr>
        <w:spacing w:after="0" w:line="240" w:lineRule="auto"/>
      </w:pPr>
      <w:r w:rsidRPr="00D03E1F">
        <w:rPr>
          <w:rFonts w:ascii="Times New Roman" w:eastAsia="Times New Roman" w:hAnsi="Times New Roman"/>
          <w:sz w:val="26"/>
        </w:rPr>
        <w:t>- Điền được số còn thiếu trong dãy số tăng, giảm theo quy luật.</w:t>
      </w:r>
    </w:p>
    <w:p w:rsidR="00A60E63" w:rsidRPr="00D03E1F" w:rsidRDefault="00C75F5E">
      <w:pPr>
        <w:spacing w:after="0" w:line="240" w:lineRule="auto"/>
      </w:pPr>
      <w:r w:rsidRPr="00D03E1F">
        <w:rPr>
          <w:rFonts w:ascii="Times New Roman" w:eastAsia="Times New Roman" w:hAnsi="Times New Roman"/>
          <w:sz w:val="26"/>
        </w:rPr>
        <w:t>- Ghép được số với cách đọc đúng.</w:t>
      </w:r>
    </w:p>
    <w:p w:rsidR="00A60E63" w:rsidRPr="00D03E1F" w:rsidRDefault="00C75F5E">
      <w:pPr>
        <w:spacing w:after="0" w:line="240" w:lineRule="auto"/>
      </w:pPr>
      <w:r w:rsidRPr="00D03E1F">
        <w:rPr>
          <w:rFonts w:ascii="Times New Roman" w:eastAsia="Times New Roman" w:hAnsi="Times New Roman"/>
          <w:b/>
          <w:sz w:val="26"/>
        </w:rPr>
        <w:t>2. Năng lực chung:</w:t>
      </w:r>
    </w:p>
    <w:p w:rsidR="00A60E63" w:rsidRPr="00D03E1F" w:rsidRDefault="00C75F5E">
      <w:pPr>
        <w:spacing w:after="0" w:line="240" w:lineRule="auto"/>
      </w:pPr>
      <w:r w:rsidRPr="00D03E1F">
        <w:rPr>
          <w:rFonts w:ascii="Times New Roman" w:eastAsia="Times New Roman" w:hAnsi="Times New Roman"/>
          <w:sz w:val="26"/>
        </w:rPr>
        <w:t>- Tự chủ, tự học: tự đọc số 100 000, tìm số liền trước, số liền sau.</w:t>
      </w:r>
    </w:p>
    <w:p w:rsidR="00A60E63" w:rsidRPr="00D03E1F" w:rsidRDefault="00C75F5E">
      <w:pPr>
        <w:spacing w:after="0" w:line="240" w:lineRule="auto"/>
      </w:pPr>
      <w:r w:rsidRPr="00D03E1F">
        <w:rPr>
          <w:rFonts w:ascii="Times New Roman" w:eastAsia="Times New Roman" w:hAnsi="Times New Roman"/>
          <w:sz w:val="26"/>
        </w:rPr>
        <w:t>- Giao tiếp và hợp tác: trao đổi nhóm 2 khi tìm quy luật trong dãy số.</w:t>
      </w:r>
    </w:p>
    <w:p w:rsidR="00A60E63" w:rsidRPr="00D03E1F" w:rsidRDefault="00C75F5E">
      <w:pPr>
        <w:spacing w:after="0" w:line="240" w:lineRule="auto"/>
      </w:pPr>
      <w:r w:rsidRPr="00D03E1F">
        <w:rPr>
          <w:rFonts w:ascii="Times New Roman" w:eastAsia="Times New Roman" w:hAnsi="Times New Roman"/>
          <w:sz w:val="26"/>
        </w:rPr>
        <w:t>- Giải quyết vấn đề: xác định số còn thiếu trên dãy số và kiểm tra kết quả.</w:t>
      </w:r>
    </w:p>
    <w:p w:rsidR="00A60E63" w:rsidRPr="00D03E1F" w:rsidRDefault="00C75F5E">
      <w:pPr>
        <w:spacing w:after="0" w:line="240" w:lineRule="auto"/>
      </w:pPr>
      <w:r w:rsidRPr="00D03E1F">
        <w:rPr>
          <w:rFonts w:ascii="Times New Roman" w:eastAsia="Times New Roman" w:hAnsi="Times New Roman"/>
          <w:b/>
          <w:sz w:val="26"/>
        </w:rPr>
        <w:t>3. Phẩm chất:</w:t>
      </w:r>
    </w:p>
    <w:p w:rsidR="00A60E63" w:rsidRPr="00D03E1F" w:rsidRDefault="00C75F5E">
      <w:pPr>
        <w:spacing w:after="0" w:line="240" w:lineRule="auto"/>
      </w:pPr>
      <w:r w:rsidRPr="00D03E1F">
        <w:rPr>
          <w:rFonts w:ascii="Times New Roman" w:eastAsia="Times New Roman" w:hAnsi="Times New Roman"/>
          <w:sz w:val="26"/>
        </w:rPr>
        <w:t>- Chăm chỉ: luyện đọc, viết số lớn đến 100 000.</w:t>
      </w:r>
    </w:p>
    <w:p w:rsidR="00A60E63" w:rsidRPr="00D03E1F" w:rsidRDefault="00C75F5E">
      <w:pPr>
        <w:spacing w:after="0" w:line="240" w:lineRule="auto"/>
      </w:pPr>
      <w:r w:rsidRPr="00D03E1F">
        <w:rPr>
          <w:rFonts w:ascii="Times New Roman" w:eastAsia="Times New Roman" w:hAnsi="Times New Roman"/>
          <w:sz w:val="26"/>
        </w:rPr>
        <w:t>- Trung thực: tự sửa lỗi khi chọn sai cách đọc hoặc số liền trước, liền sau.</w:t>
      </w:r>
    </w:p>
    <w:p w:rsidR="00A60E63" w:rsidRPr="00D03E1F" w:rsidRDefault="00C75F5E">
      <w:pPr>
        <w:spacing w:after="0" w:line="240" w:lineRule="auto"/>
      </w:pPr>
      <w:r w:rsidRPr="00D03E1F">
        <w:rPr>
          <w:rFonts w:ascii="Times New Roman" w:eastAsia="Times New Roman" w:hAnsi="Times New Roman"/>
          <w:sz w:val="26"/>
        </w:rPr>
        <w:t>- Trách nhiệm: sử dụng Wordwall để tự kiểm tra kết quả học tập.</w:t>
      </w:r>
    </w:p>
    <w:p w:rsidR="00A60E63" w:rsidRPr="00D03E1F" w:rsidRDefault="00C75F5E">
      <w:pPr>
        <w:spacing w:after="0" w:line="240" w:lineRule="auto"/>
      </w:pPr>
      <w:r w:rsidRPr="00D03E1F">
        <w:rPr>
          <w:rFonts w:ascii="Times New Roman" w:eastAsia="Times New Roman" w:hAnsi="Times New Roman"/>
          <w:b/>
          <w:sz w:val="26"/>
        </w:rPr>
        <w:t>4. Tích hợp:</w:t>
      </w:r>
    </w:p>
    <w:p w:rsidR="00A60E63" w:rsidRPr="00D03E1F" w:rsidRDefault="00C75F5E">
      <w:pPr>
        <w:spacing w:after="0" w:line="240" w:lineRule="auto"/>
      </w:pPr>
      <w:r w:rsidRPr="00D03E1F">
        <w:rPr>
          <w:rFonts w:ascii="Times New Roman" w:eastAsia="Times New Roman" w:hAnsi="Times New Roman"/>
          <w:sz w:val="26"/>
        </w:rPr>
        <w:t>- Tích hợp NLS 1.1.CB1a: HS làm hoạt động Wordwall dạng ghép cặp số - cách đọc - cấu tạo số đến 100 000; HS xem phản hồi và sửa lỗi nhầm hàng chục nghìn, hàng nghìn.</w:t>
      </w:r>
    </w:p>
    <w:p w:rsidR="00A60E63" w:rsidRPr="00D03E1F" w:rsidRDefault="00C75F5E">
      <w:pPr>
        <w:spacing w:after="0" w:line="240" w:lineRule="auto"/>
      </w:pPr>
      <w:r w:rsidRPr="00D03E1F">
        <w:rPr>
          <w:rFonts w:ascii="Times New Roman" w:eastAsia="Times New Roman" w:hAnsi="Times New Roman"/>
          <w:b/>
          <w:sz w:val="26"/>
        </w:rPr>
        <w:t>II. ĐỒ DÙNG DẠY HỌC</w:t>
      </w:r>
    </w:p>
    <w:p w:rsidR="00A60E63" w:rsidRPr="00D03E1F" w:rsidRDefault="00C75F5E">
      <w:pPr>
        <w:spacing w:after="0" w:line="240" w:lineRule="auto"/>
      </w:pPr>
      <w:r w:rsidRPr="00D03E1F">
        <w:rPr>
          <w:rFonts w:ascii="Times New Roman" w:eastAsia="Times New Roman" w:hAnsi="Times New Roman"/>
          <w:sz w:val="26"/>
        </w:rPr>
        <w:t>- Kế hoạch bài dạy, SGK Toán 3 tập hai, bài giảng PowerPoint.</w:t>
      </w:r>
    </w:p>
    <w:p w:rsidR="00A60E63" w:rsidRPr="00D03E1F" w:rsidRDefault="00C75F5E">
      <w:pPr>
        <w:spacing w:after="0" w:line="240" w:lineRule="auto"/>
      </w:pPr>
      <w:r w:rsidRPr="00D03E1F">
        <w:rPr>
          <w:rFonts w:ascii="Times New Roman" w:eastAsia="Times New Roman" w:hAnsi="Times New Roman"/>
          <w:sz w:val="26"/>
        </w:rPr>
        <w:lastRenderedPageBreak/>
        <w:t>- Wordwall ghép cặp số - cách đọc - cấu tạo, bảng con, phiếu học tập.</w:t>
      </w:r>
    </w:p>
    <w:p w:rsidR="00A60E63" w:rsidRPr="00D03E1F" w:rsidRDefault="00C75F5E">
      <w:pPr>
        <w:spacing w:after="0" w:line="240" w:lineRule="auto"/>
      </w:pPr>
      <w:r w:rsidRPr="00D03E1F">
        <w:rPr>
          <w:rFonts w:ascii="Times New Roman" w:eastAsia="Times New Roman" w:hAnsi="Times New Roman"/>
          <w:sz w:val="26"/>
        </w:rPr>
        <w:t>- Hình cắt từ SGK trang 58, 59.</w:t>
      </w:r>
    </w:p>
    <w:p w:rsidR="00A60E63" w:rsidRPr="00D03E1F" w:rsidRDefault="00C75F5E">
      <w:pPr>
        <w:spacing w:after="0" w:line="240" w:lineRule="auto"/>
      </w:pPr>
      <w:r w:rsidRPr="00D03E1F">
        <w:rPr>
          <w:rFonts w:ascii="Times New Roman" w:eastAsia="Times New Roman" w:hAnsi="Times New Roman"/>
          <w:b/>
          <w:sz w:val="26"/>
        </w:rPr>
        <w:t>III. HOẠT ĐỘNG DẠY HỌC</w:t>
      </w:r>
    </w:p>
    <w:tbl>
      <w:tblPr>
        <w:tblW w:w="0" w:type="auto"/>
        <w:jc w:val="center"/>
        <w:tblBorders>
          <w:top w:val="single" w:sz="8" w:space="0" w:color="000000"/>
          <w:left w:val="single" w:sz="8" w:space="0" w:color="000000"/>
          <w:bottom w:val="single" w:sz="8" w:space="0" w:color="000000"/>
          <w:right w:val="single" w:sz="8" w:space="0" w:color="000000"/>
          <w:insideV w:val="single" w:sz="8" w:space="0" w:color="000000"/>
        </w:tblBorders>
        <w:tblLook w:val="04A0" w:firstRow="1" w:lastRow="0" w:firstColumn="1" w:lastColumn="0" w:noHBand="0" w:noVBand="1"/>
      </w:tblPr>
      <w:tblGrid>
        <w:gridCol w:w="5040"/>
        <w:gridCol w:w="5040"/>
      </w:tblGrid>
      <w:tr w:rsidR="00D03E1F" w:rsidRPr="00D03E1F" w:rsidTr="00D03E1F">
        <w:trPr>
          <w:jc w:val="center"/>
        </w:trPr>
        <w:tc>
          <w:tcPr>
            <w:tcW w:w="5040" w:type="dxa"/>
            <w:tcBorders>
              <w:bottom w:val="single" w:sz="8" w:space="0" w:color="000000"/>
            </w:tcBorders>
            <w:shd w:val="clear" w:color="auto" w:fill="auto"/>
          </w:tcPr>
          <w:p w:rsidR="00A60E63" w:rsidRPr="00D03E1F" w:rsidRDefault="00C75F5E">
            <w:pPr>
              <w:spacing w:after="0" w:line="240" w:lineRule="auto"/>
              <w:jc w:val="center"/>
            </w:pPr>
            <w:r w:rsidRPr="00D03E1F">
              <w:rPr>
                <w:rFonts w:ascii="Times New Roman" w:eastAsia="Times New Roman" w:hAnsi="Times New Roman"/>
                <w:b/>
                <w:sz w:val="26"/>
              </w:rPr>
              <w:t>Hoạt động của giáo viên</w:t>
            </w:r>
          </w:p>
        </w:tc>
        <w:tc>
          <w:tcPr>
            <w:tcW w:w="5040" w:type="dxa"/>
            <w:tcBorders>
              <w:bottom w:val="single" w:sz="8" w:space="0" w:color="000000"/>
            </w:tcBorders>
            <w:shd w:val="clear" w:color="auto" w:fill="auto"/>
          </w:tcPr>
          <w:p w:rsidR="00A60E63" w:rsidRPr="00D03E1F" w:rsidRDefault="00C75F5E">
            <w:pPr>
              <w:spacing w:after="0" w:line="240" w:lineRule="auto"/>
              <w:jc w:val="center"/>
            </w:pPr>
            <w:r w:rsidRPr="00D03E1F">
              <w:rPr>
                <w:rFonts w:ascii="Times New Roman" w:eastAsia="Times New Roman" w:hAnsi="Times New Roman"/>
                <w:b/>
                <w:sz w:val="26"/>
              </w:rPr>
              <w:t>Hoạt động của học sinh</w:t>
            </w:r>
          </w:p>
        </w:tc>
      </w:tr>
      <w:tr w:rsidR="00D03E1F" w:rsidRPr="00D03E1F" w:rsidTr="00D03E1F">
        <w:trPr>
          <w:jc w:val="center"/>
        </w:trPr>
        <w:tc>
          <w:tcPr>
            <w:tcW w:w="10080" w:type="dxa"/>
            <w:gridSpan w:val="2"/>
            <w:tcBorders>
              <w:top w:val="single" w:sz="8" w:space="0" w:color="000000"/>
              <w:bottom w:val="single" w:sz="8" w:space="0" w:color="000000"/>
            </w:tcBorders>
            <w:shd w:val="clear" w:color="auto" w:fill="auto"/>
          </w:tcPr>
          <w:p w:rsidR="00A60E63" w:rsidRPr="00D03E1F" w:rsidRDefault="00C75F5E">
            <w:pPr>
              <w:spacing w:after="0" w:line="240" w:lineRule="auto"/>
            </w:pPr>
            <w:r w:rsidRPr="00D03E1F">
              <w:rPr>
                <w:rFonts w:ascii="Times New Roman" w:eastAsia="Times New Roman" w:hAnsi="Times New Roman"/>
                <w:b/>
                <w:sz w:val="26"/>
              </w:rPr>
              <w:t>1. Khởi động (5 phút):</w:t>
            </w:r>
          </w:p>
          <w:p w:rsidR="00A60E63" w:rsidRPr="00D03E1F" w:rsidRDefault="00C75F5E">
            <w:pPr>
              <w:spacing w:after="0" w:line="240" w:lineRule="auto"/>
            </w:pPr>
            <w:r w:rsidRPr="00D03E1F">
              <w:rPr>
                <w:rFonts w:ascii="Times New Roman" w:eastAsia="Times New Roman" w:hAnsi="Times New Roman"/>
                <w:sz w:val="26"/>
              </w:rPr>
              <w:t>- Mục tiêu: Ôn đọc, viết số có năm chữ số và nhận biết số liền sau của 99 999.</w:t>
            </w:r>
          </w:p>
          <w:p w:rsidR="00A60E63" w:rsidRPr="00D03E1F" w:rsidRDefault="00C75F5E">
            <w:pPr>
              <w:spacing w:after="0" w:line="240" w:lineRule="auto"/>
            </w:pPr>
            <w:r w:rsidRPr="00D03E1F">
              <w:rPr>
                <w:rFonts w:ascii="Times New Roman" w:eastAsia="Times New Roman" w:hAnsi="Times New Roman"/>
                <w:sz w:val="26"/>
              </w:rPr>
              <w:t>*Cách tiến hành:</w:t>
            </w:r>
          </w:p>
        </w:tc>
      </w:tr>
      <w:tr w:rsidR="00D03E1F" w:rsidRPr="00D03E1F" w:rsidTr="00D03E1F">
        <w:trPr>
          <w:jc w:val="center"/>
        </w:trPr>
        <w:tc>
          <w:tcPr>
            <w:tcW w:w="5040" w:type="dxa"/>
            <w:tcBorders>
              <w:top w:val="single" w:sz="8" w:space="0" w:color="000000"/>
            </w:tcBorders>
            <w:shd w:val="clear" w:color="auto" w:fill="auto"/>
          </w:tcPr>
          <w:p w:rsidR="00A60E63" w:rsidRPr="00D03E1F" w:rsidRDefault="00C75F5E">
            <w:pPr>
              <w:spacing w:after="0" w:line="240" w:lineRule="auto"/>
            </w:pPr>
            <w:r w:rsidRPr="00D03E1F">
              <w:rPr>
                <w:rFonts w:ascii="Times New Roman" w:eastAsia="Times New Roman" w:hAnsi="Times New Roman"/>
                <w:sz w:val="26"/>
              </w:rPr>
              <w:t>- GV tổ chức trò chơi “Ai đọc đúng?” với các số 36 074, 80 104, 99 999.</w:t>
            </w:r>
          </w:p>
        </w:tc>
        <w:tc>
          <w:tcPr>
            <w:tcW w:w="5040" w:type="dxa"/>
            <w:tcBorders>
              <w:top w:val="single" w:sz="8" w:space="0" w:color="000000"/>
            </w:tcBorders>
            <w:shd w:val="clear" w:color="auto" w:fill="auto"/>
          </w:tcPr>
          <w:p w:rsidR="00A60E63" w:rsidRPr="00D03E1F" w:rsidRDefault="00C75F5E">
            <w:pPr>
              <w:spacing w:after="0" w:line="240" w:lineRule="auto"/>
            </w:pPr>
            <w:r w:rsidRPr="00D03E1F">
              <w:rPr>
                <w:rFonts w:ascii="Times New Roman" w:eastAsia="Times New Roman" w:hAnsi="Times New Roman"/>
                <w:sz w:val="26"/>
              </w:rPr>
              <w:t>- HS đọc: ba mươi sáu nghìn không trăm bảy mươi tư; tám mươi nghìn một trăm linh tư; chín mươi chín nghìn chín trăm chín mươi chín.</w:t>
            </w:r>
          </w:p>
        </w:tc>
      </w:tr>
      <w:tr w:rsidR="00D03E1F" w:rsidRPr="00D03E1F" w:rsidTr="00D03E1F">
        <w:trPr>
          <w:jc w:val="center"/>
        </w:trPr>
        <w:tc>
          <w:tcPr>
            <w:tcW w:w="5040" w:type="dxa"/>
            <w:shd w:val="clear" w:color="auto" w:fill="auto"/>
          </w:tcPr>
          <w:p w:rsidR="00A60E63" w:rsidRPr="00D03E1F" w:rsidRDefault="00C75F5E">
            <w:pPr>
              <w:spacing w:after="0" w:line="240" w:lineRule="auto"/>
            </w:pPr>
            <w:r w:rsidRPr="00D03E1F">
              <w:rPr>
                <w:rFonts w:ascii="Times New Roman" w:eastAsia="Times New Roman" w:hAnsi="Times New Roman"/>
                <w:sz w:val="26"/>
              </w:rPr>
              <w:t>- GV hỏi: Số liền sau của 99 999 là số nào?</w:t>
            </w:r>
          </w:p>
        </w:tc>
        <w:tc>
          <w:tcPr>
            <w:tcW w:w="5040" w:type="dxa"/>
            <w:shd w:val="clear" w:color="auto" w:fill="auto"/>
          </w:tcPr>
          <w:p w:rsidR="00A60E63" w:rsidRPr="00D03E1F" w:rsidRDefault="00C75F5E">
            <w:pPr>
              <w:spacing w:after="0" w:line="240" w:lineRule="auto"/>
            </w:pPr>
            <w:r w:rsidRPr="00D03E1F">
              <w:rPr>
                <w:rFonts w:ascii="Times New Roman" w:eastAsia="Times New Roman" w:hAnsi="Times New Roman"/>
                <w:sz w:val="26"/>
              </w:rPr>
              <w:t>- HS trả lời: 100 000.</w:t>
            </w:r>
          </w:p>
        </w:tc>
      </w:tr>
      <w:tr w:rsidR="00D03E1F" w:rsidRPr="00D03E1F" w:rsidTr="00D03E1F">
        <w:trPr>
          <w:jc w:val="center"/>
        </w:trPr>
        <w:tc>
          <w:tcPr>
            <w:tcW w:w="5040" w:type="dxa"/>
            <w:tcBorders>
              <w:bottom w:val="single" w:sz="8" w:space="0" w:color="000000"/>
            </w:tcBorders>
            <w:shd w:val="clear" w:color="auto" w:fill="auto"/>
          </w:tcPr>
          <w:p w:rsidR="00A60E63" w:rsidRPr="00D03E1F" w:rsidRDefault="00C75F5E">
            <w:pPr>
              <w:spacing w:after="0" w:line="240" w:lineRule="auto"/>
            </w:pPr>
            <w:r w:rsidRPr="00D03E1F">
              <w:rPr>
                <w:rFonts w:ascii="Times New Roman" w:eastAsia="Times New Roman" w:hAnsi="Times New Roman"/>
                <w:sz w:val="26"/>
              </w:rPr>
              <w:t>- GV dẫn dắt vào bài học về số 100 000.</w:t>
            </w:r>
          </w:p>
        </w:tc>
        <w:tc>
          <w:tcPr>
            <w:tcW w:w="5040" w:type="dxa"/>
            <w:tcBorders>
              <w:bottom w:val="single" w:sz="8" w:space="0" w:color="000000"/>
            </w:tcBorders>
            <w:shd w:val="clear" w:color="auto" w:fill="auto"/>
          </w:tcPr>
          <w:p w:rsidR="00A60E63" w:rsidRPr="00D03E1F" w:rsidRDefault="00C75F5E">
            <w:pPr>
              <w:spacing w:after="0" w:line="240" w:lineRule="auto"/>
            </w:pPr>
            <w:r w:rsidRPr="00D03E1F">
              <w:rPr>
                <w:rFonts w:ascii="Times New Roman" w:eastAsia="Times New Roman" w:hAnsi="Times New Roman"/>
                <w:sz w:val="26"/>
              </w:rPr>
              <w:t>- HS lắng nghe.</w:t>
            </w:r>
          </w:p>
        </w:tc>
      </w:tr>
      <w:tr w:rsidR="00D03E1F" w:rsidRPr="00D03E1F" w:rsidTr="00D03E1F">
        <w:trPr>
          <w:jc w:val="center"/>
        </w:trPr>
        <w:tc>
          <w:tcPr>
            <w:tcW w:w="10080" w:type="dxa"/>
            <w:gridSpan w:val="2"/>
            <w:tcBorders>
              <w:top w:val="single" w:sz="8" w:space="0" w:color="000000"/>
              <w:bottom w:val="single" w:sz="8" w:space="0" w:color="000000"/>
            </w:tcBorders>
            <w:shd w:val="clear" w:color="auto" w:fill="auto"/>
          </w:tcPr>
          <w:p w:rsidR="00A60E63" w:rsidRPr="00D03E1F" w:rsidRDefault="00C75F5E">
            <w:pPr>
              <w:spacing w:after="0" w:line="240" w:lineRule="auto"/>
            </w:pPr>
            <w:r w:rsidRPr="00D03E1F">
              <w:rPr>
                <w:rFonts w:ascii="Times New Roman" w:eastAsia="Times New Roman" w:hAnsi="Times New Roman"/>
                <w:b/>
                <w:sz w:val="26"/>
              </w:rPr>
              <w:t>2. Khám phá (10 phút):</w:t>
            </w:r>
          </w:p>
          <w:p w:rsidR="00A60E63" w:rsidRPr="00D03E1F" w:rsidRDefault="00C75F5E">
            <w:pPr>
              <w:spacing w:after="0" w:line="240" w:lineRule="auto"/>
            </w:pPr>
            <w:r w:rsidRPr="00D03E1F">
              <w:rPr>
                <w:rFonts w:ascii="Times New Roman" w:eastAsia="Times New Roman" w:hAnsi="Times New Roman"/>
                <w:sz w:val="26"/>
              </w:rPr>
              <w:t>- Mục tiêu: Nhận biết số 100 000, đọc và viết số một trăm nghìn.</w:t>
            </w:r>
          </w:p>
          <w:p w:rsidR="00A60E63" w:rsidRPr="00D03E1F" w:rsidRDefault="00C75F5E">
            <w:pPr>
              <w:spacing w:after="0" w:line="240" w:lineRule="auto"/>
            </w:pPr>
            <w:r w:rsidRPr="00D03E1F">
              <w:rPr>
                <w:rFonts w:ascii="Times New Roman" w:eastAsia="Times New Roman" w:hAnsi="Times New Roman"/>
                <w:sz w:val="26"/>
              </w:rPr>
              <w:t>*Cách tiến hành:</w:t>
            </w:r>
          </w:p>
        </w:tc>
      </w:tr>
      <w:tr w:rsidR="00D03E1F" w:rsidRPr="00D03E1F" w:rsidTr="00D03E1F">
        <w:trPr>
          <w:jc w:val="center"/>
        </w:trPr>
        <w:tc>
          <w:tcPr>
            <w:tcW w:w="5040" w:type="dxa"/>
            <w:tcBorders>
              <w:top w:val="single" w:sz="8" w:space="0" w:color="000000"/>
            </w:tcBorders>
            <w:shd w:val="clear" w:color="auto" w:fill="auto"/>
          </w:tcPr>
          <w:p w:rsidR="00A60E63" w:rsidRPr="00D03E1F" w:rsidRDefault="00C75F5E">
            <w:pPr>
              <w:spacing w:after="0" w:line="240" w:lineRule="auto"/>
            </w:pPr>
            <w:r w:rsidRPr="00D03E1F">
              <w:rPr>
                <w:rFonts w:ascii="Times New Roman" w:eastAsia="Times New Roman" w:hAnsi="Times New Roman"/>
                <w:b/>
                <w:sz w:val="26"/>
              </w:rPr>
              <w:t>Khám phá. Số 100 000. (Làm việc cá nhân, cả lớp)</w:t>
            </w:r>
          </w:p>
          <w:p w:rsidR="00A60E63" w:rsidRPr="00D03E1F" w:rsidRDefault="00C75F5E">
            <w:pPr>
              <w:spacing w:after="0" w:line="240" w:lineRule="auto"/>
            </w:pPr>
            <w:r w:rsidRPr="00D03E1F">
              <w:rPr>
                <w:rFonts w:ascii="Times New Roman" w:eastAsia="Times New Roman" w:hAnsi="Times New Roman"/>
                <w:sz w:val="26"/>
              </w:rPr>
              <w:t>- HS quan sát hình SGK.</w:t>
            </w:r>
          </w:p>
          <w:p w:rsidR="00A60E63" w:rsidRPr="00D03E1F" w:rsidRDefault="00A60E63">
            <w:pPr>
              <w:spacing w:after="0" w:line="240" w:lineRule="auto"/>
              <w:jc w:val="center"/>
            </w:pPr>
          </w:p>
        </w:tc>
        <w:tc>
          <w:tcPr>
            <w:tcW w:w="5040" w:type="dxa"/>
            <w:tcBorders>
              <w:top w:val="single" w:sz="8" w:space="0" w:color="000000"/>
            </w:tcBorders>
            <w:shd w:val="clear" w:color="auto" w:fill="auto"/>
          </w:tcPr>
          <w:p w:rsidR="00A60E63" w:rsidRPr="00D03E1F" w:rsidRDefault="00C75F5E">
            <w:pPr>
              <w:spacing w:after="0" w:line="240" w:lineRule="auto"/>
            </w:pPr>
            <w:r w:rsidRPr="00D03E1F">
              <w:rPr>
                <w:rFonts w:ascii="Times New Roman" w:eastAsia="Times New Roman" w:hAnsi="Times New Roman"/>
                <w:sz w:val="26"/>
              </w:rPr>
              <w:t>- HS quan sát bài trong SGK.</w:t>
            </w:r>
          </w:p>
        </w:tc>
      </w:tr>
      <w:tr w:rsidR="00D03E1F" w:rsidRPr="00D03E1F" w:rsidTr="00D03E1F">
        <w:trPr>
          <w:jc w:val="center"/>
        </w:trPr>
        <w:tc>
          <w:tcPr>
            <w:tcW w:w="5040" w:type="dxa"/>
            <w:shd w:val="clear" w:color="auto" w:fill="auto"/>
          </w:tcPr>
          <w:p w:rsidR="00A60E63" w:rsidRPr="00D03E1F" w:rsidRDefault="00C75F5E">
            <w:pPr>
              <w:spacing w:after="0" w:line="240" w:lineRule="auto"/>
            </w:pPr>
            <w:r w:rsidRPr="00D03E1F">
              <w:rPr>
                <w:rFonts w:ascii="Times New Roman" w:eastAsia="Times New Roman" w:hAnsi="Times New Roman"/>
                <w:sz w:val="26"/>
              </w:rPr>
              <w:t>- GV cho HS quan sát 10 thẻ 10 000 trong SGK.</w:t>
            </w:r>
          </w:p>
        </w:tc>
        <w:tc>
          <w:tcPr>
            <w:tcW w:w="5040" w:type="dxa"/>
            <w:shd w:val="clear" w:color="auto" w:fill="auto"/>
          </w:tcPr>
          <w:p w:rsidR="00A60E63" w:rsidRPr="00D03E1F" w:rsidRDefault="00C75F5E">
            <w:pPr>
              <w:spacing w:after="0" w:line="240" w:lineRule="auto"/>
            </w:pPr>
            <w:r w:rsidRPr="00D03E1F">
              <w:rPr>
                <w:rFonts w:ascii="Times New Roman" w:eastAsia="Times New Roman" w:hAnsi="Times New Roman"/>
                <w:sz w:val="26"/>
              </w:rPr>
              <w:t>- HS quan sát các thẻ 10 000.</w:t>
            </w:r>
          </w:p>
        </w:tc>
      </w:tr>
      <w:tr w:rsidR="00D03E1F" w:rsidRPr="00D03E1F" w:rsidTr="00D03E1F">
        <w:trPr>
          <w:jc w:val="center"/>
        </w:trPr>
        <w:tc>
          <w:tcPr>
            <w:tcW w:w="5040" w:type="dxa"/>
            <w:shd w:val="clear" w:color="auto" w:fill="auto"/>
          </w:tcPr>
          <w:p w:rsidR="00A60E63" w:rsidRPr="00D03E1F" w:rsidRDefault="00C75F5E">
            <w:pPr>
              <w:spacing w:after="0" w:line="240" w:lineRule="auto"/>
            </w:pPr>
            <w:r w:rsidRPr="00D03E1F">
              <w:rPr>
                <w:rFonts w:ascii="Times New Roman" w:eastAsia="Times New Roman" w:hAnsi="Times New Roman"/>
                <w:sz w:val="26"/>
              </w:rPr>
              <w:t>- GV hỏi: 10 thẻ 10 000 là bao nhiêu?</w:t>
            </w:r>
          </w:p>
        </w:tc>
        <w:tc>
          <w:tcPr>
            <w:tcW w:w="5040" w:type="dxa"/>
            <w:shd w:val="clear" w:color="auto" w:fill="auto"/>
          </w:tcPr>
          <w:p w:rsidR="00A60E63" w:rsidRPr="00D03E1F" w:rsidRDefault="00C75F5E">
            <w:pPr>
              <w:spacing w:after="0" w:line="240" w:lineRule="auto"/>
            </w:pPr>
            <w:r w:rsidRPr="00D03E1F">
              <w:rPr>
                <w:rFonts w:ascii="Times New Roman" w:eastAsia="Times New Roman" w:hAnsi="Times New Roman"/>
                <w:sz w:val="26"/>
              </w:rPr>
              <w:t>- HS trả lời: 10 thẻ 10 000 là 100 000.</w:t>
            </w:r>
          </w:p>
        </w:tc>
      </w:tr>
      <w:tr w:rsidR="00D03E1F" w:rsidRPr="00D03E1F" w:rsidTr="00D03E1F">
        <w:trPr>
          <w:jc w:val="center"/>
        </w:trPr>
        <w:tc>
          <w:tcPr>
            <w:tcW w:w="5040" w:type="dxa"/>
            <w:shd w:val="clear" w:color="auto" w:fill="auto"/>
          </w:tcPr>
          <w:p w:rsidR="00A60E63" w:rsidRPr="00D03E1F" w:rsidRDefault="00C75F5E">
            <w:pPr>
              <w:spacing w:after="0" w:line="240" w:lineRule="auto"/>
            </w:pPr>
            <w:r w:rsidRPr="00D03E1F">
              <w:rPr>
                <w:rFonts w:ascii="Times New Roman" w:eastAsia="Times New Roman" w:hAnsi="Times New Roman"/>
                <w:sz w:val="26"/>
              </w:rPr>
              <w:t>- GV hướng dẫn HS viết số 100 000 vào bảng con.</w:t>
            </w:r>
          </w:p>
        </w:tc>
        <w:tc>
          <w:tcPr>
            <w:tcW w:w="5040" w:type="dxa"/>
            <w:shd w:val="clear" w:color="auto" w:fill="auto"/>
          </w:tcPr>
          <w:p w:rsidR="00A60E63" w:rsidRPr="00D03E1F" w:rsidRDefault="00C75F5E">
            <w:pPr>
              <w:spacing w:after="0" w:line="240" w:lineRule="auto"/>
            </w:pPr>
            <w:r w:rsidRPr="00D03E1F">
              <w:rPr>
                <w:rFonts w:ascii="Times New Roman" w:eastAsia="Times New Roman" w:hAnsi="Times New Roman"/>
                <w:sz w:val="26"/>
              </w:rPr>
              <w:t>- HS viết bảng con: 100 000.</w:t>
            </w:r>
          </w:p>
        </w:tc>
      </w:tr>
      <w:tr w:rsidR="00D03E1F" w:rsidRPr="00D03E1F" w:rsidTr="00D03E1F">
        <w:trPr>
          <w:jc w:val="center"/>
        </w:trPr>
        <w:tc>
          <w:tcPr>
            <w:tcW w:w="5040" w:type="dxa"/>
            <w:shd w:val="clear" w:color="auto" w:fill="auto"/>
          </w:tcPr>
          <w:p w:rsidR="00A60E63" w:rsidRPr="00D03E1F" w:rsidRDefault="00C75F5E">
            <w:pPr>
              <w:spacing w:after="0" w:line="240" w:lineRule="auto"/>
            </w:pPr>
            <w:r w:rsidRPr="00D03E1F">
              <w:rPr>
                <w:rFonts w:ascii="Times New Roman" w:eastAsia="Times New Roman" w:hAnsi="Times New Roman"/>
                <w:sz w:val="26"/>
              </w:rPr>
              <w:t>- GV hướng dẫn HS đọc số 100 000.</w:t>
            </w:r>
          </w:p>
        </w:tc>
        <w:tc>
          <w:tcPr>
            <w:tcW w:w="5040" w:type="dxa"/>
            <w:shd w:val="clear" w:color="auto" w:fill="auto"/>
          </w:tcPr>
          <w:p w:rsidR="00A60E63" w:rsidRPr="00D03E1F" w:rsidRDefault="00C75F5E">
            <w:pPr>
              <w:spacing w:after="0" w:line="240" w:lineRule="auto"/>
            </w:pPr>
            <w:r w:rsidRPr="00D03E1F">
              <w:rPr>
                <w:rFonts w:ascii="Times New Roman" w:eastAsia="Times New Roman" w:hAnsi="Times New Roman"/>
                <w:sz w:val="26"/>
              </w:rPr>
              <w:t>- HS đọc: Một trăm nghìn.</w:t>
            </w:r>
          </w:p>
        </w:tc>
      </w:tr>
      <w:tr w:rsidR="00D03E1F" w:rsidRPr="00D03E1F" w:rsidTr="00D03E1F">
        <w:trPr>
          <w:jc w:val="center"/>
        </w:trPr>
        <w:tc>
          <w:tcPr>
            <w:tcW w:w="5040" w:type="dxa"/>
            <w:shd w:val="clear" w:color="auto" w:fill="auto"/>
          </w:tcPr>
          <w:p w:rsidR="00A60E63" w:rsidRPr="00D03E1F" w:rsidRDefault="00C75F5E">
            <w:pPr>
              <w:spacing w:after="0" w:line="240" w:lineRule="auto"/>
            </w:pPr>
            <w:r w:rsidRPr="00D03E1F">
              <w:rPr>
                <w:rFonts w:ascii="Times New Roman" w:eastAsia="Times New Roman" w:hAnsi="Times New Roman"/>
                <w:sz w:val="26"/>
              </w:rPr>
              <w:t>- GV cho HS quan sát tia số từ 99 994 đến 100 000.</w:t>
            </w:r>
          </w:p>
        </w:tc>
        <w:tc>
          <w:tcPr>
            <w:tcW w:w="5040" w:type="dxa"/>
            <w:shd w:val="clear" w:color="auto" w:fill="auto"/>
          </w:tcPr>
          <w:p w:rsidR="00A60E63" w:rsidRPr="00D03E1F" w:rsidRDefault="00C75F5E">
            <w:pPr>
              <w:spacing w:after="0" w:line="240" w:lineRule="auto"/>
            </w:pPr>
            <w:r w:rsidRPr="00D03E1F">
              <w:rPr>
                <w:rFonts w:ascii="Times New Roman" w:eastAsia="Times New Roman" w:hAnsi="Times New Roman"/>
                <w:sz w:val="26"/>
              </w:rPr>
              <w:t>- HS nhận ra 100 000 là số liền sau của 99 999.</w:t>
            </w:r>
          </w:p>
        </w:tc>
      </w:tr>
      <w:tr w:rsidR="00D03E1F" w:rsidRPr="00D03E1F" w:rsidTr="00D03E1F">
        <w:trPr>
          <w:jc w:val="center"/>
        </w:trPr>
        <w:tc>
          <w:tcPr>
            <w:tcW w:w="5040" w:type="dxa"/>
            <w:tcBorders>
              <w:bottom w:val="single" w:sz="8" w:space="0" w:color="000000"/>
            </w:tcBorders>
            <w:shd w:val="clear" w:color="auto" w:fill="auto"/>
          </w:tcPr>
          <w:p w:rsidR="00A60E63" w:rsidRPr="00D03E1F" w:rsidRDefault="00C75F5E">
            <w:pPr>
              <w:spacing w:after="0" w:line="240" w:lineRule="auto"/>
            </w:pPr>
            <w:r w:rsidRPr="00D03E1F">
              <w:rPr>
                <w:rFonts w:ascii="Times New Roman" w:eastAsia="Times New Roman" w:hAnsi="Times New Roman"/>
                <w:sz w:val="26"/>
              </w:rPr>
              <w:t>- GV kết luận: 100 000 là số có sáu chữ số, đọc là một trăm nghìn.</w:t>
            </w:r>
          </w:p>
        </w:tc>
        <w:tc>
          <w:tcPr>
            <w:tcW w:w="5040" w:type="dxa"/>
            <w:tcBorders>
              <w:bottom w:val="single" w:sz="8" w:space="0" w:color="000000"/>
            </w:tcBorders>
            <w:shd w:val="clear" w:color="auto" w:fill="auto"/>
          </w:tcPr>
          <w:p w:rsidR="00A60E63" w:rsidRPr="00D03E1F" w:rsidRDefault="00C75F5E">
            <w:pPr>
              <w:spacing w:after="0" w:line="240" w:lineRule="auto"/>
            </w:pPr>
            <w:r w:rsidRPr="00D03E1F">
              <w:rPr>
                <w:rFonts w:ascii="Times New Roman" w:eastAsia="Times New Roman" w:hAnsi="Times New Roman"/>
                <w:sz w:val="26"/>
              </w:rPr>
              <w:t>- HS nhắc lại: 100 000 đọc là một trăm nghìn.</w:t>
            </w:r>
          </w:p>
        </w:tc>
      </w:tr>
      <w:tr w:rsidR="00D03E1F" w:rsidRPr="00D03E1F" w:rsidTr="00D03E1F">
        <w:trPr>
          <w:jc w:val="center"/>
        </w:trPr>
        <w:tc>
          <w:tcPr>
            <w:tcW w:w="10080" w:type="dxa"/>
            <w:gridSpan w:val="2"/>
            <w:tcBorders>
              <w:top w:val="single" w:sz="8" w:space="0" w:color="000000"/>
              <w:bottom w:val="single" w:sz="8" w:space="0" w:color="000000"/>
            </w:tcBorders>
            <w:shd w:val="clear" w:color="auto" w:fill="auto"/>
          </w:tcPr>
          <w:p w:rsidR="00A60E63" w:rsidRPr="00D03E1F" w:rsidRDefault="00C75F5E">
            <w:pPr>
              <w:spacing w:after="0" w:line="240" w:lineRule="auto"/>
            </w:pPr>
            <w:r w:rsidRPr="00D03E1F">
              <w:rPr>
                <w:rFonts w:ascii="Times New Roman" w:eastAsia="Times New Roman" w:hAnsi="Times New Roman"/>
                <w:b/>
                <w:sz w:val="26"/>
              </w:rPr>
              <w:t>3. Hoạt động (15 phút):</w:t>
            </w:r>
          </w:p>
          <w:p w:rsidR="00A60E63" w:rsidRPr="00D03E1F" w:rsidRDefault="00C75F5E">
            <w:pPr>
              <w:spacing w:after="0" w:line="240" w:lineRule="auto"/>
            </w:pPr>
            <w:r w:rsidRPr="00D03E1F">
              <w:rPr>
                <w:rFonts w:ascii="Times New Roman" w:eastAsia="Times New Roman" w:hAnsi="Times New Roman"/>
                <w:sz w:val="26"/>
              </w:rPr>
              <w:t>- Mục tiêu: Luyện đọc số, tìm số liền trước, số liền sau và điền số theo quy luật.</w:t>
            </w:r>
          </w:p>
          <w:p w:rsidR="00A60E63" w:rsidRPr="00D03E1F" w:rsidRDefault="00C75F5E">
            <w:pPr>
              <w:spacing w:after="0" w:line="240" w:lineRule="auto"/>
            </w:pPr>
            <w:r w:rsidRPr="00D03E1F">
              <w:rPr>
                <w:rFonts w:ascii="Times New Roman" w:eastAsia="Times New Roman" w:hAnsi="Times New Roman"/>
                <w:sz w:val="26"/>
              </w:rPr>
              <w:t>- Mục tiêu tích hợp NLS 1.1.CB1a: HS dùng Wordwall ghép cặp số - cách đọc - cấu tạo số đến 100 000.</w:t>
            </w:r>
          </w:p>
          <w:p w:rsidR="00A60E63" w:rsidRPr="00D03E1F" w:rsidRDefault="00C75F5E">
            <w:pPr>
              <w:spacing w:after="0" w:line="240" w:lineRule="auto"/>
            </w:pPr>
            <w:r w:rsidRPr="00D03E1F">
              <w:rPr>
                <w:rFonts w:ascii="Times New Roman" w:eastAsia="Times New Roman" w:hAnsi="Times New Roman"/>
                <w:sz w:val="26"/>
              </w:rPr>
              <w:t>*Cách tiến hành:</w:t>
            </w:r>
          </w:p>
        </w:tc>
      </w:tr>
      <w:tr w:rsidR="00D03E1F" w:rsidRPr="00D03E1F" w:rsidTr="00D03E1F">
        <w:trPr>
          <w:jc w:val="center"/>
        </w:trPr>
        <w:tc>
          <w:tcPr>
            <w:tcW w:w="5040" w:type="dxa"/>
            <w:tcBorders>
              <w:top w:val="single" w:sz="8" w:space="0" w:color="000000"/>
            </w:tcBorders>
            <w:shd w:val="clear" w:color="auto" w:fill="auto"/>
          </w:tcPr>
          <w:p w:rsidR="00A60E63" w:rsidRPr="00D03E1F" w:rsidRDefault="00C75F5E">
            <w:pPr>
              <w:spacing w:after="0" w:line="240" w:lineRule="auto"/>
            </w:pPr>
            <w:r w:rsidRPr="00D03E1F">
              <w:rPr>
                <w:rFonts w:ascii="Times New Roman" w:eastAsia="Times New Roman" w:hAnsi="Times New Roman"/>
                <w:b/>
                <w:sz w:val="26"/>
              </w:rPr>
              <w:t>Bài 1. Chọn số thích hợp với cách đọc. (Làm việc cá nhân trên Wordwall)</w:t>
            </w:r>
          </w:p>
          <w:p w:rsidR="00A60E63" w:rsidRPr="00D03E1F" w:rsidRDefault="00C75F5E">
            <w:pPr>
              <w:spacing w:after="0" w:line="240" w:lineRule="auto"/>
            </w:pPr>
            <w:r w:rsidRPr="00D03E1F">
              <w:rPr>
                <w:rFonts w:ascii="Times New Roman" w:eastAsia="Times New Roman" w:hAnsi="Times New Roman"/>
                <w:sz w:val="26"/>
              </w:rPr>
              <w:t>- HS quan sát hình SGK.</w:t>
            </w:r>
          </w:p>
          <w:p w:rsidR="00A60E63" w:rsidRPr="00D03E1F" w:rsidRDefault="00A60E63">
            <w:pPr>
              <w:spacing w:after="0" w:line="240" w:lineRule="auto"/>
              <w:jc w:val="center"/>
            </w:pPr>
          </w:p>
        </w:tc>
        <w:tc>
          <w:tcPr>
            <w:tcW w:w="5040" w:type="dxa"/>
            <w:tcBorders>
              <w:top w:val="single" w:sz="8" w:space="0" w:color="000000"/>
            </w:tcBorders>
            <w:shd w:val="clear" w:color="auto" w:fill="auto"/>
          </w:tcPr>
          <w:p w:rsidR="00A60E63" w:rsidRPr="00D03E1F" w:rsidRDefault="00C75F5E">
            <w:pPr>
              <w:spacing w:after="0" w:line="240" w:lineRule="auto"/>
            </w:pPr>
            <w:r w:rsidRPr="00D03E1F">
              <w:rPr>
                <w:rFonts w:ascii="Times New Roman" w:eastAsia="Times New Roman" w:hAnsi="Times New Roman"/>
                <w:sz w:val="26"/>
              </w:rPr>
              <w:t>- HS quan sát bài trong SGK.</w:t>
            </w:r>
          </w:p>
        </w:tc>
      </w:tr>
      <w:tr w:rsidR="00D03E1F" w:rsidRPr="00D03E1F" w:rsidTr="00D03E1F">
        <w:trPr>
          <w:jc w:val="center"/>
        </w:trPr>
        <w:tc>
          <w:tcPr>
            <w:tcW w:w="5040" w:type="dxa"/>
            <w:shd w:val="clear" w:color="auto" w:fill="auto"/>
          </w:tcPr>
          <w:p w:rsidR="00A60E63" w:rsidRPr="00D03E1F" w:rsidRDefault="00C75F5E">
            <w:pPr>
              <w:spacing w:after="0" w:line="240" w:lineRule="auto"/>
            </w:pPr>
            <w:r w:rsidRPr="00D03E1F">
              <w:rPr>
                <w:rFonts w:ascii="Times New Roman" w:eastAsia="Times New Roman" w:hAnsi="Times New Roman"/>
                <w:sz w:val="26"/>
              </w:rPr>
              <w:t>- GV cho HS đọc cá nhân yêu cầu Bài 1.</w:t>
            </w:r>
          </w:p>
        </w:tc>
        <w:tc>
          <w:tcPr>
            <w:tcW w:w="5040" w:type="dxa"/>
            <w:shd w:val="clear" w:color="auto" w:fill="auto"/>
          </w:tcPr>
          <w:p w:rsidR="00A60E63" w:rsidRPr="00D03E1F" w:rsidRDefault="00C75F5E">
            <w:pPr>
              <w:spacing w:after="0" w:line="240" w:lineRule="auto"/>
            </w:pPr>
            <w:r w:rsidRPr="00D03E1F">
              <w:rPr>
                <w:rFonts w:ascii="Times New Roman" w:eastAsia="Times New Roman" w:hAnsi="Times New Roman"/>
                <w:sz w:val="26"/>
              </w:rPr>
              <w:t>- HS đọc: Chọn số thích hợp với cách đọc.</w:t>
            </w:r>
          </w:p>
        </w:tc>
      </w:tr>
      <w:tr w:rsidR="00D03E1F" w:rsidRPr="00D03E1F" w:rsidTr="00D03E1F">
        <w:trPr>
          <w:jc w:val="center"/>
        </w:trPr>
        <w:tc>
          <w:tcPr>
            <w:tcW w:w="5040" w:type="dxa"/>
            <w:shd w:val="clear" w:color="auto" w:fill="auto"/>
          </w:tcPr>
          <w:p w:rsidR="00A60E63" w:rsidRPr="00D03E1F" w:rsidRDefault="00C75F5E">
            <w:pPr>
              <w:spacing w:after="0" w:line="240" w:lineRule="auto"/>
            </w:pPr>
            <w:r w:rsidRPr="00D03E1F">
              <w:rPr>
                <w:rFonts w:ascii="Times New Roman" w:eastAsia="Times New Roman" w:hAnsi="Times New Roman"/>
                <w:sz w:val="26"/>
              </w:rPr>
              <w:t>- Tích hợp NLS - Công cụ Wordwall: GV giới thiệu hoạt động ghép số với cách đọc, yêu cầu HS đọc kĩ từng thẻ và bấm chọn; sau khi có phản hồi, HS ghi lại số đọc sai để sửa vào vở.</w:t>
            </w:r>
          </w:p>
        </w:tc>
        <w:tc>
          <w:tcPr>
            <w:tcW w:w="5040" w:type="dxa"/>
            <w:shd w:val="clear" w:color="auto" w:fill="auto"/>
          </w:tcPr>
          <w:p w:rsidR="00A60E63" w:rsidRPr="00D03E1F" w:rsidRDefault="00C75F5E">
            <w:pPr>
              <w:spacing w:after="0" w:line="240" w:lineRule="auto"/>
            </w:pPr>
            <w:r w:rsidRPr="00D03E1F">
              <w:rPr>
                <w:rFonts w:ascii="Times New Roman" w:eastAsia="Times New Roman" w:hAnsi="Times New Roman"/>
                <w:sz w:val="26"/>
              </w:rPr>
              <w:t>- HS thực hiện Wordwall, xem phản hồi và sửa lỗi đọc số.</w:t>
            </w:r>
          </w:p>
        </w:tc>
      </w:tr>
      <w:tr w:rsidR="00D03E1F" w:rsidRPr="00D03E1F" w:rsidTr="00D03E1F">
        <w:trPr>
          <w:jc w:val="center"/>
        </w:trPr>
        <w:tc>
          <w:tcPr>
            <w:tcW w:w="5040" w:type="dxa"/>
            <w:shd w:val="clear" w:color="auto" w:fill="auto"/>
          </w:tcPr>
          <w:p w:rsidR="00A60E63" w:rsidRPr="00D03E1F" w:rsidRDefault="00C75F5E">
            <w:pPr>
              <w:spacing w:after="0" w:line="240" w:lineRule="auto"/>
            </w:pPr>
            <w:r w:rsidRPr="00D03E1F">
              <w:rPr>
                <w:rFonts w:ascii="Times New Roman" w:eastAsia="Times New Roman" w:hAnsi="Times New Roman"/>
                <w:sz w:val="26"/>
              </w:rPr>
              <w:t xml:space="preserve">- GV hỏi: “Ba mươi sáu nghìn không trăm </w:t>
            </w:r>
            <w:r w:rsidRPr="00D03E1F">
              <w:rPr>
                <w:rFonts w:ascii="Times New Roman" w:eastAsia="Times New Roman" w:hAnsi="Times New Roman"/>
                <w:sz w:val="26"/>
              </w:rPr>
              <w:lastRenderedPageBreak/>
              <w:t>bảy mươi tư” là số nào?</w:t>
            </w:r>
          </w:p>
        </w:tc>
        <w:tc>
          <w:tcPr>
            <w:tcW w:w="5040" w:type="dxa"/>
            <w:shd w:val="clear" w:color="auto" w:fill="auto"/>
          </w:tcPr>
          <w:p w:rsidR="00A60E63" w:rsidRPr="00D03E1F" w:rsidRDefault="00C75F5E">
            <w:pPr>
              <w:spacing w:after="0" w:line="240" w:lineRule="auto"/>
            </w:pPr>
            <w:r w:rsidRPr="00D03E1F">
              <w:rPr>
                <w:rFonts w:ascii="Times New Roman" w:eastAsia="Times New Roman" w:hAnsi="Times New Roman"/>
                <w:sz w:val="26"/>
              </w:rPr>
              <w:lastRenderedPageBreak/>
              <w:t>- HS trả lời: 36 074.</w:t>
            </w:r>
          </w:p>
        </w:tc>
      </w:tr>
      <w:tr w:rsidR="00D03E1F" w:rsidRPr="00D03E1F" w:rsidTr="00D03E1F">
        <w:trPr>
          <w:jc w:val="center"/>
        </w:trPr>
        <w:tc>
          <w:tcPr>
            <w:tcW w:w="5040" w:type="dxa"/>
            <w:shd w:val="clear" w:color="auto" w:fill="auto"/>
          </w:tcPr>
          <w:p w:rsidR="00A60E63" w:rsidRPr="00D03E1F" w:rsidRDefault="00C75F5E">
            <w:pPr>
              <w:spacing w:after="0" w:line="240" w:lineRule="auto"/>
            </w:pPr>
            <w:r w:rsidRPr="00D03E1F">
              <w:rPr>
                <w:rFonts w:ascii="Times New Roman" w:eastAsia="Times New Roman" w:hAnsi="Times New Roman"/>
                <w:sz w:val="26"/>
              </w:rPr>
              <w:lastRenderedPageBreak/>
              <w:t>- GV hỏi: “Hai mươi chín nghìn một trăm bốn mươi lăm” là số nào?</w:t>
            </w:r>
          </w:p>
        </w:tc>
        <w:tc>
          <w:tcPr>
            <w:tcW w:w="5040" w:type="dxa"/>
            <w:shd w:val="clear" w:color="auto" w:fill="auto"/>
          </w:tcPr>
          <w:p w:rsidR="00A60E63" w:rsidRPr="00D03E1F" w:rsidRDefault="00C75F5E">
            <w:pPr>
              <w:spacing w:after="0" w:line="240" w:lineRule="auto"/>
            </w:pPr>
            <w:r w:rsidRPr="00D03E1F">
              <w:rPr>
                <w:rFonts w:ascii="Times New Roman" w:eastAsia="Times New Roman" w:hAnsi="Times New Roman"/>
                <w:sz w:val="26"/>
              </w:rPr>
              <w:t>- HS trả lời: 29 145.</w:t>
            </w:r>
          </w:p>
        </w:tc>
      </w:tr>
      <w:tr w:rsidR="00D03E1F" w:rsidRPr="00D03E1F" w:rsidTr="00D03E1F">
        <w:trPr>
          <w:jc w:val="center"/>
        </w:trPr>
        <w:tc>
          <w:tcPr>
            <w:tcW w:w="5040" w:type="dxa"/>
            <w:shd w:val="clear" w:color="auto" w:fill="auto"/>
          </w:tcPr>
          <w:p w:rsidR="00A60E63" w:rsidRPr="00D03E1F" w:rsidRDefault="00C75F5E">
            <w:pPr>
              <w:spacing w:after="0" w:line="240" w:lineRule="auto"/>
            </w:pPr>
            <w:r w:rsidRPr="00D03E1F">
              <w:rPr>
                <w:rFonts w:ascii="Times New Roman" w:eastAsia="Times New Roman" w:hAnsi="Times New Roman"/>
                <w:sz w:val="26"/>
              </w:rPr>
              <w:t>- GV hỏi: “Tám mươi nghìn một trăm linh tư” và “Một trăm nghìn” là số nào?</w:t>
            </w:r>
          </w:p>
        </w:tc>
        <w:tc>
          <w:tcPr>
            <w:tcW w:w="5040" w:type="dxa"/>
            <w:shd w:val="clear" w:color="auto" w:fill="auto"/>
          </w:tcPr>
          <w:p w:rsidR="00A60E63" w:rsidRPr="00D03E1F" w:rsidRDefault="00C75F5E">
            <w:pPr>
              <w:spacing w:after="0" w:line="240" w:lineRule="auto"/>
            </w:pPr>
            <w:r w:rsidRPr="00D03E1F">
              <w:rPr>
                <w:rFonts w:ascii="Times New Roman" w:eastAsia="Times New Roman" w:hAnsi="Times New Roman"/>
                <w:sz w:val="26"/>
              </w:rPr>
              <w:t>- HS trả lời: 80 104 và 100 000.</w:t>
            </w:r>
          </w:p>
        </w:tc>
      </w:tr>
      <w:tr w:rsidR="00D03E1F" w:rsidRPr="00D03E1F" w:rsidTr="00D03E1F">
        <w:trPr>
          <w:jc w:val="center"/>
        </w:trPr>
        <w:tc>
          <w:tcPr>
            <w:tcW w:w="5040" w:type="dxa"/>
            <w:shd w:val="clear" w:color="auto" w:fill="auto"/>
          </w:tcPr>
          <w:p w:rsidR="00A60E63" w:rsidRPr="00D03E1F" w:rsidRDefault="00C75F5E">
            <w:pPr>
              <w:spacing w:after="0" w:line="240" w:lineRule="auto"/>
            </w:pPr>
            <w:r w:rsidRPr="00D03E1F">
              <w:rPr>
                <w:rFonts w:ascii="Times New Roman" w:eastAsia="Times New Roman" w:hAnsi="Times New Roman"/>
                <w:sz w:val="26"/>
              </w:rPr>
              <w:t>- GV cho HS trình bày kết quả ghép số với cách đọc.</w:t>
            </w:r>
          </w:p>
        </w:tc>
        <w:tc>
          <w:tcPr>
            <w:tcW w:w="5040" w:type="dxa"/>
            <w:shd w:val="clear" w:color="auto" w:fill="auto"/>
          </w:tcPr>
          <w:p w:rsidR="00A60E63" w:rsidRPr="00D03E1F" w:rsidRDefault="00C75F5E">
            <w:pPr>
              <w:spacing w:after="0" w:line="240" w:lineRule="auto"/>
            </w:pPr>
            <w:r w:rsidRPr="00D03E1F">
              <w:rPr>
                <w:rFonts w:ascii="Times New Roman" w:eastAsia="Times New Roman" w:hAnsi="Times New Roman"/>
                <w:sz w:val="26"/>
              </w:rPr>
              <w:t>- HS trình bày đủ bốn kết quả: 36 074, 29 145, 80 104, 100 000.</w:t>
            </w:r>
          </w:p>
        </w:tc>
      </w:tr>
      <w:tr w:rsidR="00D03E1F" w:rsidRPr="00D03E1F" w:rsidTr="00D03E1F">
        <w:trPr>
          <w:jc w:val="center"/>
        </w:trPr>
        <w:tc>
          <w:tcPr>
            <w:tcW w:w="5040" w:type="dxa"/>
            <w:shd w:val="clear" w:color="auto" w:fill="auto"/>
          </w:tcPr>
          <w:p w:rsidR="00A60E63" w:rsidRPr="00D03E1F" w:rsidRDefault="00C75F5E">
            <w:pPr>
              <w:spacing w:after="0" w:line="240" w:lineRule="auto"/>
            </w:pPr>
            <w:r w:rsidRPr="00D03E1F">
              <w:rPr>
                <w:rFonts w:ascii="Times New Roman" w:eastAsia="Times New Roman" w:hAnsi="Times New Roman"/>
                <w:sz w:val="26"/>
              </w:rPr>
              <w:t>- GV kết luận: Cần đọc đúng từng hàng và chú ý các trường hợp có chữ số 0.</w:t>
            </w:r>
          </w:p>
        </w:tc>
        <w:tc>
          <w:tcPr>
            <w:tcW w:w="5040" w:type="dxa"/>
            <w:shd w:val="clear" w:color="auto" w:fill="auto"/>
          </w:tcPr>
          <w:p w:rsidR="00A60E63" w:rsidRPr="00D03E1F" w:rsidRDefault="00C75F5E">
            <w:pPr>
              <w:spacing w:after="0" w:line="240" w:lineRule="auto"/>
            </w:pPr>
            <w:r w:rsidRPr="00D03E1F">
              <w:rPr>
                <w:rFonts w:ascii="Times New Roman" w:eastAsia="Times New Roman" w:hAnsi="Times New Roman"/>
                <w:sz w:val="26"/>
              </w:rPr>
              <w:t>- HS lắng nghe.</w:t>
            </w:r>
          </w:p>
        </w:tc>
      </w:tr>
      <w:tr w:rsidR="00D03E1F" w:rsidRPr="00D03E1F" w:rsidTr="00D03E1F">
        <w:trPr>
          <w:jc w:val="center"/>
        </w:trPr>
        <w:tc>
          <w:tcPr>
            <w:tcW w:w="5040" w:type="dxa"/>
            <w:shd w:val="clear" w:color="auto" w:fill="auto"/>
          </w:tcPr>
          <w:p w:rsidR="00A60E63" w:rsidRPr="00D03E1F" w:rsidRDefault="00C75F5E">
            <w:pPr>
              <w:spacing w:after="0" w:line="240" w:lineRule="auto"/>
            </w:pPr>
            <w:r w:rsidRPr="00D03E1F">
              <w:rPr>
                <w:rFonts w:ascii="Times New Roman" w:eastAsia="Times New Roman" w:hAnsi="Times New Roman"/>
                <w:b/>
                <w:sz w:val="26"/>
              </w:rPr>
              <w:t>Bài 2. Số? (Làm việc cá nhân vào vở)</w:t>
            </w:r>
          </w:p>
          <w:p w:rsidR="00A60E63" w:rsidRPr="00D03E1F" w:rsidRDefault="00C75F5E">
            <w:pPr>
              <w:spacing w:after="0" w:line="240" w:lineRule="auto"/>
            </w:pPr>
            <w:r w:rsidRPr="00D03E1F">
              <w:rPr>
                <w:rFonts w:ascii="Times New Roman" w:eastAsia="Times New Roman" w:hAnsi="Times New Roman"/>
                <w:sz w:val="26"/>
              </w:rPr>
              <w:t>- HS quan sát hình SGK.</w:t>
            </w:r>
          </w:p>
          <w:p w:rsidR="00A60E63" w:rsidRPr="00D03E1F" w:rsidRDefault="00A60E63">
            <w:pPr>
              <w:spacing w:after="0" w:line="240" w:lineRule="auto"/>
              <w:jc w:val="center"/>
            </w:pPr>
          </w:p>
        </w:tc>
        <w:tc>
          <w:tcPr>
            <w:tcW w:w="5040" w:type="dxa"/>
            <w:shd w:val="clear" w:color="auto" w:fill="auto"/>
          </w:tcPr>
          <w:p w:rsidR="00A60E63" w:rsidRPr="00D03E1F" w:rsidRDefault="00C75F5E">
            <w:pPr>
              <w:spacing w:after="0" w:line="240" w:lineRule="auto"/>
            </w:pPr>
            <w:r w:rsidRPr="00D03E1F">
              <w:rPr>
                <w:rFonts w:ascii="Times New Roman" w:eastAsia="Times New Roman" w:hAnsi="Times New Roman"/>
                <w:sz w:val="26"/>
              </w:rPr>
              <w:t>- HS quan sát bài trong SGK.</w:t>
            </w:r>
          </w:p>
        </w:tc>
      </w:tr>
      <w:tr w:rsidR="00D03E1F" w:rsidRPr="00D03E1F" w:rsidTr="00D03E1F">
        <w:trPr>
          <w:jc w:val="center"/>
        </w:trPr>
        <w:tc>
          <w:tcPr>
            <w:tcW w:w="5040" w:type="dxa"/>
            <w:shd w:val="clear" w:color="auto" w:fill="auto"/>
          </w:tcPr>
          <w:p w:rsidR="00A60E63" w:rsidRPr="00D03E1F" w:rsidRDefault="00C75F5E">
            <w:pPr>
              <w:spacing w:after="0" w:line="240" w:lineRule="auto"/>
            </w:pPr>
            <w:r w:rsidRPr="00D03E1F">
              <w:rPr>
                <w:rFonts w:ascii="Times New Roman" w:eastAsia="Times New Roman" w:hAnsi="Times New Roman"/>
                <w:sz w:val="26"/>
              </w:rPr>
              <w:t>- GV cho HS đọc cá nhân yêu cầu Bài 2.</w:t>
            </w:r>
          </w:p>
        </w:tc>
        <w:tc>
          <w:tcPr>
            <w:tcW w:w="5040" w:type="dxa"/>
            <w:shd w:val="clear" w:color="auto" w:fill="auto"/>
          </w:tcPr>
          <w:p w:rsidR="00A60E63" w:rsidRPr="00D03E1F" w:rsidRDefault="00C75F5E">
            <w:pPr>
              <w:spacing w:after="0" w:line="240" w:lineRule="auto"/>
            </w:pPr>
            <w:r w:rsidRPr="00D03E1F">
              <w:rPr>
                <w:rFonts w:ascii="Times New Roman" w:eastAsia="Times New Roman" w:hAnsi="Times New Roman"/>
                <w:sz w:val="26"/>
              </w:rPr>
              <w:t>- HS đọc: Số?</w:t>
            </w:r>
          </w:p>
        </w:tc>
      </w:tr>
      <w:tr w:rsidR="00D03E1F" w:rsidRPr="00D03E1F" w:rsidTr="00D03E1F">
        <w:trPr>
          <w:jc w:val="center"/>
        </w:trPr>
        <w:tc>
          <w:tcPr>
            <w:tcW w:w="5040" w:type="dxa"/>
            <w:shd w:val="clear" w:color="auto" w:fill="auto"/>
          </w:tcPr>
          <w:p w:rsidR="00A60E63" w:rsidRPr="00D03E1F" w:rsidRDefault="00C75F5E">
            <w:pPr>
              <w:spacing w:after="0" w:line="240" w:lineRule="auto"/>
            </w:pPr>
            <w:r w:rsidRPr="00D03E1F">
              <w:rPr>
                <w:rFonts w:ascii="Times New Roman" w:eastAsia="Times New Roman" w:hAnsi="Times New Roman"/>
                <w:sz w:val="26"/>
              </w:rPr>
              <w:t>- GV hỏi: Số liền trước của 13 450 là số nào?</w:t>
            </w:r>
          </w:p>
        </w:tc>
        <w:tc>
          <w:tcPr>
            <w:tcW w:w="5040" w:type="dxa"/>
            <w:shd w:val="clear" w:color="auto" w:fill="auto"/>
          </w:tcPr>
          <w:p w:rsidR="00A60E63" w:rsidRPr="00D03E1F" w:rsidRDefault="00C75F5E">
            <w:pPr>
              <w:spacing w:after="0" w:line="240" w:lineRule="auto"/>
            </w:pPr>
            <w:r w:rsidRPr="00D03E1F">
              <w:rPr>
                <w:rFonts w:ascii="Times New Roman" w:eastAsia="Times New Roman" w:hAnsi="Times New Roman"/>
                <w:sz w:val="26"/>
              </w:rPr>
              <w:t>- HS trả lời: 13 449.</w:t>
            </w:r>
          </w:p>
        </w:tc>
      </w:tr>
      <w:tr w:rsidR="00D03E1F" w:rsidRPr="00D03E1F" w:rsidTr="00D03E1F">
        <w:trPr>
          <w:jc w:val="center"/>
        </w:trPr>
        <w:tc>
          <w:tcPr>
            <w:tcW w:w="5040" w:type="dxa"/>
            <w:shd w:val="clear" w:color="auto" w:fill="auto"/>
          </w:tcPr>
          <w:p w:rsidR="00A60E63" w:rsidRPr="00D03E1F" w:rsidRDefault="00C75F5E">
            <w:pPr>
              <w:spacing w:after="0" w:line="240" w:lineRule="auto"/>
            </w:pPr>
            <w:r w:rsidRPr="00D03E1F">
              <w:rPr>
                <w:rFonts w:ascii="Times New Roman" w:eastAsia="Times New Roman" w:hAnsi="Times New Roman"/>
                <w:sz w:val="26"/>
              </w:rPr>
              <w:t>- GV hỏi: Số liền sau của 90 000 là số nào?</w:t>
            </w:r>
          </w:p>
        </w:tc>
        <w:tc>
          <w:tcPr>
            <w:tcW w:w="5040" w:type="dxa"/>
            <w:shd w:val="clear" w:color="auto" w:fill="auto"/>
          </w:tcPr>
          <w:p w:rsidR="00A60E63" w:rsidRPr="00D03E1F" w:rsidRDefault="00C75F5E">
            <w:pPr>
              <w:spacing w:after="0" w:line="240" w:lineRule="auto"/>
            </w:pPr>
            <w:r w:rsidRPr="00D03E1F">
              <w:rPr>
                <w:rFonts w:ascii="Times New Roman" w:eastAsia="Times New Roman" w:hAnsi="Times New Roman"/>
                <w:sz w:val="26"/>
              </w:rPr>
              <w:t>- HS trả lời: 90 001.</w:t>
            </w:r>
          </w:p>
        </w:tc>
      </w:tr>
      <w:tr w:rsidR="00D03E1F" w:rsidRPr="00D03E1F" w:rsidTr="00D03E1F">
        <w:trPr>
          <w:jc w:val="center"/>
        </w:trPr>
        <w:tc>
          <w:tcPr>
            <w:tcW w:w="5040" w:type="dxa"/>
            <w:shd w:val="clear" w:color="auto" w:fill="auto"/>
          </w:tcPr>
          <w:p w:rsidR="00A60E63" w:rsidRPr="00D03E1F" w:rsidRDefault="00C75F5E">
            <w:pPr>
              <w:spacing w:after="0" w:line="240" w:lineRule="auto"/>
            </w:pPr>
            <w:r w:rsidRPr="00D03E1F">
              <w:rPr>
                <w:rFonts w:ascii="Times New Roman" w:eastAsia="Times New Roman" w:hAnsi="Times New Roman"/>
                <w:sz w:val="26"/>
              </w:rPr>
              <w:t>- GV hỏi: Số liền trước của 10 001 là số nào?</w:t>
            </w:r>
          </w:p>
        </w:tc>
        <w:tc>
          <w:tcPr>
            <w:tcW w:w="5040" w:type="dxa"/>
            <w:shd w:val="clear" w:color="auto" w:fill="auto"/>
          </w:tcPr>
          <w:p w:rsidR="00A60E63" w:rsidRPr="00D03E1F" w:rsidRDefault="00C75F5E">
            <w:pPr>
              <w:spacing w:after="0" w:line="240" w:lineRule="auto"/>
            </w:pPr>
            <w:r w:rsidRPr="00D03E1F">
              <w:rPr>
                <w:rFonts w:ascii="Times New Roman" w:eastAsia="Times New Roman" w:hAnsi="Times New Roman"/>
                <w:sz w:val="26"/>
              </w:rPr>
              <w:t>- HS trả lời: 10 000.</w:t>
            </w:r>
          </w:p>
        </w:tc>
      </w:tr>
      <w:tr w:rsidR="00D03E1F" w:rsidRPr="00D03E1F" w:rsidTr="00D03E1F">
        <w:trPr>
          <w:jc w:val="center"/>
        </w:trPr>
        <w:tc>
          <w:tcPr>
            <w:tcW w:w="5040" w:type="dxa"/>
            <w:shd w:val="clear" w:color="auto" w:fill="auto"/>
          </w:tcPr>
          <w:p w:rsidR="00A60E63" w:rsidRPr="00D03E1F" w:rsidRDefault="00C75F5E">
            <w:pPr>
              <w:spacing w:after="0" w:line="240" w:lineRule="auto"/>
            </w:pPr>
            <w:r w:rsidRPr="00D03E1F">
              <w:rPr>
                <w:rFonts w:ascii="Times New Roman" w:eastAsia="Times New Roman" w:hAnsi="Times New Roman"/>
                <w:sz w:val="26"/>
              </w:rPr>
              <w:t>- GV hỏi: Số liền sau của 99 999 là số nào?</w:t>
            </w:r>
          </w:p>
        </w:tc>
        <w:tc>
          <w:tcPr>
            <w:tcW w:w="5040" w:type="dxa"/>
            <w:shd w:val="clear" w:color="auto" w:fill="auto"/>
          </w:tcPr>
          <w:p w:rsidR="00A60E63" w:rsidRPr="00D03E1F" w:rsidRDefault="00C75F5E">
            <w:pPr>
              <w:spacing w:after="0" w:line="240" w:lineRule="auto"/>
            </w:pPr>
            <w:r w:rsidRPr="00D03E1F">
              <w:rPr>
                <w:rFonts w:ascii="Times New Roman" w:eastAsia="Times New Roman" w:hAnsi="Times New Roman"/>
                <w:sz w:val="26"/>
              </w:rPr>
              <w:t>- HS trả lời: 100 000.</w:t>
            </w:r>
          </w:p>
        </w:tc>
      </w:tr>
      <w:tr w:rsidR="00D03E1F" w:rsidRPr="00D03E1F" w:rsidTr="00D03E1F">
        <w:trPr>
          <w:jc w:val="center"/>
        </w:trPr>
        <w:tc>
          <w:tcPr>
            <w:tcW w:w="5040" w:type="dxa"/>
            <w:shd w:val="clear" w:color="auto" w:fill="auto"/>
          </w:tcPr>
          <w:p w:rsidR="00A60E63" w:rsidRPr="00D03E1F" w:rsidRDefault="00C75F5E">
            <w:pPr>
              <w:spacing w:after="0" w:line="240" w:lineRule="auto"/>
            </w:pPr>
            <w:r w:rsidRPr="00D03E1F">
              <w:rPr>
                <w:rFonts w:ascii="Times New Roman" w:eastAsia="Times New Roman" w:hAnsi="Times New Roman"/>
                <w:sz w:val="26"/>
              </w:rPr>
              <w:t>- GV cho HS trình bày kết quả vào vở.</w:t>
            </w:r>
          </w:p>
        </w:tc>
        <w:tc>
          <w:tcPr>
            <w:tcW w:w="5040" w:type="dxa"/>
            <w:shd w:val="clear" w:color="auto" w:fill="auto"/>
          </w:tcPr>
          <w:p w:rsidR="00A60E63" w:rsidRPr="00D03E1F" w:rsidRDefault="00C75F5E">
            <w:pPr>
              <w:spacing w:after="0" w:line="240" w:lineRule="auto"/>
            </w:pPr>
            <w:r w:rsidRPr="00D03E1F">
              <w:rPr>
                <w:rFonts w:ascii="Times New Roman" w:eastAsia="Times New Roman" w:hAnsi="Times New Roman"/>
                <w:sz w:val="26"/>
              </w:rPr>
              <w:t>- HS viết đáp án: a) 13 449; b) 90 001; c) 10 000; d) 100 000.</w:t>
            </w:r>
          </w:p>
        </w:tc>
      </w:tr>
      <w:tr w:rsidR="00D03E1F" w:rsidRPr="00D03E1F" w:rsidTr="00D03E1F">
        <w:trPr>
          <w:jc w:val="center"/>
        </w:trPr>
        <w:tc>
          <w:tcPr>
            <w:tcW w:w="5040" w:type="dxa"/>
            <w:shd w:val="clear" w:color="auto" w:fill="auto"/>
          </w:tcPr>
          <w:p w:rsidR="00A60E63" w:rsidRPr="00D03E1F" w:rsidRDefault="00C75F5E">
            <w:pPr>
              <w:spacing w:after="0" w:line="240" w:lineRule="auto"/>
            </w:pPr>
            <w:r w:rsidRPr="00D03E1F">
              <w:rPr>
                <w:rFonts w:ascii="Times New Roman" w:eastAsia="Times New Roman" w:hAnsi="Times New Roman"/>
                <w:sz w:val="26"/>
              </w:rPr>
              <w:t>- GV kết luận: Số liền trước kém 1 đơn vị, số liền sau hơn 1 đơn vị.</w:t>
            </w:r>
          </w:p>
        </w:tc>
        <w:tc>
          <w:tcPr>
            <w:tcW w:w="5040" w:type="dxa"/>
            <w:shd w:val="clear" w:color="auto" w:fill="auto"/>
          </w:tcPr>
          <w:p w:rsidR="00A60E63" w:rsidRPr="00D03E1F" w:rsidRDefault="00C75F5E">
            <w:pPr>
              <w:spacing w:after="0" w:line="240" w:lineRule="auto"/>
            </w:pPr>
            <w:r w:rsidRPr="00D03E1F">
              <w:rPr>
                <w:rFonts w:ascii="Times New Roman" w:eastAsia="Times New Roman" w:hAnsi="Times New Roman"/>
                <w:sz w:val="26"/>
              </w:rPr>
              <w:t>- HS lắng nghe.</w:t>
            </w:r>
          </w:p>
        </w:tc>
      </w:tr>
      <w:tr w:rsidR="00D03E1F" w:rsidRPr="00D03E1F" w:rsidTr="00D03E1F">
        <w:trPr>
          <w:jc w:val="center"/>
        </w:trPr>
        <w:tc>
          <w:tcPr>
            <w:tcW w:w="5040" w:type="dxa"/>
            <w:shd w:val="clear" w:color="auto" w:fill="auto"/>
          </w:tcPr>
          <w:p w:rsidR="00A60E63" w:rsidRPr="00D03E1F" w:rsidRDefault="00C75F5E">
            <w:pPr>
              <w:spacing w:after="0" w:line="240" w:lineRule="auto"/>
            </w:pPr>
            <w:r w:rsidRPr="00D03E1F">
              <w:rPr>
                <w:rFonts w:ascii="Times New Roman" w:eastAsia="Times New Roman" w:hAnsi="Times New Roman"/>
                <w:b/>
                <w:sz w:val="26"/>
              </w:rPr>
              <w:t>Bài 3. Số? (Làm việc nhóm 2)</w:t>
            </w:r>
          </w:p>
          <w:p w:rsidR="00A60E63" w:rsidRPr="00D03E1F" w:rsidRDefault="00C75F5E">
            <w:pPr>
              <w:spacing w:after="0" w:line="240" w:lineRule="auto"/>
            </w:pPr>
            <w:r w:rsidRPr="00D03E1F">
              <w:rPr>
                <w:rFonts w:ascii="Times New Roman" w:eastAsia="Times New Roman" w:hAnsi="Times New Roman"/>
                <w:sz w:val="26"/>
              </w:rPr>
              <w:t>- HS quan sát hình SGK.</w:t>
            </w:r>
          </w:p>
          <w:p w:rsidR="00A60E63" w:rsidRPr="00D03E1F" w:rsidRDefault="00A60E63">
            <w:pPr>
              <w:spacing w:after="0" w:line="240" w:lineRule="auto"/>
              <w:jc w:val="center"/>
            </w:pPr>
          </w:p>
        </w:tc>
        <w:tc>
          <w:tcPr>
            <w:tcW w:w="5040" w:type="dxa"/>
            <w:shd w:val="clear" w:color="auto" w:fill="auto"/>
          </w:tcPr>
          <w:p w:rsidR="00A60E63" w:rsidRPr="00D03E1F" w:rsidRDefault="00C75F5E">
            <w:pPr>
              <w:spacing w:after="0" w:line="240" w:lineRule="auto"/>
            </w:pPr>
            <w:r w:rsidRPr="00D03E1F">
              <w:rPr>
                <w:rFonts w:ascii="Times New Roman" w:eastAsia="Times New Roman" w:hAnsi="Times New Roman"/>
                <w:sz w:val="26"/>
              </w:rPr>
              <w:t>- HS quan sát bài trong SGK.</w:t>
            </w:r>
          </w:p>
        </w:tc>
      </w:tr>
      <w:tr w:rsidR="00D03E1F" w:rsidRPr="00D03E1F" w:rsidTr="00D03E1F">
        <w:trPr>
          <w:jc w:val="center"/>
        </w:trPr>
        <w:tc>
          <w:tcPr>
            <w:tcW w:w="5040" w:type="dxa"/>
            <w:shd w:val="clear" w:color="auto" w:fill="auto"/>
          </w:tcPr>
          <w:p w:rsidR="00A60E63" w:rsidRPr="00D03E1F" w:rsidRDefault="00C75F5E">
            <w:pPr>
              <w:spacing w:after="0" w:line="240" w:lineRule="auto"/>
            </w:pPr>
            <w:r w:rsidRPr="00D03E1F">
              <w:rPr>
                <w:rFonts w:ascii="Times New Roman" w:eastAsia="Times New Roman" w:hAnsi="Times New Roman"/>
                <w:sz w:val="26"/>
              </w:rPr>
              <w:t>- GV cho HS đọc yêu cầu Bài 3.</w:t>
            </w:r>
          </w:p>
        </w:tc>
        <w:tc>
          <w:tcPr>
            <w:tcW w:w="5040" w:type="dxa"/>
            <w:shd w:val="clear" w:color="auto" w:fill="auto"/>
          </w:tcPr>
          <w:p w:rsidR="00A60E63" w:rsidRPr="00D03E1F" w:rsidRDefault="00C75F5E">
            <w:pPr>
              <w:spacing w:after="0" w:line="240" w:lineRule="auto"/>
            </w:pPr>
            <w:r w:rsidRPr="00D03E1F">
              <w:rPr>
                <w:rFonts w:ascii="Times New Roman" w:eastAsia="Times New Roman" w:hAnsi="Times New Roman"/>
                <w:sz w:val="26"/>
              </w:rPr>
              <w:t>- HS đọc: Số?</w:t>
            </w:r>
          </w:p>
        </w:tc>
      </w:tr>
      <w:tr w:rsidR="00D03E1F" w:rsidRPr="00D03E1F" w:rsidTr="00D03E1F">
        <w:trPr>
          <w:jc w:val="center"/>
        </w:trPr>
        <w:tc>
          <w:tcPr>
            <w:tcW w:w="5040" w:type="dxa"/>
            <w:shd w:val="clear" w:color="auto" w:fill="auto"/>
          </w:tcPr>
          <w:p w:rsidR="00A60E63" w:rsidRPr="00D03E1F" w:rsidRDefault="00C75F5E">
            <w:pPr>
              <w:spacing w:after="0" w:line="240" w:lineRule="auto"/>
            </w:pPr>
            <w:r w:rsidRPr="00D03E1F">
              <w:rPr>
                <w:rFonts w:ascii="Times New Roman" w:eastAsia="Times New Roman" w:hAnsi="Times New Roman"/>
                <w:sz w:val="26"/>
              </w:rPr>
              <w:t>- GV cho HS làm nhóm 2, quan sát đường đi trên các hình.</w:t>
            </w:r>
          </w:p>
        </w:tc>
        <w:tc>
          <w:tcPr>
            <w:tcW w:w="5040" w:type="dxa"/>
            <w:shd w:val="clear" w:color="auto" w:fill="auto"/>
          </w:tcPr>
          <w:p w:rsidR="00A60E63" w:rsidRPr="00D03E1F" w:rsidRDefault="00C75F5E">
            <w:pPr>
              <w:spacing w:after="0" w:line="240" w:lineRule="auto"/>
            </w:pPr>
            <w:r w:rsidRPr="00D03E1F">
              <w:rPr>
                <w:rFonts w:ascii="Times New Roman" w:eastAsia="Times New Roman" w:hAnsi="Times New Roman"/>
                <w:sz w:val="26"/>
              </w:rPr>
              <w:t>- HS trao đổi nhóm 2.</w:t>
            </w:r>
          </w:p>
        </w:tc>
      </w:tr>
      <w:tr w:rsidR="00D03E1F" w:rsidRPr="00D03E1F" w:rsidTr="00D03E1F">
        <w:trPr>
          <w:jc w:val="center"/>
        </w:trPr>
        <w:tc>
          <w:tcPr>
            <w:tcW w:w="5040" w:type="dxa"/>
            <w:shd w:val="clear" w:color="auto" w:fill="auto"/>
          </w:tcPr>
          <w:p w:rsidR="00A60E63" w:rsidRPr="00D03E1F" w:rsidRDefault="00C75F5E">
            <w:pPr>
              <w:spacing w:after="0" w:line="240" w:lineRule="auto"/>
            </w:pPr>
            <w:r w:rsidRPr="00D03E1F">
              <w:rPr>
                <w:rFonts w:ascii="Times New Roman" w:eastAsia="Times New Roman" w:hAnsi="Times New Roman"/>
                <w:sz w:val="26"/>
              </w:rPr>
              <w:t>- GV hỏi: Từ 10 000 đến 20 000, dãy số tăng thêm bao nhiêu?</w:t>
            </w:r>
          </w:p>
        </w:tc>
        <w:tc>
          <w:tcPr>
            <w:tcW w:w="5040" w:type="dxa"/>
            <w:shd w:val="clear" w:color="auto" w:fill="auto"/>
          </w:tcPr>
          <w:p w:rsidR="00A60E63" w:rsidRPr="00D03E1F" w:rsidRDefault="00C75F5E">
            <w:pPr>
              <w:spacing w:after="0" w:line="240" w:lineRule="auto"/>
            </w:pPr>
            <w:r w:rsidRPr="00D03E1F">
              <w:rPr>
                <w:rFonts w:ascii="Times New Roman" w:eastAsia="Times New Roman" w:hAnsi="Times New Roman"/>
                <w:sz w:val="26"/>
              </w:rPr>
              <w:t>- HS trả lời: Tăng thêm 10 000.</w:t>
            </w:r>
          </w:p>
        </w:tc>
      </w:tr>
      <w:tr w:rsidR="00D03E1F" w:rsidRPr="00D03E1F" w:rsidTr="00D03E1F">
        <w:trPr>
          <w:jc w:val="center"/>
        </w:trPr>
        <w:tc>
          <w:tcPr>
            <w:tcW w:w="5040" w:type="dxa"/>
            <w:shd w:val="clear" w:color="auto" w:fill="auto"/>
          </w:tcPr>
          <w:p w:rsidR="00A60E63" w:rsidRPr="00D03E1F" w:rsidRDefault="00C75F5E">
            <w:pPr>
              <w:spacing w:after="0" w:line="240" w:lineRule="auto"/>
            </w:pPr>
            <w:r w:rsidRPr="00D03E1F">
              <w:rPr>
                <w:rFonts w:ascii="Times New Roman" w:eastAsia="Times New Roman" w:hAnsi="Times New Roman"/>
                <w:sz w:val="26"/>
              </w:rPr>
              <w:t>- GV hỏi: Sau 20 000 là số nào?</w:t>
            </w:r>
          </w:p>
        </w:tc>
        <w:tc>
          <w:tcPr>
            <w:tcW w:w="5040" w:type="dxa"/>
            <w:shd w:val="clear" w:color="auto" w:fill="auto"/>
          </w:tcPr>
          <w:p w:rsidR="00A60E63" w:rsidRPr="00D03E1F" w:rsidRDefault="00C75F5E">
            <w:pPr>
              <w:spacing w:after="0" w:line="240" w:lineRule="auto"/>
            </w:pPr>
            <w:r w:rsidRPr="00D03E1F">
              <w:rPr>
                <w:rFonts w:ascii="Times New Roman" w:eastAsia="Times New Roman" w:hAnsi="Times New Roman"/>
                <w:sz w:val="26"/>
              </w:rPr>
              <w:t>- HS trả lời: 30 000.</w:t>
            </w:r>
          </w:p>
        </w:tc>
      </w:tr>
      <w:tr w:rsidR="00D03E1F" w:rsidRPr="00D03E1F" w:rsidTr="00D03E1F">
        <w:trPr>
          <w:jc w:val="center"/>
        </w:trPr>
        <w:tc>
          <w:tcPr>
            <w:tcW w:w="5040" w:type="dxa"/>
            <w:shd w:val="clear" w:color="auto" w:fill="auto"/>
          </w:tcPr>
          <w:p w:rsidR="00A60E63" w:rsidRPr="00D03E1F" w:rsidRDefault="00C75F5E">
            <w:pPr>
              <w:spacing w:after="0" w:line="240" w:lineRule="auto"/>
            </w:pPr>
            <w:r w:rsidRPr="00D03E1F">
              <w:rPr>
                <w:rFonts w:ascii="Times New Roman" w:eastAsia="Times New Roman" w:hAnsi="Times New Roman"/>
                <w:sz w:val="26"/>
              </w:rPr>
              <w:t>- GV yêu cầu HS điền tiếp các số còn thiếu.</w:t>
            </w:r>
          </w:p>
        </w:tc>
        <w:tc>
          <w:tcPr>
            <w:tcW w:w="5040" w:type="dxa"/>
            <w:shd w:val="clear" w:color="auto" w:fill="auto"/>
          </w:tcPr>
          <w:p w:rsidR="00A60E63" w:rsidRPr="00D03E1F" w:rsidRDefault="00C75F5E">
            <w:pPr>
              <w:spacing w:after="0" w:line="240" w:lineRule="auto"/>
            </w:pPr>
            <w:r w:rsidRPr="00D03E1F">
              <w:rPr>
                <w:rFonts w:ascii="Times New Roman" w:eastAsia="Times New Roman" w:hAnsi="Times New Roman"/>
                <w:sz w:val="26"/>
              </w:rPr>
              <w:t>- HS trả lời: 30 000, 40 000, 50 000, 60 000, 100 000.</w:t>
            </w:r>
          </w:p>
        </w:tc>
      </w:tr>
      <w:tr w:rsidR="00D03E1F" w:rsidRPr="00D03E1F" w:rsidTr="00D03E1F">
        <w:trPr>
          <w:jc w:val="center"/>
        </w:trPr>
        <w:tc>
          <w:tcPr>
            <w:tcW w:w="5040" w:type="dxa"/>
            <w:shd w:val="clear" w:color="auto" w:fill="auto"/>
          </w:tcPr>
          <w:p w:rsidR="00A60E63" w:rsidRPr="00D03E1F" w:rsidRDefault="00C75F5E">
            <w:pPr>
              <w:spacing w:after="0" w:line="240" w:lineRule="auto"/>
            </w:pPr>
            <w:r w:rsidRPr="00D03E1F">
              <w:rPr>
                <w:rFonts w:ascii="Times New Roman" w:eastAsia="Times New Roman" w:hAnsi="Times New Roman"/>
                <w:sz w:val="26"/>
              </w:rPr>
              <w:t>- GV cho HS trình bày quy luật.</w:t>
            </w:r>
          </w:p>
        </w:tc>
        <w:tc>
          <w:tcPr>
            <w:tcW w:w="5040" w:type="dxa"/>
            <w:shd w:val="clear" w:color="auto" w:fill="auto"/>
          </w:tcPr>
          <w:p w:rsidR="00A60E63" w:rsidRPr="00D03E1F" w:rsidRDefault="00C75F5E">
            <w:pPr>
              <w:spacing w:after="0" w:line="240" w:lineRule="auto"/>
            </w:pPr>
            <w:r w:rsidRPr="00D03E1F">
              <w:rPr>
                <w:rFonts w:ascii="Times New Roman" w:eastAsia="Times New Roman" w:hAnsi="Times New Roman"/>
                <w:sz w:val="26"/>
              </w:rPr>
              <w:t>- HS trình bày: Dãy số tăng thêm 10 000 theo đường đi.</w:t>
            </w:r>
          </w:p>
        </w:tc>
      </w:tr>
      <w:tr w:rsidR="00D03E1F" w:rsidRPr="00D03E1F" w:rsidTr="00D03E1F">
        <w:trPr>
          <w:jc w:val="center"/>
        </w:trPr>
        <w:tc>
          <w:tcPr>
            <w:tcW w:w="5040" w:type="dxa"/>
            <w:tcBorders>
              <w:bottom w:val="single" w:sz="8" w:space="0" w:color="000000"/>
            </w:tcBorders>
            <w:shd w:val="clear" w:color="auto" w:fill="auto"/>
          </w:tcPr>
          <w:p w:rsidR="00A60E63" w:rsidRPr="00D03E1F" w:rsidRDefault="00C75F5E">
            <w:pPr>
              <w:spacing w:after="0" w:line="240" w:lineRule="auto"/>
            </w:pPr>
            <w:r w:rsidRPr="00D03E1F">
              <w:rPr>
                <w:rFonts w:ascii="Times New Roman" w:eastAsia="Times New Roman" w:hAnsi="Times New Roman"/>
                <w:sz w:val="26"/>
              </w:rPr>
              <w:t>- GV kết luận: Muốn điền đúng dãy số, cần xác định quy luật tăng hoặc giảm giữa các số liên tiếp.</w:t>
            </w:r>
          </w:p>
        </w:tc>
        <w:tc>
          <w:tcPr>
            <w:tcW w:w="5040" w:type="dxa"/>
            <w:tcBorders>
              <w:bottom w:val="single" w:sz="8" w:space="0" w:color="000000"/>
            </w:tcBorders>
            <w:shd w:val="clear" w:color="auto" w:fill="auto"/>
          </w:tcPr>
          <w:p w:rsidR="00A60E63" w:rsidRPr="00D03E1F" w:rsidRDefault="00C75F5E">
            <w:pPr>
              <w:spacing w:after="0" w:line="240" w:lineRule="auto"/>
            </w:pPr>
            <w:r w:rsidRPr="00D03E1F">
              <w:rPr>
                <w:rFonts w:ascii="Times New Roman" w:eastAsia="Times New Roman" w:hAnsi="Times New Roman"/>
                <w:sz w:val="26"/>
              </w:rPr>
              <w:t>- HS lắng nghe.</w:t>
            </w:r>
          </w:p>
        </w:tc>
      </w:tr>
      <w:tr w:rsidR="00D03E1F" w:rsidRPr="00D03E1F" w:rsidTr="00D03E1F">
        <w:trPr>
          <w:jc w:val="center"/>
        </w:trPr>
        <w:tc>
          <w:tcPr>
            <w:tcW w:w="10080" w:type="dxa"/>
            <w:gridSpan w:val="2"/>
            <w:tcBorders>
              <w:top w:val="single" w:sz="8" w:space="0" w:color="000000"/>
              <w:bottom w:val="single" w:sz="8" w:space="0" w:color="000000"/>
            </w:tcBorders>
            <w:shd w:val="clear" w:color="auto" w:fill="auto"/>
          </w:tcPr>
          <w:p w:rsidR="00A60E63" w:rsidRPr="00D03E1F" w:rsidRDefault="00C75F5E">
            <w:pPr>
              <w:spacing w:after="0" w:line="240" w:lineRule="auto"/>
            </w:pPr>
            <w:r w:rsidRPr="00D03E1F">
              <w:rPr>
                <w:rFonts w:ascii="Times New Roman" w:eastAsia="Times New Roman" w:hAnsi="Times New Roman"/>
                <w:b/>
                <w:sz w:val="26"/>
              </w:rPr>
              <w:t>4. Vận dụng - Trải nghiệm (5 phút):</w:t>
            </w:r>
          </w:p>
          <w:p w:rsidR="00A60E63" w:rsidRPr="00D03E1F" w:rsidRDefault="00C75F5E">
            <w:pPr>
              <w:spacing w:after="0" w:line="240" w:lineRule="auto"/>
            </w:pPr>
            <w:r w:rsidRPr="00D03E1F">
              <w:rPr>
                <w:rFonts w:ascii="Times New Roman" w:eastAsia="Times New Roman" w:hAnsi="Times New Roman"/>
                <w:sz w:val="26"/>
              </w:rPr>
              <w:t>- Mục tiêu: Củng cố số 100 000, số liền trước, số liền sau và liên hệ thực tế.</w:t>
            </w:r>
          </w:p>
          <w:p w:rsidR="00A60E63" w:rsidRPr="00D03E1F" w:rsidRDefault="00C75F5E">
            <w:pPr>
              <w:spacing w:after="0" w:line="240" w:lineRule="auto"/>
            </w:pPr>
            <w:r w:rsidRPr="00D03E1F">
              <w:rPr>
                <w:rFonts w:ascii="Times New Roman" w:eastAsia="Times New Roman" w:hAnsi="Times New Roman"/>
                <w:sz w:val="26"/>
              </w:rPr>
              <w:t>*Cách tiến hành:</w:t>
            </w:r>
          </w:p>
        </w:tc>
      </w:tr>
      <w:tr w:rsidR="00D03E1F" w:rsidRPr="00D03E1F" w:rsidTr="00D03E1F">
        <w:trPr>
          <w:jc w:val="center"/>
        </w:trPr>
        <w:tc>
          <w:tcPr>
            <w:tcW w:w="5040" w:type="dxa"/>
            <w:tcBorders>
              <w:top w:val="single" w:sz="8" w:space="0" w:color="000000"/>
            </w:tcBorders>
            <w:shd w:val="clear" w:color="auto" w:fill="auto"/>
          </w:tcPr>
          <w:p w:rsidR="00A60E63" w:rsidRPr="00D03E1F" w:rsidRDefault="00C75F5E">
            <w:pPr>
              <w:spacing w:after="0" w:line="240" w:lineRule="auto"/>
            </w:pPr>
            <w:r w:rsidRPr="00D03E1F">
              <w:rPr>
                <w:rFonts w:ascii="Times New Roman" w:eastAsia="Times New Roman" w:hAnsi="Times New Roman"/>
                <w:sz w:val="26"/>
              </w:rPr>
              <w:t>- GV hỏi: 100 000 đọc là gì?</w:t>
            </w:r>
          </w:p>
        </w:tc>
        <w:tc>
          <w:tcPr>
            <w:tcW w:w="5040" w:type="dxa"/>
            <w:tcBorders>
              <w:top w:val="single" w:sz="8" w:space="0" w:color="000000"/>
            </w:tcBorders>
            <w:shd w:val="clear" w:color="auto" w:fill="auto"/>
          </w:tcPr>
          <w:p w:rsidR="00A60E63" w:rsidRPr="00D03E1F" w:rsidRDefault="00C75F5E">
            <w:pPr>
              <w:spacing w:after="0" w:line="240" w:lineRule="auto"/>
            </w:pPr>
            <w:r w:rsidRPr="00D03E1F">
              <w:rPr>
                <w:rFonts w:ascii="Times New Roman" w:eastAsia="Times New Roman" w:hAnsi="Times New Roman"/>
                <w:sz w:val="26"/>
              </w:rPr>
              <w:t>- HS trả lời: 100 000 đọc là một trăm nghìn.</w:t>
            </w:r>
          </w:p>
        </w:tc>
      </w:tr>
      <w:tr w:rsidR="00D03E1F" w:rsidRPr="00D03E1F" w:rsidTr="00D03E1F">
        <w:trPr>
          <w:jc w:val="center"/>
        </w:trPr>
        <w:tc>
          <w:tcPr>
            <w:tcW w:w="5040" w:type="dxa"/>
            <w:shd w:val="clear" w:color="auto" w:fill="auto"/>
          </w:tcPr>
          <w:p w:rsidR="00A60E63" w:rsidRPr="00D03E1F" w:rsidRDefault="00C75F5E">
            <w:pPr>
              <w:spacing w:after="0" w:line="240" w:lineRule="auto"/>
            </w:pPr>
            <w:r w:rsidRPr="00D03E1F">
              <w:rPr>
                <w:rFonts w:ascii="Times New Roman" w:eastAsia="Times New Roman" w:hAnsi="Times New Roman"/>
                <w:sz w:val="26"/>
              </w:rPr>
              <w:t>- GV hỏi: Số liền trước và số liền sau khác số đã cho bao nhiêu đơn vị?</w:t>
            </w:r>
          </w:p>
        </w:tc>
        <w:tc>
          <w:tcPr>
            <w:tcW w:w="5040" w:type="dxa"/>
            <w:shd w:val="clear" w:color="auto" w:fill="auto"/>
          </w:tcPr>
          <w:p w:rsidR="00A60E63" w:rsidRPr="00D03E1F" w:rsidRDefault="00C75F5E">
            <w:pPr>
              <w:spacing w:after="0" w:line="240" w:lineRule="auto"/>
            </w:pPr>
            <w:r w:rsidRPr="00D03E1F">
              <w:rPr>
                <w:rFonts w:ascii="Times New Roman" w:eastAsia="Times New Roman" w:hAnsi="Times New Roman"/>
                <w:sz w:val="26"/>
              </w:rPr>
              <w:t>- HS trả lời: Số liền trước kém 1 đơn vị, số liền sau hơn 1 đơn vị.</w:t>
            </w:r>
          </w:p>
        </w:tc>
      </w:tr>
      <w:tr w:rsidR="00D03E1F" w:rsidRPr="00D03E1F" w:rsidTr="00D03E1F">
        <w:trPr>
          <w:jc w:val="center"/>
        </w:trPr>
        <w:tc>
          <w:tcPr>
            <w:tcW w:w="5040" w:type="dxa"/>
            <w:shd w:val="clear" w:color="auto" w:fill="auto"/>
          </w:tcPr>
          <w:p w:rsidR="00A60E63" w:rsidRPr="00D03E1F" w:rsidRDefault="00C75F5E">
            <w:pPr>
              <w:spacing w:after="0" w:line="240" w:lineRule="auto"/>
            </w:pPr>
            <w:r w:rsidRPr="00D03E1F">
              <w:rPr>
                <w:rFonts w:ascii="Times New Roman" w:eastAsia="Times New Roman" w:hAnsi="Times New Roman"/>
                <w:sz w:val="26"/>
              </w:rPr>
              <w:t>- GV liên hệ: Khi xem số lượng dân cư, số sách hoặc số tiền lớn, em cần đọc số chính xác để tránh nhầm lẫn.</w:t>
            </w:r>
          </w:p>
        </w:tc>
        <w:tc>
          <w:tcPr>
            <w:tcW w:w="5040" w:type="dxa"/>
            <w:shd w:val="clear" w:color="auto" w:fill="auto"/>
          </w:tcPr>
          <w:p w:rsidR="00A60E63" w:rsidRPr="00D03E1F" w:rsidRDefault="00C75F5E">
            <w:pPr>
              <w:spacing w:after="0" w:line="240" w:lineRule="auto"/>
            </w:pPr>
            <w:r w:rsidRPr="00D03E1F">
              <w:rPr>
                <w:rFonts w:ascii="Times New Roman" w:eastAsia="Times New Roman" w:hAnsi="Times New Roman"/>
                <w:sz w:val="26"/>
              </w:rPr>
              <w:t>- HS lắng nghe và nêu ví dụ.</w:t>
            </w:r>
          </w:p>
        </w:tc>
      </w:tr>
      <w:tr w:rsidR="00D03E1F" w:rsidRPr="00D03E1F" w:rsidTr="00D03E1F">
        <w:trPr>
          <w:jc w:val="center"/>
        </w:trPr>
        <w:tc>
          <w:tcPr>
            <w:tcW w:w="5040" w:type="dxa"/>
            <w:shd w:val="clear" w:color="auto" w:fill="auto"/>
          </w:tcPr>
          <w:p w:rsidR="00A60E63" w:rsidRPr="00D03E1F" w:rsidRDefault="00C75F5E">
            <w:pPr>
              <w:spacing w:after="0" w:line="240" w:lineRule="auto"/>
            </w:pPr>
            <w:r w:rsidRPr="00D03E1F">
              <w:rPr>
                <w:rFonts w:ascii="Times New Roman" w:eastAsia="Times New Roman" w:hAnsi="Times New Roman"/>
                <w:sz w:val="26"/>
              </w:rPr>
              <w:lastRenderedPageBreak/>
              <w:t>- GV nhận xét tiết học, tuyên dương HS đọc số 100 000 và tìm số liền trước, liền sau đúng.</w:t>
            </w:r>
          </w:p>
        </w:tc>
        <w:tc>
          <w:tcPr>
            <w:tcW w:w="5040" w:type="dxa"/>
            <w:shd w:val="clear" w:color="auto" w:fill="auto"/>
          </w:tcPr>
          <w:p w:rsidR="00A60E63" w:rsidRPr="00D03E1F" w:rsidRDefault="00C75F5E">
            <w:pPr>
              <w:spacing w:after="0" w:line="240" w:lineRule="auto"/>
            </w:pPr>
            <w:r w:rsidRPr="00D03E1F">
              <w:rPr>
                <w:rFonts w:ascii="Times New Roman" w:eastAsia="Times New Roman" w:hAnsi="Times New Roman"/>
                <w:sz w:val="26"/>
              </w:rPr>
              <w:t>- HS lắng nghe.</w:t>
            </w:r>
          </w:p>
        </w:tc>
      </w:tr>
      <w:tr w:rsidR="00D03E1F" w:rsidRPr="00D03E1F" w:rsidTr="00D03E1F">
        <w:trPr>
          <w:jc w:val="center"/>
        </w:trPr>
        <w:tc>
          <w:tcPr>
            <w:tcW w:w="5040" w:type="dxa"/>
            <w:shd w:val="clear" w:color="auto" w:fill="auto"/>
          </w:tcPr>
          <w:p w:rsidR="00A60E63" w:rsidRPr="00D03E1F" w:rsidRDefault="00C75F5E">
            <w:pPr>
              <w:spacing w:after="0" w:line="240" w:lineRule="auto"/>
            </w:pPr>
            <w:r w:rsidRPr="00D03E1F">
              <w:rPr>
                <w:rFonts w:ascii="Times New Roman" w:eastAsia="Times New Roman" w:hAnsi="Times New Roman"/>
                <w:sz w:val="26"/>
              </w:rPr>
              <w:t>- GV dặn dò HS luyện thêm số liền trước, liền sau và chuẩn bị tiết luyện tập.</w:t>
            </w:r>
          </w:p>
        </w:tc>
        <w:tc>
          <w:tcPr>
            <w:tcW w:w="5040" w:type="dxa"/>
            <w:shd w:val="clear" w:color="auto" w:fill="auto"/>
          </w:tcPr>
          <w:p w:rsidR="00A60E63" w:rsidRPr="00D03E1F" w:rsidRDefault="00C75F5E">
            <w:pPr>
              <w:spacing w:after="0" w:line="240" w:lineRule="auto"/>
            </w:pPr>
            <w:r w:rsidRPr="00D03E1F">
              <w:rPr>
                <w:rFonts w:ascii="Times New Roman" w:eastAsia="Times New Roman" w:hAnsi="Times New Roman"/>
                <w:sz w:val="26"/>
              </w:rPr>
              <w:t>- HS ghi nhớ nhiệm vụ.</w:t>
            </w:r>
          </w:p>
        </w:tc>
      </w:tr>
    </w:tbl>
    <w:p w:rsidR="00A60E63" w:rsidRPr="00D03E1F" w:rsidRDefault="00C75F5E">
      <w:pPr>
        <w:spacing w:after="0" w:line="240" w:lineRule="auto"/>
      </w:pPr>
      <w:r w:rsidRPr="00D03E1F">
        <w:rPr>
          <w:rFonts w:ascii="Times New Roman" w:eastAsia="Times New Roman" w:hAnsi="Times New Roman"/>
          <w:b/>
          <w:sz w:val="26"/>
        </w:rPr>
        <w:t>IV. ĐIỀU CHỈNH SAU BÀI DẠY:</w:t>
      </w:r>
    </w:p>
    <w:p w:rsidR="00A60E63" w:rsidRPr="00D03E1F" w:rsidRDefault="00C75F5E">
      <w:pPr>
        <w:spacing w:after="0" w:line="240" w:lineRule="auto"/>
      </w:pPr>
      <w:r w:rsidRPr="00D03E1F">
        <w:rPr>
          <w:rFonts w:ascii="Times New Roman" w:eastAsia="Times New Roman" w:hAnsi="Times New Roman"/>
          <w:sz w:val="26"/>
        </w:rPr>
        <w:t>.......................................................................................................................................</w:t>
      </w:r>
    </w:p>
    <w:p w:rsidR="00A60E63" w:rsidRPr="00D03E1F" w:rsidRDefault="00C75F5E">
      <w:pPr>
        <w:spacing w:after="0" w:line="240" w:lineRule="auto"/>
      </w:pPr>
      <w:r w:rsidRPr="00D03E1F">
        <w:rPr>
          <w:rFonts w:ascii="Times New Roman" w:eastAsia="Times New Roman" w:hAnsi="Times New Roman"/>
          <w:sz w:val="26"/>
        </w:rPr>
        <w:t>.......................................................................................................................................</w:t>
      </w:r>
    </w:p>
    <w:p w:rsidR="00A60E63" w:rsidRPr="00D03E1F" w:rsidRDefault="00C75F5E">
      <w:pPr>
        <w:spacing w:after="0" w:line="240" w:lineRule="auto"/>
      </w:pPr>
      <w:r w:rsidRPr="00D03E1F">
        <w:rPr>
          <w:rFonts w:ascii="Times New Roman" w:eastAsia="Times New Roman" w:hAnsi="Times New Roman"/>
          <w:sz w:val="26"/>
        </w:rPr>
        <w:br w:type="page"/>
      </w:r>
    </w:p>
    <w:p w:rsidR="00A60E63" w:rsidRPr="00D03E1F" w:rsidRDefault="00C75F5E">
      <w:pPr>
        <w:spacing w:after="0" w:line="240" w:lineRule="auto"/>
        <w:jc w:val="center"/>
      </w:pPr>
      <w:r w:rsidRPr="00D03E1F">
        <w:rPr>
          <w:rFonts w:ascii="Times New Roman" w:eastAsia="Times New Roman" w:hAnsi="Times New Roman"/>
          <w:b/>
          <w:sz w:val="28"/>
        </w:rPr>
        <w:lastRenderedPageBreak/>
        <w:t>TUẦN 26</w:t>
      </w:r>
    </w:p>
    <w:p w:rsidR="00A60E63" w:rsidRPr="00D03E1F" w:rsidRDefault="00C75F5E">
      <w:pPr>
        <w:spacing w:after="0" w:line="240" w:lineRule="auto"/>
        <w:jc w:val="center"/>
      </w:pPr>
      <w:r w:rsidRPr="00D03E1F">
        <w:rPr>
          <w:rFonts w:ascii="Times New Roman" w:eastAsia="Times New Roman" w:hAnsi="Times New Roman"/>
          <w:b/>
          <w:sz w:val="28"/>
        </w:rPr>
        <w:t>KẾ HOẠCH BÀI DẠY MÔN TOÁN 3</w:t>
      </w:r>
    </w:p>
    <w:p w:rsidR="00A60E63" w:rsidRPr="00D03E1F" w:rsidRDefault="00C75F5E">
      <w:pPr>
        <w:spacing w:after="0" w:line="240" w:lineRule="auto"/>
        <w:jc w:val="center"/>
      </w:pPr>
      <w:r w:rsidRPr="00D03E1F">
        <w:rPr>
          <w:rFonts w:ascii="Times New Roman" w:eastAsia="Times New Roman" w:hAnsi="Times New Roman"/>
          <w:b/>
          <w:sz w:val="26"/>
        </w:rPr>
        <w:t>CHỦ ĐỀ 11: CÁC SỐ ĐẾN 100 000</w:t>
      </w:r>
    </w:p>
    <w:p w:rsidR="00A60E63" w:rsidRPr="00D03E1F" w:rsidRDefault="00C75F5E">
      <w:pPr>
        <w:spacing w:after="0" w:line="240" w:lineRule="auto"/>
        <w:jc w:val="center"/>
      </w:pPr>
      <w:r w:rsidRPr="00D03E1F">
        <w:rPr>
          <w:rFonts w:ascii="Times New Roman" w:eastAsia="Times New Roman" w:hAnsi="Times New Roman"/>
          <w:b/>
          <w:sz w:val="26"/>
        </w:rPr>
        <w:t>Bài 59: Các số có năm chữ số. Số 100 000 (Tiết 3) - Trang 59, 60</w:t>
      </w:r>
    </w:p>
    <w:p w:rsidR="00A60E63" w:rsidRPr="00D03E1F" w:rsidRDefault="00C75F5E">
      <w:pPr>
        <w:spacing w:after="0" w:line="240" w:lineRule="auto"/>
      </w:pPr>
      <w:r w:rsidRPr="00D03E1F">
        <w:rPr>
          <w:rFonts w:ascii="Times New Roman" w:eastAsia="Times New Roman" w:hAnsi="Times New Roman"/>
          <w:b/>
          <w:sz w:val="26"/>
        </w:rPr>
        <w:t>I. YÊU CẦU CẦN ĐẠT:</w:t>
      </w:r>
    </w:p>
    <w:p w:rsidR="00A60E63" w:rsidRPr="00D03E1F" w:rsidRDefault="00C75F5E">
      <w:pPr>
        <w:spacing w:after="0" w:line="240" w:lineRule="auto"/>
      </w:pPr>
      <w:r w:rsidRPr="00D03E1F">
        <w:rPr>
          <w:rFonts w:ascii="Times New Roman" w:eastAsia="Times New Roman" w:hAnsi="Times New Roman"/>
          <w:b/>
          <w:sz w:val="26"/>
        </w:rPr>
        <w:t>1. Năng lực đặc thù:</w:t>
      </w:r>
    </w:p>
    <w:p w:rsidR="00A60E63" w:rsidRPr="00D03E1F" w:rsidRDefault="00C75F5E">
      <w:pPr>
        <w:spacing w:after="0" w:line="240" w:lineRule="auto"/>
      </w:pPr>
      <w:r w:rsidRPr="00D03E1F">
        <w:rPr>
          <w:rFonts w:ascii="Times New Roman" w:eastAsia="Times New Roman" w:hAnsi="Times New Roman"/>
          <w:sz w:val="26"/>
        </w:rPr>
        <w:t>- Củng cố đọc, viết, phân tích số có năm chữ số và số 100 000.</w:t>
      </w:r>
    </w:p>
    <w:p w:rsidR="00A60E63" w:rsidRPr="00D03E1F" w:rsidRDefault="00C75F5E">
      <w:pPr>
        <w:spacing w:after="0" w:line="240" w:lineRule="auto"/>
      </w:pPr>
      <w:r w:rsidRPr="00D03E1F">
        <w:rPr>
          <w:rFonts w:ascii="Times New Roman" w:eastAsia="Times New Roman" w:hAnsi="Times New Roman"/>
          <w:sz w:val="26"/>
        </w:rPr>
        <w:t>- Viết được số theo tổng các hàng và nhận biết số tròn chục nghìn.</w:t>
      </w:r>
    </w:p>
    <w:p w:rsidR="00A60E63" w:rsidRPr="00D03E1F" w:rsidRDefault="00C75F5E">
      <w:pPr>
        <w:spacing w:after="0" w:line="240" w:lineRule="auto"/>
      </w:pPr>
      <w:r w:rsidRPr="00D03E1F">
        <w:rPr>
          <w:rFonts w:ascii="Times New Roman" w:eastAsia="Times New Roman" w:hAnsi="Times New Roman"/>
          <w:sz w:val="26"/>
        </w:rPr>
        <w:t>- Xác định được khả năng xảy ra trong tình huống số tự nhiên liên tiếp.</w:t>
      </w:r>
    </w:p>
    <w:p w:rsidR="00A60E63" w:rsidRPr="00D03E1F" w:rsidRDefault="00C75F5E">
      <w:pPr>
        <w:spacing w:after="0" w:line="240" w:lineRule="auto"/>
      </w:pPr>
      <w:r w:rsidRPr="00D03E1F">
        <w:rPr>
          <w:rFonts w:ascii="Times New Roman" w:eastAsia="Times New Roman" w:hAnsi="Times New Roman"/>
          <w:sz w:val="26"/>
        </w:rPr>
        <w:t>- Điền được số tiếp theo trong dãy số gần 100 000.</w:t>
      </w:r>
    </w:p>
    <w:p w:rsidR="00A60E63" w:rsidRPr="00D03E1F" w:rsidRDefault="00C75F5E">
      <w:pPr>
        <w:spacing w:after="0" w:line="240" w:lineRule="auto"/>
      </w:pPr>
      <w:r w:rsidRPr="00D03E1F">
        <w:rPr>
          <w:rFonts w:ascii="Times New Roman" w:eastAsia="Times New Roman" w:hAnsi="Times New Roman"/>
          <w:b/>
          <w:sz w:val="26"/>
        </w:rPr>
        <w:t>2. Năng lực chung:</w:t>
      </w:r>
    </w:p>
    <w:p w:rsidR="00A60E63" w:rsidRPr="00D03E1F" w:rsidRDefault="00C75F5E">
      <w:pPr>
        <w:spacing w:after="0" w:line="240" w:lineRule="auto"/>
      </w:pPr>
      <w:r w:rsidRPr="00D03E1F">
        <w:rPr>
          <w:rFonts w:ascii="Times New Roman" w:eastAsia="Times New Roman" w:hAnsi="Times New Roman"/>
          <w:sz w:val="26"/>
        </w:rPr>
        <w:t>- Tự chủ, tự học: tự phân tích số, chọn đáp án và kiểm tra kết quả.</w:t>
      </w:r>
    </w:p>
    <w:p w:rsidR="00A60E63" w:rsidRPr="00D03E1F" w:rsidRDefault="00C75F5E">
      <w:pPr>
        <w:spacing w:after="0" w:line="240" w:lineRule="auto"/>
      </w:pPr>
      <w:r w:rsidRPr="00D03E1F">
        <w:rPr>
          <w:rFonts w:ascii="Times New Roman" w:eastAsia="Times New Roman" w:hAnsi="Times New Roman"/>
          <w:sz w:val="26"/>
        </w:rPr>
        <w:t>- Giao tiếp và hợp tác: trao đổi nhóm 2 khi xác định tình huống Đ/S.</w:t>
      </w:r>
    </w:p>
    <w:p w:rsidR="00A60E63" w:rsidRPr="00D03E1F" w:rsidRDefault="00C75F5E">
      <w:pPr>
        <w:spacing w:after="0" w:line="240" w:lineRule="auto"/>
      </w:pPr>
      <w:r w:rsidRPr="00D03E1F">
        <w:rPr>
          <w:rFonts w:ascii="Times New Roman" w:eastAsia="Times New Roman" w:hAnsi="Times New Roman"/>
          <w:sz w:val="26"/>
        </w:rPr>
        <w:t>- Giải quyết vấn đề: tìm số tiếp theo trong dãy số và giải thích quy luật.</w:t>
      </w:r>
    </w:p>
    <w:p w:rsidR="00A60E63" w:rsidRPr="00D03E1F" w:rsidRDefault="00C75F5E">
      <w:pPr>
        <w:spacing w:after="0" w:line="240" w:lineRule="auto"/>
      </w:pPr>
      <w:r w:rsidRPr="00D03E1F">
        <w:rPr>
          <w:rFonts w:ascii="Times New Roman" w:eastAsia="Times New Roman" w:hAnsi="Times New Roman"/>
          <w:b/>
          <w:sz w:val="26"/>
        </w:rPr>
        <w:t>3. Phẩm chất:</w:t>
      </w:r>
    </w:p>
    <w:p w:rsidR="00A60E63" w:rsidRPr="00D03E1F" w:rsidRDefault="00C75F5E">
      <w:pPr>
        <w:spacing w:after="0" w:line="240" w:lineRule="auto"/>
      </w:pPr>
      <w:r w:rsidRPr="00D03E1F">
        <w:rPr>
          <w:rFonts w:ascii="Times New Roman" w:eastAsia="Times New Roman" w:hAnsi="Times New Roman"/>
          <w:sz w:val="26"/>
        </w:rPr>
        <w:t>- Chăm chỉ: luyện tập đầy đủ các dạng bài về số đến 100 000.</w:t>
      </w:r>
    </w:p>
    <w:p w:rsidR="00A60E63" w:rsidRPr="00D03E1F" w:rsidRDefault="00C75F5E">
      <w:pPr>
        <w:spacing w:after="0" w:line="240" w:lineRule="auto"/>
      </w:pPr>
      <w:r w:rsidRPr="00D03E1F">
        <w:rPr>
          <w:rFonts w:ascii="Times New Roman" w:eastAsia="Times New Roman" w:hAnsi="Times New Roman"/>
          <w:sz w:val="26"/>
        </w:rPr>
        <w:t>- Trung thực: tự kiểm tra lỗi phân tích số và sửa đáp án sai.</w:t>
      </w:r>
    </w:p>
    <w:p w:rsidR="00A60E63" w:rsidRPr="00D03E1F" w:rsidRDefault="00C75F5E">
      <w:pPr>
        <w:spacing w:after="0" w:line="240" w:lineRule="auto"/>
      </w:pPr>
      <w:r w:rsidRPr="00D03E1F">
        <w:rPr>
          <w:rFonts w:ascii="Times New Roman" w:eastAsia="Times New Roman" w:hAnsi="Times New Roman"/>
          <w:sz w:val="26"/>
        </w:rPr>
        <w:t>- Trách nhiệm: dùng Liveworksheets để học tập, không phụ thuộc phản hồi tự động.</w:t>
      </w:r>
    </w:p>
    <w:p w:rsidR="00A60E63" w:rsidRPr="00D03E1F" w:rsidRDefault="00C75F5E">
      <w:pPr>
        <w:spacing w:after="0" w:line="240" w:lineRule="auto"/>
      </w:pPr>
      <w:r w:rsidRPr="00D03E1F">
        <w:rPr>
          <w:rFonts w:ascii="Times New Roman" w:eastAsia="Times New Roman" w:hAnsi="Times New Roman"/>
          <w:b/>
          <w:sz w:val="26"/>
        </w:rPr>
        <w:t>4. Tích hợp:</w:t>
      </w:r>
    </w:p>
    <w:p w:rsidR="00A60E63" w:rsidRPr="00D03E1F" w:rsidRDefault="00C75F5E">
      <w:pPr>
        <w:spacing w:after="0" w:line="240" w:lineRule="auto"/>
      </w:pPr>
      <w:r w:rsidRPr="00D03E1F">
        <w:rPr>
          <w:rFonts w:ascii="Times New Roman" w:eastAsia="Times New Roman" w:hAnsi="Times New Roman"/>
          <w:sz w:val="26"/>
        </w:rPr>
        <w:t>- Tích hợp NLS 1.1.CB1a: GV tạo phiếu Liveworksheets yêu cầu HS điền số còn thiếu trên tia số đến 100 000; HS xem phản hồi và nêu cách xác định khoảng cách giữa các số liên tiếp.</w:t>
      </w:r>
    </w:p>
    <w:p w:rsidR="00A60E63" w:rsidRPr="00D03E1F" w:rsidRDefault="00C75F5E">
      <w:pPr>
        <w:spacing w:after="0" w:line="240" w:lineRule="auto"/>
      </w:pPr>
      <w:r w:rsidRPr="00D03E1F">
        <w:rPr>
          <w:rFonts w:ascii="Times New Roman" w:eastAsia="Times New Roman" w:hAnsi="Times New Roman"/>
          <w:b/>
          <w:sz w:val="26"/>
        </w:rPr>
        <w:t>II. ĐỒ DÙNG DẠY HỌC</w:t>
      </w:r>
    </w:p>
    <w:p w:rsidR="00A60E63" w:rsidRPr="00D03E1F" w:rsidRDefault="00C75F5E">
      <w:pPr>
        <w:spacing w:after="0" w:line="240" w:lineRule="auto"/>
      </w:pPr>
      <w:r w:rsidRPr="00D03E1F">
        <w:rPr>
          <w:rFonts w:ascii="Times New Roman" w:eastAsia="Times New Roman" w:hAnsi="Times New Roman"/>
          <w:sz w:val="26"/>
        </w:rPr>
        <w:t>- Kế hoạch bài dạy, SGK Toán 3 tập hai, bài giảng PowerPoint.</w:t>
      </w:r>
    </w:p>
    <w:p w:rsidR="00A60E63" w:rsidRPr="00D03E1F" w:rsidRDefault="00C75F5E">
      <w:pPr>
        <w:spacing w:after="0" w:line="240" w:lineRule="auto"/>
      </w:pPr>
      <w:r w:rsidRPr="00D03E1F">
        <w:rPr>
          <w:rFonts w:ascii="Times New Roman" w:eastAsia="Times New Roman" w:hAnsi="Times New Roman"/>
          <w:sz w:val="26"/>
        </w:rPr>
        <w:t>- Liveworksheets dãy số gần 100 000, bảng con, phiếu học tập.</w:t>
      </w:r>
    </w:p>
    <w:p w:rsidR="00A60E63" w:rsidRPr="00D03E1F" w:rsidRDefault="00C75F5E">
      <w:pPr>
        <w:spacing w:after="0" w:line="240" w:lineRule="auto"/>
      </w:pPr>
      <w:r w:rsidRPr="00D03E1F">
        <w:rPr>
          <w:rFonts w:ascii="Times New Roman" w:eastAsia="Times New Roman" w:hAnsi="Times New Roman"/>
          <w:sz w:val="26"/>
        </w:rPr>
        <w:t>- Hình cắt từ SGK trang 59, 60.</w:t>
      </w:r>
    </w:p>
    <w:p w:rsidR="00A60E63" w:rsidRPr="00D03E1F" w:rsidRDefault="00C75F5E">
      <w:pPr>
        <w:spacing w:after="0" w:line="240" w:lineRule="auto"/>
      </w:pPr>
      <w:r w:rsidRPr="00D03E1F">
        <w:rPr>
          <w:rFonts w:ascii="Times New Roman" w:eastAsia="Times New Roman" w:hAnsi="Times New Roman"/>
          <w:b/>
          <w:sz w:val="26"/>
        </w:rPr>
        <w:t>III. HOẠT ĐỘNG DẠY HỌC</w:t>
      </w:r>
    </w:p>
    <w:tbl>
      <w:tblPr>
        <w:tblW w:w="0" w:type="auto"/>
        <w:jc w:val="center"/>
        <w:tblBorders>
          <w:top w:val="single" w:sz="8" w:space="0" w:color="000000"/>
          <w:left w:val="single" w:sz="8" w:space="0" w:color="000000"/>
          <w:bottom w:val="single" w:sz="8" w:space="0" w:color="000000"/>
          <w:right w:val="single" w:sz="8" w:space="0" w:color="000000"/>
          <w:insideV w:val="single" w:sz="8" w:space="0" w:color="000000"/>
        </w:tblBorders>
        <w:tblLook w:val="04A0" w:firstRow="1" w:lastRow="0" w:firstColumn="1" w:lastColumn="0" w:noHBand="0" w:noVBand="1"/>
      </w:tblPr>
      <w:tblGrid>
        <w:gridCol w:w="5040"/>
        <w:gridCol w:w="5040"/>
      </w:tblGrid>
      <w:tr w:rsidR="00D03E1F" w:rsidRPr="00D03E1F" w:rsidTr="00CF0310">
        <w:trPr>
          <w:jc w:val="center"/>
        </w:trPr>
        <w:tc>
          <w:tcPr>
            <w:tcW w:w="5040" w:type="dxa"/>
            <w:tcBorders>
              <w:bottom w:val="single" w:sz="8" w:space="0" w:color="000000"/>
            </w:tcBorders>
            <w:shd w:val="clear" w:color="auto" w:fill="auto"/>
          </w:tcPr>
          <w:p w:rsidR="00A60E63" w:rsidRPr="00D03E1F" w:rsidRDefault="00C75F5E">
            <w:pPr>
              <w:spacing w:after="0" w:line="240" w:lineRule="auto"/>
              <w:jc w:val="center"/>
            </w:pPr>
            <w:r w:rsidRPr="00D03E1F">
              <w:rPr>
                <w:rFonts w:ascii="Times New Roman" w:eastAsia="Times New Roman" w:hAnsi="Times New Roman"/>
                <w:b/>
                <w:sz w:val="26"/>
              </w:rPr>
              <w:t>Hoạt động của giáo viên</w:t>
            </w:r>
          </w:p>
        </w:tc>
        <w:tc>
          <w:tcPr>
            <w:tcW w:w="5040" w:type="dxa"/>
            <w:tcBorders>
              <w:bottom w:val="single" w:sz="8" w:space="0" w:color="000000"/>
            </w:tcBorders>
            <w:shd w:val="clear" w:color="auto" w:fill="auto"/>
          </w:tcPr>
          <w:p w:rsidR="00A60E63" w:rsidRPr="00D03E1F" w:rsidRDefault="00C75F5E">
            <w:pPr>
              <w:spacing w:after="0" w:line="240" w:lineRule="auto"/>
              <w:jc w:val="center"/>
            </w:pPr>
            <w:r w:rsidRPr="00D03E1F">
              <w:rPr>
                <w:rFonts w:ascii="Times New Roman" w:eastAsia="Times New Roman" w:hAnsi="Times New Roman"/>
                <w:b/>
                <w:sz w:val="26"/>
              </w:rPr>
              <w:t>Hoạt động của học sinh</w:t>
            </w:r>
          </w:p>
        </w:tc>
      </w:tr>
      <w:tr w:rsidR="00D03E1F" w:rsidRPr="00D03E1F" w:rsidTr="00CF0310">
        <w:trPr>
          <w:jc w:val="center"/>
        </w:trPr>
        <w:tc>
          <w:tcPr>
            <w:tcW w:w="10080" w:type="dxa"/>
            <w:gridSpan w:val="2"/>
            <w:tcBorders>
              <w:top w:val="single" w:sz="8" w:space="0" w:color="000000"/>
              <w:bottom w:val="single" w:sz="8" w:space="0" w:color="000000"/>
            </w:tcBorders>
            <w:shd w:val="clear" w:color="auto" w:fill="auto"/>
          </w:tcPr>
          <w:p w:rsidR="00A60E63" w:rsidRPr="00D03E1F" w:rsidRDefault="00C75F5E">
            <w:pPr>
              <w:spacing w:after="0" w:line="240" w:lineRule="auto"/>
            </w:pPr>
            <w:r w:rsidRPr="00D03E1F">
              <w:rPr>
                <w:rFonts w:ascii="Times New Roman" w:eastAsia="Times New Roman" w:hAnsi="Times New Roman"/>
                <w:b/>
                <w:sz w:val="26"/>
              </w:rPr>
              <w:t>1. Khởi động (5 phút):</w:t>
            </w:r>
          </w:p>
          <w:p w:rsidR="00A60E63" w:rsidRPr="00D03E1F" w:rsidRDefault="00C75F5E">
            <w:pPr>
              <w:spacing w:after="0" w:line="240" w:lineRule="auto"/>
            </w:pPr>
            <w:r w:rsidRPr="00D03E1F">
              <w:rPr>
                <w:rFonts w:ascii="Times New Roman" w:eastAsia="Times New Roman" w:hAnsi="Times New Roman"/>
                <w:sz w:val="26"/>
              </w:rPr>
              <w:t>- Mục tiêu: Ôn số liền trước, số liền sau và số tròn chục nghìn.</w:t>
            </w:r>
          </w:p>
          <w:p w:rsidR="00A60E63" w:rsidRPr="00D03E1F" w:rsidRDefault="00C75F5E">
            <w:pPr>
              <w:spacing w:after="0" w:line="240" w:lineRule="auto"/>
            </w:pPr>
            <w:r w:rsidRPr="00D03E1F">
              <w:rPr>
                <w:rFonts w:ascii="Times New Roman" w:eastAsia="Times New Roman" w:hAnsi="Times New Roman"/>
                <w:sz w:val="26"/>
              </w:rPr>
              <w:t>*Cách tiến hành:</w:t>
            </w:r>
          </w:p>
        </w:tc>
      </w:tr>
      <w:tr w:rsidR="00D03E1F" w:rsidRPr="00D03E1F" w:rsidTr="00CF0310">
        <w:trPr>
          <w:jc w:val="center"/>
        </w:trPr>
        <w:tc>
          <w:tcPr>
            <w:tcW w:w="5040" w:type="dxa"/>
            <w:tcBorders>
              <w:top w:val="single" w:sz="8" w:space="0" w:color="000000"/>
            </w:tcBorders>
            <w:shd w:val="clear" w:color="auto" w:fill="auto"/>
          </w:tcPr>
          <w:p w:rsidR="00A60E63" w:rsidRPr="00D03E1F" w:rsidRDefault="00C75F5E">
            <w:pPr>
              <w:spacing w:after="0" w:line="240" w:lineRule="auto"/>
            </w:pPr>
            <w:r w:rsidRPr="00D03E1F">
              <w:rPr>
                <w:rFonts w:ascii="Times New Roman" w:eastAsia="Times New Roman" w:hAnsi="Times New Roman"/>
                <w:sz w:val="26"/>
              </w:rPr>
              <w:t>- GV hỏi: Số liền trước của 100 000 là số nào?</w:t>
            </w:r>
          </w:p>
        </w:tc>
        <w:tc>
          <w:tcPr>
            <w:tcW w:w="5040" w:type="dxa"/>
            <w:tcBorders>
              <w:top w:val="single" w:sz="8" w:space="0" w:color="000000"/>
            </w:tcBorders>
            <w:shd w:val="clear" w:color="auto" w:fill="auto"/>
          </w:tcPr>
          <w:p w:rsidR="00A60E63" w:rsidRPr="00D03E1F" w:rsidRDefault="00C75F5E">
            <w:pPr>
              <w:spacing w:after="0" w:line="240" w:lineRule="auto"/>
            </w:pPr>
            <w:r w:rsidRPr="00D03E1F">
              <w:rPr>
                <w:rFonts w:ascii="Times New Roman" w:eastAsia="Times New Roman" w:hAnsi="Times New Roman"/>
                <w:sz w:val="26"/>
              </w:rPr>
              <w:t>- HS trả lời: 99 999.</w:t>
            </w:r>
          </w:p>
        </w:tc>
      </w:tr>
      <w:tr w:rsidR="00D03E1F" w:rsidRPr="00D03E1F" w:rsidTr="00CF0310">
        <w:trPr>
          <w:jc w:val="center"/>
        </w:trPr>
        <w:tc>
          <w:tcPr>
            <w:tcW w:w="5040" w:type="dxa"/>
            <w:shd w:val="clear" w:color="auto" w:fill="auto"/>
          </w:tcPr>
          <w:p w:rsidR="00A60E63" w:rsidRPr="00D03E1F" w:rsidRDefault="00C75F5E">
            <w:pPr>
              <w:spacing w:after="0" w:line="240" w:lineRule="auto"/>
            </w:pPr>
            <w:r w:rsidRPr="00D03E1F">
              <w:rPr>
                <w:rFonts w:ascii="Times New Roman" w:eastAsia="Times New Roman" w:hAnsi="Times New Roman"/>
                <w:sz w:val="26"/>
              </w:rPr>
              <w:t>- GV hỏi: 10 chục nghìn bằng bao nhiêu?</w:t>
            </w:r>
          </w:p>
        </w:tc>
        <w:tc>
          <w:tcPr>
            <w:tcW w:w="5040" w:type="dxa"/>
            <w:shd w:val="clear" w:color="auto" w:fill="auto"/>
          </w:tcPr>
          <w:p w:rsidR="00A60E63" w:rsidRPr="00D03E1F" w:rsidRDefault="00C75F5E">
            <w:pPr>
              <w:spacing w:after="0" w:line="240" w:lineRule="auto"/>
            </w:pPr>
            <w:r w:rsidRPr="00D03E1F">
              <w:rPr>
                <w:rFonts w:ascii="Times New Roman" w:eastAsia="Times New Roman" w:hAnsi="Times New Roman"/>
                <w:sz w:val="26"/>
              </w:rPr>
              <w:t>- HS trả lời: 100 000.</w:t>
            </w:r>
          </w:p>
        </w:tc>
      </w:tr>
      <w:tr w:rsidR="00D03E1F" w:rsidRPr="00D03E1F" w:rsidTr="00CF0310">
        <w:trPr>
          <w:jc w:val="center"/>
        </w:trPr>
        <w:tc>
          <w:tcPr>
            <w:tcW w:w="5040" w:type="dxa"/>
            <w:tcBorders>
              <w:bottom w:val="single" w:sz="8" w:space="0" w:color="000000"/>
            </w:tcBorders>
            <w:shd w:val="clear" w:color="auto" w:fill="auto"/>
          </w:tcPr>
          <w:p w:rsidR="00A60E63" w:rsidRPr="00D03E1F" w:rsidRDefault="00C75F5E">
            <w:pPr>
              <w:spacing w:after="0" w:line="240" w:lineRule="auto"/>
            </w:pPr>
            <w:r w:rsidRPr="00D03E1F">
              <w:rPr>
                <w:rFonts w:ascii="Times New Roman" w:eastAsia="Times New Roman" w:hAnsi="Times New Roman"/>
                <w:sz w:val="26"/>
              </w:rPr>
              <w:t>- GV dẫn dắt vào tiết luyện tập.</w:t>
            </w:r>
          </w:p>
        </w:tc>
        <w:tc>
          <w:tcPr>
            <w:tcW w:w="5040" w:type="dxa"/>
            <w:tcBorders>
              <w:bottom w:val="single" w:sz="8" w:space="0" w:color="000000"/>
            </w:tcBorders>
            <w:shd w:val="clear" w:color="auto" w:fill="auto"/>
          </w:tcPr>
          <w:p w:rsidR="00A60E63" w:rsidRPr="00D03E1F" w:rsidRDefault="00C75F5E">
            <w:pPr>
              <w:spacing w:after="0" w:line="240" w:lineRule="auto"/>
            </w:pPr>
            <w:r w:rsidRPr="00D03E1F">
              <w:rPr>
                <w:rFonts w:ascii="Times New Roman" w:eastAsia="Times New Roman" w:hAnsi="Times New Roman"/>
                <w:sz w:val="26"/>
              </w:rPr>
              <w:t>- HS lắng nghe.</w:t>
            </w:r>
          </w:p>
        </w:tc>
      </w:tr>
      <w:tr w:rsidR="00D03E1F" w:rsidRPr="00D03E1F" w:rsidTr="00CF0310">
        <w:trPr>
          <w:jc w:val="center"/>
        </w:trPr>
        <w:tc>
          <w:tcPr>
            <w:tcW w:w="10080" w:type="dxa"/>
            <w:gridSpan w:val="2"/>
            <w:tcBorders>
              <w:top w:val="single" w:sz="8" w:space="0" w:color="000000"/>
              <w:bottom w:val="single" w:sz="8" w:space="0" w:color="000000"/>
            </w:tcBorders>
            <w:shd w:val="clear" w:color="auto" w:fill="auto"/>
          </w:tcPr>
          <w:p w:rsidR="00A60E63" w:rsidRPr="00D03E1F" w:rsidRDefault="00C75F5E">
            <w:pPr>
              <w:spacing w:after="0" w:line="240" w:lineRule="auto"/>
            </w:pPr>
            <w:r w:rsidRPr="00D03E1F">
              <w:rPr>
                <w:rFonts w:ascii="Times New Roman" w:eastAsia="Times New Roman" w:hAnsi="Times New Roman"/>
                <w:b/>
                <w:sz w:val="26"/>
              </w:rPr>
              <w:t>2. Luyện tập (25 phút):</w:t>
            </w:r>
          </w:p>
          <w:p w:rsidR="00A60E63" w:rsidRPr="00D03E1F" w:rsidRDefault="00C75F5E">
            <w:pPr>
              <w:spacing w:after="0" w:line="240" w:lineRule="auto"/>
            </w:pPr>
            <w:r w:rsidRPr="00D03E1F">
              <w:rPr>
                <w:rFonts w:ascii="Times New Roman" w:eastAsia="Times New Roman" w:hAnsi="Times New Roman"/>
                <w:sz w:val="26"/>
              </w:rPr>
              <w:t>- Mục tiêu: Luyện chọn đáp án, phân tích số, xác định Đ/S và điền số tiếp theo trong dãy số.</w:t>
            </w:r>
          </w:p>
          <w:p w:rsidR="00A60E63" w:rsidRPr="00D03E1F" w:rsidRDefault="00C75F5E">
            <w:pPr>
              <w:spacing w:after="0" w:line="240" w:lineRule="auto"/>
            </w:pPr>
            <w:r w:rsidRPr="00D03E1F">
              <w:rPr>
                <w:rFonts w:ascii="Times New Roman" w:eastAsia="Times New Roman" w:hAnsi="Times New Roman"/>
                <w:sz w:val="26"/>
              </w:rPr>
              <w:t>- Mục tiêu tích hợp NLS 1.1.CB1a: HS dùng Liveworksheets để điền số còn thiếu trong dãy số đến 100 000.</w:t>
            </w:r>
          </w:p>
          <w:p w:rsidR="00A60E63" w:rsidRPr="00D03E1F" w:rsidRDefault="00C75F5E">
            <w:pPr>
              <w:spacing w:after="0" w:line="240" w:lineRule="auto"/>
            </w:pPr>
            <w:r w:rsidRPr="00D03E1F">
              <w:rPr>
                <w:rFonts w:ascii="Times New Roman" w:eastAsia="Times New Roman" w:hAnsi="Times New Roman"/>
                <w:sz w:val="26"/>
              </w:rPr>
              <w:t>*Cách tiến hành:</w:t>
            </w:r>
          </w:p>
        </w:tc>
      </w:tr>
      <w:tr w:rsidR="00D03E1F" w:rsidRPr="00D03E1F" w:rsidTr="00CF0310">
        <w:trPr>
          <w:jc w:val="center"/>
        </w:trPr>
        <w:tc>
          <w:tcPr>
            <w:tcW w:w="5040" w:type="dxa"/>
            <w:tcBorders>
              <w:top w:val="single" w:sz="8" w:space="0" w:color="000000"/>
            </w:tcBorders>
            <w:shd w:val="clear" w:color="auto" w:fill="auto"/>
          </w:tcPr>
          <w:p w:rsidR="00A60E63" w:rsidRPr="00D03E1F" w:rsidRDefault="00C75F5E">
            <w:pPr>
              <w:spacing w:after="0" w:line="240" w:lineRule="auto"/>
            </w:pPr>
            <w:r w:rsidRPr="00D03E1F">
              <w:rPr>
                <w:rFonts w:ascii="Times New Roman" w:eastAsia="Times New Roman" w:hAnsi="Times New Roman"/>
                <w:b/>
                <w:sz w:val="26"/>
              </w:rPr>
              <w:t>Bài 1. Chọn câu trả lời đúng. (Làm việc cá nhân)</w:t>
            </w:r>
          </w:p>
          <w:p w:rsidR="00A60E63" w:rsidRPr="00D03E1F" w:rsidRDefault="00C75F5E" w:rsidP="00CF0310">
            <w:pPr>
              <w:spacing w:after="0" w:line="240" w:lineRule="auto"/>
            </w:pPr>
            <w:r w:rsidRPr="00D03E1F">
              <w:rPr>
                <w:rFonts w:ascii="Times New Roman" w:eastAsia="Times New Roman" w:hAnsi="Times New Roman"/>
                <w:sz w:val="26"/>
              </w:rPr>
              <w:t>- HS quan sát hình SGK.</w:t>
            </w:r>
          </w:p>
        </w:tc>
        <w:tc>
          <w:tcPr>
            <w:tcW w:w="5040" w:type="dxa"/>
            <w:tcBorders>
              <w:top w:val="single" w:sz="8" w:space="0" w:color="000000"/>
            </w:tcBorders>
            <w:shd w:val="clear" w:color="auto" w:fill="auto"/>
          </w:tcPr>
          <w:p w:rsidR="00A60E63" w:rsidRPr="00D03E1F" w:rsidRDefault="00C75F5E">
            <w:pPr>
              <w:spacing w:after="0" w:line="240" w:lineRule="auto"/>
            </w:pPr>
            <w:r w:rsidRPr="00D03E1F">
              <w:rPr>
                <w:rFonts w:ascii="Times New Roman" w:eastAsia="Times New Roman" w:hAnsi="Times New Roman"/>
                <w:sz w:val="26"/>
              </w:rPr>
              <w:t>- HS quan sát bài trong SGK.</w:t>
            </w:r>
          </w:p>
        </w:tc>
      </w:tr>
      <w:tr w:rsidR="00D03E1F" w:rsidRPr="00D03E1F" w:rsidTr="00CF0310">
        <w:trPr>
          <w:jc w:val="center"/>
        </w:trPr>
        <w:tc>
          <w:tcPr>
            <w:tcW w:w="5040" w:type="dxa"/>
            <w:shd w:val="clear" w:color="auto" w:fill="auto"/>
          </w:tcPr>
          <w:p w:rsidR="00A60E63" w:rsidRPr="00D03E1F" w:rsidRDefault="00C75F5E">
            <w:pPr>
              <w:spacing w:after="0" w:line="240" w:lineRule="auto"/>
            </w:pPr>
            <w:r w:rsidRPr="00D03E1F">
              <w:rPr>
                <w:rFonts w:ascii="Times New Roman" w:eastAsia="Times New Roman" w:hAnsi="Times New Roman"/>
                <w:sz w:val="26"/>
              </w:rPr>
              <w:t>- GV cho HS đọc yêu cầu Bài 1.</w:t>
            </w:r>
          </w:p>
        </w:tc>
        <w:tc>
          <w:tcPr>
            <w:tcW w:w="5040" w:type="dxa"/>
            <w:shd w:val="clear" w:color="auto" w:fill="auto"/>
          </w:tcPr>
          <w:p w:rsidR="00A60E63" w:rsidRPr="00D03E1F" w:rsidRDefault="00C75F5E">
            <w:pPr>
              <w:spacing w:after="0" w:line="240" w:lineRule="auto"/>
            </w:pPr>
            <w:r w:rsidRPr="00D03E1F">
              <w:rPr>
                <w:rFonts w:ascii="Times New Roman" w:eastAsia="Times New Roman" w:hAnsi="Times New Roman"/>
                <w:sz w:val="26"/>
              </w:rPr>
              <w:t>- HS đọc: Chọn câu trả lời đúng.</w:t>
            </w:r>
          </w:p>
        </w:tc>
      </w:tr>
      <w:tr w:rsidR="00D03E1F" w:rsidRPr="00D03E1F" w:rsidTr="00CF0310">
        <w:trPr>
          <w:jc w:val="center"/>
        </w:trPr>
        <w:tc>
          <w:tcPr>
            <w:tcW w:w="5040" w:type="dxa"/>
            <w:shd w:val="clear" w:color="auto" w:fill="auto"/>
          </w:tcPr>
          <w:p w:rsidR="00A60E63" w:rsidRPr="00D03E1F" w:rsidRDefault="00C75F5E">
            <w:pPr>
              <w:spacing w:after="0" w:line="240" w:lineRule="auto"/>
            </w:pPr>
            <w:r w:rsidRPr="00D03E1F">
              <w:rPr>
                <w:rFonts w:ascii="Times New Roman" w:eastAsia="Times New Roman" w:hAnsi="Times New Roman"/>
                <w:sz w:val="26"/>
              </w:rPr>
              <w:t>- GV hỏi: Bài yêu cầu tìm số có chữ số hàng chục nghìn là mấy?</w:t>
            </w:r>
          </w:p>
        </w:tc>
        <w:tc>
          <w:tcPr>
            <w:tcW w:w="5040" w:type="dxa"/>
            <w:shd w:val="clear" w:color="auto" w:fill="auto"/>
          </w:tcPr>
          <w:p w:rsidR="00A60E63" w:rsidRPr="00D03E1F" w:rsidRDefault="00C75F5E">
            <w:pPr>
              <w:spacing w:after="0" w:line="240" w:lineRule="auto"/>
            </w:pPr>
            <w:r w:rsidRPr="00D03E1F">
              <w:rPr>
                <w:rFonts w:ascii="Times New Roman" w:eastAsia="Times New Roman" w:hAnsi="Times New Roman"/>
                <w:sz w:val="26"/>
              </w:rPr>
              <w:t>- HS trả lời: Hàng chục nghìn là 1.</w:t>
            </w:r>
          </w:p>
        </w:tc>
      </w:tr>
      <w:tr w:rsidR="00D03E1F" w:rsidRPr="00D03E1F" w:rsidTr="00CF0310">
        <w:trPr>
          <w:jc w:val="center"/>
        </w:trPr>
        <w:tc>
          <w:tcPr>
            <w:tcW w:w="5040" w:type="dxa"/>
            <w:shd w:val="clear" w:color="auto" w:fill="auto"/>
          </w:tcPr>
          <w:p w:rsidR="00A60E63" w:rsidRPr="00D03E1F" w:rsidRDefault="00C75F5E">
            <w:pPr>
              <w:spacing w:after="0" w:line="240" w:lineRule="auto"/>
            </w:pPr>
            <w:r w:rsidRPr="00D03E1F">
              <w:rPr>
                <w:rFonts w:ascii="Times New Roman" w:eastAsia="Times New Roman" w:hAnsi="Times New Roman"/>
                <w:sz w:val="26"/>
              </w:rPr>
              <w:t xml:space="preserve">- GV cho HS làm bảng con, chọn đáp án A, </w:t>
            </w:r>
            <w:r w:rsidRPr="00D03E1F">
              <w:rPr>
                <w:rFonts w:ascii="Times New Roman" w:eastAsia="Times New Roman" w:hAnsi="Times New Roman"/>
                <w:sz w:val="26"/>
              </w:rPr>
              <w:lastRenderedPageBreak/>
              <w:t>B, C hoặc D.</w:t>
            </w:r>
          </w:p>
        </w:tc>
        <w:tc>
          <w:tcPr>
            <w:tcW w:w="5040" w:type="dxa"/>
            <w:shd w:val="clear" w:color="auto" w:fill="auto"/>
          </w:tcPr>
          <w:p w:rsidR="00A60E63" w:rsidRPr="00D03E1F" w:rsidRDefault="00C75F5E">
            <w:pPr>
              <w:spacing w:after="0" w:line="240" w:lineRule="auto"/>
            </w:pPr>
            <w:r w:rsidRPr="00D03E1F">
              <w:rPr>
                <w:rFonts w:ascii="Times New Roman" w:eastAsia="Times New Roman" w:hAnsi="Times New Roman"/>
                <w:sz w:val="26"/>
              </w:rPr>
              <w:lastRenderedPageBreak/>
              <w:t>- HS chọn bảng con: D.</w:t>
            </w:r>
          </w:p>
        </w:tc>
      </w:tr>
      <w:tr w:rsidR="00D03E1F" w:rsidRPr="00D03E1F" w:rsidTr="00CF0310">
        <w:trPr>
          <w:jc w:val="center"/>
        </w:trPr>
        <w:tc>
          <w:tcPr>
            <w:tcW w:w="5040" w:type="dxa"/>
            <w:shd w:val="clear" w:color="auto" w:fill="auto"/>
          </w:tcPr>
          <w:p w:rsidR="00A60E63" w:rsidRPr="00D03E1F" w:rsidRDefault="00C75F5E">
            <w:pPr>
              <w:spacing w:after="0" w:line="240" w:lineRule="auto"/>
            </w:pPr>
            <w:r w:rsidRPr="00D03E1F">
              <w:rPr>
                <w:rFonts w:ascii="Times New Roman" w:eastAsia="Times New Roman" w:hAnsi="Times New Roman"/>
                <w:sz w:val="26"/>
              </w:rPr>
              <w:lastRenderedPageBreak/>
              <w:t>- GV hỏi: Vì sao 10 000 đúng?</w:t>
            </w:r>
          </w:p>
        </w:tc>
        <w:tc>
          <w:tcPr>
            <w:tcW w:w="5040" w:type="dxa"/>
            <w:shd w:val="clear" w:color="auto" w:fill="auto"/>
          </w:tcPr>
          <w:p w:rsidR="00A60E63" w:rsidRPr="00D03E1F" w:rsidRDefault="00C75F5E">
            <w:pPr>
              <w:spacing w:after="0" w:line="240" w:lineRule="auto"/>
            </w:pPr>
            <w:r w:rsidRPr="00D03E1F">
              <w:rPr>
                <w:rFonts w:ascii="Times New Roman" w:eastAsia="Times New Roman" w:hAnsi="Times New Roman"/>
                <w:sz w:val="26"/>
              </w:rPr>
              <w:t>- HS trả lời: Vì số 10 000 có chữ số 1 ở hàng chục nghìn.</w:t>
            </w:r>
          </w:p>
        </w:tc>
      </w:tr>
      <w:tr w:rsidR="00D03E1F" w:rsidRPr="00D03E1F" w:rsidTr="00CF0310">
        <w:trPr>
          <w:jc w:val="center"/>
        </w:trPr>
        <w:tc>
          <w:tcPr>
            <w:tcW w:w="5040" w:type="dxa"/>
            <w:shd w:val="clear" w:color="auto" w:fill="auto"/>
          </w:tcPr>
          <w:p w:rsidR="00A60E63" w:rsidRPr="00D03E1F" w:rsidRDefault="00C75F5E">
            <w:pPr>
              <w:spacing w:after="0" w:line="240" w:lineRule="auto"/>
            </w:pPr>
            <w:r w:rsidRPr="00D03E1F">
              <w:rPr>
                <w:rFonts w:ascii="Times New Roman" w:eastAsia="Times New Roman" w:hAnsi="Times New Roman"/>
                <w:sz w:val="26"/>
              </w:rPr>
              <w:t>- GV hỏi: Vì sao 100 000 không phải đáp án?</w:t>
            </w:r>
          </w:p>
        </w:tc>
        <w:tc>
          <w:tcPr>
            <w:tcW w:w="5040" w:type="dxa"/>
            <w:shd w:val="clear" w:color="auto" w:fill="auto"/>
          </w:tcPr>
          <w:p w:rsidR="00A60E63" w:rsidRPr="00D03E1F" w:rsidRDefault="00C75F5E">
            <w:pPr>
              <w:spacing w:after="0" w:line="240" w:lineRule="auto"/>
            </w:pPr>
            <w:r w:rsidRPr="00D03E1F">
              <w:rPr>
                <w:rFonts w:ascii="Times New Roman" w:eastAsia="Times New Roman" w:hAnsi="Times New Roman"/>
                <w:sz w:val="26"/>
              </w:rPr>
              <w:t>- HS trả lời: Vì 100 000 có chữ số 1 ở hàng trăm nghìn, không phải hàng chục nghìn.</w:t>
            </w:r>
          </w:p>
        </w:tc>
      </w:tr>
      <w:tr w:rsidR="00D03E1F" w:rsidRPr="00D03E1F" w:rsidTr="00CF0310">
        <w:trPr>
          <w:jc w:val="center"/>
        </w:trPr>
        <w:tc>
          <w:tcPr>
            <w:tcW w:w="5040" w:type="dxa"/>
            <w:shd w:val="clear" w:color="auto" w:fill="auto"/>
          </w:tcPr>
          <w:p w:rsidR="00A60E63" w:rsidRPr="00D03E1F" w:rsidRDefault="00C75F5E">
            <w:pPr>
              <w:spacing w:after="0" w:line="240" w:lineRule="auto"/>
            </w:pPr>
            <w:r w:rsidRPr="00D03E1F">
              <w:rPr>
                <w:rFonts w:ascii="Times New Roman" w:eastAsia="Times New Roman" w:hAnsi="Times New Roman"/>
                <w:sz w:val="26"/>
              </w:rPr>
              <w:t>- GV cho HS trình bày đáp án.</w:t>
            </w:r>
          </w:p>
        </w:tc>
        <w:tc>
          <w:tcPr>
            <w:tcW w:w="5040" w:type="dxa"/>
            <w:shd w:val="clear" w:color="auto" w:fill="auto"/>
          </w:tcPr>
          <w:p w:rsidR="00A60E63" w:rsidRPr="00D03E1F" w:rsidRDefault="00C75F5E">
            <w:pPr>
              <w:spacing w:after="0" w:line="240" w:lineRule="auto"/>
            </w:pPr>
            <w:r w:rsidRPr="00D03E1F">
              <w:rPr>
                <w:rFonts w:ascii="Times New Roman" w:eastAsia="Times New Roman" w:hAnsi="Times New Roman"/>
                <w:sz w:val="26"/>
              </w:rPr>
              <w:t>- HS trình bày: Đáp án D. 10 000.</w:t>
            </w:r>
          </w:p>
        </w:tc>
      </w:tr>
      <w:tr w:rsidR="00D03E1F" w:rsidRPr="00D03E1F" w:rsidTr="00CF0310">
        <w:trPr>
          <w:jc w:val="center"/>
        </w:trPr>
        <w:tc>
          <w:tcPr>
            <w:tcW w:w="5040" w:type="dxa"/>
            <w:shd w:val="clear" w:color="auto" w:fill="auto"/>
          </w:tcPr>
          <w:p w:rsidR="00A60E63" w:rsidRPr="00D03E1F" w:rsidRDefault="00C75F5E">
            <w:pPr>
              <w:spacing w:after="0" w:line="240" w:lineRule="auto"/>
            </w:pPr>
            <w:r w:rsidRPr="00D03E1F">
              <w:rPr>
                <w:rFonts w:ascii="Times New Roman" w:eastAsia="Times New Roman" w:hAnsi="Times New Roman"/>
                <w:sz w:val="26"/>
              </w:rPr>
              <w:t>- GV kết luận: Khi xét chữ số ở một hàng, cần xác định đúng vị trí của hàng đó.</w:t>
            </w:r>
          </w:p>
        </w:tc>
        <w:tc>
          <w:tcPr>
            <w:tcW w:w="5040" w:type="dxa"/>
            <w:shd w:val="clear" w:color="auto" w:fill="auto"/>
          </w:tcPr>
          <w:p w:rsidR="00A60E63" w:rsidRPr="00D03E1F" w:rsidRDefault="00C75F5E">
            <w:pPr>
              <w:spacing w:after="0" w:line="240" w:lineRule="auto"/>
            </w:pPr>
            <w:r w:rsidRPr="00D03E1F">
              <w:rPr>
                <w:rFonts w:ascii="Times New Roman" w:eastAsia="Times New Roman" w:hAnsi="Times New Roman"/>
                <w:sz w:val="26"/>
              </w:rPr>
              <w:t>- HS lắng nghe.</w:t>
            </w:r>
          </w:p>
        </w:tc>
      </w:tr>
      <w:tr w:rsidR="00D03E1F" w:rsidRPr="00D03E1F" w:rsidTr="00CF0310">
        <w:trPr>
          <w:jc w:val="center"/>
        </w:trPr>
        <w:tc>
          <w:tcPr>
            <w:tcW w:w="5040" w:type="dxa"/>
            <w:shd w:val="clear" w:color="auto" w:fill="auto"/>
          </w:tcPr>
          <w:p w:rsidR="00A60E63" w:rsidRPr="00D03E1F" w:rsidRDefault="00C75F5E">
            <w:pPr>
              <w:spacing w:after="0" w:line="240" w:lineRule="auto"/>
            </w:pPr>
            <w:r w:rsidRPr="00D03E1F">
              <w:rPr>
                <w:rFonts w:ascii="Times New Roman" w:eastAsia="Times New Roman" w:hAnsi="Times New Roman"/>
                <w:b/>
                <w:sz w:val="26"/>
              </w:rPr>
              <w:t>Bài 2. Số? (Làm việc cá nhân vào vở)</w:t>
            </w:r>
          </w:p>
          <w:p w:rsidR="00A60E63" w:rsidRPr="00D03E1F" w:rsidRDefault="00C75F5E">
            <w:pPr>
              <w:spacing w:after="0" w:line="240" w:lineRule="auto"/>
            </w:pPr>
            <w:r w:rsidRPr="00D03E1F">
              <w:rPr>
                <w:rFonts w:ascii="Times New Roman" w:eastAsia="Times New Roman" w:hAnsi="Times New Roman"/>
                <w:sz w:val="26"/>
              </w:rPr>
              <w:t>- HS quan sát hình SGK.</w:t>
            </w:r>
          </w:p>
          <w:p w:rsidR="00A60E63" w:rsidRPr="00D03E1F" w:rsidRDefault="00A60E63" w:rsidP="00CF0310">
            <w:pPr>
              <w:spacing w:after="0" w:line="240" w:lineRule="auto"/>
            </w:pPr>
          </w:p>
        </w:tc>
        <w:tc>
          <w:tcPr>
            <w:tcW w:w="5040" w:type="dxa"/>
            <w:shd w:val="clear" w:color="auto" w:fill="auto"/>
          </w:tcPr>
          <w:p w:rsidR="00A60E63" w:rsidRPr="00D03E1F" w:rsidRDefault="00C75F5E">
            <w:pPr>
              <w:spacing w:after="0" w:line="240" w:lineRule="auto"/>
            </w:pPr>
            <w:r w:rsidRPr="00D03E1F">
              <w:rPr>
                <w:rFonts w:ascii="Times New Roman" w:eastAsia="Times New Roman" w:hAnsi="Times New Roman"/>
                <w:sz w:val="26"/>
              </w:rPr>
              <w:t>- HS quan sát bài trong SGK.</w:t>
            </w:r>
          </w:p>
        </w:tc>
      </w:tr>
      <w:tr w:rsidR="00D03E1F" w:rsidRPr="00D03E1F" w:rsidTr="00CF0310">
        <w:trPr>
          <w:jc w:val="center"/>
        </w:trPr>
        <w:tc>
          <w:tcPr>
            <w:tcW w:w="5040" w:type="dxa"/>
            <w:shd w:val="clear" w:color="auto" w:fill="auto"/>
          </w:tcPr>
          <w:p w:rsidR="00A60E63" w:rsidRPr="00D03E1F" w:rsidRDefault="00C75F5E">
            <w:pPr>
              <w:spacing w:after="0" w:line="240" w:lineRule="auto"/>
            </w:pPr>
            <w:r w:rsidRPr="00D03E1F">
              <w:rPr>
                <w:rFonts w:ascii="Times New Roman" w:eastAsia="Times New Roman" w:hAnsi="Times New Roman"/>
                <w:sz w:val="26"/>
              </w:rPr>
              <w:t>- GV cho HS đọc yêu cầu Bài 2.</w:t>
            </w:r>
          </w:p>
        </w:tc>
        <w:tc>
          <w:tcPr>
            <w:tcW w:w="5040" w:type="dxa"/>
            <w:shd w:val="clear" w:color="auto" w:fill="auto"/>
          </w:tcPr>
          <w:p w:rsidR="00A60E63" w:rsidRPr="00D03E1F" w:rsidRDefault="00C75F5E">
            <w:pPr>
              <w:spacing w:after="0" w:line="240" w:lineRule="auto"/>
            </w:pPr>
            <w:r w:rsidRPr="00D03E1F">
              <w:rPr>
                <w:rFonts w:ascii="Times New Roman" w:eastAsia="Times New Roman" w:hAnsi="Times New Roman"/>
                <w:sz w:val="26"/>
              </w:rPr>
              <w:t>- HS đọc: Số?</w:t>
            </w:r>
          </w:p>
        </w:tc>
      </w:tr>
      <w:tr w:rsidR="00D03E1F" w:rsidRPr="00D03E1F" w:rsidTr="00CF0310">
        <w:trPr>
          <w:jc w:val="center"/>
        </w:trPr>
        <w:tc>
          <w:tcPr>
            <w:tcW w:w="5040" w:type="dxa"/>
            <w:shd w:val="clear" w:color="auto" w:fill="auto"/>
          </w:tcPr>
          <w:p w:rsidR="00A60E63" w:rsidRPr="00D03E1F" w:rsidRDefault="00C75F5E">
            <w:pPr>
              <w:spacing w:after="0" w:line="240" w:lineRule="auto"/>
            </w:pPr>
            <w:r w:rsidRPr="00D03E1F">
              <w:rPr>
                <w:rFonts w:ascii="Times New Roman" w:eastAsia="Times New Roman" w:hAnsi="Times New Roman"/>
                <w:sz w:val="26"/>
              </w:rPr>
              <w:t>- GV hỏi: 54 766 gồm 50 000, mấy nghìn, mấy trăm, mấy chục, mấy đơn vị?</w:t>
            </w:r>
          </w:p>
        </w:tc>
        <w:tc>
          <w:tcPr>
            <w:tcW w:w="5040" w:type="dxa"/>
            <w:shd w:val="clear" w:color="auto" w:fill="auto"/>
          </w:tcPr>
          <w:p w:rsidR="00A60E63" w:rsidRPr="00D03E1F" w:rsidRDefault="00C75F5E">
            <w:pPr>
              <w:spacing w:after="0" w:line="240" w:lineRule="auto"/>
            </w:pPr>
            <w:r w:rsidRPr="00D03E1F">
              <w:rPr>
                <w:rFonts w:ascii="Times New Roman" w:eastAsia="Times New Roman" w:hAnsi="Times New Roman"/>
                <w:sz w:val="26"/>
              </w:rPr>
              <w:t>- HS trả lời: 50 000 + 4 000 + 700 + 60 + 6.</w:t>
            </w:r>
          </w:p>
        </w:tc>
      </w:tr>
      <w:tr w:rsidR="00D03E1F" w:rsidRPr="00D03E1F" w:rsidTr="00CF0310">
        <w:trPr>
          <w:jc w:val="center"/>
        </w:trPr>
        <w:tc>
          <w:tcPr>
            <w:tcW w:w="5040" w:type="dxa"/>
            <w:shd w:val="clear" w:color="auto" w:fill="auto"/>
          </w:tcPr>
          <w:p w:rsidR="00A60E63" w:rsidRPr="00D03E1F" w:rsidRDefault="00C75F5E">
            <w:pPr>
              <w:spacing w:after="0" w:line="240" w:lineRule="auto"/>
            </w:pPr>
            <w:r w:rsidRPr="00D03E1F">
              <w:rPr>
                <w:rFonts w:ascii="Times New Roman" w:eastAsia="Times New Roman" w:hAnsi="Times New Roman"/>
                <w:sz w:val="26"/>
              </w:rPr>
              <w:t>- GV hỏi: 15 000 gồm 5 000 cộng thêm bao nhiêu?</w:t>
            </w:r>
          </w:p>
        </w:tc>
        <w:tc>
          <w:tcPr>
            <w:tcW w:w="5040" w:type="dxa"/>
            <w:shd w:val="clear" w:color="auto" w:fill="auto"/>
          </w:tcPr>
          <w:p w:rsidR="00A60E63" w:rsidRPr="00D03E1F" w:rsidRDefault="00C75F5E">
            <w:pPr>
              <w:spacing w:after="0" w:line="240" w:lineRule="auto"/>
            </w:pPr>
            <w:r w:rsidRPr="00D03E1F">
              <w:rPr>
                <w:rFonts w:ascii="Times New Roman" w:eastAsia="Times New Roman" w:hAnsi="Times New Roman"/>
                <w:sz w:val="26"/>
              </w:rPr>
              <w:t>- HS trả lời: 10 000.</w:t>
            </w:r>
          </w:p>
        </w:tc>
      </w:tr>
      <w:tr w:rsidR="00D03E1F" w:rsidRPr="00D03E1F" w:rsidTr="00CF0310">
        <w:trPr>
          <w:jc w:val="center"/>
        </w:trPr>
        <w:tc>
          <w:tcPr>
            <w:tcW w:w="5040" w:type="dxa"/>
            <w:shd w:val="clear" w:color="auto" w:fill="auto"/>
          </w:tcPr>
          <w:p w:rsidR="00A60E63" w:rsidRPr="00D03E1F" w:rsidRDefault="00C75F5E">
            <w:pPr>
              <w:spacing w:after="0" w:line="240" w:lineRule="auto"/>
            </w:pPr>
            <w:r w:rsidRPr="00D03E1F">
              <w:rPr>
                <w:rFonts w:ascii="Times New Roman" w:eastAsia="Times New Roman" w:hAnsi="Times New Roman"/>
                <w:sz w:val="26"/>
              </w:rPr>
              <w:t>- GV hỏi: 37 059 gồm 30 000 + 7 000 + mấy + 9?</w:t>
            </w:r>
          </w:p>
        </w:tc>
        <w:tc>
          <w:tcPr>
            <w:tcW w:w="5040" w:type="dxa"/>
            <w:shd w:val="clear" w:color="auto" w:fill="auto"/>
          </w:tcPr>
          <w:p w:rsidR="00A60E63" w:rsidRPr="00D03E1F" w:rsidRDefault="00C75F5E">
            <w:pPr>
              <w:spacing w:after="0" w:line="240" w:lineRule="auto"/>
            </w:pPr>
            <w:r w:rsidRPr="00D03E1F">
              <w:rPr>
                <w:rFonts w:ascii="Times New Roman" w:eastAsia="Times New Roman" w:hAnsi="Times New Roman"/>
                <w:sz w:val="26"/>
              </w:rPr>
              <w:t>- HS trả lời: 50.</w:t>
            </w:r>
          </w:p>
        </w:tc>
      </w:tr>
      <w:tr w:rsidR="00D03E1F" w:rsidRPr="00D03E1F" w:rsidTr="00CF0310">
        <w:trPr>
          <w:jc w:val="center"/>
        </w:trPr>
        <w:tc>
          <w:tcPr>
            <w:tcW w:w="5040" w:type="dxa"/>
            <w:shd w:val="clear" w:color="auto" w:fill="auto"/>
          </w:tcPr>
          <w:p w:rsidR="00A60E63" w:rsidRPr="00D03E1F" w:rsidRDefault="00C75F5E">
            <w:pPr>
              <w:spacing w:after="0" w:line="240" w:lineRule="auto"/>
            </w:pPr>
            <w:r w:rsidRPr="00D03E1F">
              <w:rPr>
                <w:rFonts w:ascii="Times New Roman" w:eastAsia="Times New Roman" w:hAnsi="Times New Roman"/>
                <w:sz w:val="26"/>
              </w:rPr>
              <w:t>- GV hỏi: 76 205 gồm 70 000 + 6 000 + 200 + mấy?</w:t>
            </w:r>
          </w:p>
        </w:tc>
        <w:tc>
          <w:tcPr>
            <w:tcW w:w="5040" w:type="dxa"/>
            <w:shd w:val="clear" w:color="auto" w:fill="auto"/>
          </w:tcPr>
          <w:p w:rsidR="00A60E63" w:rsidRPr="00D03E1F" w:rsidRDefault="00C75F5E">
            <w:pPr>
              <w:spacing w:after="0" w:line="240" w:lineRule="auto"/>
            </w:pPr>
            <w:r w:rsidRPr="00D03E1F">
              <w:rPr>
                <w:rFonts w:ascii="Times New Roman" w:eastAsia="Times New Roman" w:hAnsi="Times New Roman"/>
                <w:sz w:val="26"/>
              </w:rPr>
              <w:t>- HS trả lời: 5.</w:t>
            </w:r>
          </w:p>
        </w:tc>
      </w:tr>
      <w:tr w:rsidR="00D03E1F" w:rsidRPr="00D03E1F" w:rsidTr="00CF0310">
        <w:trPr>
          <w:jc w:val="center"/>
        </w:trPr>
        <w:tc>
          <w:tcPr>
            <w:tcW w:w="5040" w:type="dxa"/>
            <w:shd w:val="clear" w:color="auto" w:fill="auto"/>
          </w:tcPr>
          <w:p w:rsidR="00A60E63" w:rsidRPr="00D03E1F" w:rsidRDefault="00C75F5E">
            <w:pPr>
              <w:spacing w:after="0" w:line="240" w:lineRule="auto"/>
            </w:pPr>
            <w:r w:rsidRPr="00D03E1F">
              <w:rPr>
                <w:rFonts w:ascii="Times New Roman" w:eastAsia="Times New Roman" w:hAnsi="Times New Roman"/>
                <w:sz w:val="26"/>
              </w:rPr>
              <w:t>- GV cho HS trình bày kết quả vào vở.</w:t>
            </w:r>
          </w:p>
        </w:tc>
        <w:tc>
          <w:tcPr>
            <w:tcW w:w="5040" w:type="dxa"/>
            <w:shd w:val="clear" w:color="auto" w:fill="auto"/>
          </w:tcPr>
          <w:p w:rsidR="00A60E63" w:rsidRPr="00D03E1F" w:rsidRDefault="00C75F5E">
            <w:pPr>
              <w:spacing w:after="0" w:line="240" w:lineRule="auto"/>
            </w:pPr>
            <w:r w:rsidRPr="00D03E1F">
              <w:rPr>
                <w:rFonts w:ascii="Times New Roman" w:eastAsia="Times New Roman" w:hAnsi="Times New Roman"/>
                <w:sz w:val="26"/>
              </w:rPr>
              <w:t>- HS viết: a) 4 000; b) 10 000; c) 50; d) 5.</w:t>
            </w:r>
          </w:p>
        </w:tc>
      </w:tr>
      <w:tr w:rsidR="00D03E1F" w:rsidRPr="00D03E1F" w:rsidTr="00CF0310">
        <w:trPr>
          <w:jc w:val="center"/>
        </w:trPr>
        <w:tc>
          <w:tcPr>
            <w:tcW w:w="5040" w:type="dxa"/>
            <w:shd w:val="clear" w:color="auto" w:fill="auto"/>
          </w:tcPr>
          <w:p w:rsidR="00A60E63" w:rsidRPr="00D03E1F" w:rsidRDefault="00C75F5E">
            <w:pPr>
              <w:spacing w:after="0" w:line="240" w:lineRule="auto"/>
            </w:pPr>
            <w:r w:rsidRPr="00D03E1F">
              <w:rPr>
                <w:rFonts w:ascii="Times New Roman" w:eastAsia="Times New Roman" w:hAnsi="Times New Roman"/>
                <w:sz w:val="26"/>
              </w:rPr>
              <w:t>- GV kết luận: Phân tích số cần dựa vào giá trị của từng chữ số theo hàng.</w:t>
            </w:r>
          </w:p>
        </w:tc>
        <w:tc>
          <w:tcPr>
            <w:tcW w:w="5040" w:type="dxa"/>
            <w:shd w:val="clear" w:color="auto" w:fill="auto"/>
          </w:tcPr>
          <w:p w:rsidR="00A60E63" w:rsidRPr="00D03E1F" w:rsidRDefault="00C75F5E">
            <w:pPr>
              <w:spacing w:after="0" w:line="240" w:lineRule="auto"/>
            </w:pPr>
            <w:r w:rsidRPr="00D03E1F">
              <w:rPr>
                <w:rFonts w:ascii="Times New Roman" w:eastAsia="Times New Roman" w:hAnsi="Times New Roman"/>
                <w:sz w:val="26"/>
              </w:rPr>
              <w:t>- HS lắng nghe và sửa bài.</w:t>
            </w:r>
          </w:p>
        </w:tc>
      </w:tr>
      <w:tr w:rsidR="00D03E1F" w:rsidRPr="00D03E1F" w:rsidTr="00CF0310">
        <w:trPr>
          <w:jc w:val="center"/>
        </w:trPr>
        <w:tc>
          <w:tcPr>
            <w:tcW w:w="5040" w:type="dxa"/>
            <w:shd w:val="clear" w:color="auto" w:fill="auto"/>
          </w:tcPr>
          <w:p w:rsidR="00A60E63" w:rsidRPr="00D03E1F" w:rsidRDefault="00C75F5E">
            <w:pPr>
              <w:spacing w:after="0" w:line="240" w:lineRule="auto"/>
            </w:pPr>
            <w:r w:rsidRPr="00D03E1F">
              <w:rPr>
                <w:rFonts w:ascii="Times New Roman" w:eastAsia="Times New Roman" w:hAnsi="Times New Roman"/>
                <w:b/>
                <w:sz w:val="26"/>
              </w:rPr>
              <w:t>Bài 3. Đ, S? (Làm việc nhóm 2)</w:t>
            </w:r>
          </w:p>
          <w:p w:rsidR="00A60E63" w:rsidRPr="00D03E1F" w:rsidRDefault="00C75F5E">
            <w:pPr>
              <w:spacing w:after="0" w:line="240" w:lineRule="auto"/>
            </w:pPr>
            <w:r w:rsidRPr="00D03E1F">
              <w:rPr>
                <w:rFonts w:ascii="Times New Roman" w:eastAsia="Times New Roman" w:hAnsi="Times New Roman"/>
                <w:sz w:val="26"/>
              </w:rPr>
              <w:t>- HS quan sát hình SGK.</w:t>
            </w:r>
          </w:p>
          <w:p w:rsidR="00A60E63" w:rsidRPr="00D03E1F" w:rsidRDefault="00A60E63">
            <w:pPr>
              <w:spacing w:after="0" w:line="240" w:lineRule="auto"/>
              <w:jc w:val="center"/>
            </w:pPr>
          </w:p>
        </w:tc>
        <w:tc>
          <w:tcPr>
            <w:tcW w:w="5040" w:type="dxa"/>
            <w:shd w:val="clear" w:color="auto" w:fill="auto"/>
          </w:tcPr>
          <w:p w:rsidR="00A60E63" w:rsidRPr="00D03E1F" w:rsidRDefault="00C75F5E">
            <w:pPr>
              <w:spacing w:after="0" w:line="240" w:lineRule="auto"/>
            </w:pPr>
            <w:r w:rsidRPr="00D03E1F">
              <w:rPr>
                <w:rFonts w:ascii="Times New Roman" w:eastAsia="Times New Roman" w:hAnsi="Times New Roman"/>
                <w:sz w:val="26"/>
              </w:rPr>
              <w:t>- HS quan sát bài trong SGK.</w:t>
            </w:r>
          </w:p>
        </w:tc>
      </w:tr>
      <w:tr w:rsidR="00D03E1F" w:rsidRPr="00D03E1F" w:rsidTr="00CF0310">
        <w:trPr>
          <w:jc w:val="center"/>
        </w:trPr>
        <w:tc>
          <w:tcPr>
            <w:tcW w:w="5040" w:type="dxa"/>
            <w:shd w:val="clear" w:color="auto" w:fill="auto"/>
          </w:tcPr>
          <w:p w:rsidR="00A60E63" w:rsidRPr="00D03E1F" w:rsidRDefault="00C75F5E">
            <w:pPr>
              <w:spacing w:after="0" w:line="240" w:lineRule="auto"/>
            </w:pPr>
            <w:r w:rsidRPr="00D03E1F">
              <w:rPr>
                <w:rFonts w:ascii="Times New Roman" w:eastAsia="Times New Roman" w:hAnsi="Times New Roman"/>
                <w:sz w:val="26"/>
              </w:rPr>
              <w:t>- GV cho HS đọc yêu cầu Bài 3.</w:t>
            </w:r>
          </w:p>
        </w:tc>
        <w:tc>
          <w:tcPr>
            <w:tcW w:w="5040" w:type="dxa"/>
            <w:shd w:val="clear" w:color="auto" w:fill="auto"/>
          </w:tcPr>
          <w:p w:rsidR="00A60E63" w:rsidRPr="00D03E1F" w:rsidRDefault="00C75F5E">
            <w:pPr>
              <w:spacing w:after="0" w:line="240" w:lineRule="auto"/>
            </w:pPr>
            <w:r w:rsidRPr="00D03E1F">
              <w:rPr>
                <w:rFonts w:ascii="Times New Roman" w:eastAsia="Times New Roman" w:hAnsi="Times New Roman"/>
                <w:sz w:val="26"/>
              </w:rPr>
              <w:t>- HS đọc: Đ, S?</w:t>
            </w:r>
          </w:p>
        </w:tc>
      </w:tr>
      <w:tr w:rsidR="00D03E1F" w:rsidRPr="00D03E1F" w:rsidTr="00CF0310">
        <w:trPr>
          <w:jc w:val="center"/>
        </w:trPr>
        <w:tc>
          <w:tcPr>
            <w:tcW w:w="5040" w:type="dxa"/>
            <w:shd w:val="clear" w:color="auto" w:fill="auto"/>
          </w:tcPr>
          <w:p w:rsidR="00A60E63" w:rsidRPr="00D03E1F" w:rsidRDefault="00C75F5E">
            <w:pPr>
              <w:spacing w:after="0" w:line="240" w:lineRule="auto"/>
            </w:pPr>
            <w:r w:rsidRPr="00D03E1F">
              <w:rPr>
                <w:rFonts w:ascii="Times New Roman" w:eastAsia="Times New Roman" w:hAnsi="Times New Roman"/>
                <w:sz w:val="26"/>
              </w:rPr>
              <w:t>- GV cho HS làm nhóm 2, đọc kĩ khoảng số từ 13 820 đến 13 824.</w:t>
            </w:r>
          </w:p>
        </w:tc>
        <w:tc>
          <w:tcPr>
            <w:tcW w:w="5040" w:type="dxa"/>
            <w:shd w:val="clear" w:color="auto" w:fill="auto"/>
          </w:tcPr>
          <w:p w:rsidR="00A60E63" w:rsidRPr="00D03E1F" w:rsidRDefault="00C75F5E">
            <w:pPr>
              <w:spacing w:after="0" w:line="240" w:lineRule="auto"/>
            </w:pPr>
            <w:r w:rsidRPr="00D03E1F">
              <w:rPr>
                <w:rFonts w:ascii="Times New Roman" w:eastAsia="Times New Roman" w:hAnsi="Times New Roman"/>
                <w:sz w:val="26"/>
              </w:rPr>
              <w:t>- HS trao đổi nhóm 2 và liệt kê các số có thể bốc được.</w:t>
            </w:r>
          </w:p>
        </w:tc>
      </w:tr>
      <w:tr w:rsidR="00D03E1F" w:rsidRPr="00D03E1F" w:rsidTr="00CF0310">
        <w:trPr>
          <w:jc w:val="center"/>
        </w:trPr>
        <w:tc>
          <w:tcPr>
            <w:tcW w:w="5040" w:type="dxa"/>
            <w:shd w:val="clear" w:color="auto" w:fill="auto"/>
          </w:tcPr>
          <w:p w:rsidR="00A60E63" w:rsidRPr="00D03E1F" w:rsidRDefault="00C75F5E">
            <w:pPr>
              <w:spacing w:after="0" w:line="240" w:lineRule="auto"/>
            </w:pPr>
            <w:r w:rsidRPr="00D03E1F">
              <w:rPr>
                <w:rFonts w:ascii="Times New Roman" w:eastAsia="Times New Roman" w:hAnsi="Times New Roman"/>
                <w:sz w:val="26"/>
              </w:rPr>
              <w:t>- GV hỏi: Trong thùng còn các số nào?</w:t>
            </w:r>
          </w:p>
        </w:tc>
        <w:tc>
          <w:tcPr>
            <w:tcW w:w="5040" w:type="dxa"/>
            <w:shd w:val="clear" w:color="auto" w:fill="auto"/>
          </w:tcPr>
          <w:p w:rsidR="00A60E63" w:rsidRPr="00D03E1F" w:rsidRDefault="00C75F5E">
            <w:pPr>
              <w:spacing w:after="0" w:line="240" w:lineRule="auto"/>
            </w:pPr>
            <w:r w:rsidRPr="00D03E1F">
              <w:rPr>
                <w:rFonts w:ascii="Times New Roman" w:eastAsia="Times New Roman" w:hAnsi="Times New Roman"/>
                <w:sz w:val="26"/>
              </w:rPr>
              <w:t>- HS trả lời: 13 820, 13 821, 13 822, 13 823, 13 824.</w:t>
            </w:r>
          </w:p>
        </w:tc>
      </w:tr>
      <w:tr w:rsidR="00D03E1F" w:rsidRPr="00D03E1F" w:rsidTr="00CF0310">
        <w:trPr>
          <w:jc w:val="center"/>
        </w:trPr>
        <w:tc>
          <w:tcPr>
            <w:tcW w:w="5040" w:type="dxa"/>
            <w:shd w:val="clear" w:color="auto" w:fill="auto"/>
          </w:tcPr>
          <w:p w:rsidR="00A60E63" w:rsidRPr="00D03E1F" w:rsidRDefault="00C75F5E">
            <w:pPr>
              <w:spacing w:after="0" w:line="240" w:lineRule="auto"/>
            </w:pPr>
            <w:r w:rsidRPr="00D03E1F">
              <w:rPr>
                <w:rFonts w:ascii="Times New Roman" w:eastAsia="Times New Roman" w:hAnsi="Times New Roman"/>
                <w:sz w:val="26"/>
              </w:rPr>
              <w:t>- GV hỏi: Bác Trí không thể bốc được số 13 819 là đúng hay sai?</w:t>
            </w:r>
          </w:p>
        </w:tc>
        <w:tc>
          <w:tcPr>
            <w:tcW w:w="5040" w:type="dxa"/>
            <w:shd w:val="clear" w:color="auto" w:fill="auto"/>
          </w:tcPr>
          <w:p w:rsidR="00A60E63" w:rsidRPr="00D03E1F" w:rsidRDefault="00C75F5E">
            <w:pPr>
              <w:spacing w:after="0" w:line="240" w:lineRule="auto"/>
            </w:pPr>
            <w:r w:rsidRPr="00D03E1F">
              <w:rPr>
                <w:rFonts w:ascii="Times New Roman" w:eastAsia="Times New Roman" w:hAnsi="Times New Roman"/>
                <w:sz w:val="26"/>
              </w:rPr>
              <w:t>- HS trả lời: Đúng, vì 13 819 không nằm trong các số còn lại.</w:t>
            </w:r>
          </w:p>
        </w:tc>
      </w:tr>
      <w:tr w:rsidR="00D03E1F" w:rsidRPr="00D03E1F" w:rsidTr="00CF0310">
        <w:trPr>
          <w:jc w:val="center"/>
        </w:trPr>
        <w:tc>
          <w:tcPr>
            <w:tcW w:w="5040" w:type="dxa"/>
            <w:shd w:val="clear" w:color="auto" w:fill="auto"/>
          </w:tcPr>
          <w:p w:rsidR="00A60E63" w:rsidRPr="00D03E1F" w:rsidRDefault="00C75F5E">
            <w:pPr>
              <w:spacing w:after="0" w:line="240" w:lineRule="auto"/>
            </w:pPr>
            <w:r w:rsidRPr="00D03E1F">
              <w:rPr>
                <w:rFonts w:ascii="Times New Roman" w:eastAsia="Times New Roman" w:hAnsi="Times New Roman"/>
                <w:sz w:val="26"/>
              </w:rPr>
              <w:t>- GV hỏi: Chú Dũng chắc chắn bốc được số 13 824 là đúng hay sai?</w:t>
            </w:r>
          </w:p>
        </w:tc>
        <w:tc>
          <w:tcPr>
            <w:tcW w:w="5040" w:type="dxa"/>
            <w:shd w:val="clear" w:color="auto" w:fill="auto"/>
          </w:tcPr>
          <w:p w:rsidR="00A60E63" w:rsidRPr="00D03E1F" w:rsidRDefault="00C75F5E">
            <w:pPr>
              <w:spacing w:after="0" w:line="240" w:lineRule="auto"/>
            </w:pPr>
            <w:r w:rsidRPr="00D03E1F">
              <w:rPr>
                <w:rFonts w:ascii="Times New Roman" w:eastAsia="Times New Roman" w:hAnsi="Times New Roman"/>
                <w:sz w:val="26"/>
              </w:rPr>
              <w:t>- HS trả lời: Sai, vì chú Dũng có thể bốc được một trong các số từ 13 820 đến 13 824.</w:t>
            </w:r>
          </w:p>
        </w:tc>
      </w:tr>
      <w:tr w:rsidR="00D03E1F" w:rsidRPr="00D03E1F" w:rsidTr="00CF0310">
        <w:trPr>
          <w:jc w:val="center"/>
        </w:trPr>
        <w:tc>
          <w:tcPr>
            <w:tcW w:w="5040" w:type="dxa"/>
            <w:shd w:val="clear" w:color="auto" w:fill="auto"/>
          </w:tcPr>
          <w:p w:rsidR="00A60E63" w:rsidRPr="00D03E1F" w:rsidRDefault="00C75F5E">
            <w:pPr>
              <w:spacing w:after="0" w:line="240" w:lineRule="auto"/>
            </w:pPr>
            <w:r w:rsidRPr="00D03E1F">
              <w:rPr>
                <w:rFonts w:ascii="Times New Roman" w:eastAsia="Times New Roman" w:hAnsi="Times New Roman"/>
                <w:sz w:val="26"/>
              </w:rPr>
              <w:t>- GV hỏi: Chú Dũng có thể bốc được số 13 822 là đúng hay sai?</w:t>
            </w:r>
          </w:p>
        </w:tc>
        <w:tc>
          <w:tcPr>
            <w:tcW w:w="5040" w:type="dxa"/>
            <w:shd w:val="clear" w:color="auto" w:fill="auto"/>
          </w:tcPr>
          <w:p w:rsidR="00A60E63" w:rsidRPr="00D03E1F" w:rsidRDefault="00C75F5E">
            <w:pPr>
              <w:spacing w:after="0" w:line="240" w:lineRule="auto"/>
            </w:pPr>
            <w:r w:rsidRPr="00D03E1F">
              <w:rPr>
                <w:rFonts w:ascii="Times New Roman" w:eastAsia="Times New Roman" w:hAnsi="Times New Roman"/>
                <w:sz w:val="26"/>
              </w:rPr>
              <w:t>- HS trả lời: Đúng, vì 13 822 nằm trong các số còn lại.</w:t>
            </w:r>
          </w:p>
        </w:tc>
      </w:tr>
      <w:tr w:rsidR="00D03E1F" w:rsidRPr="00D03E1F" w:rsidTr="00CF0310">
        <w:trPr>
          <w:jc w:val="center"/>
        </w:trPr>
        <w:tc>
          <w:tcPr>
            <w:tcW w:w="5040" w:type="dxa"/>
            <w:shd w:val="clear" w:color="auto" w:fill="auto"/>
          </w:tcPr>
          <w:p w:rsidR="00A60E63" w:rsidRPr="00D03E1F" w:rsidRDefault="00C75F5E">
            <w:pPr>
              <w:spacing w:after="0" w:line="240" w:lineRule="auto"/>
            </w:pPr>
            <w:r w:rsidRPr="00D03E1F">
              <w:rPr>
                <w:rFonts w:ascii="Times New Roman" w:eastAsia="Times New Roman" w:hAnsi="Times New Roman"/>
                <w:sz w:val="26"/>
              </w:rPr>
              <w:t>- GV cho HS trình bày đáp án.</w:t>
            </w:r>
          </w:p>
        </w:tc>
        <w:tc>
          <w:tcPr>
            <w:tcW w:w="5040" w:type="dxa"/>
            <w:shd w:val="clear" w:color="auto" w:fill="auto"/>
          </w:tcPr>
          <w:p w:rsidR="00A60E63" w:rsidRPr="00D03E1F" w:rsidRDefault="00C75F5E">
            <w:pPr>
              <w:spacing w:after="0" w:line="240" w:lineRule="auto"/>
            </w:pPr>
            <w:r w:rsidRPr="00D03E1F">
              <w:rPr>
                <w:rFonts w:ascii="Times New Roman" w:eastAsia="Times New Roman" w:hAnsi="Times New Roman"/>
                <w:sz w:val="26"/>
              </w:rPr>
              <w:t>- HS trình bày: a) Đ; b) S; c) Đ.</w:t>
            </w:r>
          </w:p>
        </w:tc>
      </w:tr>
      <w:tr w:rsidR="00D03E1F" w:rsidRPr="00D03E1F" w:rsidTr="00CF0310">
        <w:trPr>
          <w:jc w:val="center"/>
        </w:trPr>
        <w:tc>
          <w:tcPr>
            <w:tcW w:w="5040" w:type="dxa"/>
            <w:shd w:val="clear" w:color="auto" w:fill="auto"/>
          </w:tcPr>
          <w:p w:rsidR="00A60E63" w:rsidRPr="00D03E1F" w:rsidRDefault="00C75F5E">
            <w:pPr>
              <w:spacing w:after="0" w:line="240" w:lineRule="auto"/>
            </w:pPr>
            <w:r w:rsidRPr="00D03E1F">
              <w:rPr>
                <w:rFonts w:ascii="Times New Roman" w:eastAsia="Times New Roman" w:hAnsi="Times New Roman"/>
                <w:sz w:val="26"/>
              </w:rPr>
              <w:t>- GV kết luận: “Chắc chắn” là luôn xảy ra, “có thể” là có khả năng xảy ra.</w:t>
            </w:r>
          </w:p>
        </w:tc>
        <w:tc>
          <w:tcPr>
            <w:tcW w:w="5040" w:type="dxa"/>
            <w:shd w:val="clear" w:color="auto" w:fill="auto"/>
          </w:tcPr>
          <w:p w:rsidR="00A60E63" w:rsidRPr="00D03E1F" w:rsidRDefault="00C75F5E">
            <w:pPr>
              <w:spacing w:after="0" w:line="240" w:lineRule="auto"/>
            </w:pPr>
            <w:r w:rsidRPr="00D03E1F">
              <w:rPr>
                <w:rFonts w:ascii="Times New Roman" w:eastAsia="Times New Roman" w:hAnsi="Times New Roman"/>
                <w:sz w:val="26"/>
              </w:rPr>
              <w:t>- HS lắng nghe.</w:t>
            </w:r>
          </w:p>
        </w:tc>
      </w:tr>
      <w:tr w:rsidR="00D03E1F" w:rsidRPr="00D03E1F" w:rsidTr="00CF0310">
        <w:trPr>
          <w:jc w:val="center"/>
        </w:trPr>
        <w:tc>
          <w:tcPr>
            <w:tcW w:w="5040" w:type="dxa"/>
            <w:shd w:val="clear" w:color="auto" w:fill="auto"/>
          </w:tcPr>
          <w:p w:rsidR="00A60E63" w:rsidRPr="00D03E1F" w:rsidRDefault="00C75F5E">
            <w:pPr>
              <w:spacing w:after="0" w:line="240" w:lineRule="auto"/>
            </w:pPr>
            <w:r w:rsidRPr="00D03E1F">
              <w:rPr>
                <w:rFonts w:ascii="Times New Roman" w:eastAsia="Times New Roman" w:hAnsi="Times New Roman"/>
                <w:b/>
                <w:sz w:val="26"/>
              </w:rPr>
              <w:t>Bài 4. Số khung xe đạp. (Làm việc cá nhân trên Liveworksheets)</w:t>
            </w:r>
          </w:p>
          <w:p w:rsidR="00A60E63" w:rsidRPr="00D03E1F" w:rsidRDefault="00C75F5E">
            <w:pPr>
              <w:spacing w:after="0" w:line="240" w:lineRule="auto"/>
            </w:pPr>
            <w:r w:rsidRPr="00D03E1F">
              <w:rPr>
                <w:rFonts w:ascii="Times New Roman" w:eastAsia="Times New Roman" w:hAnsi="Times New Roman"/>
                <w:sz w:val="26"/>
              </w:rPr>
              <w:t>- HS quan sát hình SGK.</w:t>
            </w:r>
          </w:p>
          <w:p w:rsidR="00A60E63" w:rsidRPr="00D03E1F" w:rsidRDefault="00A60E63" w:rsidP="00CF0310">
            <w:pPr>
              <w:spacing w:after="0" w:line="240" w:lineRule="auto"/>
            </w:pPr>
          </w:p>
        </w:tc>
        <w:tc>
          <w:tcPr>
            <w:tcW w:w="5040" w:type="dxa"/>
            <w:shd w:val="clear" w:color="auto" w:fill="auto"/>
          </w:tcPr>
          <w:p w:rsidR="00A60E63" w:rsidRPr="00D03E1F" w:rsidRDefault="00C75F5E">
            <w:pPr>
              <w:spacing w:after="0" w:line="240" w:lineRule="auto"/>
            </w:pPr>
            <w:r w:rsidRPr="00D03E1F">
              <w:rPr>
                <w:rFonts w:ascii="Times New Roman" w:eastAsia="Times New Roman" w:hAnsi="Times New Roman"/>
                <w:sz w:val="26"/>
              </w:rPr>
              <w:t>- HS quan sát bài trong SGK.</w:t>
            </w:r>
          </w:p>
        </w:tc>
      </w:tr>
      <w:tr w:rsidR="00D03E1F" w:rsidRPr="00D03E1F" w:rsidTr="00CF0310">
        <w:trPr>
          <w:jc w:val="center"/>
        </w:trPr>
        <w:tc>
          <w:tcPr>
            <w:tcW w:w="5040" w:type="dxa"/>
            <w:shd w:val="clear" w:color="auto" w:fill="auto"/>
          </w:tcPr>
          <w:p w:rsidR="00A60E63" w:rsidRPr="00D03E1F" w:rsidRDefault="00C75F5E">
            <w:pPr>
              <w:spacing w:after="0" w:line="240" w:lineRule="auto"/>
            </w:pPr>
            <w:r w:rsidRPr="00D03E1F">
              <w:rPr>
                <w:rFonts w:ascii="Times New Roman" w:eastAsia="Times New Roman" w:hAnsi="Times New Roman"/>
                <w:sz w:val="26"/>
              </w:rPr>
              <w:t>- GV cho HS đọc yêu cầu Bài 4.</w:t>
            </w:r>
          </w:p>
        </w:tc>
        <w:tc>
          <w:tcPr>
            <w:tcW w:w="5040" w:type="dxa"/>
            <w:shd w:val="clear" w:color="auto" w:fill="auto"/>
          </w:tcPr>
          <w:p w:rsidR="00A60E63" w:rsidRPr="00D03E1F" w:rsidRDefault="00C75F5E">
            <w:pPr>
              <w:spacing w:after="0" w:line="240" w:lineRule="auto"/>
            </w:pPr>
            <w:r w:rsidRPr="00D03E1F">
              <w:rPr>
                <w:rFonts w:ascii="Times New Roman" w:eastAsia="Times New Roman" w:hAnsi="Times New Roman"/>
                <w:sz w:val="26"/>
              </w:rPr>
              <w:t xml:space="preserve">- HS đọc: Người ta đóng số lên các khung xe đạp. Các khung xe đã được đóng số từ 1 đến 99 997. Hỏi ba khung xe tiếp theo sẽ được </w:t>
            </w:r>
            <w:r w:rsidRPr="00D03E1F">
              <w:rPr>
                <w:rFonts w:ascii="Times New Roman" w:eastAsia="Times New Roman" w:hAnsi="Times New Roman"/>
                <w:sz w:val="26"/>
              </w:rPr>
              <w:lastRenderedPageBreak/>
              <w:t>đóng số nào?</w:t>
            </w:r>
          </w:p>
        </w:tc>
      </w:tr>
      <w:tr w:rsidR="00D03E1F" w:rsidRPr="00D03E1F" w:rsidTr="00CF0310">
        <w:trPr>
          <w:jc w:val="center"/>
        </w:trPr>
        <w:tc>
          <w:tcPr>
            <w:tcW w:w="5040" w:type="dxa"/>
            <w:shd w:val="clear" w:color="auto" w:fill="auto"/>
          </w:tcPr>
          <w:p w:rsidR="00A60E63" w:rsidRPr="00D03E1F" w:rsidRDefault="00C75F5E">
            <w:pPr>
              <w:spacing w:after="0" w:line="240" w:lineRule="auto"/>
            </w:pPr>
            <w:r w:rsidRPr="00D03E1F">
              <w:rPr>
                <w:rFonts w:ascii="Times New Roman" w:eastAsia="Times New Roman" w:hAnsi="Times New Roman"/>
                <w:sz w:val="26"/>
              </w:rPr>
              <w:lastRenderedPageBreak/>
              <w:t>- Tích hợp NLS - Công cụ Liveworksheets: GV giới thiệu phiếu dãy số gần 100 000, yêu cầu HS điền số tiếp theo, bấm kiểm tra và giải thích vì sao mỗi số tăng thêm 1.</w:t>
            </w:r>
          </w:p>
        </w:tc>
        <w:tc>
          <w:tcPr>
            <w:tcW w:w="5040" w:type="dxa"/>
            <w:shd w:val="clear" w:color="auto" w:fill="auto"/>
          </w:tcPr>
          <w:p w:rsidR="00A60E63" w:rsidRPr="00D03E1F" w:rsidRDefault="00C75F5E">
            <w:pPr>
              <w:spacing w:after="0" w:line="240" w:lineRule="auto"/>
            </w:pPr>
            <w:r w:rsidRPr="00D03E1F">
              <w:rPr>
                <w:rFonts w:ascii="Times New Roman" w:eastAsia="Times New Roman" w:hAnsi="Times New Roman"/>
                <w:sz w:val="26"/>
              </w:rPr>
              <w:t>- HS điền số trên Liveworksheets, xem phản hồi và nêu quy luật tăng 1.</w:t>
            </w:r>
          </w:p>
        </w:tc>
      </w:tr>
      <w:tr w:rsidR="00D03E1F" w:rsidRPr="00D03E1F" w:rsidTr="00CF0310">
        <w:trPr>
          <w:jc w:val="center"/>
        </w:trPr>
        <w:tc>
          <w:tcPr>
            <w:tcW w:w="5040" w:type="dxa"/>
            <w:shd w:val="clear" w:color="auto" w:fill="auto"/>
          </w:tcPr>
          <w:p w:rsidR="00A60E63" w:rsidRPr="00D03E1F" w:rsidRDefault="00C75F5E">
            <w:pPr>
              <w:spacing w:after="0" w:line="240" w:lineRule="auto"/>
            </w:pPr>
            <w:r w:rsidRPr="00D03E1F">
              <w:rPr>
                <w:rFonts w:ascii="Times New Roman" w:eastAsia="Times New Roman" w:hAnsi="Times New Roman"/>
                <w:sz w:val="26"/>
              </w:rPr>
              <w:t>- GV hỏi: Sau 99 997 là số nào?</w:t>
            </w:r>
          </w:p>
        </w:tc>
        <w:tc>
          <w:tcPr>
            <w:tcW w:w="5040" w:type="dxa"/>
            <w:shd w:val="clear" w:color="auto" w:fill="auto"/>
          </w:tcPr>
          <w:p w:rsidR="00A60E63" w:rsidRPr="00D03E1F" w:rsidRDefault="00C75F5E">
            <w:pPr>
              <w:spacing w:after="0" w:line="240" w:lineRule="auto"/>
            </w:pPr>
            <w:r w:rsidRPr="00D03E1F">
              <w:rPr>
                <w:rFonts w:ascii="Times New Roman" w:eastAsia="Times New Roman" w:hAnsi="Times New Roman"/>
                <w:sz w:val="26"/>
              </w:rPr>
              <w:t>- HS trả lời: 99 998.</w:t>
            </w:r>
          </w:p>
        </w:tc>
      </w:tr>
      <w:tr w:rsidR="00D03E1F" w:rsidRPr="00D03E1F" w:rsidTr="00CF0310">
        <w:trPr>
          <w:jc w:val="center"/>
        </w:trPr>
        <w:tc>
          <w:tcPr>
            <w:tcW w:w="5040" w:type="dxa"/>
            <w:shd w:val="clear" w:color="auto" w:fill="auto"/>
          </w:tcPr>
          <w:p w:rsidR="00A60E63" w:rsidRPr="00D03E1F" w:rsidRDefault="00C75F5E">
            <w:pPr>
              <w:spacing w:after="0" w:line="240" w:lineRule="auto"/>
            </w:pPr>
            <w:r w:rsidRPr="00D03E1F">
              <w:rPr>
                <w:rFonts w:ascii="Times New Roman" w:eastAsia="Times New Roman" w:hAnsi="Times New Roman"/>
                <w:sz w:val="26"/>
              </w:rPr>
              <w:t>- GV hỏi: Sau 99 998 là số nào?</w:t>
            </w:r>
          </w:p>
        </w:tc>
        <w:tc>
          <w:tcPr>
            <w:tcW w:w="5040" w:type="dxa"/>
            <w:shd w:val="clear" w:color="auto" w:fill="auto"/>
          </w:tcPr>
          <w:p w:rsidR="00A60E63" w:rsidRPr="00D03E1F" w:rsidRDefault="00C75F5E">
            <w:pPr>
              <w:spacing w:after="0" w:line="240" w:lineRule="auto"/>
            </w:pPr>
            <w:r w:rsidRPr="00D03E1F">
              <w:rPr>
                <w:rFonts w:ascii="Times New Roman" w:eastAsia="Times New Roman" w:hAnsi="Times New Roman"/>
                <w:sz w:val="26"/>
              </w:rPr>
              <w:t>- HS trả lời: 99 999.</w:t>
            </w:r>
          </w:p>
        </w:tc>
      </w:tr>
      <w:tr w:rsidR="00D03E1F" w:rsidRPr="00D03E1F" w:rsidTr="00CF0310">
        <w:trPr>
          <w:jc w:val="center"/>
        </w:trPr>
        <w:tc>
          <w:tcPr>
            <w:tcW w:w="5040" w:type="dxa"/>
            <w:shd w:val="clear" w:color="auto" w:fill="auto"/>
          </w:tcPr>
          <w:p w:rsidR="00A60E63" w:rsidRPr="00D03E1F" w:rsidRDefault="00C75F5E">
            <w:pPr>
              <w:spacing w:after="0" w:line="240" w:lineRule="auto"/>
            </w:pPr>
            <w:r w:rsidRPr="00D03E1F">
              <w:rPr>
                <w:rFonts w:ascii="Times New Roman" w:eastAsia="Times New Roman" w:hAnsi="Times New Roman"/>
                <w:sz w:val="26"/>
              </w:rPr>
              <w:t>- GV hỏi: Sau 99 999 là số nào?</w:t>
            </w:r>
          </w:p>
        </w:tc>
        <w:tc>
          <w:tcPr>
            <w:tcW w:w="5040" w:type="dxa"/>
            <w:shd w:val="clear" w:color="auto" w:fill="auto"/>
          </w:tcPr>
          <w:p w:rsidR="00A60E63" w:rsidRPr="00D03E1F" w:rsidRDefault="00C75F5E">
            <w:pPr>
              <w:spacing w:after="0" w:line="240" w:lineRule="auto"/>
            </w:pPr>
            <w:r w:rsidRPr="00D03E1F">
              <w:rPr>
                <w:rFonts w:ascii="Times New Roman" w:eastAsia="Times New Roman" w:hAnsi="Times New Roman"/>
                <w:sz w:val="26"/>
              </w:rPr>
              <w:t>- HS trả lời: 100 000.</w:t>
            </w:r>
          </w:p>
        </w:tc>
      </w:tr>
      <w:tr w:rsidR="00D03E1F" w:rsidRPr="00D03E1F" w:rsidTr="00CF0310">
        <w:trPr>
          <w:jc w:val="center"/>
        </w:trPr>
        <w:tc>
          <w:tcPr>
            <w:tcW w:w="5040" w:type="dxa"/>
            <w:shd w:val="clear" w:color="auto" w:fill="auto"/>
          </w:tcPr>
          <w:p w:rsidR="00A60E63" w:rsidRPr="00D03E1F" w:rsidRDefault="00C75F5E">
            <w:pPr>
              <w:spacing w:after="0" w:line="240" w:lineRule="auto"/>
            </w:pPr>
            <w:r w:rsidRPr="00D03E1F">
              <w:rPr>
                <w:rFonts w:ascii="Times New Roman" w:eastAsia="Times New Roman" w:hAnsi="Times New Roman"/>
                <w:sz w:val="26"/>
              </w:rPr>
              <w:t>- GV cho HS trình bày ba số tiếp theo.</w:t>
            </w:r>
          </w:p>
        </w:tc>
        <w:tc>
          <w:tcPr>
            <w:tcW w:w="5040" w:type="dxa"/>
            <w:shd w:val="clear" w:color="auto" w:fill="auto"/>
          </w:tcPr>
          <w:p w:rsidR="00A60E63" w:rsidRPr="00D03E1F" w:rsidRDefault="00C75F5E">
            <w:pPr>
              <w:spacing w:after="0" w:line="240" w:lineRule="auto"/>
            </w:pPr>
            <w:r w:rsidRPr="00D03E1F">
              <w:rPr>
                <w:rFonts w:ascii="Times New Roman" w:eastAsia="Times New Roman" w:hAnsi="Times New Roman"/>
                <w:sz w:val="26"/>
              </w:rPr>
              <w:t>- HS trình bày: 99 998, 99 999, 100 000.</w:t>
            </w:r>
          </w:p>
        </w:tc>
      </w:tr>
      <w:tr w:rsidR="00D03E1F" w:rsidRPr="00D03E1F" w:rsidTr="00CF0310">
        <w:trPr>
          <w:jc w:val="center"/>
        </w:trPr>
        <w:tc>
          <w:tcPr>
            <w:tcW w:w="5040" w:type="dxa"/>
            <w:tcBorders>
              <w:bottom w:val="single" w:sz="8" w:space="0" w:color="000000"/>
            </w:tcBorders>
            <w:shd w:val="clear" w:color="auto" w:fill="auto"/>
          </w:tcPr>
          <w:p w:rsidR="00A60E63" w:rsidRPr="00D03E1F" w:rsidRDefault="00C75F5E">
            <w:pPr>
              <w:spacing w:after="0" w:line="240" w:lineRule="auto"/>
            </w:pPr>
            <w:r w:rsidRPr="00D03E1F">
              <w:rPr>
                <w:rFonts w:ascii="Times New Roman" w:eastAsia="Times New Roman" w:hAnsi="Times New Roman"/>
                <w:sz w:val="26"/>
              </w:rPr>
              <w:t>- GV kết luận: Dãy số tự nhiên liên tiếp tăng thêm 1 đơn vị.</w:t>
            </w:r>
          </w:p>
        </w:tc>
        <w:tc>
          <w:tcPr>
            <w:tcW w:w="5040" w:type="dxa"/>
            <w:tcBorders>
              <w:bottom w:val="single" w:sz="8" w:space="0" w:color="000000"/>
            </w:tcBorders>
            <w:shd w:val="clear" w:color="auto" w:fill="auto"/>
          </w:tcPr>
          <w:p w:rsidR="00A60E63" w:rsidRPr="00D03E1F" w:rsidRDefault="00C75F5E">
            <w:pPr>
              <w:spacing w:after="0" w:line="240" w:lineRule="auto"/>
            </w:pPr>
            <w:r w:rsidRPr="00D03E1F">
              <w:rPr>
                <w:rFonts w:ascii="Times New Roman" w:eastAsia="Times New Roman" w:hAnsi="Times New Roman"/>
                <w:sz w:val="26"/>
              </w:rPr>
              <w:t>- HS lắng nghe.</w:t>
            </w:r>
          </w:p>
        </w:tc>
      </w:tr>
      <w:tr w:rsidR="00D03E1F" w:rsidRPr="00D03E1F" w:rsidTr="00CF0310">
        <w:trPr>
          <w:jc w:val="center"/>
        </w:trPr>
        <w:tc>
          <w:tcPr>
            <w:tcW w:w="10080" w:type="dxa"/>
            <w:gridSpan w:val="2"/>
            <w:tcBorders>
              <w:top w:val="single" w:sz="8" w:space="0" w:color="000000"/>
              <w:bottom w:val="single" w:sz="8" w:space="0" w:color="000000"/>
            </w:tcBorders>
            <w:shd w:val="clear" w:color="auto" w:fill="auto"/>
          </w:tcPr>
          <w:p w:rsidR="00A60E63" w:rsidRPr="00D03E1F" w:rsidRDefault="00C75F5E">
            <w:pPr>
              <w:spacing w:after="0" w:line="240" w:lineRule="auto"/>
            </w:pPr>
            <w:r w:rsidRPr="00D03E1F">
              <w:rPr>
                <w:rFonts w:ascii="Times New Roman" w:eastAsia="Times New Roman" w:hAnsi="Times New Roman"/>
                <w:b/>
                <w:sz w:val="26"/>
              </w:rPr>
              <w:t>3. Vận dụng - Trải nghiệm (5 phút):</w:t>
            </w:r>
          </w:p>
          <w:p w:rsidR="00A60E63" w:rsidRPr="00D03E1F" w:rsidRDefault="00C75F5E">
            <w:pPr>
              <w:spacing w:after="0" w:line="240" w:lineRule="auto"/>
            </w:pPr>
            <w:r w:rsidRPr="00D03E1F">
              <w:rPr>
                <w:rFonts w:ascii="Times New Roman" w:eastAsia="Times New Roman" w:hAnsi="Times New Roman"/>
                <w:sz w:val="26"/>
              </w:rPr>
              <w:t>- Mục tiêu: Củng cố phân tích số, số liền sau và tình huống chắc chắn, có thể.</w:t>
            </w:r>
          </w:p>
          <w:p w:rsidR="00A60E63" w:rsidRPr="00D03E1F" w:rsidRDefault="00C75F5E">
            <w:pPr>
              <w:spacing w:after="0" w:line="240" w:lineRule="auto"/>
            </w:pPr>
            <w:r w:rsidRPr="00D03E1F">
              <w:rPr>
                <w:rFonts w:ascii="Times New Roman" w:eastAsia="Times New Roman" w:hAnsi="Times New Roman"/>
                <w:sz w:val="26"/>
              </w:rPr>
              <w:t>*Cách tiến hành:</w:t>
            </w:r>
          </w:p>
        </w:tc>
      </w:tr>
      <w:tr w:rsidR="00D03E1F" w:rsidRPr="00D03E1F" w:rsidTr="00CF0310">
        <w:trPr>
          <w:jc w:val="center"/>
        </w:trPr>
        <w:tc>
          <w:tcPr>
            <w:tcW w:w="5040" w:type="dxa"/>
            <w:tcBorders>
              <w:top w:val="single" w:sz="8" w:space="0" w:color="000000"/>
            </w:tcBorders>
            <w:shd w:val="clear" w:color="auto" w:fill="auto"/>
          </w:tcPr>
          <w:p w:rsidR="00A60E63" w:rsidRPr="00D03E1F" w:rsidRDefault="00C75F5E">
            <w:pPr>
              <w:spacing w:after="0" w:line="240" w:lineRule="auto"/>
            </w:pPr>
            <w:r w:rsidRPr="00D03E1F">
              <w:rPr>
                <w:rFonts w:ascii="Times New Roman" w:eastAsia="Times New Roman" w:hAnsi="Times New Roman"/>
                <w:sz w:val="26"/>
              </w:rPr>
              <w:t>- GV hỏi: Muốn phân tích số 54 766, em dựa vào đâu?</w:t>
            </w:r>
          </w:p>
        </w:tc>
        <w:tc>
          <w:tcPr>
            <w:tcW w:w="5040" w:type="dxa"/>
            <w:tcBorders>
              <w:top w:val="single" w:sz="8" w:space="0" w:color="000000"/>
            </w:tcBorders>
            <w:shd w:val="clear" w:color="auto" w:fill="auto"/>
          </w:tcPr>
          <w:p w:rsidR="00A60E63" w:rsidRPr="00D03E1F" w:rsidRDefault="00C75F5E">
            <w:pPr>
              <w:spacing w:after="0" w:line="240" w:lineRule="auto"/>
            </w:pPr>
            <w:r w:rsidRPr="00D03E1F">
              <w:rPr>
                <w:rFonts w:ascii="Times New Roman" w:eastAsia="Times New Roman" w:hAnsi="Times New Roman"/>
                <w:sz w:val="26"/>
              </w:rPr>
              <w:t>- HS trả lời: Em dựa vào giá trị từng chữ số theo hàng.</w:t>
            </w:r>
          </w:p>
        </w:tc>
      </w:tr>
      <w:tr w:rsidR="00D03E1F" w:rsidRPr="00D03E1F" w:rsidTr="00CF0310">
        <w:trPr>
          <w:jc w:val="center"/>
        </w:trPr>
        <w:tc>
          <w:tcPr>
            <w:tcW w:w="5040" w:type="dxa"/>
            <w:shd w:val="clear" w:color="auto" w:fill="auto"/>
          </w:tcPr>
          <w:p w:rsidR="00A60E63" w:rsidRPr="00D03E1F" w:rsidRDefault="00C75F5E">
            <w:pPr>
              <w:spacing w:after="0" w:line="240" w:lineRule="auto"/>
            </w:pPr>
            <w:r w:rsidRPr="00D03E1F">
              <w:rPr>
                <w:rFonts w:ascii="Times New Roman" w:eastAsia="Times New Roman" w:hAnsi="Times New Roman"/>
                <w:sz w:val="26"/>
              </w:rPr>
              <w:t>- GV hỏi: Sau 99 999 là số nào?</w:t>
            </w:r>
          </w:p>
        </w:tc>
        <w:tc>
          <w:tcPr>
            <w:tcW w:w="5040" w:type="dxa"/>
            <w:shd w:val="clear" w:color="auto" w:fill="auto"/>
          </w:tcPr>
          <w:p w:rsidR="00A60E63" w:rsidRPr="00D03E1F" w:rsidRDefault="00C75F5E">
            <w:pPr>
              <w:spacing w:after="0" w:line="240" w:lineRule="auto"/>
            </w:pPr>
            <w:r w:rsidRPr="00D03E1F">
              <w:rPr>
                <w:rFonts w:ascii="Times New Roman" w:eastAsia="Times New Roman" w:hAnsi="Times New Roman"/>
                <w:sz w:val="26"/>
              </w:rPr>
              <w:t>- HS trả lời: 100 000.</w:t>
            </w:r>
          </w:p>
        </w:tc>
      </w:tr>
      <w:tr w:rsidR="00D03E1F" w:rsidRPr="00D03E1F" w:rsidTr="00CF0310">
        <w:trPr>
          <w:jc w:val="center"/>
        </w:trPr>
        <w:tc>
          <w:tcPr>
            <w:tcW w:w="5040" w:type="dxa"/>
            <w:shd w:val="clear" w:color="auto" w:fill="auto"/>
          </w:tcPr>
          <w:p w:rsidR="00A60E63" w:rsidRPr="00D03E1F" w:rsidRDefault="00C75F5E">
            <w:pPr>
              <w:spacing w:after="0" w:line="240" w:lineRule="auto"/>
            </w:pPr>
            <w:r w:rsidRPr="00D03E1F">
              <w:rPr>
                <w:rFonts w:ascii="Times New Roman" w:eastAsia="Times New Roman" w:hAnsi="Times New Roman"/>
                <w:sz w:val="26"/>
              </w:rPr>
              <w:t>- GV liên hệ: Khi đánh số xe, số ghế hoặc số thứ tự, các số thường tăng liên tiếp thêm 1.</w:t>
            </w:r>
          </w:p>
        </w:tc>
        <w:tc>
          <w:tcPr>
            <w:tcW w:w="5040" w:type="dxa"/>
            <w:shd w:val="clear" w:color="auto" w:fill="auto"/>
          </w:tcPr>
          <w:p w:rsidR="00A60E63" w:rsidRPr="00D03E1F" w:rsidRDefault="00C75F5E">
            <w:pPr>
              <w:spacing w:after="0" w:line="240" w:lineRule="auto"/>
            </w:pPr>
            <w:r w:rsidRPr="00D03E1F">
              <w:rPr>
                <w:rFonts w:ascii="Times New Roman" w:eastAsia="Times New Roman" w:hAnsi="Times New Roman"/>
                <w:sz w:val="26"/>
              </w:rPr>
              <w:t>- HS lắng nghe và nêu ví dụ.</w:t>
            </w:r>
          </w:p>
        </w:tc>
      </w:tr>
      <w:tr w:rsidR="00D03E1F" w:rsidRPr="00D03E1F" w:rsidTr="00CF0310">
        <w:trPr>
          <w:jc w:val="center"/>
        </w:trPr>
        <w:tc>
          <w:tcPr>
            <w:tcW w:w="5040" w:type="dxa"/>
            <w:shd w:val="clear" w:color="auto" w:fill="auto"/>
          </w:tcPr>
          <w:p w:rsidR="00A60E63" w:rsidRPr="00D03E1F" w:rsidRDefault="00C75F5E">
            <w:pPr>
              <w:spacing w:after="0" w:line="240" w:lineRule="auto"/>
            </w:pPr>
            <w:r w:rsidRPr="00D03E1F">
              <w:rPr>
                <w:rFonts w:ascii="Times New Roman" w:eastAsia="Times New Roman" w:hAnsi="Times New Roman"/>
                <w:sz w:val="26"/>
              </w:rPr>
              <w:t>- GV nhận xét tiết học, tuyên dương HS biết giải thích vì sao chọn Đ hoặc S.</w:t>
            </w:r>
          </w:p>
        </w:tc>
        <w:tc>
          <w:tcPr>
            <w:tcW w:w="5040" w:type="dxa"/>
            <w:shd w:val="clear" w:color="auto" w:fill="auto"/>
          </w:tcPr>
          <w:p w:rsidR="00A60E63" w:rsidRPr="00D03E1F" w:rsidRDefault="00C75F5E">
            <w:pPr>
              <w:spacing w:after="0" w:line="240" w:lineRule="auto"/>
            </w:pPr>
            <w:r w:rsidRPr="00D03E1F">
              <w:rPr>
                <w:rFonts w:ascii="Times New Roman" w:eastAsia="Times New Roman" w:hAnsi="Times New Roman"/>
                <w:sz w:val="26"/>
              </w:rPr>
              <w:t>- HS lắng nghe.</w:t>
            </w:r>
          </w:p>
        </w:tc>
      </w:tr>
      <w:tr w:rsidR="00D03E1F" w:rsidRPr="00D03E1F" w:rsidTr="00CF0310">
        <w:trPr>
          <w:jc w:val="center"/>
        </w:trPr>
        <w:tc>
          <w:tcPr>
            <w:tcW w:w="5040" w:type="dxa"/>
            <w:shd w:val="clear" w:color="auto" w:fill="auto"/>
          </w:tcPr>
          <w:p w:rsidR="00A60E63" w:rsidRPr="00D03E1F" w:rsidRDefault="00C75F5E">
            <w:pPr>
              <w:spacing w:after="0" w:line="240" w:lineRule="auto"/>
            </w:pPr>
            <w:r w:rsidRPr="00D03E1F">
              <w:rPr>
                <w:rFonts w:ascii="Times New Roman" w:eastAsia="Times New Roman" w:hAnsi="Times New Roman"/>
                <w:sz w:val="26"/>
              </w:rPr>
              <w:t>- GV dặn dò HS về nhà luyện dãy số gần 100 000 và chuẩn bị tiết 4.</w:t>
            </w:r>
          </w:p>
        </w:tc>
        <w:tc>
          <w:tcPr>
            <w:tcW w:w="5040" w:type="dxa"/>
            <w:shd w:val="clear" w:color="auto" w:fill="auto"/>
          </w:tcPr>
          <w:p w:rsidR="00A60E63" w:rsidRPr="00D03E1F" w:rsidRDefault="00C75F5E">
            <w:pPr>
              <w:spacing w:after="0" w:line="240" w:lineRule="auto"/>
            </w:pPr>
            <w:r w:rsidRPr="00D03E1F">
              <w:rPr>
                <w:rFonts w:ascii="Times New Roman" w:eastAsia="Times New Roman" w:hAnsi="Times New Roman"/>
                <w:sz w:val="26"/>
              </w:rPr>
              <w:t>- HS ghi nhớ nhiệm vụ.</w:t>
            </w:r>
          </w:p>
        </w:tc>
      </w:tr>
    </w:tbl>
    <w:p w:rsidR="00A60E63" w:rsidRPr="00D03E1F" w:rsidRDefault="00C75F5E">
      <w:pPr>
        <w:spacing w:after="0" w:line="240" w:lineRule="auto"/>
      </w:pPr>
      <w:r w:rsidRPr="00D03E1F">
        <w:rPr>
          <w:rFonts w:ascii="Times New Roman" w:eastAsia="Times New Roman" w:hAnsi="Times New Roman"/>
          <w:b/>
          <w:sz w:val="26"/>
        </w:rPr>
        <w:t>IV. ĐIỀU CHỈNH SAU BÀI DẠY:</w:t>
      </w:r>
    </w:p>
    <w:p w:rsidR="00A60E63" w:rsidRPr="00D03E1F" w:rsidRDefault="00C75F5E">
      <w:pPr>
        <w:spacing w:after="0" w:line="240" w:lineRule="auto"/>
      </w:pPr>
      <w:r w:rsidRPr="00D03E1F">
        <w:rPr>
          <w:rFonts w:ascii="Times New Roman" w:eastAsia="Times New Roman" w:hAnsi="Times New Roman"/>
          <w:sz w:val="26"/>
        </w:rPr>
        <w:t>.......................................................................................................................................</w:t>
      </w:r>
    </w:p>
    <w:p w:rsidR="00A60E63" w:rsidRPr="00D03E1F" w:rsidRDefault="00C75F5E">
      <w:pPr>
        <w:spacing w:after="0" w:line="240" w:lineRule="auto"/>
      </w:pPr>
      <w:r w:rsidRPr="00D03E1F">
        <w:rPr>
          <w:rFonts w:ascii="Times New Roman" w:eastAsia="Times New Roman" w:hAnsi="Times New Roman"/>
          <w:sz w:val="26"/>
        </w:rPr>
        <w:t>.......................................................................................................................................</w:t>
      </w:r>
    </w:p>
    <w:p w:rsidR="00A60E63" w:rsidRPr="00D03E1F" w:rsidRDefault="00C75F5E">
      <w:pPr>
        <w:spacing w:after="0" w:line="240" w:lineRule="auto"/>
        <w:jc w:val="center"/>
      </w:pPr>
      <w:r w:rsidRPr="00D03E1F">
        <w:rPr>
          <w:rFonts w:ascii="Times New Roman" w:eastAsia="Times New Roman" w:hAnsi="Times New Roman"/>
          <w:b/>
          <w:sz w:val="28"/>
        </w:rPr>
        <w:t>TUẦN 26</w:t>
      </w:r>
    </w:p>
    <w:p w:rsidR="00A60E63" w:rsidRPr="00D03E1F" w:rsidRDefault="00C75F5E">
      <w:pPr>
        <w:spacing w:after="0" w:line="240" w:lineRule="auto"/>
        <w:jc w:val="center"/>
      </w:pPr>
      <w:r w:rsidRPr="00D03E1F">
        <w:rPr>
          <w:rFonts w:ascii="Times New Roman" w:eastAsia="Times New Roman" w:hAnsi="Times New Roman"/>
          <w:b/>
          <w:sz w:val="28"/>
        </w:rPr>
        <w:t>KẾ HOẠCH BÀI DẠY MÔN TOÁN 3</w:t>
      </w:r>
    </w:p>
    <w:p w:rsidR="00A60E63" w:rsidRPr="00D03E1F" w:rsidRDefault="00C75F5E">
      <w:pPr>
        <w:spacing w:after="0" w:line="240" w:lineRule="auto"/>
        <w:jc w:val="center"/>
      </w:pPr>
      <w:r w:rsidRPr="00D03E1F">
        <w:rPr>
          <w:rFonts w:ascii="Times New Roman" w:eastAsia="Times New Roman" w:hAnsi="Times New Roman"/>
          <w:b/>
          <w:sz w:val="26"/>
        </w:rPr>
        <w:t>CHỦ ĐỀ 11: CÁC SỐ ĐẾN 100 000</w:t>
      </w:r>
    </w:p>
    <w:p w:rsidR="00A60E63" w:rsidRPr="00D03E1F" w:rsidRDefault="00C75F5E">
      <w:pPr>
        <w:spacing w:after="0" w:line="240" w:lineRule="auto"/>
        <w:jc w:val="center"/>
      </w:pPr>
      <w:r w:rsidRPr="00D03E1F">
        <w:rPr>
          <w:rFonts w:ascii="Times New Roman" w:eastAsia="Times New Roman" w:hAnsi="Times New Roman"/>
          <w:b/>
          <w:sz w:val="26"/>
        </w:rPr>
        <w:t>Bài 59: Các số có năm chữ số. Số 100 000 (Tiết 4) - Trang 60</w:t>
      </w:r>
    </w:p>
    <w:p w:rsidR="00A60E63" w:rsidRPr="00D03E1F" w:rsidRDefault="00C75F5E">
      <w:pPr>
        <w:spacing w:after="0" w:line="240" w:lineRule="auto"/>
      </w:pPr>
      <w:r w:rsidRPr="00D03E1F">
        <w:rPr>
          <w:rFonts w:ascii="Times New Roman" w:eastAsia="Times New Roman" w:hAnsi="Times New Roman"/>
          <w:b/>
          <w:sz w:val="26"/>
        </w:rPr>
        <w:t>I. YÊU CẦU CẦN ĐẠT:</w:t>
      </w:r>
    </w:p>
    <w:p w:rsidR="00A60E63" w:rsidRPr="00D03E1F" w:rsidRDefault="00C75F5E">
      <w:pPr>
        <w:spacing w:after="0" w:line="240" w:lineRule="auto"/>
      </w:pPr>
      <w:r w:rsidRPr="00D03E1F">
        <w:rPr>
          <w:rFonts w:ascii="Times New Roman" w:eastAsia="Times New Roman" w:hAnsi="Times New Roman"/>
          <w:b/>
          <w:sz w:val="26"/>
        </w:rPr>
        <w:t>1. Năng lực đặc thù:</w:t>
      </w:r>
    </w:p>
    <w:p w:rsidR="00A60E63" w:rsidRPr="00D03E1F" w:rsidRDefault="00C75F5E">
      <w:pPr>
        <w:spacing w:after="0" w:line="240" w:lineRule="auto"/>
      </w:pPr>
      <w:r w:rsidRPr="00D03E1F">
        <w:rPr>
          <w:rFonts w:ascii="Times New Roman" w:eastAsia="Times New Roman" w:hAnsi="Times New Roman"/>
          <w:sz w:val="26"/>
        </w:rPr>
        <w:t>- Củng cố đọc, viết và phân tích số có năm chữ số.</w:t>
      </w:r>
    </w:p>
    <w:p w:rsidR="00A60E63" w:rsidRPr="00D03E1F" w:rsidRDefault="00C75F5E">
      <w:pPr>
        <w:spacing w:after="0" w:line="240" w:lineRule="auto"/>
      </w:pPr>
      <w:r w:rsidRPr="00D03E1F">
        <w:rPr>
          <w:rFonts w:ascii="Times New Roman" w:eastAsia="Times New Roman" w:hAnsi="Times New Roman"/>
          <w:sz w:val="26"/>
        </w:rPr>
        <w:t>- Điền được số còn thiếu trong dãy số theo quy luật.</w:t>
      </w:r>
    </w:p>
    <w:p w:rsidR="00A60E63" w:rsidRPr="00D03E1F" w:rsidRDefault="00C75F5E">
      <w:pPr>
        <w:spacing w:after="0" w:line="240" w:lineRule="auto"/>
      </w:pPr>
      <w:r w:rsidRPr="00D03E1F">
        <w:rPr>
          <w:rFonts w:ascii="Times New Roman" w:eastAsia="Times New Roman" w:hAnsi="Times New Roman"/>
          <w:sz w:val="26"/>
        </w:rPr>
        <w:t>- Nhận biết được số tròn chục nghìn trong dãy số.</w:t>
      </w:r>
    </w:p>
    <w:p w:rsidR="00A60E63" w:rsidRPr="00D03E1F" w:rsidRDefault="00C75F5E">
      <w:pPr>
        <w:spacing w:after="0" w:line="240" w:lineRule="auto"/>
      </w:pPr>
      <w:r w:rsidRPr="00D03E1F">
        <w:rPr>
          <w:rFonts w:ascii="Times New Roman" w:eastAsia="Times New Roman" w:hAnsi="Times New Roman"/>
          <w:sz w:val="26"/>
        </w:rPr>
        <w:t>- Tìm được số thỏa mãn nhiều điều kiện về hàng và làm tròn.</w:t>
      </w:r>
    </w:p>
    <w:p w:rsidR="00A60E63" w:rsidRPr="00D03E1F" w:rsidRDefault="00C75F5E">
      <w:pPr>
        <w:spacing w:after="0" w:line="240" w:lineRule="auto"/>
      </w:pPr>
      <w:r w:rsidRPr="00D03E1F">
        <w:rPr>
          <w:rFonts w:ascii="Times New Roman" w:eastAsia="Times New Roman" w:hAnsi="Times New Roman"/>
          <w:b/>
          <w:sz w:val="26"/>
        </w:rPr>
        <w:t>2. Năng lực chung:</w:t>
      </w:r>
    </w:p>
    <w:p w:rsidR="00A60E63" w:rsidRPr="00D03E1F" w:rsidRDefault="00C75F5E">
      <w:pPr>
        <w:spacing w:after="0" w:line="240" w:lineRule="auto"/>
      </w:pPr>
      <w:r w:rsidRPr="00D03E1F">
        <w:rPr>
          <w:rFonts w:ascii="Times New Roman" w:eastAsia="Times New Roman" w:hAnsi="Times New Roman"/>
          <w:sz w:val="26"/>
        </w:rPr>
        <w:t>- Tự chủ, tự học: tự đọc số, điền số còn thiếu và kiểm tra đáp án.</w:t>
      </w:r>
    </w:p>
    <w:p w:rsidR="00A60E63" w:rsidRPr="00D03E1F" w:rsidRDefault="00C75F5E">
      <w:pPr>
        <w:spacing w:after="0" w:line="240" w:lineRule="auto"/>
      </w:pPr>
      <w:r w:rsidRPr="00D03E1F">
        <w:rPr>
          <w:rFonts w:ascii="Times New Roman" w:eastAsia="Times New Roman" w:hAnsi="Times New Roman"/>
          <w:sz w:val="26"/>
        </w:rPr>
        <w:t>- Giao tiếp và hợp tác: giải thích cách chọn số theo điều kiện khi trình bày trước lớp.</w:t>
      </w:r>
    </w:p>
    <w:p w:rsidR="00A60E63" w:rsidRPr="00D03E1F" w:rsidRDefault="00C75F5E">
      <w:pPr>
        <w:spacing w:after="0" w:line="240" w:lineRule="auto"/>
      </w:pPr>
      <w:r w:rsidRPr="00D03E1F">
        <w:rPr>
          <w:rFonts w:ascii="Times New Roman" w:eastAsia="Times New Roman" w:hAnsi="Times New Roman"/>
          <w:sz w:val="26"/>
        </w:rPr>
        <w:t>- Giải quyết vấn đề: loại dần các đáp án không phù hợp với điều kiện cho trước.</w:t>
      </w:r>
    </w:p>
    <w:p w:rsidR="00A60E63" w:rsidRPr="00D03E1F" w:rsidRDefault="00C75F5E">
      <w:pPr>
        <w:spacing w:after="0" w:line="240" w:lineRule="auto"/>
      </w:pPr>
      <w:r w:rsidRPr="00D03E1F">
        <w:rPr>
          <w:rFonts w:ascii="Times New Roman" w:eastAsia="Times New Roman" w:hAnsi="Times New Roman"/>
          <w:b/>
          <w:sz w:val="26"/>
        </w:rPr>
        <w:t>3. Phẩm chất:</w:t>
      </w:r>
    </w:p>
    <w:p w:rsidR="00A60E63" w:rsidRPr="00D03E1F" w:rsidRDefault="00C75F5E">
      <w:pPr>
        <w:spacing w:after="0" w:line="240" w:lineRule="auto"/>
      </w:pPr>
      <w:r w:rsidRPr="00D03E1F">
        <w:rPr>
          <w:rFonts w:ascii="Times New Roman" w:eastAsia="Times New Roman" w:hAnsi="Times New Roman"/>
          <w:sz w:val="26"/>
        </w:rPr>
        <w:t>- Chăm chỉ: luyện tập đọc số và tìm số theo điều kiện.</w:t>
      </w:r>
    </w:p>
    <w:p w:rsidR="00A60E63" w:rsidRPr="00D03E1F" w:rsidRDefault="00C75F5E">
      <w:pPr>
        <w:spacing w:after="0" w:line="240" w:lineRule="auto"/>
      </w:pPr>
      <w:r w:rsidRPr="00D03E1F">
        <w:rPr>
          <w:rFonts w:ascii="Times New Roman" w:eastAsia="Times New Roman" w:hAnsi="Times New Roman"/>
          <w:sz w:val="26"/>
        </w:rPr>
        <w:t>- Trung thực: tự sửa lỗi khi chọn sai số hoặc nhầm hàng.</w:t>
      </w:r>
    </w:p>
    <w:p w:rsidR="00A60E63" w:rsidRPr="00D03E1F" w:rsidRDefault="00C75F5E">
      <w:pPr>
        <w:spacing w:after="0" w:line="240" w:lineRule="auto"/>
      </w:pPr>
      <w:r w:rsidRPr="00D03E1F">
        <w:rPr>
          <w:rFonts w:ascii="Times New Roman" w:eastAsia="Times New Roman" w:hAnsi="Times New Roman"/>
          <w:sz w:val="26"/>
        </w:rPr>
        <w:t>- Trách nhiệm: cẩn thận khi đọc mã số, số liệu trong thực tế.</w:t>
      </w:r>
    </w:p>
    <w:p w:rsidR="00A60E63" w:rsidRPr="00D03E1F" w:rsidRDefault="00C75F5E">
      <w:pPr>
        <w:spacing w:after="0" w:line="240" w:lineRule="auto"/>
      </w:pPr>
      <w:r w:rsidRPr="00D03E1F">
        <w:rPr>
          <w:rFonts w:ascii="Times New Roman" w:eastAsia="Times New Roman" w:hAnsi="Times New Roman"/>
          <w:b/>
          <w:sz w:val="26"/>
        </w:rPr>
        <w:t>4. Tích hợp:</w:t>
      </w:r>
    </w:p>
    <w:p w:rsidR="00A60E63" w:rsidRPr="00D03E1F" w:rsidRDefault="00C75F5E">
      <w:pPr>
        <w:spacing w:after="0" w:line="240" w:lineRule="auto"/>
      </w:pPr>
      <w:r w:rsidRPr="00D03E1F">
        <w:rPr>
          <w:rFonts w:ascii="Times New Roman" w:eastAsia="Times New Roman" w:hAnsi="Times New Roman"/>
          <w:sz w:val="26"/>
        </w:rPr>
        <w:lastRenderedPageBreak/>
        <w:t>- Tích hợp NLS 1.1.CB1a: HS luyện đọc, viết, phân tích số có năm chữ số qua Wordwall hoặc Liveworksheets; HS tự kiểm tra phản hồi và ghi lại lỗi nhầm hàng để sửa.</w:t>
      </w:r>
    </w:p>
    <w:p w:rsidR="00A60E63" w:rsidRPr="00D03E1F" w:rsidRDefault="00C75F5E">
      <w:pPr>
        <w:spacing w:after="0" w:line="240" w:lineRule="auto"/>
      </w:pPr>
      <w:r w:rsidRPr="00D03E1F">
        <w:rPr>
          <w:rFonts w:ascii="Times New Roman" w:eastAsia="Times New Roman" w:hAnsi="Times New Roman"/>
          <w:b/>
          <w:sz w:val="26"/>
        </w:rPr>
        <w:t>II. ĐỒ DÙNG DẠY HỌC</w:t>
      </w:r>
    </w:p>
    <w:p w:rsidR="00A60E63" w:rsidRPr="00D03E1F" w:rsidRDefault="00C75F5E">
      <w:pPr>
        <w:spacing w:after="0" w:line="240" w:lineRule="auto"/>
      </w:pPr>
      <w:r w:rsidRPr="00D03E1F">
        <w:rPr>
          <w:rFonts w:ascii="Times New Roman" w:eastAsia="Times New Roman" w:hAnsi="Times New Roman"/>
          <w:sz w:val="26"/>
        </w:rPr>
        <w:t>- Kế hoạch bài dạy, SGK Toán 3 tập hai, bài giảng PowerPoint.</w:t>
      </w:r>
    </w:p>
    <w:p w:rsidR="00A60E63" w:rsidRPr="00D03E1F" w:rsidRDefault="00C75F5E">
      <w:pPr>
        <w:spacing w:after="0" w:line="240" w:lineRule="auto"/>
      </w:pPr>
      <w:r w:rsidRPr="00D03E1F">
        <w:rPr>
          <w:rFonts w:ascii="Times New Roman" w:eastAsia="Times New Roman" w:hAnsi="Times New Roman"/>
          <w:sz w:val="26"/>
        </w:rPr>
        <w:t>- Wordwall hoặc Liveworksheets đọc, viết, phân tích số; bảng con.</w:t>
      </w:r>
    </w:p>
    <w:p w:rsidR="00A60E63" w:rsidRPr="00D03E1F" w:rsidRDefault="00C75F5E">
      <w:pPr>
        <w:spacing w:after="0" w:line="240" w:lineRule="auto"/>
      </w:pPr>
      <w:r w:rsidRPr="00D03E1F">
        <w:rPr>
          <w:rFonts w:ascii="Times New Roman" w:eastAsia="Times New Roman" w:hAnsi="Times New Roman"/>
          <w:sz w:val="26"/>
        </w:rPr>
        <w:t>- Hình cắt từ SGK trang 60.</w:t>
      </w:r>
    </w:p>
    <w:p w:rsidR="00A60E63" w:rsidRPr="00D03E1F" w:rsidRDefault="00C75F5E">
      <w:pPr>
        <w:spacing w:after="0" w:line="240" w:lineRule="auto"/>
      </w:pPr>
      <w:r w:rsidRPr="00D03E1F">
        <w:rPr>
          <w:rFonts w:ascii="Times New Roman" w:eastAsia="Times New Roman" w:hAnsi="Times New Roman"/>
          <w:b/>
          <w:sz w:val="26"/>
        </w:rPr>
        <w:t>III. HOẠT ĐỘNG DẠY HỌC</w:t>
      </w:r>
    </w:p>
    <w:tbl>
      <w:tblPr>
        <w:tblW w:w="0" w:type="auto"/>
        <w:jc w:val="center"/>
        <w:tblBorders>
          <w:top w:val="single" w:sz="8" w:space="0" w:color="000000"/>
          <w:left w:val="single" w:sz="8" w:space="0" w:color="000000"/>
          <w:bottom w:val="single" w:sz="8" w:space="0" w:color="000000"/>
          <w:right w:val="single" w:sz="8" w:space="0" w:color="000000"/>
          <w:insideV w:val="single" w:sz="8" w:space="0" w:color="000000"/>
        </w:tblBorders>
        <w:tblLook w:val="04A0" w:firstRow="1" w:lastRow="0" w:firstColumn="1" w:lastColumn="0" w:noHBand="0" w:noVBand="1"/>
      </w:tblPr>
      <w:tblGrid>
        <w:gridCol w:w="5040"/>
        <w:gridCol w:w="5040"/>
      </w:tblGrid>
      <w:tr w:rsidR="00D03E1F" w:rsidRPr="00D03E1F" w:rsidTr="00CF0310">
        <w:trPr>
          <w:jc w:val="center"/>
        </w:trPr>
        <w:tc>
          <w:tcPr>
            <w:tcW w:w="5040" w:type="dxa"/>
            <w:tcBorders>
              <w:bottom w:val="single" w:sz="8" w:space="0" w:color="000000"/>
            </w:tcBorders>
            <w:shd w:val="clear" w:color="auto" w:fill="auto"/>
          </w:tcPr>
          <w:p w:rsidR="00A60E63" w:rsidRPr="00D03E1F" w:rsidRDefault="00C75F5E">
            <w:pPr>
              <w:spacing w:after="0" w:line="240" w:lineRule="auto"/>
              <w:jc w:val="center"/>
            </w:pPr>
            <w:r w:rsidRPr="00D03E1F">
              <w:rPr>
                <w:rFonts w:ascii="Times New Roman" w:eastAsia="Times New Roman" w:hAnsi="Times New Roman"/>
                <w:b/>
                <w:sz w:val="26"/>
              </w:rPr>
              <w:t>Hoạt động của giáo viên</w:t>
            </w:r>
          </w:p>
        </w:tc>
        <w:tc>
          <w:tcPr>
            <w:tcW w:w="5040" w:type="dxa"/>
            <w:tcBorders>
              <w:bottom w:val="single" w:sz="8" w:space="0" w:color="000000"/>
            </w:tcBorders>
            <w:shd w:val="clear" w:color="auto" w:fill="auto"/>
          </w:tcPr>
          <w:p w:rsidR="00A60E63" w:rsidRPr="00D03E1F" w:rsidRDefault="00C75F5E">
            <w:pPr>
              <w:spacing w:after="0" w:line="240" w:lineRule="auto"/>
              <w:jc w:val="center"/>
            </w:pPr>
            <w:r w:rsidRPr="00D03E1F">
              <w:rPr>
                <w:rFonts w:ascii="Times New Roman" w:eastAsia="Times New Roman" w:hAnsi="Times New Roman"/>
                <w:b/>
                <w:sz w:val="26"/>
              </w:rPr>
              <w:t>Hoạt động của học sinh</w:t>
            </w:r>
          </w:p>
        </w:tc>
      </w:tr>
      <w:tr w:rsidR="00D03E1F" w:rsidRPr="00D03E1F" w:rsidTr="00CF0310">
        <w:trPr>
          <w:jc w:val="center"/>
        </w:trPr>
        <w:tc>
          <w:tcPr>
            <w:tcW w:w="10080" w:type="dxa"/>
            <w:gridSpan w:val="2"/>
            <w:tcBorders>
              <w:top w:val="single" w:sz="8" w:space="0" w:color="000000"/>
              <w:bottom w:val="single" w:sz="8" w:space="0" w:color="000000"/>
            </w:tcBorders>
            <w:shd w:val="clear" w:color="auto" w:fill="auto"/>
          </w:tcPr>
          <w:p w:rsidR="00A60E63" w:rsidRPr="00D03E1F" w:rsidRDefault="00C75F5E">
            <w:pPr>
              <w:spacing w:after="0" w:line="240" w:lineRule="auto"/>
            </w:pPr>
            <w:r w:rsidRPr="00D03E1F">
              <w:rPr>
                <w:rFonts w:ascii="Times New Roman" w:eastAsia="Times New Roman" w:hAnsi="Times New Roman"/>
                <w:b/>
                <w:sz w:val="26"/>
              </w:rPr>
              <w:t>1. Khởi động (5 phút):</w:t>
            </w:r>
          </w:p>
          <w:p w:rsidR="00A60E63" w:rsidRPr="00D03E1F" w:rsidRDefault="00C75F5E">
            <w:pPr>
              <w:spacing w:after="0" w:line="240" w:lineRule="auto"/>
            </w:pPr>
            <w:r w:rsidRPr="00D03E1F">
              <w:rPr>
                <w:rFonts w:ascii="Times New Roman" w:eastAsia="Times New Roman" w:hAnsi="Times New Roman"/>
                <w:sz w:val="26"/>
              </w:rPr>
              <w:t>- Mục tiêu: Ôn đọc số có năm chữ số và nhận biết số tròn chục nghìn.</w:t>
            </w:r>
          </w:p>
          <w:p w:rsidR="00A60E63" w:rsidRPr="00D03E1F" w:rsidRDefault="00C75F5E">
            <w:pPr>
              <w:spacing w:after="0" w:line="240" w:lineRule="auto"/>
            </w:pPr>
            <w:r w:rsidRPr="00D03E1F">
              <w:rPr>
                <w:rFonts w:ascii="Times New Roman" w:eastAsia="Times New Roman" w:hAnsi="Times New Roman"/>
                <w:sz w:val="26"/>
              </w:rPr>
              <w:t>*Cách tiến hành:</w:t>
            </w:r>
          </w:p>
        </w:tc>
      </w:tr>
      <w:tr w:rsidR="00D03E1F" w:rsidRPr="00D03E1F" w:rsidTr="00CF0310">
        <w:trPr>
          <w:jc w:val="center"/>
        </w:trPr>
        <w:tc>
          <w:tcPr>
            <w:tcW w:w="5040" w:type="dxa"/>
            <w:tcBorders>
              <w:top w:val="single" w:sz="8" w:space="0" w:color="000000"/>
            </w:tcBorders>
            <w:shd w:val="clear" w:color="auto" w:fill="auto"/>
          </w:tcPr>
          <w:p w:rsidR="00A60E63" w:rsidRPr="00D03E1F" w:rsidRDefault="00C75F5E">
            <w:pPr>
              <w:spacing w:after="0" w:line="240" w:lineRule="auto"/>
            </w:pPr>
            <w:r w:rsidRPr="00D03E1F">
              <w:rPr>
                <w:rFonts w:ascii="Times New Roman" w:eastAsia="Times New Roman" w:hAnsi="Times New Roman"/>
                <w:sz w:val="26"/>
              </w:rPr>
              <w:t>- GV tổ chức trò chơi “Đọc đúng - chọn nhanh” với các số 8 999, 12 456, 22 015.</w:t>
            </w:r>
          </w:p>
        </w:tc>
        <w:tc>
          <w:tcPr>
            <w:tcW w:w="5040" w:type="dxa"/>
            <w:tcBorders>
              <w:top w:val="single" w:sz="8" w:space="0" w:color="000000"/>
            </w:tcBorders>
            <w:shd w:val="clear" w:color="auto" w:fill="auto"/>
          </w:tcPr>
          <w:p w:rsidR="00A60E63" w:rsidRPr="00D03E1F" w:rsidRDefault="00C75F5E">
            <w:pPr>
              <w:spacing w:after="0" w:line="240" w:lineRule="auto"/>
            </w:pPr>
            <w:r w:rsidRPr="00D03E1F">
              <w:rPr>
                <w:rFonts w:ascii="Times New Roman" w:eastAsia="Times New Roman" w:hAnsi="Times New Roman"/>
                <w:sz w:val="26"/>
              </w:rPr>
              <w:t>- HS đọc số theo hiệu lệnh.</w:t>
            </w:r>
          </w:p>
        </w:tc>
      </w:tr>
      <w:tr w:rsidR="00D03E1F" w:rsidRPr="00D03E1F" w:rsidTr="00CF0310">
        <w:trPr>
          <w:jc w:val="center"/>
        </w:trPr>
        <w:tc>
          <w:tcPr>
            <w:tcW w:w="5040" w:type="dxa"/>
            <w:shd w:val="clear" w:color="auto" w:fill="auto"/>
          </w:tcPr>
          <w:p w:rsidR="00A60E63" w:rsidRPr="00D03E1F" w:rsidRDefault="00C75F5E">
            <w:pPr>
              <w:spacing w:after="0" w:line="240" w:lineRule="auto"/>
            </w:pPr>
            <w:r w:rsidRPr="00D03E1F">
              <w:rPr>
                <w:rFonts w:ascii="Times New Roman" w:eastAsia="Times New Roman" w:hAnsi="Times New Roman"/>
                <w:sz w:val="26"/>
              </w:rPr>
              <w:t>- GV hỏi: Số 30 000 là số tròn hàng nào?</w:t>
            </w:r>
          </w:p>
        </w:tc>
        <w:tc>
          <w:tcPr>
            <w:tcW w:w="5040" w:type="dxa"/>
            <w:shd w:val="clear" w:color="auto" w:fill="auto"/>
          </w:tcPr>
          <w:p w:rsidR="00A60E63" w:rsidRPr="00D03E1F" w:rsidRDefault="00C75F5E">
            <w:pPr>
              <w:spacing w:after="0" w:line="240" w:lineRule="auto"/>
            </w:pPr>
            <w:r w:rsidRPr="00D03E1F">
              <w:rPr>
                <w:rFonts w:ascii="Times New Roman" w:eastAsia="Times New Roman" w:hAnsi="Times New Roman"/>
                <w:sz w:val="26"/>
              </w:rPr>
              <w:t>- HS trả lời: Số tròn chục nghìn.</w:t>
            </w:r>
          </w:p>
        </w:tc>
      </w:tr>
      <w:tr w:rsidR="00D03E1F" w:rsidRPr="00D03E1F" w:rsidTr="00CF0310">
        <w:trPr>
          <w:jc w:val="center"/>
        </w:trPr>
        <w:tc>
          <w:tcPr>
            <w:tcW w:w="5040" w:type="dxa"/>
            <w:tcBorders>
              <w:bottom w:val="single" w:sz="8" w:space="0" w:color="000000"/>
            </w:tcBorders>
            <w:shd w:val="clear" w:color="auto" w:fill="auto"/>
          </w:tcPr>
          <w:p w:rsidR="00A60E63" w:rsidRPr="00D03E1F" w:rsidRDefault="00C75F5E">
            <w:pPr>
              <w:spacing w:after="0" w:line="240" w:lineRule="auto"/>
            </w:pPr>
            <w:r w:rsidRPr="00D03E1F">
              <w:rPr>
                <w:rFonts w:ascii="Times New Roman" w:eastAsia="Times New Roman" w:hAnsi="Times New Roman"/>
                <w:sz w:val="26"/>
              </w:rPr>
              <w:t>- GV dẫn dắt vào tiết luyện tập.</w:t>
            </w:r>
          </w:p>
        </w:tc>
        <w:tc>
          <w:tcPr>
            <w:tcW w:w="5040" w:type="dxa"/>
            <w:tcBorders>
              <w:bottom w:val="single" w:sz="8" w:space="0" w:color="000000"/>
            </w:tcBorders>
            <w:shd w:val="clear" w:color="auto" w:fill="auto"/>
          </w:tcPr>
          <w:p w:rsidR="00A60E63" w:rsidRPr="00D03E1F" w:rsidRDefault="00C75F5E">
            <w:pPr>
              <w:spacing w:after="0" w:line="240" w:lineRule="auto"/>
            </w:pPr>
            <w:r w:rsidRPr="00D03E1F">
              <w:rPr>
                <w:rFonts w:ascii="Times New Roman" w:eastAsia="Times New Roman" w:hAnsi="Times New Roman"/>
                <w:sz w:val="26"/>
              </w:rPr>
              <w:t>- HS lắng nghe.</w:t>
            </w:r>
          </w:p>
        </w:tc>
      </w:tr>
      <w:tr w:rsidR="00D03E1F" w:rsidRPr="00D03E1F" w:rsidTr="00CF0310">
        <w:trPr>
          <w:jc w:val="center"/>
        </w:trPr>
        <w:tc>
          <w:tcPr>
            <w:tcW w:w="10080" w:type="dxa"/>
            <w:gridSpan w:val="2"/>
            <w:tcBorders>
              <w:top w:val="single" w:sz="8" w:space="0" w:color="000000"/>
              <w:bottom w:val="single" w:sz="8" w:space="0" w:color="000000"/>
            </w:tcBorders>
            <w:shd w:val="clear" w:color="auto" w:fill="auto"/>
          </w:tcPr>
          <w:p w:rsidR="00A60E63" w:rsidRPr="00D03E1F" w:rsidRDefault="00C75F5E">
            <w:pPr>
              <w:spacing w:after="0" w:line="240" w:lineRule="auto"/>
            </w:pPr>
            <w:r w:rsidRPr="00D03E1F">
              <w:rPr>
                <w:rFonts w:ascii="Times New Roman" w:eastAsia="Times New Roman" w:hAnsi="Times New Roman"/>
                <w:b/>
                <w:sz w:val="26"/>
              </w:rPr>
              <w:t>2. Luyện tập (25 phút):</w:t>
            </w:r>
          </w:p>
          <w:p w:rsidR="00A60E63" w:rsidRPr="00D03E1F" w:rsidRDefault="00C75F5E">
            <w:pPr>
              <w:spacing w:after="0" w:line="240" w:lineRule="auto"/>
            </w:pPr>
            <w:r w:rsidRPr="00D03E1F">
              <w:rPr>
                <w:rFonts w:ascii="Times New Roman" w:eastAsia="Times New Roman" w:hAnsi="Times New Roman"/>
                <w:sz w:val="26"/>
              </w:rPr>
              <w:t>- Mục tiêu: Luyện đọc số, điền số trên tia số, nhận biết số tròn chục nghìn và chọn số theo điều kiện.</w:t>
            </w:r>
          </w:p>
          <w:p w:rsidR="00A60E63" w:rsidRPr="00D03E1F" w:rsidRDefault="00C75F5E">
            <w:pPr>
              <w:spacing w:after="0" w:line="240" w:lineRule="auto"/>
            </w:pPr>
            <w:r w:rsidRPr="00D03E1F">
              <w:rPr>
                <w:rFonts w:ascii="Times New Roman" w:eastAsia="Times New Roman" w:hAnsi="Times New Roman"/>
                <w:sz w:val="26"/>
              </w:rPr>
              <w:t>- Mục tiêu tích hợp NLS 1.1.CB1a: HS dùng Wordwall/Liveworksheets để luyện đọc, viết và phân tích số có năm chữ số.</w:t>
            </w:r>
          </w:p>
          <w:p w:rsidR="00A60E63" w:rsidRPr="00D03E1F" w:rsidRDefault="00C75F5E">
            <w:pPr>
              <w:spacing w:after="0" w:line="240" w:lineRule="auto"/>
            </w:pPr>
            <w:r w:rsidRPr="00D03E1F">
              <w:rPr>
                <w:rFonts w:ascii="Times New Roman" w:eastAsia="Times New Roman" w:hAnsi="Times New Roman"/>
                <w:sz w:val="26"/>
              </w:rPr>
              <w:t>*Cách tiến hành:</w:t>
            </w:r>
          </w:p>
        </w:tc>
      </w:tr>
      <w:tr w:rsidR="00D03E1F" w:rsidRPr="00D03E1F" w:rsidTr="00CF0310">
        <w:trPr>
          <w:jc w:val="center"/>
        </w:trPr>
        <w:tc>
          <w:tcPr>
            <w:tcW w:w="5040" w:type="dxa"/>
            <w:tcBorders>
              <w:top w:val="single" w:sz="8" w:space="0" w:color="000000"/>
            </w:tcBorders>
            <w:shd w:val="clear" w:color="auto" w:fill="auto"/>
          </w:tcPr>
          <w:p w:rsidR="00A60E63" w:rsidRPr="00D03E1F" w:rsidRDefault="00C75F5E">
            <w:pPr>
              <w:spacing w:after="0" w:line="240" w:lineRule="auto"/>
            </w:pPr>
            <w:r w:rsidRPr="00D03E1F">
              <w:rPr>
                <w:rFonts w:ascii="Times New Roman" w:eastAsia="Times New Roman" w:hAnsi="Times New Roman"/>
                <w:b/>
                <w:sz w:val="26"/>
              </w:rPr>
              <w:t>Bài 1. Chọn cách đọc thích hợp với số. (Làm việc cá nhân trên Wordwall)</w:t>
            </w:r>
          </w:p>
          <w:p w:rsidR="00A60E63" w:rsidRPr="00D03E1F" w:rsidRDefault="00C75F5E">
            <w:pPr>
              <w:spacing w:after="0" w:line="240" w:lineRule="auto"/>
            </w:pPr>
            <w:r w:rsidRPr="00D03E1F">
              <w:rPr>
                <w:rFonts w:ascii="Times New Roman" w:eastAsia="Times New Roman" w:hAnsi="Times New Roman"/>
                <w:sz w:val="26"/>
              </w:rPr>
              <w:t>- HS quan sát hình SGK.</w:t>
            </w:r>
          </w:p>
          <w:p w:rsidR="00A60E63" w:rsidRPr="00D03E1F" w:rsidRDefault="00A60E63">
            <w:pPr>
              <w:spacing w:after="0" w:line="240" w:lineRule="auto"/>
              <w:jc w:val="center"/>
            </w:pPr>
          </w:p>
        </w:tc>
        <w:tc>
          <w:tcPr>
            <w:tcW w:w="5040" w:type="dxa"/>
            <w:tcBorders>
              <w:top w:val="single" w:sz="8" w:space="0" w:color="000000"/>
            </w:tcBorders>
            <w:shd w:val="clear" w:color="auto" w:fill="auto"/>
          </w:tcPr>
          <w:p w:rsidR="00A60E63" w:rsidRPr="00D03E1F" w:rsidRDefault="00C75F5E">
            <w:pPr>
              <w:spacing w:after="0" w:line="240" w:lineRule="auto"/>
            </w:pPr>
            <w:r w:rsidRPr="00D03E1F">
              <w:rPr>
                <w:rFonts w:ascii="Times New Roman" w:eastAsia="Times New Roman" w:hAnsi="Times New Roman"/>
                <w:sz w:val="26"/>
              </w:rPr>
              <w:t>- HS quan sát bài trong SGK.</w:t>
            </w:r>
          </w:p>
        </w:tc>
      </w:tr>
      <w:tr w:rsidR="00D03E1F" w:rsidRPr="00D03E1F" w:rsidTr="00CF0310">
        <w:trPr>
          <w:jc w:val="center"/>
        </w:trPr>
        <w:tc>
          <w:tcPr>
            <w:tcW w:w="5040" w:type="dxa"/>
            <w:shd w:val="clear" w:color="auto" w:fill="auto"/>
          </w:tcPr>
          <w:p w:rsidR="00A60E63" w:rsidRPr="00D03E1F" w:rsidRDefault="00C75F5E">
            <w:pPr>
              <w:spacing w:after="0" w:line="240" w:lineRule="auto"/>
            </w:pPr>
            <w:r w:rsidRPr="00D03E1F">
              <w:rPr>
                <w:rFonts w:ascii="Times New Roman" w:eastAsia="Times New Roman" w:hAnsi="Times New Roman"/>
                <w:sz w:val="26"/>
              </w:rPr>
              <w:t>- GV cho HS đọc yêu cầu Bài 1.</w:t>
            </w:r>
          </w:p>
        </w:tc>
        <w:tc>
          <w:tcPr>
            <w:tcW w:w="5040" w:type="dxa"/>
            <w:shd w:val="clear" w:color="auto" w:fill="auto"/>
          </w:tcPr>
          <w:p w:rsidR="00A60E63" w:rsidRPr="00D03E1F" w:rsidRDefault="00C75F5E">
            <w:pPr>
              <w:spacing w:after="0" w:line="240" w:lineRule="auto"/>
            </w:pPr>
            <w:r w:rsidRPr="00D03E1F">
              <w:rPr>
                <w:rFonts w:ascii="Times New Roman" w:eastAsia="Times New Roman" w:hAnsi="Times New Roman"/>
                <w:sz w:val="26"/>
              </w:rPr>
              <w:t>- HS đọc: Chọn cách đọc thích hợp với số.</w:t>
            </w:r>
          </w:p>
        </w:tc>
      </w:tr>
      <w:tr w:rsidR="00D03E1F" w:rsidRPr="00D03E1F" w:rsidTr="00CF0310">
        <w:trPr>
          <w:jc w:val="center"/>
        </w:trPr>
        <w:tc>
          <w:tcPr>
            <w:tcW w:w="5040" w:type="dxa"/>
            <w:shd w:val="clear" w:color="auto" w:fill="auto"/>
          </w:tcPr>
          <w:p w:rsidR="00A60E63" w:rsidRPr="00D03E1F" w:rsidRDefault="00C75F5E">
            <w:pPr>
              <w:spacing w:after="0" w:line="240" w:lineRule="auto"/>
            </w:pPr>
            <w:r w:rsidRPr="00D03E1F">
              <w:rPr>
                <w:rFonts w:ascii="Times New Roman" w:eastAsia="Times New Roman" w:hAnsi="Times New Roman"/>
                <w:sz w:val="26"/>
              </w:rPr>
              <w:t>- Tích hợp NLS - Công cụ Wordwall: GV giới thiệu trò chơi chọn cách đọc đúng; HS chọn xong xem phản hồi, ghi lại lỗi đọc nhầm hàng hoặc thiếu chữ “linh”.</w:t>
            </w:r>
          </w:p>
        </w:tc>
        <w:tc>
          <w:tcPr>
            <w:tcW w:w="5040" w:type="dxa"/>
            <w:shd w:val="clear" w:color="auto" w:fill="auto"/>
          </w:tcPr>
          <w:p w:rsidR="00A60E63" w:rsidRPr="00D03E1F" w:rsidRDefault="00C75F5E">
            <w:pPr>
              <w:spacing w:after="0" w:line="240" w:lineRule="auto"/>
            </w:pPr>
            <w:r w:rsidRPr="00D03E1F">
              <w:rPr>
                <w:rFonts w:ascii="Times New Roman" w:eastAsia="Times New Roman" w:hAnsi="Times New Roman"/>
                <w:sz w:val="26"/>
              </w:rPr>
              <w:t>- HS thực hiện Wordwall và sửa lỗi đọc số.</w:t>
            </w:r>
          </w:p>
        </w:tc>
      </w:tr>
      <w:tr w:rsidR="00D03E1F" w:rsidRPr="00D03E1F" w:rsidTr="00CF0310">
        <w:trPr>
          <w:jc w:val="center"/>
        </w:trPr>
        <w:tc>
          <w:tcPr>
            <w:tcW w:w="5040" w:type="dxa"/>
            <w:shd w:val="clear" w:color="auto" w:fill="auto"/>
          </w:tcPr>
          <w:p w:rsidR="00A60E63" w:rsidRPr="00D03E1F" w:rsidRDefault="00C75F5E">
            <w:pPr>
              <w:spacing w:after="0" w:line="240" w:lineRule="auto"/>
            </w:pPr>
            <w:r w:rsidRPr="00D03E1F">
              <w:rPr>
                <w:rFonts w:ascii="Times New Roman" w:eastAsia="Times New Roman" w:hAnsi="Times New Roman"/>
                <w:sz w:val="26"/>
              </w:rPr>
              <w:t>- GV hỏi: Số 12 456 đọc thế nào?</w:t>
            </w:r>
          </w:p>
        </w:tc>
        <w:tc>
          <w:tcPr>
            <w:tcW w:w="5040" w:type="dxa"/>
            <w:shd w:val="clear" w:color="auto" w:fill="auto"/>
          </w:tcPr>
          <w:p w:rsidR="00A60E63" w:rsidRPr="00D03E1F" w:rsidRDefault="00C75F5E">
            <w:pPr>
              <w:spacing w:after="0" w:line="240" w:lineRule="auto"/>
            </w:pPr>
            <w:r w:rsidRPr="00D03E1F">
              <w:rPr>
                <w:rFonts w:ascii="Times New Roman" w:eastAsia="Times New Roman" w:hAnsi="Times New Roman"/>
                <w:sz w:val="26"/>
              </w:rPr>
              <w:t>- HS trả lời: Mười hai nghìn bốn trăm năm mươi sáu.</w:t>
            </w:r>
          </w:p>
        </w:tc>
      </w:tr>
      <w:tr w:rsidR="00D03E1F" w:rsidRPr="00D03E1F" w:rsidTr="00CF0310">
        <w:trPr>
          <w:jc w:val="center"/>
        </w:trPr>
        <w:tc>
          <w:tcPr>
            <w:tcW w:w="5040" w:type="dxa"/>
            <w:shd w:val="clear" w:color="auto" w:fill="auto"/>
          </w:tcPr>
          <w:p w:rsidR="00A60E63" w:rsidRPr="00D03E1F" w:rsidRDefault="00C75F5E">
            <w:pPr>
              <w:spacing w:after="0" w:line="240" w:lineRule="auto"/>
            </w:pPr>
            <w:r w:rsidRPr="00D03E1F">
              <w:rPr>
                <w:rFonts w:ascii="Times New Roman" w:eastAsia="Times New Roman" w:hAnsi="Times New Roman"/>
                <w:sz w:val="26"/>
              </w:rPr>
              <w:t>- GV hỏi: Số 12 156 đọc thế nào?</w:t>
            </w:r>
          </w:p>
        </w:tc>
        <w:tc>
          <w:tcPr>
            <w:tcW w:w="5040" w:type="dxa"/>
            <w:shd w:val="clear" w:color="auto" w:fill="auto"/>
          </w:tcPr>
          <w:p w:rsidR="00A60E63" w:rsidRPr="00D03E1F" w:rsidRDefault="00C75F5E">
            <w:pPr>
              <w:spacing w:after="0" w:line="240" w:lineRule="auto"/>
            </w:pPr>
            <w:r w:rsidRPr="00D03E1F">
              <w:rPr>
                <w:rFonts w:ascii="Times New Roman" w:eastAsia="Times New Roman" w:hAnsi="Times New Roman"/>
                <w:sz w:val="26"/>
              </w:rPr>
              <w:t>- HS trả lời: Mười hai nghìn một trăm năm mươi sáu.</w:t>
            </w:r>
          </w:p>
        </w:tc>
      </w:tr>
      <w:tr w:rsidR="00D03E1F" w:rsidRPr="00D03E1F" w:rsidTr="00CF0310">
        <w:trPr>
          <w:jc w:val="center"/>
        </w:trPr>
        <w:tc>
          <w:tcPr>
            <w:tcW w:w="5040" w:type="dxa"/>
            <w:shd w:val="clear" w:color="auto" w:fill="auto"/>
          </w:tcPr>
          <w:p w:rsidR="00A60E63" w:rsidRPr="00D03E1F" w:rsidRDefault="00C75F5E">
            <w:pPr>
              <w:spacing w:after="0" w:line="240" w:lineRule="auto"/>
            </w:pPr>
            <w:r w:rsidRPr="00D03E1F">
              <w:rPr>
                <w:rFonts w:ascii="Times New Roman" w:eastAsia="Times New Roman" w:hAnsi="Times New Roman"/>
                <w:sz w:val="26"/>
              </w:rPr>
              <w:t>- GV hỏi: Số 8 999 và 22 015 đọc thế nào?</w:t>
            </w:r>
          </w:p>
        </w:tc>
        <w:tc>
          <w:tcPr>
            <w:tcW w:w="5040" w:type="dxa"/>
            <w:shd w:val="clear" w:color="auto" w:fill="auto"/>
          </w:tcPr>
          <w:p w:rsidR="00A60E63" w:rsidRPr="00D03E1F" w:rsidRDefault="00C75F5E">
            <w:pPr>
              <w:spacing w:after="0" w:line="240" w:lineRule="auto"/>
            </w:pPr>
            <w:r w:rsidRPr="00D03E1F">
              <w:rPr>
                <w:rFonts w:ascii="Times New Roman" w:eastAsia="Times New Roman" w:hAnsi="Times New Roman"/>
                <w:sz w:val="26"/>
              </w:rPr>
              <w:t>- HS trả lời: 8 999 đọc là tám nghìn chín trăm chín mươi chín; 22 015 đọc là hai mươi hai nghìn không trăm mười lăm.</w:t>
            </w:r>
          </w:p>
        </w:tc>
      </w:tr>
      <w:tr w:rsidR="00D03E1F" w:rsidRPr="00D03E1F" w:rsidTr="00CF0310">
        <w:trPr>
          <w:jc w:val="center"/>
        </w:trPr>
        <w:tc>
          <w:tcPr>
            <w:tcW w:w="5040" w:type="dxa"/>
            <w:shd w:val="clear" w:color="auto" w:fill="auto"/>
          </w:tcPr>
          <w:p w:rsidR="00A60E63" w:rsidRPr="00D03E1F" w:rsidRDefault="00C75F5E">
            <w:pPr>
              <w:spacing w:after="0" w:line="240" w:lineRule="auto"/>
            </w:pPr>
            <w:r w:rsidRPr="00D03E1F">
              <w:rPr>
                <w:rFonts w:ascii="Times New Roman" w:eastAsia="Times New Roman" w:hAnsi="Times New Roman"/>
                <w:sz w:val="26"/>
              </w:rPr>
              <w:t>- GV cho HS trình bày kết quả nối thẻ.</w:t>
            </w:r>
          </w:p>
        </w:tc>
        <w:tc>
          <w:tcPr>
            <w:tcW w:w="5040" w:type="dxa"/>
            <w:shd w:val="clear" w:color="auto" w:fill="auto"/>
          </w:tcPr>
          <w:p w:rsidR="00A60E63" w:rsidRPr="00D03E1F" w:rsidRDefault="00C75F5E">
            <w:pPr>
              <w:spacing w:after="0" w:line="240" w:lineRule="auto"/>
            </w:pPr>
            <w:r w:rsidRPr="00D03E1F">
              <w:rPr>
                <w:rFonts w:ascii="Times New Roman" w:eastAsia="Times New Roman" w:hAnsi="Times New Roman"/>
                <w:sz w:val="26"/>
              </w:rPr>
              <w:t>- HS trình bày đủ bốn cách đọc đúng.</w:t>
            </w:r>
          </w:p>
        </w:tc>
      </w:tr>
      <w:tr w:rsidR="00D03E1F" w:rsidRPr="00D03E1F" w:rsidTr="00CF0310">
        <w:trPr>
          <w:jc w:val="center"/>
        </w:trPr>
        <w:tc>
          <w:tcPr>
            <w:tcW w:w="5040" w:type="dxa"/>
            <w:shd w:val="clear" w:color="auto" w:fill="auto"/>
          </w:tcPr>
          <w:p w:rsidR="00A60E63" w:rsidRPr="00D03E1F" w:rsidRDefault="00C75F5E">
            <w:pPr>
              <w:spacing w:after="0" w:line="240" w:lineRule="auto"/>
            </w:pPr>
            <w:r w:rsidRPr="00D03E1F">
              <w:rPr>
                <w:rFonts w:ascii="Times New Roman" w:eastAsia="Times New Roman" w:hAnsi="Times New Roman"/>
                <w:sz w:val="26"/>
              </w:rPr>
              <w:t>- GV kết luận: Khi đọc số, cần đọc đúng từng lớp hàng và các chữ số 0 ở giữa số.</w:t>
            </w:r>
          </w:p>
        </w:tc>
        <w:tc>
          <w:tcPr>
            <w:tcW w:w="5040" w:type="dxa"/>
            <w:shd w:val="clear" w:color="auto" w:fill="auto"/>
          </w:tcPr>
          <w:p w:rsidR="00A60E63" w:rsidRPr="00D03E1F" w:rsidRDefault="00C75F5E">
            <w:pPr>
              <w:spacing w:after="0" w:line="240" w:lineRule="auto"/>
            </w:pPr>
            <w:r w:rsidRPr="00D03E1F">
              <w:rPr>
                <w:rFonts w:ascii="Times New Roman" w:eastAsia="Times New Roman" w:hAnsi="Times New Roman"/>
                <w:sz w:val="26"/>
              </w:rPr>
              <w:t>- HS lắng nghe.</w:t>
            </w:r>
          </w:p>
        </w:tc>
      </w:tr>
      <w:tr w:rsidR="00D03E1F" w:rsidRPr="00D03E1F" w:rsidTr="00CF0310">
        <w:trPr>
          <w:jc w:val="center"/>
        </w:trPr>
        <w:tc>
          <w:tcPr>
            <w:tcW w:w="5040" w:type="dxa"/>
            <w:shd w:val="clear" w:color="auto" w:fill="auto"/>
          </w:tcPr>
          <w:p w:rsidR="00A60E63" w:rsidRPr="00D03E1F" w:rsidRDefault="00C75F5E">
            <w:pPr>
              <w:spacing w:after="0" w:line="240" w:lineRule="auto"/>
            </w:pPr>
            <w:r w:rsidRPr="00D03E1F">
              <w:rPr>
                <w:rFonts w:ascii="Times New Roman" w:eastAsia="Times New Roman" w:hAnsi="Times New Roman"/>
                <w:b/>
                <w:sz w:val="26"/>
              </w:rPr>
              <w:t>Bài 2. Số? (Làm việc cá nhân vào vở)</w:t>
            </w:r>
          </w:p>
          <w:p w:rsidR="00A60E63" w:rsidRPr="00D03E1F" w:rsidRDefault="00C75F5E">
            <w:pPr>
              <w:spacing w:after="0" w:line="240" w:lineRule="auto"/>
            </w:pPr>
            <w:r w:rsidRPr="00D03E1F">
              <w:rPr>
                <w:rFonts w:ascii="Times New Roman" w:eastAsia="Times New Roman" w:hAnsi="Times New Roman"/>
                <w:sz w:val="26"/>
              </w:rPr>
              <w:t>- HS quan sát hình SGK.</w:t>
            </w:r>
          </w:p>
          <w:p w:rsidR="00A60E63" w:rsidRPr="00D03E1F" w:rsidRDefault="00A60E63">
            <w:pPr>
              <w:spacing w:after="0" w:line="240" w:lineRule="auto"/>
              <w:jc w:val="center"/>
            </w:pPr>
          </w:p>
        </w:tc>
        <w:tc>
          <w:tcPr>
            <w:tcW w:w="5040" w:type="dxa"/>
            <w:shd w:val="clear" w:color="auto" w:fill="auto"/>
          </w:tcPr>
          <w:p w:rsidR="00A60E63" w:rsidRPr="00D03E1F" w:rsidRDefault="00C75F5E">
            <w:pPr>
              <w:spacing w:after="0" w:line="240" w:lineRule="auto"/>
            </w:pPr>
            <w:r w:rsidRPr="00D03E1F">
              <w:rPr>
                <w:rFonts w:ascii="Times New Roman" w:eastAsia="Times New Roman" w:hAnsi="Times New Roman"/>
                <w:sz w:val="26"/>
              </w:rPr>
              <w:t>- HS quan sát bài trong SGK.</w:t>
            </w:r>
          </w:p>
        </w:tc>
      </w:tr>
      <w:tr w:rsidR="00D03E1F" w:rsidRPr="00D03E1F" w:rsidTr="00CF0310">
        <w:trPr>
          <w:jc w:val="center"/>
        </w:trPr>
        <w:tc>
          <w:tcPr>
            <w:tcW w:w="5040" w:type="dxa"/>
            <w:shd w:val="clear" w:color="auto" w:fill="auto"/>
          </w:tcPr>
          <w:p w:rsidR="00A60E63" w:rsidRPr="00D03E1F" w:rsidRDefault="00C75F5E">
            <w:pPr>
              <w:spacing w:after="0" w:line="240" w:lineRule="auto"/>
            </w:pPr>
            <w:r w:rsidRPr="00D03E1F">
              <w:rPr>
                <w:rFonts w:ascii="Times New Roman" w:eastAsia="Times New Roman" w:hAnsi="Times New Roman"/>
                <w:sz w:val="26"/>
              </w:rPr>
              <w:t>- GV cho HS đọc yêu cầu Bài 2.</w:t>
            </w:r>
          </w:p>
        </w:tc>
        <w:tc>
          <w:tcPr>
            <w:tcW w:w="5040" w:type="dxa"/>
            <w:shd w:val="clear" w:color="auto" w:fill="auto"/>
          </w:tcPr>
          <w:p w:rsidR="00A60E63" w:rsidRPr="00D03E1F" w:rsidRDefault="00C75F5E">
            <w:pPr>
              <w:spacing w:after="0" w:line="240" w:lineRule="auto"/>
            </w:pPr>
            <w:r w:rsidRPr="00D03E1F">
              <w:rPr>
                <w:rFonts w:ascii="Times New Roman" w:eastAsia="Times New Roman" w:hAnsi="Times New Roman"/>
                <w:sz w:val="26"/>
              </w:rPr>
              <w:t>- HS đọc: Số?</w:t>
            </w:r>
          </w:p>
        </w:tc>
      </w:tr>
      <w:tr w:rsidR="00D03E1F" w:rsidRPr="00D03E1F" w:rsidTr="00CF0310">
        <w:trPr>
          <w:jc w:val="center"/>
        </w:trPr>
        <w:tc>
          <w:tcPr>
            <w:tcW w:w="5040" w:type="dxa"/>
            <w:shd w:val="clear" w:color="auto" w:fill="auto"/>
          </w:tcPr>
          <w:p w:rsidR="00A60E63" w:rsidRPr="00D03E1F" w:rsidRDefault="00C75F5E">
            <w:pPr>
              <w:spacing w:after="0" w:line="240" w:lineRule="auto"/>
            </w:pPr>
            <w:r w:rsidRPr="00D03E1F">
              <w:rPr>
                <w:rFonts w:ascii="Times New Roman" w:eastAsia="Times New Roman" w:hAnsi="Times New Roman"/>
                <w:sz w:val="26"/>
              </w:rPr>
              <w:t>- GV hỏi: Các số trên tia số đang tăng thêm bao nhiêu?</w:t>
            </w:r>
          </w:p>
        </w:tc>
        <w:tc>
          <w:tcPr>
            <w:tcW w:w="5040" w:type="dxa"/>
            <w:shd w:val="clear" w:color="auto" w:fill="auto"/>
          </w:tcPr>
          <w:p w:rsidR="00A60E63" w:rsidRPr="00D03E1F" w:rsidRDefault="00C75F5E">
            <w:pPr>
              <w:spacing w:after="0" w:line="240" w:lineRule="auto"/>
            </w:pPr>
            <w:r w:rsidRPr="00D03E1F">
              <w:rPr>
                <w:rFonts w:ascii="Times New Roman" w:eastAsia="Times New Roman" w:hAnsi="Times New Roman"/>
                <w:sz w:val="26"/>
              </w:rPr>
              <w:t>- HS trả lời: Tăng thêm 5 000.</w:t>
            </w:r>
          </w:p>
        </w:tc>
      </w:tr>
      <w:tr w:rsidR="00D03E1F" w:rsidRPr="00D03E1F" w:rsidTr="00CF0310">
        <w:trPr>
          <w:jc w:val="center"/>
        </w:trPr>
        <w:tc>
          <w:tcPr>
            <w:tcW w:w="5040" w:type="dxa"/>
            <w:shd w:val="clear" w:color="auto" w:fill="auto"/>
          </w:tcPr>
          <w:p w:rsidR="00A60E63" w:rsidRPr="00D03E1F" w:rsidRDefault="00C75F5E">
            <w:pPr>
              <w:spacing w:after="0" w:line="240" w:lineRule="auto"/>
            </w:pPr>
            <w:r w:rsidRPr="00D03E1F">
              <w:rPr>
                <w:rFonts w:ascii="Times New Roman" w:eastAsia="Times New Roman" w:hAnsi="Times New Roman"/>
                <w:sz w:val="26"/>
              </w:rPr>
              <w:lastRenderedPageBreak/>
              <w:t>- GV hỏi: Sau 20 000 là số nào?</w:t>
            </w:r>
          </w:p>
        </w:tc>
        <w:tc>
          <w:tcPr>
            <w:tcW w:w="5040" w:type="dxa"/>
            <w:shd w:val="clear" w:color="auto" w:fill="auto"/>
          </w:tcPr>
          <w:p w:rsidR="00A60E63" w:rsidRPr="00D03E1F" w:rsidRDefault="00C75F5E">
            <w:pPr>
              <w:spacing w:after="0" w:line="240" w:lineRule="auto"/>
            </w:pPr>
            <w:r w:rsidRPr="00D03E1F">
              <w:rPr>
                <w:rFonts w:ascii="Times New Roman" w:eastAsia="Times New Roman" w:hAnsi="Times New Roman"/>
                <w:sz w:val="26"/>
              </w:rPr>
              <w:t>- HS trả lời: 25 000.</w:t>
            </w:r>
          </w:p>
        </w:tc>
      </w:tr>
      <w:tr w:rsidR="00D03E1F" w:rsidRPr="00D03E1F" w:rsidTr="00CF0310">
        <w:trPr>
          <w:jc w:val="center"/>
        </w:trPr>
        <w:tc>
          <w:tcPr>
            <w:tcW w:w="5040" w:type="dxa"/>
            <w:shd w:val="clear" w:color="auto" w:fill="auto"/>
          </w:tcPr>
          <w:p w:rsidR="00A60E63" w:rsidRPr="00D03E1F" w:rsidRDefault="00C75F5E">
            <w:pPr>
              <w:spacing w:after="0" w:line="240" w:lineRule="auto"/>
            </w:pPr>
            <w:r w:rsidRPr="00D03E1F">
              <w:rPr>
                <w:rFonts w:ascii="Times New Roman" w:eastAsia="Times New Roman" w:hAnsi="Times New Roman"/>
                <w:sz w:val="26"/>
              </w:rPr>
              <w:t>- GV hỏi: Sau 25 000 là số nào?</w:t>
            </w:r>
          </w:p>
        </w:tc>
        <w:tc>
          <w:tcPr>
            <w:tcW w:w="5040" w:type="dxa"/>
            <w:shd w:val="clear" w:color="auto" w:fill="auto"/>
          </w:tcPr>
          <w:p w:rsidR="00A60E63" w:rsidRPr="00D03E1F" w:rsidRDefault="00C75F5E">
            <w:pPr>
              <w:spacing w:after="0" w:line="240" w:lineRule="auto"/>
            </w:pPr>
            <w:r w:rsidRPr="00D03E1F">
              <w:rPr>
                <w:rFonts w:ascii="Times New Roman" w:eastAsia="Times New Roman" w:hAnsi="Times New Roman"/>
                <w:sz w:val="26"/>
              </w:rPr>
              <w:t>- HS trả lời: 30 000.</w:t>
            </w:r>
          </w:p>
        </w:tc>
      </w:tr>
      <w:tr w:rsidR="00D03E1F" w:rsidRPr="00D03E1F" w:rsidTr="00CF0310">
        <w:trPr>
          <w:jc w:val="center"/>
        </w:trPr>
        <w:tc>
          <w:tcPr>
            <w:tcW w:w="5040" w:type="dxa"/>
            <w:shd w:val="clear" w:color="auto" w:fill="auto"/>
          </w:tcPr>
          <w:p w:rsidR="00A60E63" w:rsidRPr="00D03E1F" w:rsidRDefault="00C75F5E">
            <w:pPr>
              <w:spacing w:after="0" w:line="240" w:lineRule="auto"/>
            </w:pPr>
            <w:r w:rsidRPr="00D03E1F">
              <w:rPr>
                <w:rFonts w:ascii="Times New Roman" w:eastAsia="Times New Roman" w:hAnsi="Times New Roman"/>
                <w:sz w:val="26"/>
              </w:rPr>
              <w:t>- GV hỏi: Trong các số trên, số nào là số tròn chục nghìn?</w:t>
            </w:r>
          </w:p>
        </w:tc>
        <w:tc>
          <w:tcPr>
            <w:tcW w:w="5040" w:type="dxa"/>
            <w:shd w:val="clear" w:color="auto" w:fill="auto"/>
          </w:tcPr>
          <w:p w:rsidR="00A60E63" w:rsidRPr="00D03E1F" w:rsidRDefault="00C75F5E">
            <w:pPr>
              <w:spacing w:after="0" w:line="240" w:lineRule="auto"/>
            </w:pPr>
            <w:r w:rsidRPr="00D03E1F">
              <w:rPr>
                <w:rFonts w:ascii="Times New Roman" w:eastAsia="Times New Roman" w:hAnsi="Times New Roman"/>
                <w:sz w:val="26"/>
              </w:rPr>
              <w:t>- HS trả lời: 10 000, 20 000, 30 000.</w:t>
            </w:r>
          </w:p>
        </w:tc>
      </w:tr>
      <w:tr w:rsidR="00D03E1F" w:rsidRPr="00D03E1F" w:rsidTr="00CF0310">
        <w:trPr>
          <w:jc w:val="center"/>
        </w:trPr>
        <w:tc>
          <w:tcPr>
            <w:tcW w:w="5040" w:type="dxa"/>
            <w:shd w:val="clear" w:color="auto" w:fill="auto"/>
          </w:tcPr>
          <w:p w:rsidR="00A60E63" w:rsidRPr="00D03E1F" w:rsidRDefault="00C75F5E">
            <w:pPr>
              <w:spacing w:after="0" w:line="240" w:lineRule="auto"/>
            </w:pPr>
            <w:r w:rsidRPr="00D03E1F">
              <w:rPr>
                <w:rFonts w:ascii="Times New Roman" w:eastAsia="Times New Roman" w:hAnsi="Times New Roman"/>
                <w:sz w:val="26"/>
              </w:rPr>
              <w:t>- GV cho HS trình bày đáp án.</w:t>
            </w:r>
          </w:p>
        </w:tc>
        <w:tc>
          <w:tcPr>
            <w:tcW w:w="5040" w:type="dxa"/>
            <w:shd w:val="clear" w:color="auto" w:fill="auto"/>
          </w:tcPr>
          <w:p w:rsidR="00A60E63" w:rsidRPr="00D03E1F" w:rsidRDefault="00C75F5E">
            <w:pPr>
              <w:spacing w:after="0" w:line="240" w:lineRule="auto"/>
            </w:pPr>
            <w:r w:rsidRPr="00D03E1F">
              <w:rPr>
                <w:rFonts w:ascii="Times New Roman" w:eastAsia="Times New Roman" w:hAnsi="Times New Roman"/>
                <w:sz w:val="26"/>
              </w:rPr>
              <w:t>- HS trình bày: a) 25 000, 30 000; b) 10 000, 20 000, 30 000.</w:t>
            </w:r>
          </w:p>
        </w:tc>
      </w:tr>
      <w:tr w:rsidR="00D03E1F" w:rsidRPr="00D03E1F" w:rsidTr="00CF0310">
        <w:trPr>
          <w:jc w:val="center"/>
        </w:trPr>
        <w:tc>
          <w:tcPr>
            <w:tcW w:w="5040" w:type="dxa"/>
            <w:shd w:val="clear" w:color="auto" w:fill="auto"/>
          </w:tcPr>
          <w:p w:rsidR="00A60E63" w:rsidRPr="00D03E1F" w:rsidRDefault="00C75F5E">
            <w:pPr>
              <w:spacing w:after="0" w:line="240" w:lineRule="auto"/>
            </w:pPr>
            <w:r w:rsidRPr="00D03E1F">
              <w:rPr>
                <w:rFonts w:ascii="Times New Roman" w:eastAsia="Times New Roman" w:hAnsi="Times New Roman"/>
                <w:sz w:val="26"/>
              </w:rPr>
              <w:t>- GV kết luận: Số tròn chục nghìn có các chữ số hàng nghìn, trăm, chục, đơn vị đều là 0.</w:t>
            </w:r>
          </w:p>
        </w:tc>
        <w:tc>
          <w:tcPr>
            <w:tcW w:w="5040" w:type="dxa"/>
            <w:shd w:val="clear" w:color="auto" w:fill="auto"/>
          </w:tcPr>
          <w:p w:rsidR="00A60E63" w:rsidRPr="00D03E1F" w:rsidRDefault="00C75F5E">
            <w:pPr>
              <w:spacing w:after="0" w:line="240" w:lineRule="auto"/>
            </w:pPr>
            <w:r w:rsidRPr="00D03E1F">
              <w:rPr>
                <w:rFonts w:ascii="Times New Roman" w:eastAsia="Times New Roman" w:hAnsi="Times New Roman"/>
                <w:sz w:val="26"/>
              </w:rPr>
              <w:t>- HS lắng nghe.</w:t>
            </w:r>
          </w:p>
        </w:tc>
      </w:tr>
      <w:tr w:rsidR="00D03E1F" w:rsidRPr="00D03E1F" w:rsidTr="00CF0310">
        <w:trPr>
          <w:jc w:val="center"/>
        </w:trPr>
        <w:tc>
          <w:tcPr>
            <w:tcW w:w="5040" w:type="dxa"/>
            <w:shd w:val="clear" w:color="auto" w:fill="auto"/>
          </w:tcPr>
          <w:p w:rsidR="00A60E63" w:rsidRPr="00D03E1F" w:rsidRDefault="00C75F5E">
            <w:pPr>
              <w:spacing w:after="0" w:line="240" w:lineRule="auto"/>
            </w:pPr>
            <w:r w:rsidRPr="00D03E1F">
              <w:rPr>
                <w:rFonts w:ascii="Times New Roman" w:eastAsia="Times New Roman" w:hAnsi="Times New Roman"/>
                <w:b/>
                <w:sz w:val="26"/>
              </w:rPr>
              <w:t>Bài 3. Chọn câu trả lời đúng. (Làm việc cá nhân)</w:t>
            </w:r>
          </w:p>
          <w:p w:rsidR="00A60E63" w:rsidRPr="00D03E1F" w:rsidRDefault="00C75F5E">
            <w:pPr>
              <w:spacing w:after="0" w:line="240" w:lineRule="auto"/>
            </w:pPr>
            <w:r w:rsidRPr="00D03E1F">
              <w:rPr>
                <w:rFonts w:ascii="Times New Roman" w:eastAsia="Times New Roman" w:hAnsi="Times New Roman"/>
                <w:sz w:val="26"/>
              </w:rPr>
              <w:t>- HS quan sát hình SGK.</w:t>
            </w:r>
          </w:p>
          <w:p w:rsidR="00A60E63" w:rsidRPr="00D03E1F" w:rsidRDefault="00A60E63">
            <w:pPr>
              <w:spacing w:after="0" w:line="240" w:lineRule="auto"/>
              <w:jc w:val="center"/>
            </w:pPr>
          </w:p>
        </w:tc>
        <w:tc>
          <w:tcPr>
            <w:tcW w:w="5040" w:type="dxa"/>
            <w:shd w:val="clear" w:color="auto" w:fill="auto"/>
          </w:tcPr>
          <w:p w:rsidR="00A60E63" w:rsidRPr="00D03E1F" w:rsidRDefault="00C75F5E">
            <w:pPr>
              <w:spacing w:after="0" w:line="240" w:lineRule="auto"/>
            </w:pPr>
            <w:r w:rsidRPr="00D03E1F">
              <w:rPr>
                <w:rFonts w:ascii="Times New Roman" w:eastAsia="Times New Roman" w:hAnsi="Times New Roman"/>
                <w:sz w:val="26"/>
              </w:rPr>
              <w:t>- HS quan sát bài trong SGK.</w:t>
            </w:r>
          </w:p>
        </w:tc>
      </w:tr>
      <w:tr w:rsidR="00D03E1F" w:rsidRPr="00D03E1F" w:rsidTr="00CF0310">
        <w:trPr>
          <w:jc w:val="center"/>
        </w:trPr>
        <w:tc>
          <w:tcPr>
            <w:tcW w:w="5040" w:type="dxa"/>
            <w:shd w:val="clear" w:color="auto" w:fill="auto"/>
          </w:tcPr>
          <w:p w:rsidR="00A60E63" w:rsidRPr="00D03E1F" w:rsidRDefault="00C75F5E">
            <w:pPr>
              <w:spacing w:after="0" w:line="240" w:lineRule="auto"/>
            </w:pPr>
            <w:r w:rsidRPr="00D03E1F">
              <w:rPr>
                <w:rFonts w:ascii="Times New Roman" w:eastAsia="Times New Roman" w:hAnsi="Times New Roman"/>
                <w:sz w:val="26"/>
              </w:rPr>
              <w:t>- GV cho HS đọc yêu cầu Bài 3.</w:t>
            </w:r>
          </w:p>
        </w:tc>
        <w:tc>
          <w:tcPr>
            <w:tcW w:w="5040" w:type="dxa"/>
            <w:shd w:val="clear" w:color="auto" w:fill="auto"/>
          </w:tcPr>
          <w:p w:rsidR="00A60E63" w:rsidRPr="00D03E1F" w:rsidRDefault="00C75F5E">
            <w:pPr>
              <w:spacing w:after="0" w:line="240" w:lineRule="auto"/>
            </w:pPr>
            <w:r w:rsidRPr="00D03E1F">
              <w:rPr>
                <w:rFonts w:ascii="Times New Roman" w:eastAsia="Times New Roman" w:hAnsi="Times New Roman"/>
                <w:sz w:val="26"/>
              </w:rPr>
              <w:t>- HS đọc: Chọn câu trả lời đúng.</w:t>
            </w:r>
          </w:p>
        </w:tc>
      </w:tr>
      <w:tr w:rsidR="00D03E1F" w:rsidRPr="00D03E1F" w:rsidTr="00CF0310">
        <w:trPr>
          <w:jc w:val="center"/>
        </w:trPr>
        <w:tc>
          <w:tcPr>
            <w:tcW w:w="5040" w:type="dxa"/>
            <w:shd w:val="clear" w:color="auto" w:fill="auto"/>
          </w:tcPr>
          <w:p w:rsidR="00A60E63" w:rsidRPr="00D03E1F" w:rsidRDefault="00C75F5E">
            <w:pPr>
              <w:spacing w:after="0" w:line="240" w:lineRule="auto"/>
            </w:pPr>
            <w:r w:rsidRPr="00D03E1F">
              <w:rPr>
                <w:rFonts w:ascii="Times New Roman" w:eastAsia="Times New Roman" w:hAnsi="Times New Roman"/>
                <w:sz w:val="26"/>
              </w:rPr>
              <w:t>- GV cho HS đọc lần lượt các điều kiện của số cần tìm.</w:t>
            </w:r>
          </w:p>
        </w:tc>
        <w:tc>
          <w:tcPr>
            <w:tcW w:w="5040" w:type="dxa"/>
            <w:shd w:val="clear" w:color="auto" w:fill="auto"/>
          </w:tcPr>
          <w:p w:rsidR="00A60E63" w:rsidRPr="00D03E1F" w:rsidRDefault="00C75F5E">
            <w:pPr>
              <w:spacing w:after="0" w:line="240" w:lineRule="auto"/>
            </w:pPr>
            <w:r w:rsidRPr="00D03E1F">
              <w:rPr>
                <w:rFonts w:ascii="Times New Roman" w:eastAsia="Times New Roman" w:hAnsi="Times New Roman"/>
                <w:sz w:val="26"/>
              </w:rPr>
              <w:t>- HS đọc: Hàng chục nghìn là 8; làm tròn đến hàng chục có chữ số hàng chục là 6; làm tròn đến hàng trăm có chữ số hàng trăm là 4.</w:t>
            </w:r>
          </w:p>
        </w:tc>
      </w:tr>
      <w:tr w:rsidR="00D03E1F" w:rsidRPr="00D03E1F" w:rsidTr="00CF0310">
        <w:trPr>
          <w:jc w:val="center"/>
        </w:trPr>
        <w:tc>
          <w:tcPr>
            <w:tcW w:w="5040" w:type="dxa"/>
            <w:shd w:val="clear" w:color="auto" w:fill="auto"/>
          </w:tcPr>
          <w:p w:rsidR="00A60E63" w:rsidRPr="00D03E1F" w:rsidRDefault="00C75F5E">
            <w:pPr>
              <w:spacing w:after="0" w:line="240" w:lineRule="auto"/>
            </w:pPr>
            <w:r w:rsidRPr="00D03E1F">
              <w:rPr>
                <w:rFonts w:ascii="Times New Roman" w:eastAsia="Times New Roman" w:hAnsi="Times New Roman"/>
                <w:sz w:val="26"/>
              </w:rPr>
              <w:t>- GV hỏi: Những số nào có chữ số hàng chục nghìn là 8?</w:t>
            </w:r>
          </w:p>
        </w:tc>
        <w:tc>
          <w:tcPr>
            <w:tcW w:w="5040" w:type="dxa"/>
            <w:shd w:val="clear" w:color="auto" w:fill="auto"/>
          </w:tcPr>
          <w:p w:rsidR="00A60E63" w:rsidRPr="00D03E1F" w:rsidRDefault="00C75F5E">
            <w:pPr>
              <w:spacing w:after="0" w:line="240" w:lineRule="auto"/>
            </w:pPr>
            <w:r w:rsidRPr="00D03E1F">
              <w:rPr>
                <w:rFonts w:ascii="Times New Roman" w:eastAsia="Times New Roman" w:hAnsi="Times New Roman"/>
                <w:sz w:val="26"/>
              </w:rPr>
              <w:t>- HS trả lời: 80 458, 82 361, 83 405.</w:t>
            </w:r>
          </w:p>
        </w:tc>
      </w:tr>
      <w:tr w:rsidR="00D03E1F" w:rsidRPr="00D03E1F" w:rsidTr="00CF0310">
        <w:trPr>
          <w:jc w:val="center"/>
        </w:trPr>
        <w:tc>
          <w:tcPr>
            <w:tcW w:w="5040" w:type="dxa"/>
            <w:shd w:val="clear" w:color="auto" w:fill="auto"/>
          </w:tcPr>
          <w:p w:rsidR="00A60E63" w:rsidRPr="00D03E1F" w:rsidRDefault="00C75F5E">
            <w:pPr>
              <w:spacing w:after="0" w:line="240" w:lineRule="auto"/>
            </w:pPr>
            <w:r w:rsidRPr="00D03E1F">
              <w:rPr>
                <w:rFonts w:ascii="Times New Roman" w:eastAsia="Times New Roman" w:hAnsi="Times New Roman"/>
                <w:sz w:val="26"/>
              </w:rPr>
              <w:t>- GV hỏi: Làm tròn đến hàng chục, số nào có chữ số hàng chục là 6?</w:t>
            </w:r>
          </w:p>
        </w:tc>
        <w:tc>
          <w:tcPr>
            <w:tcW w:w="5040" w:type="dxa"/>
            <w:shd w:val="clear" w:color="auto" w:fill="auto"/>
          </w:tcPr>
          <w:p w:rsidR="00A60E63" w:rsidRPr="00D03E1F" w:rsidRDefault="00C75F5E">
            <w:pPr>
              <w:spacing w:after="0" w:line="240" w:lineRule="auto"/>
            </w:pPr>
            <w:r w:rsidRPr="00D03E1F">
              <w:rPr>
                <w:rFonts w:ascii="Times New Roman" w:eastAsia="Times New Roman" w:hAnsi="Times New Roman"/>
                <w:sz w:val="26"/>
              </w:rPr>
              <w:t>- HS trả lời: 80 458 làm tròn thành 80 460, 82 361 làm tròn thành 82 360; cả hai có chữ số hàng chục là 6.</w:t>
            </w:r>
          </w:p>
        </w:tc>
      </w:tr>
      <w:tr w:rsidR="00D03E1F" w:rsidRPr="00D03E1F" w:rsidTr="00CF0310">
        <w:trPr>
          <w:jc w:val="center"/>
        </w:trPr>
        <w:tc>
          <w:tcPr>
            <w:tcW w:w="5040" w:type="dxa"/>
            <w:shd w:val="clear" w:color="auto" w:fill="auto"/>
          </w:tcPr>
          <w:p w:rsidR="00A60E63" w:rsidRPr="00D03E1F" w:rsidRDefault="00C75F5E">
            <w:pPr>
              <w:spacing w:after="0" w:line="240" w:lineRule="auto"/>
            </w:pPr>
            <w:r w:rsidRPr="00D03E1F">
              <w:rPr>
                <w:rFonts w:ascii="Times New Roman" w:eastAsia="Times New Roman" w:hAnsi="Times New Roman"/>
                <w:sz w:val="26"/>
              </w:rPr>
              <w:t>- GV hỏi: Làm tròn đến hàng trăm, số nào có chữ số hàng trăm là 4?</w:t>
            </w:r>
          </w:p>
        </w:tc>
        <w:tc>
          <w:tcPr>
            <w:tcW w:w="5040" w:type="dxa"/>
            <w:shd w:val="clear" w:color="auto" w:fill="auto"/>
          </w:tcPr>
          <w:p w:rsidR="00A60E63" w:rsidRPr="00D03E1F" w:rsidRDefault="00C75F5E">
            <w:pPr>
              <w:spacing w:after="0" w:line="240" w:lineRule="auto"/>
            </w:pPr>
            <w:r w:rsidRPr="00D03E1F">
              <w:rPr>
                <w:rFonts w:ascii="Times New Roman" w:eastAsia="Times New Roman" w:hAnsi="Times New Roman"/>
                <w:sz w:val="26"/>
              </w:rPr>
              <w:t>- HS trả lời: 82 361 làm tròn thành 82 400, có chữ số hàng trăm là 4.</w:t>
            </w:r>
          </w:p>
        </w:tc>
      </w:tr>
      <w:tr w:rsidR="00D03E1F" w:rsidRPr="00D03E1F" w:rsidTr="00CF0310">
        <w:trPr>
          <w:jc w:val="center"/>
        </w:trPr>
        <w:tc>
          <w:tcPr>
            <w:tcW w:w="5040" w:type="dxa"/>
            <w:shd w:val="clear" w:color="auto" w:fill="auto"/>
          </w:tcPr>
          <w:p w:rsidR="00A60E63" w:rsidRPr="00D03E1F" w:rsidRDefault="00C75F5E">
            <w:pPr>
              <w:spacing w:after="0" w:line="240" w:lineRule="auto"/>
            </w:pPr>
            <w:r w:rsidRPr="00D03E1F">
              <w:rPr>
                <w:rFonts w:ascii="Times New Roman" w:eastAsia="Times New Roman" w:hAnsi="Times New Roman"/>
                <w:sz w:val="26"/>
              </w:rPr>
              <w:t>- GV cho HS trình bày đáp án.</w:t>
            </w:r>
          </w:p>
        </w:tc>
        <w:tc>
          <w:tcPr>
            <w:tcW w:w="5040" w:type="dxa"/>
            <w:shd w:val="clear" w:color="auto" w:fill="auto"/>
          </w:tcPr>
          <w:p w:rsidR="00A60E63" w:rsidRPr="00D03E1F" w:rsidRDefault="00C75F5E">
            <w:pPr>
              <w:spacing w:after="0" w:line="240" w:lineRule="auto"/>
            </w:pPr>
            <w:r w:rsidRPr="00D03E1F">
              <w:rPr>
                <w:rFonts w:ascii="Times New Roman" w:eastAsia="Times New Roman" w:hAnsi="Times New Roman"/>
                <w:sz w:val="26"/>
              </w:rPr>
              <w:t>- HS trình bày: Chọn C. 82 361.</w:t>
            </w:r>
          </w:p>
        </w:tc>
      </w:tr>
      <w:tr w:rsidR="00D03E1F" w:rsidRPr="00D03E1F" w:rsidTr="00CF0310">
        <w:trPr>
          <w:jc w:val="center"/>
        </w:trPr>
        <w:tc>
          <w:tcPr>
            <w:tcW w:w="5040" w:type="dxa"/>
            <w:tcBorders>
              <w:bottom w:val="single" w:sz="8" w:space="0" w:color="000000"/>
            </w:tcBorders>
            <w:shd w:val="clear" w:color="auto" w:fill="auto"/>
          </w:tcPr>
          <w:p w:rsidR="00A60E63" w:rsidRPr="00D03E1F" w:rsidRDefault="00C75F5E">
            <w:pPr>
              <w:spacing w:after="0" w:line="240" w:lineRule="auto"/>
            </w:pPr>
            <w:r w:rsidRPr="00D03E1F">
              <w:rPr>
                <w:rFonts w:ascii="Times New Roman" w:eastAsia="Times New Roman" w:hAnsi="Times New Roman"/>
                <w:sz w:val="26"/>
              </w:rPr>
              <w:t>- GV kết luận: Khi một số thỏa mãn nhiều điều kiện, cần kiểm tra lần lượt từng điều kiện và loại đáp án sai.</w:t>
            </w:r>
          </w:p>
        </w:tc>
        <w:tc>
          <w:tcPr>
            <w:tcW w:w="5040" w:type="dxa"/>
            <w:tcBorders>
              <w:bottom w:val="single" w:sz="8" w:space="0" w:color="000000"/>
            </w:tcBorders>
            <w:shd w:val="clear" w:color="auto" w:fill="auto"/>
          </w:tcPr>
          <w:p w:rsidR="00A60E63" w:rsidRPr="00D03E1F" w:rsidRDefault="00C75F5E">
            <w:pPr>
              <w:spacing w:after="0" w:line="240" w:lineRule="auto"/>
            </w:pPr>
            <w:r w:rsidRPr="00D03E1F">
              <w:rPr>
                <w:rFonts w:ascii="Times New Roman" w:eastAsia="Times New Roman" w:hAnsi="Times New Roman"/>
                <w:sz w:val="26"/>
              </w:rPr>
              <w:t>- HS lắng nghe.</w:t>
            </w:r>
          </w:p>
        </w:tc>
      </w:tr>
      <w:tr w:rsidR="00D03E1F" w:rsidRPr="00D03E1F" w:rsidTr="00CF0310">
        <w:trPr>
          <w:jc w:val="center"/>
        </w:trPr>
        <w:tc>
          <w:tcPr>
            <w:tcW w:w="10080" w:type="dxa"/>
            <w:gridSpan w:val="2"/>
            <w:tcBorders>
              <w:top w:val="single" w:sz="8" w:space="0" w:color="000000"/>
              <w:bottom w:val="single" w:sz="8" w:space="0" w:color="000000"/>
            </w:tcBorders>
            <w:shd w:val="clear" w:color="auto" w:fill="auto"/>
          </w:tcPr>
          <w:p w:rsidR="00A60E63" w:rsidRPr="00D03E1F" w:rsidRDefault="00C75F5E">
            <w:pPr>
              <w:spacing w:after="0" w:line="240" w:lineRule="auto"/>
            </w:pPr>
            <w:r w:rsidRPr="00D03E1F">
              <w:rPr>
                <w:rFonts w:ascii="Times New Roman" w:eastAsia="Times New Roman" w:hAnsi="Times New Roman"/>
                <w:b/>
                <w:sz w:val="26"/>
              </w:rPr>
              <w:t>3. Vận dụng - Trải nghiệm (5 phút):</w:t>
            </w:r>
          </w:p>
          <w:p w:rsidR="00A60E63" w:rsidRPr="00D03E1F" w:rsidRDefault="00C75F5E">
            <w:pPr>
              <w:spacing w:after="0" w:line="240" w:lineRule="auto"/>
            </w:pPr>
            <w:r w:rsidRPr="00D03E1F">
              <w:rPr>
                <w:rFonts w:ascii="Times New Roman" w:eastAsia="Times New Roman" w:hAnsi="Times New Roman"/>
                <w:sz w:val="26"/>
              </w:rPr>
              <w:t>- Mục tiêu: Củng cố cách đọc số, số tròn chục nghìn và tìm số theo điều kiện.</w:t>
            </w:r>
          </w:p>
          <w:p w:rsidR="00A60E63" w:rsidRPr="00D03E1F" w:rsidRDefault="00C75F5E">
            <w:pPr>
              <w:spacing w:after="0" w:line="240" w:lineRule="auto"/>
            </w:pPr>
            <w:r w:rsidRPr="00D03E1F">
              <w:rPr>
                <w:rFonts w:ascii="Times New Roman" w:eastAsia="Times New Roman" w:hAnsi="Times New Roman"/>
                <w:sz w:val="26"/>
              </w:rPr>
              <w:t>*Cách tiến hành:</w:t>
            </w:r>
          </w:p>
        </w:tc>
      </w:tr>
      <w:tr w:rsidR="00D03E1F" w:rsidRPr="00D03E1F" w:rsidTr="00CF0310">
        <w:trPr>
          <w:jc w:val="center"/>
        </w:trPr>
        <w:tc>
          <w:tcPr>
            <w:tcW w:w="5040" w:type="dxa"/>
            <w:tcBorders>
              <w:top w:val="single" w:sz="8" w:space="0" w:color="000000"/>
            </w:tcBorders>
            <w:shd w:val="clear" w:color="auto" w:fill="auto"/>
          </w:tcPr>
          <w:p w:rsidR="00A60E63" w:rsidRPr="00D03E1F" w:rsidRDefault="00C75F5E">
            <w:pPr>
              <w:spacing w:after="0" w:line="240" w:lineRule="auto"/>
            </w:pPr>
            <w:r w:rsidRPr="00D03E1F">
              <w:rPr>
                <w:rFonts w:ascii="Times New Roman" w:eastAsia="Times New Roman" w:hAnsi="Times New Roman"/>
                <w:sz w:val="26"/>
              </w:rPr>
              <w:t>- GV hỏi: Khi đọc số có năm chữ số, em đọc từ hàng nào trước?</w:t>
            </w:r>
          </w:p>
        </w:tc>
        <w:tc>
          <w:tcPr>
            <w:tcW w:w="5040" w:type="dxa"/>
            <w:tcBorders>
              <w:top w:val="single" w:sz="8" w:space="0" w:color="000000"/>
            </w:tcBorders>
            <w:shd w:val="clear" w:color="auto" w:fill="auto"/>
          </w:tcPr>
          <w:p w:rsidR="00A60E63" w:rsidRPr="00D03E1F" w:rsidRDefault="00C75F5E">
            <w:pPr>
              <w:spacing w:after="0" w:line="240" w:lineRule="auto"/>
            </w:pPr>
            <w:r w:rsidRPr="00D03E1F">
              <w:rPr>
                <w:rFonts w:ascii="Times New Roman" w:eastAsia="Times New Roman" w:hAnsi="Times New Roman"/>
                <w:sz w:val="26"/>
              </w:rPr>
              <w:t>- HS trả lời: Đọc từ hàng chục nghìn trước.</w:t>
            </w:r>
          </w:p>
        </w:tc>
      </w:tr>
      <w:tr w:rsidR="00D03E1F" w:rsidRPr="00D03E1F" w:rsidTr="00CF0310">
        <w:trPr>
          <w:jc w:val="center"/>
        </w:trPr>
        <w:tc>
          <w:tcPr>
            <w:tcW w:w="5040" w:type="dxa"/>
            <w:shd w:val="clear" w:color="auto" w:fill="auto"/>
          </w:tcPr>
          <w:p w:rsidR="00A60E63" w:rsidRPr="00D03E1F" w:rsidRDefault="00C75F5E">
            <w:pPr>
              <w:spacing w:after="0" w:line="240" w:lineRule="auto"/>
            </w:pPr>
            <w:r w:rsidRPr="00D03E1F">
              <w:rPr>
                <w:rFonts w:ascii="Times New Roman" w:eastAsia="Times New Roman" w:hAnsi="Times New Roman"/>
                <w:sz w:val="26"/>
              </w:rPr>
              <w:t>- GV hỏi: Số tròn chục nghìn có đặc điểm gì?</w:t>
            </w:r>
          </w:p>
        </w:tc>
        <w:tc>
          <w:tcPr>
            <w:tcW w:w="5040" w:type="dxa"/>
            <w:shd w:val="clear" w:color="auto" w:fill="auto"/>
          </w:tcPr>
          <w:p w:rsidR="00A60E63" w:rsidRPr="00D03E1F" w:rsidRDefault="00C75F5E">
            <w:pPr>
              <w:spacing w:after="0" w:line="240" w:lineRule="auto"/>
            </w:pPr>
            <w:r w:rsidRPr="00D03E1F">
              <w:rPr>
                <w:rFonts w:ascii="Times New Roman" w:eastAsia="Times New Roman" w:hAnsi="Times New Roman"/>
                <w:sz w:val="26"/>
              </w:rPr>
              <w:t>- HS trả lời: Các chữ số hàng nghìn, trăm, chục, đơn vị đều là 0.</w:t>
            </w:r>
          </w:p>
        </w:tc>
      </w:tr>
      <w:tr w:rsidR="00D03E1F" w:rsidRPr="00D03E1F" w:rsidTr="00CF0310">
        <w:trPr>
          <w:jc w:val="center"/>
        </w:trPr>
        <w:tc>
          <w:tcPr>
            <w:tcW w:w="5040" w:type="dxa"/>
            <w:shd w:val="clear" w:color="auto" w:fill="auto"/>
          </w:tcPr>
          <w:p w:rsidR="00A60E63" w:rsidRPr="00D03E1F" w:rsidRDefault="00C75F5E">
            <w:pPr>
              <w:spacing w:after="0" w:line="240" w:lineRule="auto"/>
            </w:pPr>
            <w:r w:rsidRPr="00D03E1F">
              <w:rPr>
                <w:rFonts w:ascii="Times New Roman" w:eastAsia="Times New Roman" w:hAnsi="Times New Roman"/>
                <w:sz w:val="26"/>
              </w:rPr>
              <w:t>- GV liên hệ: Khi đọc mã số hoặc số liệu thống kê, em cần kiểm tra từng chữ số để không nhầm.</w:t>
            </w:r>
          </w:p>
        </w:tc>
        <w:tc>
          <w:tcPr>
            <w:tcW w:w="5040" w:type="dxa"/>
            <w:shd w:val="clear" w:color="auto" w:fill="auto"/>
          </w:tcPr>
          <w:p w:rsidR="00A60E63" w:rsidRPr="00D03E1F" w:rsidRDefault="00C75F5E">
            <w:pPr>
              <w:spacing w:after="0" w:line="240" w:lineRule="auto"/>
            </w:pPr>
            <w:r w:rsidRPr="00D03E1F">
              <w:rPr>
                <w:rFonts w:ascii="Times New Roman" w:eastAsia="Times New Roman" w:hAnsi="Times New Roman"/>
                <w:sz w:val="26"/>
              </w:rPr>
              <w:t>- HS lắng nghe và nêu ví dụ.</w:t>
            </w:r>
          </w:p>
        </w:tc>
      </w:tr>
      <w:tr w:rsidR="00D03E1F" w:rsidRPr="00D03E1F" w:rsidTr="00CF0310">
        <w:trPr>
          <w:jc w:val="center"/>
        </w:trPr>
        <w:tc>
          <w:tcPr>
            <w:tcW w:w="5040" w:type="dxa"/>
            <w:shd w:val="clear" w:color="auto" w:fill="auto"/>
          </w:tcPr>
          <w:p w:rsidR="00A60E63" w:rsidRPr="00D03E1F" w:rsidRDefault="00C75F5E">
            <w:pPr>
              <w:spacing w:after="0" w:line="240" w:lineRule="auto"/>
            </w:pPr>
            <w:r w:rsidRPr="00D03E1F">
              <w:rPr>
                <w:rFonts w:ascii="Times New Roman" w:eastAsia="Times New Roman" w:hAnsi="Times New Roman"/>
                <w:sz w:val="26"/>
              </w:rPr>
              <w:t>- GV nhận xét tiết học, tuyên dương HS biết kiểm tra nhiều điều kiện để chọn số.</w:t>
            </w:r>
          </w:p>
        </w:tc>
        <w:tc>
          <w:tcPr>
            <w:tcW w:w="5040" w:type="dxa"/>
            <w:shd w:val="clear" w:color="auto" w:fill="auto"/>
          </w:tcPr>
          <w:p w:rsidR="00A60E63" w:rsidRPr="00D03E1F" w:rsidRDefault="00C75F5E">
            <w:pPr>
              <w:spacing w:after="0" w:line="240" w:lineRule="auto"/>
            </w:pPr>
            <w:r w:rsidRPr="00D03E1F">
              <w:rPr>
                <w:rFonts w:ascii="Times New Roman" w:eastAsia="Times New Roman" w:hAnsi="Times New Roman"/>
                <w:sz w:val="26"/>
              </w:rPr>
              <w:t>- HS lắng nghe.</w:t>
            </w:r>
          </w:p>
        </w:tc>
      </w:tr>
      <w:tr w:rsidR="00D03E1F" w:rsidRPr="00D03E1F" w:rsidTr="00CF0310">
        <w:trPr>
          <w:jc w:val="center"/>
        </w:trPr>
        <w:tc>
          <w:tcPr>
            <w:tcW w:w="5040" w:type="dxa"/>
            <w:shd w:val="clear" w:color="auto" w:fill="auto"/>
          </w:tcPr>
          <w:p w:rsidR="00A60E63" w:rsidRPr="00D03E1F" w:rsidRDefault="00C75F5E">
            <w:pPr>
              <w:spacing w:after="0" w:line="240" w:lineRule="auto"/>
            </w:pPr>
            <w:r w:rsidRPr="00D03E1F">
              <w:rPr>
                <w:rFonts w:ascii="Times New Roman" w:eastAsia="Times New Roman" w:hAnsi="Times New Roman"/>
                <w:sz w:val="26"/>
              </w:rPr>
              <w:t>- GV dặn dò HS về nhà ôn Bài 59 và chuẩn bị Bài 60.</w:t>
            </w:r>
          </w:p>
        </w:tc>
        <w:tc>
          <w:tcPr>
            <w:tcW w:w="5040" w:type="dxa"/>
            <w:shd w:val="clear" w:color="auto" w:fill="auto"/>
          </w:tcPr>
          <w:p w:rsidR="00A60E63" w:rsidRPr="00D03E1F" w:rsidRDefault="00C75F5E">
            <w:pPr>
              <w:spacing w:after="0" w:line="240" w:lineRule="auto"/>
            </w:pPr>
            <w:r w:rsidRPr="00D03E1F">
              <w:rPr>
                <w:rFonts w:ascii="Times New Roman" w:eastAsia="Times New Roman" w:hAnsi="Times New Roman"/>
                <w:sz w:val="26"/>
              </w:rPr>
              <w:t>- HS ghi nhớ nhiệm vụ.</w:t>
            </w:r>
          </w:p>
        </w:tc>
      </w:tr>
    </w:tbl>
    <w:p w:rsidR="00A60E63" w:rsidRPr="00D03E1F" w:rsidRDefault="00C75F5E">
      <w:pPr>
        <w:spacing w:after="0" w:line="240" w:lineRule="auto"/>
      </w:pPr>
      <w:r w:rsidRPr="00D03E1F">
        <w:rPr>
          <w:rFonts w:ascii="Times New Roman" w:eastAsia="Times New Roman" w:hAnsi="Times New Roman"/>
          <w:b/>
          <w:sz w:val="26"/>
        </w:rPr>
        <w:t>IV. ĐIỀU CHỈNH SAU BÀI DẠY:</w:t>
      </w:r>
    </w:p>
    <w:p w:rsidR="00A60E63" w:rsidRPr="00D03E1F" w:rsidRDefault="00C75F5E">
      <w:pPr>
        <w:spacing w:after="0" w:line="240" w:lineRule="auto"/>
      </w:pPr>
      <w:r w:rsidRPr="00D03E1F">
        <w:rPr>
          <w:rFonts w:ascii="Times New Roman" w:eastAsia="Times New Roman" w:hAnsi="Times New Roman"/>
          <w:sz w:val="26"/>
        </w:rPr>
        <w:t>.......................................................................................................................................</w:t>
      </w:r>
    </w:p>
    <w:p w:rsidR="00A60E63" w:rsidRPr="00D03E1F" w:rsidRDefault="00C75F5E">
      <w:pPr>
        <w:spacing w:after="0" w:line="240" w:lineRule="auto"/>
      </w:pPr>
      <w:r w:rsidRPr="00D03E1F">
        <w:rPr>
          <w:rFonts w:ascii="Times New Roman" w:eastAsia="Times New Roman" w:hAnsi="Times New Roman"/>
          <w:sz w:val="26"/>
        </w:rPr>
        <w:t>.......................................................................................................................................</w:t>
      </w:r>
    </w:p>
    <w:p w:rsidR="00A60E63" w:rsidRPr="00D03E1F" w:rsidRDefault="00C75F5E">
      <w:pPr>
        <w:spacing w:after="0" w:line="240" w:lineRule="auto"/>
      </w:pPr>
      <w:r w:rsidRPr="00D03E1F">
        <w:rPr>
          <w:rFonts w:ascii="Times New Roman" w:eastAsia="Times New Roman" w:hAnsi="Times New Roman"/>
          <w:sz w:val="26"/>
        </w:rPr>
        <w:br w:type="page"/>
      </w:r>
    </w:p>
    <w:p w:rsidR="00A60E63" w:rsidRPr="00D03E1F" w:rsidRDefault="00C75F5E">
      <w:pPr>
        <w:spacing w:after="0" w:line="240" w:lineRule="auto"/>
        <w:jc w:val="center"/>
      </w:pPr>
      <w:r w:rsidRPr="00D03E1F">
        <w:rPr>
          <w:rFonts w:ascii="Times New Roman" w:eastAsia="Times New Roman" w:hAnsi="Times New Roman"/>
          <w:b/>
          <w:sz w:val="28"/>
        </w:rPr>
        <w:lastRenderedPageBreak/>
        <w:t>TUẦN 26</w:t>
      </w:r>
    </w:p>
    <w:p w:rsidR="00A60E63" w:rsidRPr="00D03E1F" w:rsidRDefault="00C75F5E">
      <w:pPr>
        <w:spacing w:after="0" w:line="240" w:lineRule="auto"/>
        <w:jc w:val="center"/>
      </w:pPr>
      <w:r w:rsidRPr="00D03E1F">
        <w:rPr>
          <w:rFonts w:ascii="Times New Roman" w:eastAsia="Times New Roman" w:hAnsi="Times New Roman"/>
          <w:b/>
          <w:sz w:val="28"/>
        </w:rPr>
        <w:t>KẾ HOẠCH BÀI DẠY MÔN TOÁN 3</w:t>
      </w:r>
    </w:p>
    <w:p w:rsidR="00A60E63" w:rsidRPr="00D03E1F" w:rsidRDefault="00C75F5E">
      <w:pPr>
        <w:spacing w:after="0" w:line="240" w:lineRule="auto"/>
        <w:jc w:val="center"/>
      </w:pPr>
      <w:r w:rsidRPr="00D03E1F">
        <w:rPr>
          <w:rFonts w:ascii="Times New Roman" w:eastAsia="Times New Roman" w:hAnsi="Times New Roman"/>
          <w:b/>
          <w:sz w:val="26"/>
        </w:rPr>
        <w:t>CHỦ ĐỀ 11: CÁC SỐ ĐẾN 100 000</w:t>
      </w:r>
    </w:p>
    <w:p w:rsidR="00A60E63" w:rsidRPr="00D03E1F" w:rsidRDefault="00C75F5E">
      <w:pPr>
        <w:spacing w:after="0" w:line="240" w:lineRule="auto"/>
        <w:jc w:val="center"/>
      </w:pPr>
      <w:r w:rsidRPr="00D03E1F">
        <w:rPr>
          <w:rFonts w:ascii="Times New Roman" w:eastAsia="Times New Roman" w:hAnsi="Times New Roman"/>
          <w:b/>
          <w:sz w:val="26"/>
        </w:rPr>
        <w:t>Bài 60: So sánh các số trong phạm vi 100 000 (Tiết 1) - Trang 61, 62</w:t>
      </w:r>
    </w:p>
    <w:p w:rsidR="00A60E63" w:rsidRPr="00D03E1F" w:rsidRDefault="00C75F5E">
      <w:pPr>
        <w:spacing w:after="0" w:line="240" w:lineRule="auto"/>
      </w:pPr>
      <w:r w:rsidRPr="00D03E1F">
        <w:rPr>
          <w:rFonts w:ascii="Times New Roman" w:eastAsia="Times New Roman" w:hAnsi="Times New Roman"/>
          <w:b/>
          <w:sz w:val="26"/>
        </w:rPr>
        <w:t>I. YÊU CẦU CẦN ĐẠT:</w:t>
      </w:r>
    </w:p>
    <w:p w:rsidR="00A60E63" w:rsidRPr="00D03E1F" w:rsidRDefault="00C75F5E">
      <w:pPr>
        <w:spacing w:after="0" w:line="240" w:lineRule="auto"/>
      </w:pPr>
      <w:r w:rsidRPr="00D03E1F">
        <w:rPr>
          <w:rFonts w:ascii="Times New Roman" w:eastAsia="Times New Roman" w:hAnsi="Times New Roman"/>
          <w:b/>
          <w:sz w:val="26"/>
        </w:rPr>
        <w:t>1. Năng lực đặc thù:</w:t>
      </w:r>
    </w:p>
    <w:p w:rsidR="00A60E63" w:rsidRPr="00D03E1F" w:rsidRDefault="00C75F5E">
      <w:pPr>
        <w:spacing w:after="0" w:line="240" w:lineRule="auto"/>
      </w:pPr>
      <w:r w:rsidRPr="00D03E1F">
        <w:rPr>
          <w:rFonts w:ascii="Times New Roman" w:eastAsia="Times New Roman" w:hAnsi="Times New Roman"/>
          <w:sz w:val="26"/>
        </w:rPr>
        <w:t>- Biết so sánh hai số trong phạm vi 100 000.</w:t>
      </w:r>
    </w:p>
    <w:p w:rsidR="00A60E63" w:rsidRPr="00D03E1F" w:rsidRDefault="00C75F5E">
      <w:pPr>
        <w:spacing w:after="0" w:line="240" w:lineRule="auto"/>
      </w:pPr>
      <w:r w:rsidRPr="00D03E1F">
        <w:rPr>
          <w:rFonts w:ascii="Times New Roman" w:eastAsia="Times New Roman" w:hAnsi="Times New Roman"/>
          <w:sz w:val="26"/>
        </w:rPr>
        <w:t>- So sánh được các số dựa vào số chữ số và từng hàng từ trái sang phải.</w:t>
      </w:r>
    </w:p>
    <w:p w:rsidR="00A60E63" w:rsidRPr="00D03E1F" w:rsidRDefault="00C75F5E">
      <w:pPr>
        <w:spacing w:after="0" w:line="240" w:lineRule="auto"/>
      </w:pPr>
      <w:r w:rsidRPr="00D03E1F">
        <w:rPr>
          <w:rFonts w:ascii="Times New Roman" w:eastAsia="Times New Roman" w:hAnsi="Times New Roman"/>
          <w:sz w:val="26"/>
        </w:rPr>
        <w:t>- Điền được dấu &gt;, &lt;, = và giải thích được cách so sánh.</w:t>
      </w:r>
    </w:p>
    <w:p w:rsidR="00A60E63" w:rsidRPr="00D03E1F" w:rsidRDefault="00C75F5E">
      <w:pPr>
        <w:spacing w:after="0" w:line="240" w:lineRule="auto"/>
      </w:pPr>
      <w:r w:rsidRPr="00D03E1F">
        <w:rPr>
          <w:rFonts w:ascii="Times New Roman" w:eastAsia="Times New Roman" w:hAnsi="Times New Roman"/>
          <w:sz w:val="26"/>
        </w:rPr>
        <w:t>- Vận dụng được quy tắc so sánh số để chọn số lớn hơn trong tình huống.</w:t>
      </w:r>
    </w:p>
    <w:p w:rsidR="00A60E63" w:rsidRPr="00D03E1F" w:rsidRDefault="00C75F5E">
      <w:pPr>
        <w:spacing w:after="0" w:line="240" w:lineRule="auto"/>
      </w:pPr>
      <w:r w:rsidRPr="00D03E1F">
        <w:rPr>
          <w:rFonts w:ascii="Times New Roman" w:eastAsia="Times New Roman" w:hAnsi="Times New Roman"/>
          <w:b/>
          <w:sz w:val="26"/>
        </w:rPr>
        <w:t>2. Năng lực chung:</w:t>
      </w:r>
    </w:p>
    <w:p w:rsidR="00A60E63" w:rsidRPr="00D03E1F" w:rsidRDefault="00C75F5E">
      <w:pPr>
        <w:spacing w:after="0" w:line="240" w:lineRule="auto"/>
      </w:pPr>
      <w:r w:rsidRPr="00D03E1F">
        <w:rPr>
          <w:rFonts w:ascii="Times New Roman" w:eastAsia="Times New Roman" w:hAnsi="Times New Roman"/>
          <w:sz w:val="26"/>
        </w:rPr>
        <w:t>- Tự chủ, tự học: tự so sánh các cặp số và kiểm tra dấu &gt;, &lt;, =.</w:t>
      </w:r>
    </w:p>
    <w:p w:rsidR="00A60E63" w:rsidRPr="00D03E1F" w:rsidRDefault="00C75F5E">
      <w:pPr>
        <w:spacing w:after="0" w:line="240" w:lineRule="auto"/>
      </w:pPr>
      <w:r w:rsidRPr="00D03E1F">
        <w:rPr>
          <w:rFonts w:ascii="Times New Roman" w:eastAsia="Times New Roman" w:hAnsi="Times New Roman"/>
          <w:sz w:val="26"/>
        </w:rPr>
        <w:t>- Giao tiếp và hợp tác: trao đổi nhóm 2 khi chọn đường đi trên cây thần kì.</w:t>
      </w:r>
    </w:p>
    <w:p w:rsidR="00A60E63" w:rsidRPr="00D03E1F" w:rsidRDefault="00C75F5E">
      <w:pPr>
        <w:spacing w:after="0" w:line="240" w:lineRule="auto"/>
      </w:pPr>
      <w:r w:rsidRPr="00D03E1F">
        <w:rPr>
          <w:rFonts w:ascii="Times New Roman" w:eastAsia="Times New Roman" w:hAnsi="Times New Roman"/>
          <w:sz w:val="26"/>
        </w:rPr>
        <w:t>- Giải quyết vấn đề: lập quy tắc so sánh để chọn số lớn hơn trong tình huống thực tế.</w:t>
      </w:r>
    </w:p>
    <w:p w:rsidR="00A60E63" w:rsidRPr="00D03E1F" w:rsidRDefault="00C75F5E">
      <w:pPr>
        <w:spacing w:after="0" w:line="240" w:lineRule="auto"/>
      </w:pPr>
      <w:r w:rsidRPr="00D03E1F">
        <w:rPr>
          <w:rFonts w:ascii="Times New Roman" w:eastAsia="Times New Roman" w:hAnsi="Times New Roman"/>
          <w:b/>
          <w:sz w:val="26"/>
        </w:rPr>
        <w:t>3. Phẩm chất:</w:t>
      </w:r>
    </w:p>
    <w:p w:rsidR="00A60E63" w:rsidRPr="00D03E1F" w:rsidRDefault="00C75F5E">
      <w:pPr>
        <w:spacing w:after="0" w:line="240" w:lineRule="auto"/>
      </w:pPr>
      <w:r w:rsidRPr="00D03E1F">
        <w:rPr>
          <w:rFonts w:ascii="Times New Roman" w:eastAsia="Times New Roman" w:hAnsi="Times New Roman"/>
          <w:sz w:val="26"/>
        </w:rPr>
        <w:t>- Chăm chỉ: luyện so sánh số trong phạm vi 100 000.</w:t>
      </w:r>
    </w:p>
    <w:p w:rsidR="00A60E63" w:rsidRPr="00D03E1F" w:rsidRDefault="00C75F5E">
      <w:pPr>
        <w:spacing w:after="0" w:line="240" w:lineRule="auto"/>
      </w:pPr>
      <w:r w:rsidRPr="00D03E1F">
        <w:rPr>
          <w:rFonts w:ascii="Times New Roman" w:eastAsia="Times New Roman" w:hAnsi="Times New Roman"/>
          <w:sz w:val="26"/>
        </w:rPr>
        <w:t>- Trung thực: tự sửa lỗi khi so sánh sai hàng.</w:t>
      </w:r>
    </w:p>
    <w:p w:rsidR="00A60E63" w:rsidRPr="00D03E1F" w:rsidRDefault="00C75F5E">
      <w:pPr>
        <w:spacing w:after="0" w:line="240" w:lineRule="auto"/>
      </w:pPr>
      <w:r w:rsidRPr="00D03E1F">
        <w:rPr>
          <w:rFonts w:ascii="Times New Roman" w:eastAsia="Times New Roman" w:hAnsi="Times New Roman"/>
          <w:sz w:val="26"/>
        </w:rPr>
        <w:t>- Trách nhiệm: sử dụng Google Sheets, Wordwall đúng mục đích học tập.</w:t>
      </w:r>
    </w:p>
    <w:p w:rsidR="00A60E63" w:rsidRPr="00D03E1F" w:rsidRDefault="00C75F5E">
      <w:pPr>
        <w:spacing w:after="0" w:line="240" w:lineRule="auto"/>
      </w:pPr>
      <w:r w:rsidRPr="00D03E1F">
        <w:rPr>
          <w:rFonts w:ascii="Times New Roman" w:eastAsia="Times New Roman" w:hAnsi="Times New Roman"/>
          <w:b/>
          <w:sz w:val="26"/>
        </w:rPr>
        <w:t>4. Tích hợp:</w:t>
      </w:r>
    </w:p>
    <w:p w:rsidR="00A60E63" w:rsidRPr="00D03E1F" w:rsidRDefault="00C75F5E">
      <w:pPr>
        <w:spacing w:after="0" w:line="240" w:lineRule="auto"/>
      </w:pPr>
      <w:r w:rsidRPr="00D03E1F">
        <w:rPr>
          <w:rFonts w:ascii="Times New Roman" w:eastAsia="Times New Roman" w:hAnsi="Times New Roman"/>
          <w:sz w:val="26"/>
        </w:rPr>
        <w:t>- Tích hợp NLS 1.2.CB1a: GV trình chiếu dãy số trong Google Sheets, hướng dẫn HS tô màu chữ số ở từng hàng để so sánh; HS thực hành thêm trên Wordwall dạng kéo thả số vào nhóm lớn hơn hoặc bé hơn.</w:t>
      </w:r>
    </w:p>
    <w:p w:rsidR="00A60E63" w:rsidRPr="00D03E1F" w:rsidRDefault="00C75F5E">
      <w:pPr>
        <w:spacing w:after="0" w:line="240" w:lineRule="auto"/>
      </w:pPr>
      <w:r w:rsidRPr="00D03E1F">
        <w:rPr>
          <w:rFonts w:ascii="Times New Roman" w:eastAsia="Times New Roman" w:hAnsi="Times New Roman"/>
          <w:sz w:val="26"/>
        </w:rPr>
        <w:t>- Tích hợp AI (Khung 3439) - 3.C5.1: HS hiểu AI sử dụng các thuật toán so sánh để phân loại dữ liệu.</w:t>
      </w:r>
    </w:p>
    <w:p w:rsidR="00A60E63" w:rsidRPr="00D03E1F" w:rsidRDefault="00C75F5E">
      <w:pPr>
        <w:spacing w:after="0" w:line="240" w:lineRule="auto"/>
      </w:pPr>
      <w:r w:rsidRPr="00D03E1F">
        <w:rPr>
          <w:rFonts w:ascii="Times New Roman" w:eastAsia="Times New Roman" w:hAnsi="Times New Roman"/>
          <w:b/>
          <w:sz w:val="26"/>
        </w:rPr>
        <w:t>II. ĐỒ DÙNG DẠY HỌC</w:t>
      </w:r>
    </w:p>
    <w:p w:rsidR="00A60E63" w:rsidRPr="00D03E1F" w:rsidRDefault="00C75F5E">
      <w:pPr>
        <w:spacing w:after="0" w:line="240" w:lineRule="auto"/>
      </w:pPr>
      <w:r w:rsidRPr="00D03E1F">
        <w:rPr>
          <w:rFonts w:ascii="Times New Roman" w:eastAsia="Times New Roman" w:hAnsi="Times New Roman"/>
          <w:sz w:val="26"/>
        </w:rPr>
        <w:t>- Kế hoạch bài dạy, SGK Toán 3 tập hai, bài giảng PowerPoint.</w:t>
      </w:r>
    </w:p>
    <w:p w:rsidR="00A60E63" w:rsidRPr="00D03E1F" w:rsidRDefault="00C75F5E">
      <w:pPr>
        <w:spacing w:after="0" w:line="240" w:lineRule="auto"/>
      </w:pPr>
      <w:r w:rsidRPr="00D03E1F">
        <w:rPr>
          <w:rFonts w:ascii="Times New Roman" w:eastAsia="Times New Roman" w:hAnsi="Times New Roman"/>
          <w:sz w:val="26"/>
        </w:rPr>
        <w:t>- Google Sheets dãy số, Wordwall kéo thả số, bảng con.</w:t>
      </w:r>
    </w:p>
    <w:p w:rsidR="00A60E63" w:rsidRPr="00D03E1F" w:rsidRDefault="00C75F5E">
      <w:pPr>
        <w:spacing w:after="0" w:line="240" w:lineRule="auto"/>
      </w:pPr>
      <w:r w:rsidRPr="00D03E1F">
        <w:rPr>
          <w:rFonts w:ascii="Times New Roman" w:eastAsia="Times New Roman" w:hAnsi="Times New Roman"/>
          <w:sz w:val="26"/>
        </w:rPr>
        <w:t>- Hình cắt từ SGK trang 61, 62.</w:t>
      </w:r>
    </w:p>
    <w:p w:rsidR="00A60E63" w:rsidRPr="00D03E1F" w:rsidRDefault="00C75F5E">
      <w:pPr>
        <w:spacing w:after="0" w:line="240" w:lineRule="auto"/>
      </w:pPr>
      <w:r w:rsidRPr="00D03E1F">
        <w:rPr>
          <w:rFonts w:ascii="Times New Roman" w:eastAsia="Times New Roman" w:hAnsi="Times New Roman"/>
          <w:b/>
          <w:sz w:val="26"/>
        </w:rPr>
        <w:t>III. HOẠT ĐỘNG DẠY HỌC</w:t>
      </w:r>
    </w:p>
    <w:tbl>
      <w:tblPr>
        <w:tblW w:w="0" w:type="auto"/>
        <w:jc w:val="center"/>
        <w:tblBorders>
          <w:top w:val="single" w:sz="8" w:space="0" w:color="000000"/>
          <w:left w:val="single" w:sz="8" w:space="0" w:color="000000"/>
          <w:bottom w:val="single" w:sz="8" w:space="0" w:color="000000"/>
          <w:right w:val="single" w:sz="8" w:space="0" w:color="000000"/>
          <w:insideV w:val="single" w:sz="8" w:space="0" w:color="000000"/>
        </w:tblBorders>
        <w:tblLook w:val="04A0" w:firstRow="1" w:lastRow="0" w:firstColumn="1" w:lastColumn="0" w:noHBand="0" w:noVBand="1"/>
      </w:tblPr>
      <w:tblGrid>
        <w:gridCol w:w="5040"/>
        <w:gridCol w:w="5040"/>
      </w:tblGrid>
      <w:tr w:rsidR="00D03E1F" w:rsidRPr="00D03E1F" w:rsidTr="00CF0310">
        <w:trPr>
          <w:jc w:val="center"/>
        </w:trPr>
        <w:tc>
          <w:tcPr>
            <w:tcW w:w="5040" w:type="dxa"/>
            <w:tcBorders>
              <w:bottom w:val="single" w:sz="8" w:space="0" w:color="000000"/>
            </w:tcBorders>
            <w:shd w:val="clear" w:color="auto" w:fill="auto"/>
          </w:tcPr>
          <w:p w:rsidR="00A60E63" w:rsidRPr="00D03E1F" w:rsidRDefault="00C75F5E">
            <w:pPr>
              <w:spacing w:after="0" w:line="240" w:lineRule="auto"/>
              <w:jc w:val="center"/>
            </w:pPr>
            <w:r w:rsidRPr="00D03E1F">
              <w:rPr>
                <w:rFonts w:ascii="Times New Roman" w:eastAsia="Times New Roman" w:hAnsi="Times New Roman"/>
                <w:b/>
                <w:sz w:val="26"/>
              </w:rPr>
              <w:t>Hoạt động của giáo viên</w:t>
            </w:r>
          </w:p>
        </w:tc>
        <w:tc>
          <w:tcPr>
            <w:tcW w:w="5040" w:type="dxa"/>
            <w:tcBorders>
              <w:bottom w:val="single" w:sz="8" w:space="0" w:color="000000"/>
            </w:tcBorders>
            <w:shd w:val="clear" w:color="auto" w:fill="auto"/>
          </w:tcPr>
          <w:p w:rsidR="00A60E63" w:rsidRPr="00D03E1F" w:rsidRDefault="00C75F5E">
            <w:pPr>
              <w:spacing w:after="0" w:line="240" w:lineRule="auto"/>
              <w:jc w:val="center"/>
            </w:pPr>
            <w:r w:rsidRPr="00D03E1F">
              <w:rPr>
                <w:rFonts w:ascii="Times New Roman" w:eastAsia="Times New Roman" w:hAnsi="Times New Roman"/>
                <w:b/>
                <w:sz w:val="26"/>
              </w:rPr>
              <w:t>Hoạt động của học sinh</w:t>
            </w:r>
          </w:p>
        </w:tc>
      </w:tr>
      <w:tr w:rsidR="00D03E1F" w:rsidRPr="00D03E1F" w:rsidTr="00CF0310">
        <w:trPr>
          <w:jc w:val="center"/>
        </w:trPr>
        <w:tc>
          <w:tcPr>
            <w:tcW w:w="10080" w:type="dxa"/>
            <w:gridSpan w:val="2"/>
            <w:tcBorders>
              <w:top w:val="single" w:sz="8" w:space="0" w:color="000000"/>
              <w:bottom w:val="single" w:sz="8" w:space="0" w:color="000000"/>
            </w:tcBorders>
            <w:shd w:val="clear" w:color="auto" w:fill="auto"/>
          </w:tcPr>
          <w:p w:rsidR="00A60E63" w:rsidRPr="00D03E1F" w:rsidRDefault="00C75F5E">
            <w:pPr>
              <w:spacing w:after="0" w:line="240" w:lineRule="auto"/>
            </w:pPr>
            <w:r w:rsidRPr="00D03E1F">
              <w:rPr>
                <w:rFonts w:ascii="Times New Roman" w:eastAsia="Times New Roman" w:hAnsi="Times New Roman"/>
                <w:b/>
                <w:sz w:val="26"/>
              </w:rPr>
              <w:t>1. Khởi động (5 phút):</w:t>
            </w:r>
          </w:p>
          <w:p w:rsidR="00A60E63" w:rsidRPr="00D03E1F" w:rsidRDefault="00C75F5E">
            <w:pPr>
              <w:spacing w:after="0" w:line="240" w:lineRule="auto"/>
            </w:pPr>
            <w:r w:rsidRPr="00D03E1F">
              <w:rPr>
                <w:rFonts w:ascii="Times New Roman" w:eastAsia="Times New Roman" w:hAnsi="Times New Roman"/>
                <w:sz w:val="26"/>
              </w:rPr>
              <w:t>- Mục tiêu: Ôn so sánh số có bốn chữ số và nhận biết cách so sánh số có năm chữ số.</w:t>
            </w:r>
          </w:p>
          <w:p w:rsidR="00A60E63" w:rsidRPr="00D03E1F" w:rsidRDefault="00C75F5E">
            <w:pPr>
              <w:spacing w:after="0" w:line="240" w:lineRule="auto"/>
            </w:pPr>
            <w:r w:rsidRPr="00D03E1F">
              <w:rPr>
                <w:rFonts w:ascii="Times New Roman" w:eastAsia="Times New Roman" w:hAnsi="Times New Roman"/>
                <w:sz w:val="26"/>
              </w:rPr>
              <w:t>*Cách tiến hành:</w:t>
            </w:r>
          </w:p>
        </w:tc>
      </w:tr>
      <w:tr w:rsidR="00D03E1F" w:rsidRPr="00D03E1F" w:rsidTr="00CF0310">
        <w:trPr>
          <w:jc w:val="center"/>
        </w:trPr>
        <w:tc>
          <w:tcPr>
            <w:tcW w:w="5040" w:type="dxa"/>
            <w:tcBorders>
              <w:top w:val="single" w:sz="8" w:space="0" w:color="000000"/>
            </w:tcBorders>
            <w:shd w:val="clear" w:color="auto" w:fill="auto"/>
          </w:tcPr>
          <w:p w:rsidR="00A60E63" w:rsidRPr="00D03E1F" w:rsidRDefault="00C75F5E">
            <w:pPr>
              <w:spacing w:after="0" w:line="240" w:lineRule="auto"/>
            </w:pPr>
            <w:r w:rsidRPr="00D03E1F">
              <w:rPr>
                <w:rFonts w:ascii="Times New Roman" w:eastAsia="Times New Roman" w:hAnsi="Times New Roman"/>
                <w:sz w:val="26"/>
              </w:rPr>
              <w:t>- GV tổ chức trò chơi “Dấu nào đúng?” với các cặp số: 9 876 và 12 345; 38 197 và 38 307.</w:t>
            </w:r>
          </w:p>
        </w:tc>
        <w:tc>
          <w:tcPr>
            <w:tcW w:w="5040" w:type="dxa"/>
            <w:tcBorders>
              <w:top w:val="single" w:sz="8" w:space="0" w:color="000000"/>
            </w:tcBorders>
            <w:shd w:val="clear" w:color="auto" w:fill="auto"/>
          </w:tcPr>
          <w:p w:rsidR="00A60E63" w:rsidRPr="00D03E1F" w:rsidRDefault="00C75F5E">
            <w:pPr>
              <w:spacing w:after="0" w:line="240" w:lineRule="auto"/>
            </w:pPr>
            <w:r w:rsidRPr="00D03E1F">
              <w:rPr>
                <w:rFonts w:ascii="Times New Roman" w:eastAsia="Times New Roman" w:hAnsi="Times New Roman"/>
                <w:sz w:val="26"/>
              </w:rPr>
              <w:t>- HS giơ bảng con ghi dấu &gt;, &lt;, =.</w:t>
            </w:r>
          </w:p>
        </w:tc>
      </w:tr>
      <w:tr w:rsidR="00D03E1F" w:rsidRPr="00D03E1F" w:rsidTr="00CF0310">
        <w:trPr>
          <w:jc w:val="center"/>
        </w:trPr>
        <w:tc>
          <w:tcPr>
            <w:tcW w:w="5040" w:type="dxa"/>
            <w:shd w:val="clear" w:color="auto" w:fill="auto"/>
          </w:tcPr>
          <w:p w:rsidR="00A60E63" w:rsidRPr="00D03E1F" w:rsidRDefault="00C75F5E">
            <w:pPr>
              <w:spacing w:after="0" w:line="240" w:lineRule="auto"/>
            </w:pPr>
            <w:r w:rsidRPr="00D03E1F">
              <w:rPr>
                <w:rFonts w:ascii="Times New Roman" w:eastAsia="Times New Roman" w:hAnsi="Times New Roman"/>
                <w:sz w:val="26"/>
              </w:rPr>
              <w:t>- GV hỏi: Khi hai số có số chữ số khác nhau, số nào lớn hơn?</w:t>
            </w:r>
          </w:p>
        </w:tc>
        <w:tc>
          <w:tcPr>
            <w:tcW w:w="5040" w:type="dxa"/>
            <w:shd w:val="clear" w:color="auto" w:fill="auto"/>
          </w:tcPr>
          <w:p w:rsidR="00A60E63" w:rsidRPr="00D03E1F" w:rsidRDefault="00C75F5E">
            <w:pPr>
              <w:spacing w:after="0" w:line="240" w:lineRule="auto"/>
            </w:pPr>
            <w:r w:rsidRPr="00D03E1F">
              <w:rPr>
                <w:rFonts w:ascii="Times New Roman" w:eastAsia="Times New Roman" w:hAnsi="Times New Roman"/>
                <w:sz w:val="26"/>
              </w:rPr>
              <w:t>- HS trả lời: Số có nhiều chữ số hơn thì lớn hơn.</w:t>
            </w:r>
          </w:p>
        </w:tc>
      </w:tr>
      <w:tr w:rsidR="00D03E1F" w:rsidRPr="00D03E1F" w:rsidTr="00CF0310">
        <w:trPr>
          <w:jc w:val="center"/>
        </w:trPr>
        <w:tc>
          <w:tcPr>
            <w:tcW w:w="5040" w:type="dxa"/>
            <w:tcBorders>
              <w:bottom w:val="single" w:sz="8" w:space="0" w:color="000000"/>
            </w:tcBorders>
            <w:shd w:val="clear" w:color="auto" w:fill="auto"/>
          </w:tcPr>
          <w:p w:rsidR="00A60E63" w:rsidRPr="00D03E1F" w:rsidRDefault="00C75F5E">
            <w:pPr>
              <w:spacing w:after="0" w:line="240" w:lineRule="auto"/>
            </w:pPr>
            <w:r w:rsidRPr="00D03E1F">
              <w:rPr>
                <w:rFonts w:ascii="Times New Roman" w:eastAsia="Times New Roman" w:hAnsi="Times New Roman"/>
                <w:sz w:val="26"/>
              </w:rPr>
              <w:t>- GV dẫn dắt vào bài so sánh các số trong phạm vi 100 000.</w:t>
            </w:r>
          </w:p>
        </w:tc>
        <w:tc>
          <w:tcPr>
            <w:tcW w:w="5040" w:type="dxa"/>
            <w:tcBorders>
              <w:bottom w:val="single" w:sz="8" w:space="0" w:color="000000"/>
            </w:tcBorders>
            <w:shd w:val="clear" w:color="auto" w:fill="auto"/>
          </w:tcPr>
          <w:p w:rsidR="00A60E63" w:rsidRPr="00D03E1F" w:rsidRDefault="00C75F5E">
            <w:pPr>
              <w:spacing w:after="0" w:line="240" w:lineRule="auto"/>
            </w:pPr>
            <w:r w:rsidRPr="00D03E1F">
              <w:rPr>
                <w:rFonts w:ascii="Times New Roman" w:eastAsia="Times New Roman" w:hAnsi="Times New Roman"/>
                <w:sz w:val="26"/>
              </w:rPr>
              <w:t>- HS lắng nghe.</w:t>
            </w:r>
          </w:p>
        </w:tc>
      </w:tr>
      <w:tr w:rsidR="00D03E1F" w:rsidRPr="00D03E1F" w:rsidTr="00CF0310">
        <w:trPr>
          <w:jc w:val="center"/>
        </w:trPr>
        <w:tc>
          <w:tcPr>
            <w:tcW w:w="10080" w:type="dxa"/>
            <w:gridSpan w:val="2"/>
            <w:tcBorders>
              <w:top w:val="single" w:sz="8" w:space="0" w:color="000000"/>
              <w:bottom w:val="single" w:sz="8" w:space="0" w:color="000000"/>
            </w:tcBorders>
            <w:shd w:val="clear" w:color="auto" w:fill="auto"/>
          </w:tcPr>
          <w:p w:rsidR="00A60E63" w:rsidRPr="00D03E1F" w:rsidRDefault="00C75F5E">
            <w:pPr>
              <w:spacing w:after="0" w:line="240" w:lineRule="auto"/>
            </w:pPr>
            <w:r w:rsidRPr="00D03E1F">
              <w:rPr>
                <w:rFonts w:ascii="Times New Roman" w:eastAsia="Times New Roman" w:hAnsi="Times New Roman"/>
                <w:b/>
                <w:sz w:val="26"/>
              </w:rPr>
              <w:t>2. Khám phá (10 phút):</w:t>
            </w:r>
          </w:p>
          <w:p w:rsidR="00A60E63" w:rsidRPr="00D03E1F" w:rsidRDefault="00C75F5E">
            <w:pPr>
              <w:spacing w:after="0" w:line="240" w:lineRule="auto"/>
            </w:pPr>
            <w:r w:rsidRPr="00D03E1F">
              <w:rPr>
                <w:rFonts w:ascii="Times New Roman" w:eastAsia="Times New Roman" w:hAnsi="Times New Roman"/>
                <w:sz w:val="26"/>
              </w:rPr>
              <w:t>- Mục tiêu: Hình thành cách so sánh hai số trong phạm vi 100 000.</w:t>
            </w:r>
          </w:p>
          <w:p w:rsidR="00A60E63" w:rsidRPr="00D03E1F" w:rsidRDefault="00C75F5E">
            <w:pPr>
              <w:spacing w:after="0" w:line="240" w:lineRule="auto"/>
            </w:pPr>
            <w:r w:rsidRPr="00D03E1F">
              <w:rPr>
                <w:rFonts w:ascii="Times New Roman" w:eastAsia="Times New Roman" w:hAnsi="Times New Roman"/>
                <w:sz w:val="26"/>
              </w:rPr>
              <w:t>*Cách tiến hành:</w:t>
            </w:r>
          </w:p>
        </w:tc>
      </w:tr>
      <w:tr w:rsidR="00D03E1F" w:rsidRPr="00D03E1F" w:rsidTr="00CF0310">
        <w:trPr>
          <w:jc w:val="center"/>
        </w:trPr>
        <w:tc>
          <w:tcPr>
            <w:tcW w:w="5040" w:type="dxa"/>
            <w:tcBorders>
              <w:top w:val="single" w:sz="8" w:space="0" w:color="000000"/>
            </w:tcBorders>
            <w:shd w:val="clear" w:color="auto" w:fill="auto"/>
          </w:tcPr>
          <w:p w:rsidR="00A60E63" w:rsidRPr="00D03E1F" w:rsidRDefault="00C75F5E">
            <w:pPr>
              <w:spacing w:after="0" w:line="240" w:lineRule="auto"/>
            </w:pPr>
            <w:r w:rsidRPr="00D03E1F">
              <w:rPr>
                <w:rFonts w:ascii="Times New Roman" w:eastAsia="Times New Roman" w:hAnsi="Times New Roman"/>
                <w:b/>
                <w:sz w:val="26"/>
              </w:rPr>
              <w:t>Khám phá. So sánh 41 217 và 46 616. (Làm việc cá nhân, cả lớp)</w:t>
            </w:r>
          </w:p>
          <w:p w:rsidR="00A60E63" w:rsidRPr="00D03E1F" w:rsidRDefault="00C75F5E">
            <w:pPr>
              <w:spacing w:after="0" w:line="240" w:lineRule="auto"/>
            </w:pPr>
            <w:r w:rsidRPr="00D03E1F">
              <w:rPr>
                <w:rFonts w:ascii="Times New Roman" w:eastAsia="Times New Roman" w:hAnsi="Times New Roman"/>
                <w:sz w:val="26"/>
              </w:rPr>
              <w:t>- HS quan sát hình SGK.</w:t>
            </w:r>
          </w:p>
          <w:p w:rsidR="00A60E63" w:rsidRPr="00D03E1F" w:rsidRDefault="00A60E63">
            <w:pPr>
              <w:spacing w:after="0" w:line="240" w:lineRule="auto"/>
              <w:jc w:val="center"/>
            </w:pPr>
          </w:p>
        </w:tc>
        <w:tc>
          <w:tcPr>
            <w:tcW w:w="5040" w:type="dxa"/>
            <w:tcBorders>
              <w:top w:val="single" w:sz="8" w:space="0" w:color="000000"/>
            </w:tcBorders>
            <w:shd w:val="clear" w:color="auto" w:fill="auto"/>
          </w:tcPr>
          <w:p w:rsidR="00A60E63" w:rsidRPr="00D03E1F" w:rsidRDefault="00C75F5E">
            <w:pPr>
              <w:spacing w:after="0" w:line="240" w:lineRule="auto"/>
            </w:pPr>
            <w:r w:rsidRPr="00D03E1F">
              <w:rPr>
                <w:rFonts w:ascii="Times New Roman" w:eastAsia="Times New Roman" w:hAnsi="Times New Roman"/>
                <w:sz w:val="26"/>
              </w:rPr>
              <w:lastRenderedPageBreak/>
              <w:t>- HS quan sát bài trong SGK.</w:t>
            </w:r>
          </w:p>
        </w:tc>
      </w:tr>
      <w:tr w:rsidR="00D03E1F" w:rsidRPr="00D03E1F" w:rsidTr="00CF0310">
        <w:trPr>
          <w:jc w:val="center"/>
        </w:trPr>
        <w:tc>
          <w:tcPr>
            <w:tcW w:w="5040" w:type="dxa"/>
            <w:shd w:val="clear" w:color="auto" w:fill="auto"/>
          </w:tcPr>
          <w:p w:rsidR="00A60E63" w:rsidRPr="00D03E1F" w:rsidRDefault="00C75F5E">
            <w:pPr>
              <w:spacing w:after="0" w:line="240" w:lineRule="auto"/>
            </w:pPr>
            <w:r w:rsidRPr="00D03E1F">
              <w:rPr>
                <w:rFonts w:ascii="Times New Roman" w:eastAsia="Times New Roman" w:hAnsi="Times New Roman"/>
                <w:sz w:val="26"/>
              </w:rPr>
              <w:lastRenderedPageBreak/>
              <w:t>- GV cho HS đọc thầm tình huống trong SGK.</w:t>
            </w:r>
          </w:p>
        </w:tc>
        <w:tc>
          <w:tcPr>
            <w:tcW w:w="5040" w:type="dxa"/>
            <w:shd w:val="clear" w:color="auto" w:fill="auto"/>
          </w:tcPr>
          <w:p w:rsidR="00A60E63" w:rsidRPr="00D03E1F" w:rsidRDefault="00C75F5E">
            <w:pPr>
              <w:spacing w:after="0" w:line="240" w:lineRule="auto"/>
            </w:pPr>
            <w:r w:rsidRPr="00D03E1F">
              <w:rPr>
                <w:rFonts w:ascii="Times New Roman" w:eastAsia="Times New Roman" w:hAnsi="Times New Roman"/>
                <w:sz w:val="26"/>
              </w:rPr>
              <w:t>- HS đọc thầm: Số dân hai huyện lần lượt là 41 217 người và 46 616 người.</w:t>
            </w:r>
          </w:p>
        </w:tc>
      </w:tr>
      <w:tr w:rsidR="00D03E1F" w:rsidRPr="00D03E1F" w:rsidTr="00CF0310">
        <w:trPr>
          <w:jc w:val="center"/>
        </w:trPr>
        <w:tc>
          <w:tcPr>
            <w:tcW w:w="5040" w:type="dxa"/>
            <w:shd w:val="clear" w:color="auto" w:fill="auto"/>
          </w:tcPr>
          <w:p w:rsidR="00A60E63" w:rsidRPr="00D03E1F" w:rsidRDefault="00C75F5E">
            <w:pPr>
              <w:spacing w:after="0" w:line="240" w:lineRule="auto"/>
            </w:pPr>
            <w:r w:rsidRPr="00D03E1F">
              <w:rPr>
                <w:rFonts w:ascii="Times New Roman" w:eastAsia="Times New Roman" w:hAnsi="Times New Roman"/>
                <w:sz w:val="26"/>
              </w:rPr>
              <w:t>- GV hỏi: Hai số 41 217 và 46 616 có cùng số chữ số không?</w:t>
            </w:r>
          </w:p>
        </w:tc>
        <w:tc>
          <w:tcPr>
            <w:tcW w:w="5040" w:type="dxa"/>
            <w:shd w:val="clear" w:color="auto" w:fill="auto"/>
          </w:tcPr>
          <w:p w:rsidR="00A60E63" w:rsidRPr="00D03E1F" w:rsidRDefault="00C75F5E">
            <w:pPr>
              <w:spacing w:after="0" w:line="240" w:lineRule="auto"/>
            </w:pPr>
            <w:r w:rsidRPr="00D03E1F">
              <w:rPr>
                <w:rFonts w:ascii="Times New Roman" w:eastAsia="Times New Roman" w:hAnsi="Times New Roman"/>
                <w:sz w:val="26"/>
              </w:rPr>
              <w:t>- HS trả lời: Hai số cùng có năm chữ số.</w:t>
            </w:r>
          </w:p>
        </w:tc>
      </w:tr>
      <w:tr w:rsidR="00D03E1F" w:rsidRPr="00D03E1F" w:rsidTr="00CF0310">
        <w:trPr>
          <w:jc w:val="center"/>
        </w:trPr>
        <w:tc>
          <w:tcPr>
            <w:tcW w:w="5040" w:type="dxa"/>
            <w:shd w:val="clear" w:color="auto" w:fill="auto"/>
          </w:tcPr>
          <w:p w:rsidR="00A60E63" w:rsidRPr="00D03E1F" w:rsidRDefault="00C75F5E">
            <w:pPr>
              <w:spacing w:after="0" w:line="240" w:lineRule="auto"/>
            </w:pPr>
            <w:r w:rsidRPr="00D03E1F">
              <w:rPr>
                <w:rFonts w:ascii="Times New Roman" w:eastAsia="Times New Roman" w:hAnsi="Times New Roman"/>
                <w:sz w:val="26"/>
              </w:rPr>
              <w:t>- GV hỏi: So sánh hàng chục nghìn của hai số, em thấy thế nào?</w:t>
            </w:r>
          </w:p>
        </w:tc>
        <w:tc>
          <w:tcPr>
            <w:tcW w:w="5040" w:type="dxa"/>
            <w:shd w:val="clear" w:color="auto" w:fill="auto"/>
          </w:tcPr>
          <w:p w:rsidR="00A60E63" w:rsidRPr="00D03E1F" w:rsidRDefault="00C75F5E">
            <w:pPr>
              <w:spacing w:after="0" w:line="240" w:lineRule="auto"/>
            </w:pPr>
            <w:r w:rsidRPr="00D03E1F">
              <w:rPr>
                <w:rFonts w:ascii="Times New Roman" w:eastAsia="Times New Roman" w:hAnsi="Times New Roman"/>
                <w:sz w:val="26"/>
              </w:rPr>
              <w:t>- HS trả lời: Cả hai đều có 4 chục nghìn.</w:t>
            </w:r>
          </w:p>
        </w:tc>
      </w:tr>
      <w:tr w:rsidR="00D03E1F" w:rsidRPr="00D03E1F" w:rsidTr="00CF0310">
        <w:trPr>
          <w:jc w:val="center"/>
        </w:trPr>
        <w:tc>
          <w:tcPr>
            <w:tcW w:w="5040" w:type="dxa"/>
            <w:shd w:val="clear" w:color="auto" w:fill="auto"/>
          </w:tcPr>
          <w:p w:rsidR="00A60E63" w:rsidRPr="00D03E1F" w:rsidRDefault="00C75F5E">
            <w:pPr>
              <w:spacing w:after="0" w:line="240" w:lineRule="auto"/>
            </w:pPr>
            <w:r w:rsidRPr="00D03E1F">
              <w:rPr>
                <w:rFonts w:ascii="Times New Roman" w:eastAsia="Times New Roman" w:hAnsi="Times New Roman"/>
                <w:sz w:val="26"/>
              </w:rPr>
              <w:t>- GV hỏi: Tiếp theo so sánh hàng nào?</w:t>
            </w:r>
          </w:p>
        </w:tc>
        <w:tc>
          <w:tcPr>
            <w:tcW w:w="5040" w:type="dxa"/>
            <w:shd w:val="clear" w:color="auto" w:fill="auto"/>
          </w:tcPr>
          <w:p w:rsidR="00A60E63" w:rsidRPr="00D03E1F" w:rsidRDefault="00C75F5E">
            <w:pPr>
              <w:spacing w:after="0" w:line="240" w:lineRule="auto"/>
            </w:pPr>
            <w:r w:rsidRPr="00D03E1F">
              <w:rPr>
                <w:rFonts w:ascii="Times New Roman" w:eastAsia="Times New Roman" w:hAnsi="Times New Roman"/>
                <w:sz w:val="26"/>
              </w:rPr>
              <w:t>- HS trả lời: So sánh hàng nghìn.</w:t>
            </w:r>
          </w:p>
        </w:tc>
      </w:tr>
      <w:tr w:rsidR="00D03E1F" w:rsidRPr="00D03E1F" w:rsidTr="00CF0310">
        <w:trPr>
          <w:jc w:val="center"/>
        </w:trPr>
        <w:tc>
          <w:tcPr>
            <w:tcW w:w="5040" w:type="dxa"/>
            <w:shd w:val="clear" w:color="auto" w:fill="auto"/>
          </w:tcPr>
          <w:p w:rsidR="00A60E63" w:rsidRPr="00D03E1F" w:rsidRDefault="00C75F5E">
            <w:pPr>
              <w:spacing w:after="0" w:line="240" w:lineRule="auto"/>
            </w:pPr>
            <w:r w:rsidRPr="00D03E1F">
              <w:rPr>
                <w:rFonts w:ascii="Times New Roman" w:eastAsia="Times New Roman" w:hAnsi="Times New Roman"/>
                <w:sz w:val="26"/>
              </w:rPr>
              <w:t>- GV hỏi: Ở hàng nghìn, 1 và 6 thì số nào lớn hơn?</w:t>
            </w:r>
          </w:p>
        </w:tc>
        <w:tc>
          <w:tcPr>
            <w:tcW w:w="5040" w:type="dxa"/>
            <w:shd w:val="clear" w:color="auto" w:fill="auto"/>
          </w:tcPr>
          <w:p w:rsidR="00A60E63" w:rsidRPr="00D03E1F" w:rsidRDefault="00C75F5E">
            <w:pPr>
              <w:spacing w:after="0" w:line="240" w:lineRule="auto"/>
            </w:pPr>
            <w:r w:rsidRPr="00D03E1F">
              <w:rPr>
                <w:rFonts w:ascii="Times New Roman" w:eastAsia="Times New Roman" w:hAnsi="Times New Roman"/>
                <w:sz w:val="26"/>
              </w:rPr>
              <w:t>- HS trả lời: 1 &lt; 6 nên 41 217 &lt; 46 616.</w:t>
            </w:r>
          </w:p>
        </w:tc>
      </w:tr>
      <w:tr w:rsidR="00D03E1F" w:rsidRPr="00D03E1F" w:rsidTr="00CF0310">
        <w:trPr>
          <w:jc w:val="center"/>
        </w:trPr>
        <w:tc>
          <w:tcPr>
            <w:tcW w:w="5040" w:type="dxa"/>
            <w:shd w:val="clear" w:color="auto" w:fill="auto"/>
          </w:tcPr>
          <w:p w:rsidR="00A60E63" w:rsidRPr="00D03E1F" w:rsidRDefault="00C75F5E">
            <w:pPr>
              <w:spacing w:after="0" w:line="240" w:lineRule="auto"/>
            </w:pPr>
            <w:r w:rsidRPr="00D03E1F">
              <w:rPr>
                <w:rFonts w:ascii="Times New Roman" w:eastAsia="Times New Roman" w:hAnsi="Times New Roman"/>
                <w:sz w:val="26"/>
              </w:rPr>
              <w:t>- GV cho HS kết luận huyện nào đông dân hơn.</w:t>
            </w:r>
          </w:p>
        </w:tc>
        <w:tc>
          <w:tcPr>
            <w:tcW w:w="5040" w:type="dxa"/>
            <w:shd w:val="clear" w:color="auto" w:fill="auto"/>
          </w:tcPr>
          <w:p w:rsidR="00A60E63" w:rsidRPr="00D03E1F" w:rsidRDefault="00C75F5E">
            <w:pPr>
              <w:spacing w:after="0" w:line="240" w:lineRule="auto"/>
            </w:pPr>
            <w:r w:rsidRPr="00D03E1F">
              <w:rPr>
                <w:rFonts w:ascii="Times New Roman" w:eastAsia="Times New Roman" w:hAnsi="Times New Roman"/>
                <w:sz w:val="26"/>
              </w:rPr>
              <w:t>- HS trả lời: Huyện có 46 616 người đông dân hơn.</w:t>
            </w:r>
          </w:p>
        </w:tc>
      </w:tr>
      <w:tr w:rsidR="00D03E1F" w:rsidRPr="00D03E1F" w:rsidTr="00CF0310">
        <w:trPr>
          <w:jc w:val="center"/>
        </w:trPr>
        <w:tc>
          <w:tcPr>
            <w:tcW w:w="5040" w:type="dxa"/>
            <w:tcBorders>
              <w:bottom w:val="single" w:sz="8" w:space="0" w:color="000000"/>
            </w:tcBorders>
            <w:shd w:val="clear" w:color="auto" w:fill="auto"/>
          </w:tcPr>
          <w:p w:rsidR="00A60E63" w:rsidRPr="00D03E1F" w:rsidRDefault="00C75F5E">
            <w:pPr>
              <w:spacing w:after="0" w:line="240" w:lineRule="auto"/>
            </w:pPr>
            <w:r w:rsidRPr="00D03E1F">
              <w:rPr>
                <w:rFonts w:ascii="Times New Roman" w:eastAsia="Times New Roman" w:hAnsi="Times New Roman"/>
                <w:sz w:val="26"/>
              </w:rPr>
              <w:t>- GV kết luận: Khi hai số có cùng số chữ số, so sánh từ hàng cao nhất; nếu bằng nhau thì so sánh tiếp hàng bên phải.</w:t>
            </w:r>
          </w:p>
        </w:tc>
        <w:tc>
          <w:tcPr>
            <w:tcW w:w="5040" w:type="dxa"/>
            <w:tcBorders>
              <w:bottom w:val="single" w:sz="8" w:space="0" w:color="000000"/>
            </w:tcBorders>
            <w:shd w:val="clear" w:color="auto" w:fill="auto"/>
          </w:tcPr>
          <w:p w:rsidR="00A60E63" w:rsidRPr="00D03E1F" w:rsidRDefault="00C75F5E">
            <w:pPr>
              <w:spacing w:after="0" w:line="240" w:lineRule="auto"/>
            </w:pPr>
            <w:r w:rsidRPr="00D03E1F">
              <w:rPr>
                <w:rFonts w:ascii="Times New Roman" w:eastAsia="Times New Roman" w:hAnsi="Times New Roman"/>
                <w:sz w:val="26"/>
              </w:rPr>
              <w:t>- HS lắng nghe và nhắc lại.</w:t>
            </w:r>
          </w:p>
        </w:tc>
      </w:tr>
      <w:tr w:rsidR="00D03E1F" w:rsidRPr="00D03E1F" w:rsidTr="00CF0310">
        <w:trPr>
          <w:jc w:val="center"/>
        </w:trPr>
        <w:tc>
          <w:tcPr>
            <w:tcW w:w="10080" w:type="dxa"/>
            <w:gridSpan w:val="2"/>
            <w:tcBorders>
              <w:top w:val="single" w:sz="8" w:space="0" w:color="000000"/>
              <w:bottom w:val="single" w:sz="8" w:space="0" w:color="000000"/>
            </w:tcBorders>
            <w:shd w:val="clear" w:color="auto" w:fill="auto"/>
          </w:tcPr>
          <w:p w:rsidR="00A60E63" w:rsidRPr="00D03E1F" w:rsidRDefault="00C75F5E">
            <w:pPr>
              <w:spacing w:after="0" w:line="240" w:lineRule="auto"/>
            </w:pPr>
            <w:r w:rsidRPr="00D03E1F">
              <w:rPr>
                <w:rFonts w:ascii="Times New Roman" w:eastAsia="Times New Roman" w:hAnsi="Times New Roman"/>
                <w:b/>
                <w:sz w:val="26"/>
              </w:rPr>
              <w:t>3. Hoạt động (15 phút):</w:t>
            </w:r>
          </w:p>
          <w:p w:rsidR="00A60E63" w:rsidRPr="00D03E1F" w:rsidRDefault="00C75F5E">
            <w:pPr>
              <w:spacing w:after="0" w:line="240" w:lineRule="auto"/>
            </w:pPr>
            <w:r w:rsidRPr="00D03E1F">
              <w:rPr>
                <w:rFonts w:ascii="Times New Roman" w:eastAsia="Times New Roman" w:hAnsi="Times New Roman"/>
                <w:sz w:val="26"/>
              </w:rPr>
              <w:t>- Mục tiêu: Luyện so sánh số, điền dấu và vận dụng chọn số lớn hơn.</w:t>
            </w:r>
          </w:p>
          <w:p w:rsidR="00A60E63" w:rsidRPr="00D03E1F" w:rsidRDefault="00C75F5E">
            <w:pPr>
              <w:spacing w:after="0" w:line="240" w:lineRule="auto"/>
            </w:pPr>
            <w:r w:rsidRPr="00D03E1F">
              <w:rPr>
                <w:rFonts w:ascii="Times New Roman" w:eastAsia="Times New Roman" w:hAnsi="Times New Roman"/>
                <w:sz w:val="26"/>
              </w:rPr>
              <w:t>- Mục tiêu tích hợp NLS 1.2.CB1a: HS dùng Google Sheets, Wordwall để so sánh và phân loại số.</w:t>
            </w:r>
          </w:p>
          <w:p w:rsidR="00A60E63" w:rsidRPr="00D03E1F" w:rsidRDefault="00C75F5E">
            <w:pPr>
              <w:spacing w:after="0" w:line="240" w:lineRule="auto"/>
            </w:pPr>
            <w:r w:rsidRPr="00D03E1F">
              <w:rPr>
                <w:rFonts w:ascii="Times New Roman" w:eastAsia="Times New Roman" w:hAnsi="Times New Roman"/>
                <w:sz w:val="26"/>
              </w:rPr>
              <w:t>- Mục tiêu tích hợp AI 3.C5.1: HS nhận biết quy tắc so sánh giống một thuật toán phân loại dữ liệu.</w:t>
            </w:r>
          </w:p>
          <w:p w:rsidR="00A60E63" w:rsidRPr="00D03E1F" w:rsidRDefault="00C75F5E">
            <w:pPr>
              <w:spacing w:after="0" w:line="240" w:lineRule="auto"/>
            </w:pPr>
            <w:r w:rsidRPr="00D03E1F">
              <w:rPr>
                <w:rFonts w:ascii="Times New Roman" w:eastAsia="Times New Roman" w:hAnsi="Times New Roman"/>
                <w:sz w:val="26"/>
              </w:rPr>
              <w:t>*Cách tiến hành:</w:t>
            </w:r>
          </w:p>
        </w:tc>
      </w:tr>
      <w:tr w:rsidR="00D03E1F" w:rsidRPr="00D03E1F" w:rsidTr="00CF0310">
        <w:trPr>
          <w:jc w:val="center"/>
        </w:trPr>
        <w:tc>
          <w:tcPr>
            <w:tcW w:w="5040" w:type="dxa"/>
            <w:tcBorders>
              <w:top w:val="single" w:sz="8" w:space="0" w:color="000000"/>
            </w:tcBorders>
            <w:shd w:val="clear" w:color="auto" w:fill="auto"/>
          </w:tcPr>
          <w:p w:rsidR="00A60E63" w:rsidRPr="00D03E1F" w:rsidRDefault="00C75F5E">
            <w:pPr>
              <w:spacing w:after="0" w:line="240" w:lineRule="auto"/>
            </w:pPr>
            <w:r w:rsidRPr="00D03E1F">
              <w:rPr>
                <w:rFonts w:ascii="Times New Roman" w:eastAsia="Times New Roman" w:hAnsi="Times New Roman"/>
                <w:b/>
                <w:sz w:val="26"/>
              </w:rPr>
              <w:t>Bài 1. Đ, S? (Làm việc cá nhân)</w:t>
            </w:r>
          </w:p>
          <w:p w:rsidR="00A60E63" w:rsidRPr="00D03E1F" w:rsidRDefault="00C75F5E">
            <w:pPr>
              <w:spacing w:after="0" w:line="240" w:lineRule="auto"/>
            </w:pPr>
            <w:r w:rsidRPr="00D03E1F">
              <w:rPr>
                <w:rFonts w:ascii="Times New Roman" w:eastAsia="Times New Roman" w:hAnsi="Times New Roman"/>
                <w:sz w:val="26"/>
              </w:rPr>
              <w:t>- HS quan sát hình SGK.</w:t>
            </w:r>
          </w:p>
          <w:p w:rsidR="00A60E63" w:rsidRPr="00D03E1F" w:rsidRDefault="00A60E63">
            <w:pPr>
              <w:spacing w:after="0" w:line="240" w:lineRule="auto"/>
              <w:jc w:val="center"/>
            </w:pPr>
          </w:p>
        </w:tc>
        <w:tc>
          <w:tcPr>
            <w:tcW w:w="5040" w:type="dxa"/>
            <w:tcBorders>
              <w:top w:val="single" w:sz="8" w:space="0" w:color="000000"/>
            </w:tcBorders>
            <w:shd w:val="clear" w:color="auto" w:fill="auto"/>
          </w:tcPr>
          <w:p w:rsidR="00A60E63" w:rsidRPr="00D03E1F" w:rsidRDefault="00C75F5E">
            <w:pPr>
              <w:spacing w:after="0" w:line="240" w:lineRule="auto"/>
            </w:pPr>
            <w:r w:rsidRPr="00D03E1F">
              <w:rPr>
                <w:rFonts w:ascii="Times New Roman" w:eastAsia="Times New Roman" w:hAnsi="Times New Roman"/>
                <w:sz w:val="26"/>
              </w:rPr>
              <w:t>- HS quan sát bài trong SGK.</w:t>
            </w:r>
          </w:p>
        </w:tc>
      </w:tr>
      <w:tr w:rsidR="00D03E1F" w:rsidRPr="00D03E1F" w:rsidTr="00CF0310">
        <w:trPr>
          <w:jc w:val="center"/>
        </w:trPr>
        <w:tc>
          <w:tcPr>
            <w:tcW w:w="5040" w:type="dxa"/>
            <w:shd w:val="clear" w:color="auto" w:fill="auto"/>
          </w:tcPr>
          <w:p w:rsidR="00A60E63" w:rsidRPr="00D03E1F" w:rsidRDefault="00C75F5E">
            <w:pPr>
              <w:spacing w:after="0" w:line="240" w:lineRule="auto"/>
            </w:pPr>
            <w:r w:rsidRPr="00D03E1F">
              <w:rPr>
                <w:rFonts w:ascii="Times New Roman" w:eastAsia="Times New Roman" w:hAnsi="Times New Roman"/>
                <w:sz w:val="26"/>
              </w:rPr>
              <w:t>- GV cho HS đọc yêu cầu Bài 1.</w:t>
            </w:r>
          </w:p>
        </w:tc>
        <w:tc>
          <w:tcPr>
            <w:tcW w:w="5040" w:type="dxa"/>
            <w:shd w:val="clear" w:color="auto" w:fill="auto"/>
          </w:tcPr>
          <w:p w:rsidR="00A60E63" w:rsidRPr="00D03E1F" w:rsidRDefault="00C75F5E">
            <w:pPr>
              <w:spacing w:after="0" w:line="240" w:lineRule="auto"/>
            </w:pPr>
            <w:r w:rsidRPr="00D03E1F">
              <w:rPr>
                <w:rFonts w:ascii="Times New Roman" w:eastAsia="Times New Roman" w:hAnsi="Times New Roman"/>
                <w:sz w:val="26"/>
              </w:rPr>
              <w:t>- HS đọc: Đ, S?</w:t>
            </w:r>
          </w:p>
        </w:tc>
      </w:tr>
      <w:tr w:rsidR="00D03E1F" w:rsidRPr="00D03E1F" w:rsidTr="00CF0310">
        <w:trPr>
          <w:jc w:val="center"/>
        </w:trPr>
        <w:tc>
          <w:tcPr>
            <w:tcW w:w="5040" w:type="dxa"/>
            <w:shd w:val="clear" w:color="auto" w:fill="auto"/>
          </w:tcPr>
          <w:p w:rsidR="00A60E63" w:rsidRPr="00D03E1F" w:rsidRDefault="00C75F5E">
            <w:pPr>
              <w:spacing w:after="0" w:line="240" w:lineRule="auto"/>
            </w:pPr>
            <w:r w:rsidRPr="00D03E1F">
              <w:rPr>
                <w:rFonts w:ascii="Times New Roman" w:eastAsia="Times New Roman" w:hAnsi="Times New Roman"/>
                <w:sz w:val="26"/>
              </w:rPr>
              <w:t>- Tích hợp NLS - Công cụ Google Sheets: GV trình chiếu bảng số, tô màu hàng chục nghìn, nghìn, trăm, chục, đơn vị; HS quan sát hàng đầu tiên khác nhau để quyết định so sánh.</w:t>
            </w:r>
          </w:p>
        </w:tc>
        <w:tc>
          <w:tcPr>
            <w:tcW w:w="5040" w:type="dxa"/>
            <w:shd w:val="clear" w:color="auto" w:fill="auto"/>
          </w:tcPr>
          <w:p w:rsidR="00A60E63" w:rsidRPr="00D03E1F" w:rsidRDefault="00C75F5E">
            <w:pPr>
              <w:spacing w:after="0" w:line="240" w:lineRule="auto"/>
            </w:pPr>
            <w:r w:rsidRPr="00D03E1F">
              <w:rPr>
                <w:rFonts w:ascii="Times New Roman" w:eastAsia="Times New Roman" w:hAnsi="Times New Roman"/>
                <w:sz w:val="26"/>
              </w:rPr>
              <w:t>- HS quan sát Google Sheets, nêu hàng cần so sánh.</w:t>
            </w:r>
          </w:p>
        </w:tc>
      </w:tr>
      <w:tr w:rsidR="00D03E1F" w:rsidRPr="00D03E1F" w:rsidTr="00CF0310">
        <w:trPr>
          <w:jc w:val="center"/>
        </w:trPr>
        <w:tc>
          <w:tcPr>
            <w:tcW w:w="5040" w:type="dxa"/>
            <w:shd w:val="clear" w:color="auto" w:fill="auto"/>
          </w:tcPr>
          <w:p w:rsidR="00A60E63" w:rsidRPr="00D03E1F" w:rsidRDefault="00C75F5E">
            <w:pPr>
              <w:spacing w:after="0" w:line="240" w:lineRule="auto"/>
            </w:pPr>
            <w:r w:rsidRPr="00D03E1F">
              <w:rPr>
                <w:rFonts w:ascii="Times New Roman" w:eastAsia="Times New Roman" w:hAnsi="Times New Roman"/>
                <w:sz w:val="26"/>
              </w:rPr>
              <w:t>- GV hỏi: 9 876 &lt; 12 345 đúng hay sai?</w:t>
            </w:r>
          </w:p>
        </w:tc>
        <w:tc>
          <w:tcPr>
            <w:tcW w:w="5040" w:type="dxa"/>
            <w:shd w:val="clear" w:color="auto" w:fill="auto"/>
          </w:tcPr>
          <w:p w:rsidR="00A60E63" w:rsidRPr="00D03E1F" w:rsidRDefault="00C75F5E">
            <w:pPr>
              <w:spacing w:after="0" w:line="240" w:lineRule="auto"/>
            </w:pPr>
            <w:r w:rsidRPr="00D03E1F">
              <w:rPr>
                <w:rFonts w:ascii="Times New Roman" w:eastAsia="Times New Roman" w:hAnsi="Times New Roman"/>
                <w:sz w:val="26"/>
              </w:rPr>
              <w:t>- HS trả lời: Đúng, vì 9 876 có bốn chữ số, 12 345 có năm chữ số.</w:t>
            </w:r>
          </w:p>
        </w:tc>
      </w:tr>
      <w:tr w:rsidR="00D03E1F" w:rsidRPr="00D03E1F" w:rsidTr="00CF0310">
        <w:trPr>
          <w:jc w:val="center"/>
        </w:trPr>
        <w:tc>
          <w:tcPr>
            <w:tcW w:w="5040" w:type="dxa"/>
            <w:shd w:val="clear" w:color="auto" w:fill="auto"/>
          </w:tcPr>
          <w:p w:rsidR="00A60E63" w:rsidRPr="00D03E1F" w:rsidRDefault="00C75F5E">
            <w:pPr>
              <w:spacing w:after="0" w:line="240" w:lineRule="auto"/>
            </w:pPr>
            <w:r w:rsidRPr="00D03E1F">
              <w:rPr>
                <w:rFonts w:ascii="Times New Roman" w:eastAsia="Times New Roman" w:hAnsi="Times New Roman"/>
                <w:sz w:val="26"/>
              </w:rPr>
              <w:t>- GV hỏi: 30 724 &gt; 31 000 đúng hay sai?</w:t>
            </w:r>
          </w:p>
        </w:tc>
        <w:tc>
          <w:tcPr>
            <w:tcW w:w="5040" w:type="dxa"/>
            <w:shd w:val="clear" w:color="auto" w:fill="auto"/>
          </w:tcPr>
          <w:p w:rsidR="00A60E63" w:rsidRPr="00D03E1F" w:rsidRDefault="00C75F5E">
            <w:pPr>
              <w:spacing w:after="0" w:line="240" w:lineRule="auto"/>
            </w:pPr>
            <w:r w:rsidRPr="00D03E1F">
              <w:rPr>
                <w:rFonts w:ascii="Times New Roman" w:eastAsia="Times New Roman" w:hAnsi="Times New Roman"/>
                <w:sz w:val="26"/>
              </w:rPr>
              <w:t>- HS trả lời: Sai, vì cùng có 3 chục nghìn nhưng 0 nghìn &lt; 1 nghìn.</w:t>
            </w:r>
          </w:p>
        </w:tc>
      </w:tr>
      <w:tr w:rsidR="00D03E1F" w:rsidRPr="00D03E1F" w:rsidTr="00CF0310">
        <w:trPr>
          <w:jc w:val="center"/>
        </w:trPr>
        <w:tc>
          <w:tcPr>
            <w:tcW w:w="5040" w:type="dxa"/>
            <w:shd w:val="clear" w:color="auto" w:fill="auto"/>
          </w:tcPr>
          <w:p w:rsidR="00A60E63" w:rsidRPr="00D03E1F" w:rsidRDefault="00C75F5E">
            <w:pPr>
              <w:spacing w:after="0" w:line="240" w:lineRule="auto"/>
            </w:pPr>
            <w:r w:rsidRPr="00D03E1F">
              <w:rPr>
                <w:rFonts w:ascii="Times New Roman" w:eastAsia="Times New Roman" w:hAnsi="Times New Roman"/>
                <w:sz w:val="26"/>
              </w:rPr>
              <w:t>- GV hỏi: 41 035 &gt; 39 999 đúng hay sai?</w:t>
            </w:r>
          </w:p>
        </w:tc>
        <w:tc>
          <w:tcPr>
            <w:tcW w:w="5040" w:type="dxa"/>
            <w:shd w:val="clear" w:color="auto" w:fill="auto"/>
          </w:tcPr>
          <w:p w:rsidR="00A60E63" w:rsidRPr="00D03E1F" w:rsidRDefault="00C75F5E">
            <w:pPr>
              <w:spacing w:after="0" w:line="240" w:lineRule="auto"/>
            </w:pPr>
            <w:r w:rsidRPr="00D03E1F">
              <w:rPr>
                <w:rFonts w:ascii="Times New Roman" w:eastAsia="Times New Roman" w:hAnsi="Times New Roman"/>
                <w:sz w:val="26"/>
              </w:rPr>
              <w:t>- HS trả lời: Đúng, vì 41 035 có 4 chục nghìn, 39 999 có 3 chục nghìn.</w:t>
            </w:r>
          </w:p>
        </w:tc>
      </w:tr>
      <w:tr w:rsidR="00D03E1F" w:rsidRPr="00D03E1F" w:rsidTr="00CF0310">
        <w:trPr>
          <w:jc w:val="center"/>
        </w:trPr>
        <w:tc>
          <w:tcPr>
            <w:tcW w:w="5040" w:type="dxa"/>
            <w:shd w:val="clear" w:color="auto" w:fill="auto"/>
          </w:tcPr>
          <w:p w:rsidR="00A60E63" w:rsidRPr="00D03E1F" w:rsidRDefault="00C75F5E">
            <w:pPr>
              <w:spacing w:after="0" w:line="240" w:lineRule="auto"/>
            </w:pPr>
            <w:r w:rsidRPr="00D03E1F">
              <w:rPr>
                <w:rFonts w:ascii="Times New Roman" w:eastAsia="Times New Roman" w:hAnsi="Times New Roman"/>
                <w:sz w:val="26"/>
              </w:rPr>
              <w:t>- GV cho HS trình bày đáp án.</w:t>
            </w:r>
          </w:p>
        </w:tc>
        <w:tc>
          <w:tcPr>
            <w:tcW w:w="5040" w:type="dxa"/>
            <w:shd w:val="clear" w:color="auto" w:fill="auto"/>
          </w:tcPr>
          <w:p w:rsidR="00A60E63" w:rsidRPr="00D03E1F" w:rsidRDefault="00C75F5E">
            <w:pPr>
              <w:spacing w:after="0" w:line="240" w:lineRule="auto"/>
            </w:pPr>
            <w:r w:rsidRPr="00D03E1F">
              <w:rPr>
                <w:rFonts w:ascii="Times New Roman" w:eastAsia="Times New Roman" w:hAnsi="Times New Roman"/>
                <w:sz w:val="26"/>
              </w:rPr>
              <w:t>- HS trình bày: a) Đ; b) S; c) Đ.</w:t>
            </w:r>
          </w:p>
        </w:tc>
      </w:tr>
      <w:tr w:rsidR="00D03E1F" w:rsidRPr="00D03E1F" w:rsidTr="00CF0310">
        <w:trPr>
          <w:jc w:val="center"/>
        </w:trPr>
        <w:tc>
          <w:tcPr>
            <w:tcW w:w="5040" w:type="dxa"/>
            <w:shd w:val="clear" w:color="auto" w:fill="auto"/>
          </w:tcPr>
          <w:p w:rsidR="00A60E63" w:rsidRPr="00D03E1F" w:rsidRDefault="00C75F5E">
            <w:pPr>
              <w:spacing w:after="0" w:line="240" w:lineRule="auto"/>
            </w:pPr>
            <w:r w:rsidRPr="00D03E1F">
              <w:rPr>
                <w:rFonts w:ascii="Times New Roman" w:eastAsia="Times New Roman" w:hAnsi="Times New Roman"/>
                <w:sz w:val="26"/>
              </w:rPr>
              <w:t>- GV kết luận: Khi so sánh số, cần xét số chữ số trước, sau đó xét từng hàng từ trái sang phải.</w:t>
            </w:r>
          </w:p>
        </w:tc>
        <w:tc>
          <w:tcPr>
            <w:tcW w:w="5040" w:type="dxa"/>
            <w:shd w:val="clear" w:color="auto" w:fill="auto"/>
          </w:tcPr>
          <w:p w:rsidR="00A60E63" w:rsidRPr="00D03E1F" w:rsidRDefault="00C75F5E">
            <w:pPr>
              <w:spacing w:after="0" w:line="240" w:lineRule="auto"/>
            </w:pPr>
            <w:r w:rsidRPr="00D03E1F">
              <w:rPr>
                <w:rFonts w:ascii="Times New Roman" w:eastAsia="Times New Roman" w:hAnsi="Times New Roman"/>
                <w:sz w:val="26"/>
              </w:rPr>
              <w:t>- HS lắng nghe.</w:t>
            </w:r>
          </w:p>
        </w:tc>
      </w:tr>
      <w:tr w:rsidR="00D03E1F" w:rsidRPr="00D03E1F" w:rsidTr="00CF0310">
        <w:trPr>
          <w:jc w:val="center"/>
        </w:trPr>
        <w:tc>
          <w:tcPr>
            <w:tcW w:w="5040" w:type="dxa"/>
            <w:shd w:val="clear" w:color="auto" w:fill="auto"/>
          </w:tcPr>
          <w:p w:rsidR="00A60E63" w:rsidRPr="00D03E1F" w:rsidRDefault="00C75F5E">
            <w:pPr>
              <w:spacing w:after="0" w:line="240" w:lineRule="auto"/>
            </w:pPr>
            <w:r w:rsidRPr="00D03E1F">
              <w:rPr>
                <w:rFonts w:ascii="Times New Roman" w:eastAsia="Times New Roman" w:hAnsi="Times New Roman"/>
                <w:b/>
                <w:sz w:val="26"/>
              </w:rPr>
              <w:t>Bài 2. &gt;, &lt;, =? (Làm việc cá nhân vào vở)</w:t>
            </w:r>
          </w:p>
          <w:p w:rsidR="00A60E63" w:rsidRPr="00D03E1F" w:rsidRDefault="00C75F5E" w:rsidP="00CF0310">
            <w:pPr>
              <w:spacing w:after="0" w:line="240" w:lineRule="auto"/>
            </w:pPr>
            <w:r w:rsidRPr="00D03E1F">
              <w:rPr>
                <w:rFonts w:ascii="Times New Roman" w:eastAsia="Times New Roman" w:hAnsi="Times New Roman"/>
                <w:sz w:val="26"/>
              </w:rPr>
              <w:t>- HS quan sát hình SGK.</w:t>
            </w:r>
          </w:p>
        </w:tc>
        <w:tc>
          <w:tcPr>
            <w:tcW w:w="5040" w:type="dxa"/>
            <w:shd w:val="clear" w:color="auto" w:fill="auto"/>
          </w:tcPr>
          <w:p w:rsidR="00A60E63" w:rsidRPr="00D03E1F" w:rsidRDefault="00C75F5E">
            <w:pPr>
              <w:spacing w:after="0" w:line="240" w:lineRule="auto"/>
            </w:pPr>
            <w:r w:rsidRPr="00D03E1F">
              <w:rPr>
                <w:rFonts w:ascii="Times New Roman" w:eastAsia="Times New Roman" w:hAnsi="Times New Roman"/>
                <w:sz w:val="26"/>
              </w:rPr>
              <w:t>- HS quan sát bài trong SGK.</w:t>
            </w:r>
          </w:p>
        </w:tc>
      </w:tr>
      <w:tr w:rsidR="00D03E1F" w:rsidRPr="00D03E1F" w:rsidTr="00CF0310">
        <w:trPr>
          <w:jc w:val="center"/>
        </w:trPr>
        <w:tc>
          <w:tcPr>
            <w:tcW w:w="5040" w:type="dxa"/>
            <w:shd w:val="clear" w:color="auto" w:fill="auto"/>
          </w:tcPr>
          <w:p w:rsidR="00A60E63" w:rsidRPr="00D03E1F" w:rsidRDefault="00C75F5E">
            <w:pPr>
              <w:spacing w:after="0" w:line="240" w:lineRule="auto"/>
            </w:pPr>
            <w:r w:rsidRPr="00D03E1F">
              <w:rPr>
                <w:rFonts w:ascii="Times New Roman" w:eastAsia="Times New Roman" w:hAnsi="Times New Roman"/>
                <w:sz w:val="26"/>
              </w:rPr>
              <w:t>- GV cho HS đọc yêu cầu Bài 2.</w:t>
            </w:r>
          </w:p>
        </w:tc>
        <w:tc>
          <w:tcPr>
            <w:tcW w:w="5040" w:type="dxa"/>
            <w:shd w:val="clear" w:color="auto" w:fill="auto"/>
          </w:tcPr>
          <w:p w:rsidR="00A60E63" w:rsidRPr="00D03E1F" w:rsidRDefault="00C75F5E">
            <w:pPr>
              <w:spacing w:after="0" w:line="240" w:lineRule="auto"/>
            </w:pPr>
            <w:r w:rsidRPr="00D03E1F">
              <w:rPr>
                <w:rFonts w:ascii="Times New Roman" w:eastAsia="Times New Roman" w:hAnsi="Times New Roman"/>
                <w:sz w:val="26"/>
              </w:rPr>
              <w:t>- HS đọc: &gt;, &lt;, =?</w:t>
            </w:r>
          </w:p>
        </w:tc>
      </w:tr>
      <w:tr w:rsidR="00D03E1F" w:rsidRPr="00D03E1F" w:rsidTr="00CF0310">
        <w:trPr>
          <w:jc w:val="center"/>
        </w:trPr>
        <w:tc>
          <w:tcPr>
            <w:tcW w:w="5040" w:type="dxa"/>
            <w:shd w:val="clear" w:color="auto" w:fill="auto"/>
          </w:tcPr>
          <w:p w:rsidR="00A60E63" w:rsidRPr="00D03E1F" w:rsidRDefault="00C75F5E">
            <w:pPr>
              <w:spacing w:after="0" w:line="240" w:lineRule="auto"/>
            </w:pPr>
            <w:r w:rsidRPr="00D03E1F">
              <w:rPr>
                <w:rFonts w:ascii="Times New Roman" w:eastAsia="Times New Roman" w:hAnsi="Times New Roman"/>
                <w:sz w:val="26"/>
              </w:rPr>
              <w:t>- GV cho HS làm cá nhân vào vở.</w:t>
            </w:r>
          </w:p>
        </w:tc>
        <w:tc>
          <w:tcPr>
            <w:tcW w:w="5040" w:type="dxa"/>
            <w:shd w:val="clear" w:color="auto" w:fill="auto"/>
          </w:tcPr>
          <w:p w:rsidR="00A60E63" w:rsidRPr="00D03E1F" w:rsidRDefault="00C75F5E">
            <w:pPr>
              <w:spacing w:after="0" w:line="240" w:lineRule="auto"/>
            </w:pPr>
            <w:r w:rsidRPr="00D03E1F">
              <w:rPr>
                <w:rFonts w:ascii="Times New Roman" w:eastAsia="Times New Roman" w:hAnsi="Times New Roman"/>
                <w:sz w:val="26"/>
              </w:rPr>
              <w:t>- HS làm bài vào vở.</w:t>
            </w:r>
          </w:p>
        </w:tc>
      </w:tr>
      <w:tr w:rsidR="00D03E1F" w:rsidRPr="00D03E1F" w:rsidTr="00CF0310">
        <w:trPr>
          <w:jc w:val="center"/>
        </w:trPr>
        <w:tc>
          <w:tcPr>
            <w:tcW w:w="5040" w:type="dxa"/>
            <w:shd w:val="clear" w:color="auto" w:fill="auto"/>
          </w:tcPr>
          <w:p w:rsidR="00A60E63" w:rsidRPr="00D03E1F" w:rsidRDefault="00C75F5E">
            <w:pPr>
              <w:spacing w:after="0" w:line="240" w:lineRule="auto"/>
            </w:pPr>
            <w:r w:rsidRPr="00D03E1F">
              <w:rPr>
                <w:rFonts w:ascii="Times New Roman" w:eastAsia="Times New Roman" w:hAnsi="Times New Roman"/>
                <w:sz w:val="26"/>
              </w:rPr>
              <w:t>- GV hỏi: 29 072 so với 26 189 như thế nào?</w:t>
            </w:r>
          </w:p>
        </w:tc>
        <w:tc>
          <w:tcPr>
            <w:tcW w:w="5040" w:type="dxa"/>
            <w:shd w:val="clear" w:color="auto" w:fill="auto"/>
          </w:tcPr>
          <w:p w:rsidR="00A60E63" w:rsidRPr="00D03E1F" w:rsidRDefault="00C75F5E">
            <w:pPr>
              <w:spacing w:after="0" w:line="240" w:lineRule="auto"/>
            </w:pPr>
            <w:r w:rsidRPr="00D03E1F">
              <w:rPr>
                <w:rFonts w:ascii="Times New Roman" w:eastAsia="Times New Roman" w:hAnsi="Times New Roman"/>
                <w:sz w:val="26"/>
              </w:rPr>
              <w:t>- HS trả lời: 29 072 &gt; 26 189.</w:t>
            </w:r>
          </w:p>
        </w:tc>
      </w:tr>
      <w:tr w:rsidR="00D03E1F" w:rsidRPr="00D03E1F" w:rsidTr="00CF0310">
        <w:trPr>
          <w:jc w:val="center"/>
        </w:trPr>
        <w:tc>
          <w:tcPr>
            <w:tcW w:w="5040" w:type="dxa"/>
            <w:shd w:val="clear" w:color="auto" w:fill="auto"/>
          </w:tcPr>
          <w:p w:rsidR="00A60E63" w:rsidRPr="00D03E1F" w:rsidRDefault="00C75F5E">
            <w:pPr>
              <w:spacing w:after="0" w:line="240" w:lineRule="auto"/>
            </w:pPr>
            <w:r w:rsidRPr="00D03E1F">
              <w:rPr>
                <w:rFonts w:ascii="Times New Roman" w:eastAsia="Times New Roman" w:hAnsi="Times New Roman"/>
                <w:sz w:val="26"/>
              </w:rPr>
              <w:lastRenderedPageBreak/>
              <w:t>- GV hỏi: 38 197 so với 38 307 như thế nào?</w:t>
            </w:r>
          </w:p>
        </w:tc>
        <w:tc>
          <w:tcPr>
            <w:tcW w:w="5040" w:type="dxa"/>
            <w:shd w:val="clear" w:color="auto" w:fill="auto"/>
          </w:tcPr>
          <w:p w:rsidR="00A60E63" w:rsidRPr="00D03E1F" w:rsidRDefault="00C75F5E">
            <w:pPr>
              <w:spacing w:after="0" w:line="240" w:lineRule="auto"/>
            </w:pPr>
            <w:r w:rsidRPr="00D03E1F">
              <w:rPr>
                <w:rFonts w:ascii="Times New Roman" w:eastAsia="Times New Roman" w:hAnsi="Times New Roman"/>
                <w:sz w:val="26"/>
              </w:rPr>
              <w:t>- HS trả lời: 38 197 &lt; 38 307.</w:t>
            </w:r>
          </w:p>
        </w:tc>
      </w:tr>
      <w:tr w:rsidR="00D03E1F" w:rsidRPr="00D03E1F" w:rsidTr="00CF0310">
        <w:trPr>
          <w:jc w:val="center"/>
        </w:trPr>
        <w:tc>
          <w:tcPr>
            <w:tcW w:w="5040" w:type="dxa"/>
            <w:shd w:val="clear" w:color="auto" w:fill="auto"/>
          </w:tcPr>
          <w:p w:rsidR="00A60E63" w:rsidRPr="00D03E1F" w:rsidRDefault="00C75F5E">
            <w:pPr>
              <w:spacing w:after="0" w:line="240" w:lineRule="auto"/>
            </w:pPr>
            <w:r w:rsidRPr="00D03E1F">
              <w:rPr>
                <w:rFonts w:ascii="Times New Roman" w:eastAsia="Times New Roman" w:hAnsi="Times New Roman"/>
                <w:sz w:val="26"/>
              </w:rPr>
              <w:t>- GV hỏi: 52 740 so với 50 000 + 2 000 + 700 + 40 như thế nào?</w:t>
            </w:r>
          </w:p>
        </w:tc>
        <w:tc>
          <w:tcPr>
            <w:tcW w:w="5040" w:type="dxa"/>
            <w:shd w:val="clear" w:color="auto" w:fill="auto"/>
          </w:tcPr>
          <w:p w:rsidR="00A60E63" w:rsidRPr="00D03E1F" w:rsidRDefault="00C75F5E">
            <w:pPr>
              <w:spacing w:after="0" w:line="240" w:lineRule="auto"/>
            </w:pPr>
            <w:r w:rsidRPr="00D03E1F">
              <w:rPr>
                <w:rFonts w:ascii="Times New Roman" w:eastAsia="Times New Roman" w:hAnsi="Times New Roman"/>
                <w:sz w:val="26"/>
              </w:rPr>
              <w:t>- HS trả lời: 52 740 = 50 000 + 2 000 + 700 + 40.</w:t>
            </w:r>
          </w:p>
        </w:tc>
      </w:tr>
      <w:tr w:rsidR="00D03E1F" w:rsidRPr="00D03E1F" w:rsidTr="00CF0310">
        <w:trPr>
          <w:jc w:val="center"/>
        </w:trPr>
        <w:tc>
          <w:tcPr>
            <w:tcW w:w="5040" w:type="dxa"/>
            <w:shd w:val="clear" w:color="auto" w:fill="auto"/>
          </w:tcPr>
          <w:p w:rsidR="00A60E63" w:rsidRPr="00D03E1F" w:rsidRDefault="00C75F5E">
            <w:pPr>
              <w:spacing w:after="0" w:line="240" w:lineRule="auto"/>
            </w:pPr>
            <w:r w:rsidRPr="00D03E1F">
              <w:rPr>
                <w:rFonts w:ascii="Times New Roman" w:eastAsia="Times New Roman" w:hAnsi="Times New Roman"/>
                <w:sz w:val="26"/>
              </w:rPr>
              <w:t>- GV cho HS trình bày cách làm câu c.</w:t>
            </w:r>
          </w:p>
        </w:tc>
        <w:tc>
          <w:tcPr>
            <w:tcW w:w="5040" w:type="dxa"/>
            <w:shd w:val="clear" w:color="auto" w:fill="auto"/>
          </w:tcPr>
          <w:p w:rsidR="00A60E63" w:rsidRPr="00D03E1F" w:rsidRDefault="00C75F5E">
            <w:pPr>
              <w:spacing w:after="0" w:line="240" w:lineRule="auto"/>
            </w:pPr>
            <w:r w:rsidRPr="00D03E1F">
              <w:rPr>
                <w:rFonts w:ascii="Times New Roman" w:eastAsia="Times New Roman" w:hAnsi="Times New Roman"/>
                <w:sz w:val="26"/>
              </w:rPr>
              <w:t>- HS trình bày: Tổng 50 000 + 2 000 + 700 + 40 = 52 740 nên điền dấu =.</w:t>
            </w:r>
          </w:p>
        </w:tc>
      </w:tr>
      <w:tr w:rsidR="00D03E1F" w:rsidRPr="00D03E1F" w:rsidTr="00CF0310">
        <w:trPr>
          <w:jc w:val="center"/>
        </w:trPr>
        <w:tc>
          <w:tcPr>
            <w:tcW w:w="5040" w:type="dxa"/>
            <w:shd w:val="clear" w:color="auto" w:fill="auto"/>
          </w:tcPr>
          <w:p w:rsidR="00A60E63" w:rsidRPr="00D03E1F" w:rsidRDefault="00C75F5E">
            <w:pPr>
              <w:spacing w:after="0" w:line="240" w:lineRule="auto"/>
            </w:pPr>
            <w:r w:rsidRPr="00D03E1F">
              <w:rPr>
                <w:rFonts w:ascii="Times New Roman" w:eastAsia="Times New Roman" w:hAnsi="Times New Roman"/>
                <w:sz w:val="26"/>
              </w:rPr>
              <w:t>- GV kết luận: Có thể so sánh số với tổng phân tích theo hàng bằng cách tính hoặc nhận ra cấu tạo số.</w:t>
            </w:r>
          </w:p>
        </w:tc>
        <w:tc>
          <w:tcPr>
            <w:tcW w:w="5040" w:type="dxa"/>
            <w:shd w:val="clear" w:color="auto" w:fill="auto"/>
          </w:tcPr>
          <w:p w:rsidR="00A60E63" w:rsidRPr="00D03E1F" w:rsidRDefault="00C75F5E">
            <w:pPr>
              <w:spacing w:after="0" w:line="240" w:lineRule="auto"/>
            </w:pPr>
            <w:r w:rsidRPr="00D03E1F">
              <w:rPr>
                <w:rFonts w:ascii="Times New Roman" w:eastAsia="Times New Roman" w:hAnsi="Times New Roman"/>
                <w:sz w:val="26"/>
              </w:rPr>
              <w:t>- HS lắng nghe.</w:t>
            </w:r>
          </w:p>
        </w:tc>
      </w:tr>
      <w:tr w:rsidR="00D03E1F" w:rsidRPr="00D03E1F" w:rsidTr="00CF0310">
        <w:trPr>
          <w:jc w:val="center"/>
        </w:trPr>
        <w:tc>
          <w:tcPr>
            <w:tcW w:w="5040" w:type="dxa"/>
            <w:shd w:val="clear" w:color="auto" w:fill="auto"/>
          </w:tcPr>
          <w:p w:rsidR="00A60E63" w:rsidRPr="00D03E1F" w:rsidRDefault="00C75F5E">
            <w:pPr>
              <w:spacing w:after="0" w:line="240" w:lineRule="auto"/>
            </w:pPr>
            <w:r w:rsidRPr="00D03E1F">
              <w:rPr>
                <w:rFonts w:ascii="Times New Roman" w:eastAsia="Times New Roman" w:hAnsi="Times New Roman"/>
                <w:b/>
                <w:sz w:val="26"/>
              </w:rPr>
              <w:t>Bài 3. Cây thần kì. (Làm việc nhóm 2)</w:t>
            </w:r>
          </w:p>
          <w:p w:rsidR="00A60E63" w:rsidRPr="00D03E1F" w:rsidRDefault="00C75F5E">
            <w:pPr>
              <w:spacing w:after="0" w:line="240" w:lineRule="auto"/>
            </w:pPr>
            <w:r w:rsidRPr="00D03E1F">
              <w:rPr>
                <w:rFonts w:ascii="Times New Roman" w:eastAsia="Times New Roman" w:hAnsi="Times New Roman"/>
                <w:sz w:val="26"/>
              </w:rPr>
              <w:t>- HS quan sát hình SGK.</w:t>
            </w:r>
          </w:p>
          <w:p w:rsidR="00A60E63" w:rsidRPr="00D03E1F" w:rsidRDefault="00A60E63">
            <w:pPr>
              <w:spacing w:after="0" w:line="240" w:lineRule="auto"/>
              <w:jc w:val="center"/>
            </w:pPr>
          </w:p>
        </w:tc>
        <w:tc>
          <w:tcPr>
            <w:tcW w:w="5040" w:type="dxa"/>
            <w:shd w:val="clear" w:color="auto" w:fill="auto"/>
          </w:tcPr>
          <w:p w:rsidR="00A60E63" w:rsidRPr="00D03E1F" w:rsidRDefault="00C75F5E">
            <w:pPr>
              <w:spacing w:after="0" w:line="240" w:lineRule="auto"/>
            </w:pPr>
            <w:r w:rsidRPr="00D03E1F">
              <w:rPr>
                <w:rFonts w:ascii="Times New Roman" w:eastAsia="Times New Roman" w:hAnsi="Times New Roman"/>
                <w:sz w:val="26"/>
              </w:rPr>
              <w:t>- HS quan sát bài trong SGK.</w:t>
            </w:r>
          </w:p>
        </w:tc>
      </w:tr>
      <w:tr w:rsidR="00D03E1F" w:rsidRPr="00D03E1F" w:rsidTr="00CF0310">
        <w:trPr>
          <w:jc w:val="center"/>
        </w:trPr>
        <w:tc>
          <w:tcPr>
            <w:tcW w:w="5040" w:type="dxa"/>
            <w:shd w:val="clear" w:color="auto" w:fill="auto"/>
          </w:tcPr>
          <w:p w:rsidR="00A60E63" w:rsidRPr="00D03E1F" w:rsidRDefault="00C75F5E">
            <w:pPr>
              <w:spacing w:after="0" w:line="240" w:lineRule="auto"/>
            </w:pPr>
            <w:r w:rsidRPr="00D03E1F">
              <w:rPr>
                <w:rFonts w:ascii="Times New Roman" w:eastAsia="Times New Roman" w:hAnsi="Times New Roman"/>
                <w:sz w:val="26"/>
              </w:rPr>
              <w:t>- GV cho HS đọc yêu cầu Bài 3.</w:t>
            </w:r>
          </w:p>
        </w:tc>
        <w:tc>
          <w:tcPr>
            <w:tcW w:w="5040" w:type="dxa"/>
            <w:shd w:val="clear" w:color="auto" w:fill="auto"/>
          </w:tcPr>
          <w:p w:rsidR="00A60E63" w:rsidRPr="00D03E1F" w:rsidRDefault="00C75F5E">
            <w:pPr>
              <w:spacing w:after="0" w:line="240" w:lineRule="auto"/>
            </w:pPr>
            <w:r w:rsidRPr="00D03E1F">
              <w:rPr>
                <w:rFonts w:ascii="Times New Roman" w:eastAsia="Times New Roman" w:hAnsi="Times New Roman"/>
                <w:sz w:val="26"/>
              </w:rPr>
              <w:t>- HS đọc: Một cây thần kì ra các quả với màu sắc khác nhau. Bạn khỉ sẽ leo theo các cành ghi số lớn hơn để lấy quả. Hỏi bạn khỉ lấy được quả màu gì?</w:t>
            </w:r>
          </w:p>
        </w:tc>
      </w:tr>
      <w:tr w:rsidR="00D03E1F" w:rsidRPr="00D03E1F" w:rsidTr="00CF0310">
        <w:trPr>
          <w:jc w:val="center"/>
        </w:trPr>
        <w:tc>
          <w:tcPr>
            <w:tcW w:w="5040" w:type="dxa"/>
            <w:shd w:val="clear" w:color="auto" w:fill="auto"/>
          </w:tcPr>
          <w:p w:rsidR="00A60E63" w:rsidRPr="00D03E1F" w:rsidRDefault="00C75F5E">
            <w:pPr>
              <w:spacing w:after="0" w:line="240" w:lineRule="auto"/>
            </w:pPr>
            <w:r w:rsidRPr="00D03E1F">
              <w:rPr>
                <w:rFonts w:ascii="Times New Roman" w:eastAsia="Times New Roman" w:hAnsi="Times New Roman"/>
                <w:sz w:val="26"/>
              </w:rPr>
              <w:t>- Tích hợp AI - Thuật toán so sánh: GV diễn giải AI có thể dùng quy tắc so sánh để phân loại dữ liệu; trong bài này, HS tự lập quy tắc như một thuật toán: ở mỗi ngã rẽ, so sánh hai số và chọn số lớn hơn.</w:t>
            </w:r>
          </w:p>
        </w:tc>
        <w:tc>
          <w:tcPr>
            <w:tcW w:w="5040" w:type="dxa"/>
            <w:shd w:val="clear" w:color="auto" w:fill="auto"/>
          </w:tcPr>
          <w:p w:rsidR="00A60E63" w:rsidRPr="00D03E1F" w:rsidRDefault="00C75F5E">
            <w:pPr>
              <w:spacing w:after="0" w:line="240" w:lineRule="auto"/>
            </w:pPr>
            <w:r w:rsidRPr="00D03E1F">
              <w:rPr>
                <w:rFonts w:ascii="Times New Roman" w:eastAsia="Times New Roman" w:hAnsi="Times New Roman"/>
                <w:sz w:val="26"/>
              </w:rPr>
              <w:t>- HS lắng nghe, nêu quy tắc: Ở mỗi ngã rẽ chọn số lớn hơn.</w:t>
            </w:r>
          </w:p>
        </w:tc>
      </w:tr>
      <w:tr w:rsidR="00D03E1F" w:rsidRPr="00D03E1F" w:rsidTr="00CF0310">
        <w:trPr>
          <w:jc w:val="center"/>
        </w:trPr>
        <w:tc>
          <w:tcPr>
            <w:tcW w:w="5040" w:type="dxa"/>
            <w:shd w:val="clear" w:color="auto" w:fill="auto"/>
          </w:tcPr>
          <w:p w:rsidR="00A60E63" w:rsidRPr="00D03E1F" w:rsidRDefault="00C75F5E">
            <w:pPr>
              <w:spacing w:after="0" w:line="240" w:lineRule="auto"/>
            </w:pPr>
            <w:r w:rsidRPr="00D03E1F">
              <w:rPr>
                <w:rFonts w:ascii="Times New Roman" w:eastAsia="Times New Roman" w:hAnsi="Times New Roman"/>
                <w:sz w:val="26"/>
              </w:rPr>
              <w:t>- GV cho HS làm nhóm 2, bắt đầu từ thân cây và chọn cành ghi số lớn hơn.</w:t>
            </w:r>
          </w:p>
        </w:tc>
        <w:tc>
          <w:tcPr>
            <w:tcW w:w="5040" w:type="dxa"/>
            <w:shd w:val="clear" w:color="auto" w:fill="auto"/>
          </w:tcPr>
          <w:p w:rsidR="00A60E63" w:rsidRPr="00D03E1F" w:rsidRDefault="00C75F5E">
            <w:pPr>
              <w:spacing w:after="0" w:line="240" w:lineRule="auto"/>
            </w:pPr>
            <w:r w:rsidRPr="00D03E1F">
              <w:rPr>
                <w:rFonts w:ascii="Times New Roman" w:eastAsia="Times New Roman" w:hAnsi="Times New Roman"/>
                <w:sz w:val="26"/>
              </w:rPr>
              <w:t>- HS trao đổi nhóm 2.</w:t>
            </w:r>
          </w:p>
        </w:tc>
      </w:tr>
      <w:tr w:rsidR="00D03E1F" w:rsidRPr="00D03E1F" w:rsidTr="00CF0310">
        <w:trPr>
          <w:jc w:val="center"/>
        </w:trPr>
        <w:tc>
          <w:tcPr>
            <w:tcW w:w="5040" w:type="dxa"/>
            <w:shd w:val="clear" w:color="auto" w:fill="auto"/>
          </w:tcPr>
          <w:p w:rsidR="00A60E63" w:rsidRPr="00D03E1F" w:rsidRDefault="00C75F5E">
            <w:pPr>
              <w:spacing w:after="0" w:line="240" w:lineRule="auto"/>
            </w:pPr>
            <w:r w:rsidRPr="00D03E1F">
              <w:rPr>
                <w:rFonts w:ascii="Times New Roman" w:eastAsia="Times New Roman" w:hAnsi="Times New Roman"/>
                <w:sz w:val="26"/>
              </w:rPr>
              <w:t>- GV hỏi: So sánh 92 800 và 92 715, chọn cành nào?</w:t>
            </w:r>
          </w:p>
        </w:tc>
        <w:tc>
          <w:tcPr>
            <w:tcW w:w="5040" w:type="dxa"/>
            <w:shd w:val="clear" w:color="auto" w:fill="auto"/>
          </w:tcPr>
          <w:p w:rsidR="00A60E63" w:rsidRPr="00D03E1F" w:rsidRDefault="00C75F5E">
            <w:pPr>
              <w:spacing w:after="0" w:line="240" w:lineRule="auto"/>
            </w:pPr>
            <w:r w:rsidRPr="00D03E1F">
              <w:rPr>
                <w:rFonts w:ascii="Times New Roman" w:eastAsia="Times New Roman" w:hAnsi="Times New Roman"/>
                <w:sz w:val="26"/>
              </w:rPr>
              <w:t>- HS trả lời: Chọn 92 800 vì 8 trăm &gt; 7 trăm.</w:t>
            </w:r>
          </w:p>
        </w:tc>
      </w:tr>
      <w:tr w:rsidR="00D03E1F" w:rsidRPr="00D03E1F" w:rsidTr="00CF0310">
        <w:trPr>
          <w:jc w:val="center"/>
        </w:trPr>
        <w:tc>
          <w:tcPr>
            <w:tcW w:w="5040" w:type="dxa"/>
            <w:shd w:val="clear" w:color="auto" w:fill="auto"/>
          </w:tcPr>
          <w:p w:rsidR="00A60E63" w:rsidRPr="00D03E1F" w:rsidRDefault="00C75F5E">
            <w:pPr>
              <w:spacing w:after="0" w:line="240" w:lineRule="auto"/>
            </w:pPr>
            <w:r w:rsidRPr="00D03E1F">
              <w:rPr>
                <w:rFonts w:ascii="Times New Roman" w:eastAsia="Times New Roman" w:hAnsi="Times New Roman"/>
                <w:sz w:val="26"/>
              </w:rPr>
              <w:t>- GV hỏi: So sánh 74 000 và 73 709, chọn cành nào?</w:t>
            </w:r>
          </w:p>
        </w:tc>
        <w:tc>
          <w:tcPr>
            <w:tcW w:w="5040" w:type="dxa"/>
            <w:shd w:val="clear" w:color="auto" w:fill="auto"/>
          </w:tcPr>
          <w:p w:rsidR="00A60E63" w:rsidRPr="00D03E1F" w:rsidRDefault="00C75F5E">
            <w:pPr>
              <w:spacing w:after="0" w:line="240" w:lineRule="auto"/>
            </w:pPr>
            <w:r w:rsidRPr="00D03E1F">
              <w:rPr>
                <w:rFonts w:ascii="Times New Roman" w:eastAsia="Times New Roman" w:hAnsi="Times New Roman"/>
                <w:sz w:val="26"/>
              </w:rPr>
              <w:t>- HS trả lời: Chọn 74 000 vì hàng nghìn 4 &gt; 3.</w:t>
            </w:r>
          </w:p>
        </w:tc>
      </w:tr>
      <w:tr w:rsidR="00D03E1F" w:rsidRPr="00D03E1F" w:rsidTr="00CF0310">
        <w:trPr>
          <w:jc w:val="center"/>
        </w:trPr>
        <w:tc>
          <w:tcPr>
            <w:tcW w:w="5040" w:type="dxa"/>
            <w:shd w:val="clear" w:color="auto" w:fill="auto"/>
          </w:tcPr>
          <w:p w:rsidR="00A60E63" w:rsidRPr="00D03E1F" w:rsidRDefault="00C75F5E">
            <w:pPr>
              <w:spacing w:after="0" w:line="240" w:lineRule="auto"/>
            </w:pPr>
            <w:r w:rsidRPr="00D03E1F">
              <w:rPr>
                <w:rFonts w:ascii="Times New Roman" w:eastAsia="Times New Roman" w:hAnsi="Times New Roman"/>
                <w:sz w:val="26"/>
              </w:rPr>
              <w:t>- GV hỏi: Bạn khỉ lấy được quả màu gì?</w:t>
            </w:r>
          </w:p>
        </w:tc>
        <w:tc>
          <w:tcPr>
            <w:tcW w:w="5040" w:type="dxa"/>
            <w:shd w:val="clear" w:color="auto" w:fill="auto"/>
          </w:tcPr>
          <w:p w:rsidR="00A60E63" w:rsidRPr="00D03E1F" w:rsidRDefault="00C75F5E">
            <w:pPr>
              <w:spacing w:after="0" w:line="240" w:lineRule="auto"/>
            </w:pPr>
            <w:r w:rsidRPr="00D03E1F">
              <w:rPr>
                <w:rFonts w:ascii="Times New Roman" w:eastAsia="Times New Roman" w:hAnsi="Times New Roman"/>
                <w:sz w:val="26"/>
              </w:rPr>
              <w:t>- HS trả lời: Bạn khỉ lấy được quả màu xanh lá cây.</w:t>
            </w:r>
          </w:p>
        </w:tc>
      </w:tr>
      <w:tr w:rsidR="00D03E1F" w:rsidRPr="00D03E1F" w:rsidTr="00CF0310">
        <w:trPr>
          <w:jc w:val="center"/>
        </w:trPr>
        <w:tc>
          <w:tcPr>
            <w:tcW w:w="5040" w:type="dxa"/>
            <w:tcBorders>
              <w:bottom w:val="single" w:sz="8" w:space="0" w:color="000000"/>
            </w:tcBorders>
            <w:shd w:val="clear" w:color="auto" w:fill="auto"/>
          </w:tcPr>
          <w:p w:rsidR="00A60E63" w:rsidRPr="00D03E1F" w:rsidRDefault="00C75F5E">
            <w:pPr>
              <w:spacing w:after="0" w:line="240" w:lineRule="auto"/>
            </w:pPr>
            <w:r w:rsidRPr="00D03E1F">
              <w:rPr>
                <w:rFonts w:ascii="Times New Roman" w:eastAsia="Times New Roman" w:hAnsi="Times New Roman"/>
                <w:sz w:val="26"/>
              </w:rPr>
              <w:t>- GV kết luận: Quy tắc so sánh rõ ràng giúp chọn đường đi và kết quả chính xác.</w:t>
            </w:r>
          </w:p>
        </w:tc>
        <w:tc>
          <w:tcPr>
            <w:tcW w:w="5040" w:type="dxa"/>
            <w:tcBorders>
              <w:bottom w:val="single" w:sz="8" w:space="0" w:color="000000"/>
            </w:tcBorders>
            <w:shd w:val="clear" w:color="auto" w:fill="auto"/>
          </w:tcPr>
          <w:p w:rsidR="00A60E63" w:rsidRPr="00D03E1F" w:rsidRDefault="00C75F5E">
            <w:pPr>
              <w:spacing w:after="0" w:line="240" w:lineRule="auto"/>
            </w:pPr>
            <w:r w:rsidRPr="00D03E1F">
              <w:rPr>
                <w:rFonts w:ascii="Times New Roman" w:eastAsia="Times New Roman" w:hAnsi="Times New Roman"/>
                <w:sz w:val="26"/>
              </w:rPr>
              <w:t>- HS lắng nghe.</w:t>
            </w:r>
          </w:p>
        </w:tc>
      </w:tr>
      <w:tr w:rsidR="00D03E1F" w:rsidRPr="00D03E1F" w:rsidTr="00CF0310">
        <w:trPr>
          <w:jc w:val="center"/>
        </w:trPr>
        <w:tc>
          <w:tcPr>
            <w:tcW w:w="10080" w:type="dxa"/>
            <w:gridSpan w:val="2"/>
            <w:tcBorders>
              <w:top w:val="single" w:sz="8" w:space="0" w:color="000000"/>
              <w:bottom w:val="single" w:sz="8" w:space="0" w:color="000000"/>
            </w:tcBorders>
            <w:shd w:val="clear" w:color="auto" w:fill="auto"/>
          </w:tcPr>
          <w:p w:rsidR="00A60E63" w:rsidRPr="00D03E1F" w:rsidRDefault="00C75F5E">
            <w:pPr>
              <w:spacing w:after="0" w:line="240" w:lineRule="auto"/>
            </w:pPr>
            <w:r w:rsidRPr="00D03E1F">
              <w:rPr>
                <w:rFonts w:ascii="Times New Roman" w:eastAsia="Times New Roman" w:hAnsi="Times New Roman"/>
                <w:b/>
                <w:sz w:val="26"/>
              </w:rPr>
              <w:t>4. Vận dụng - Trải nghiệm (5 phút):</w:t>
            </w:r>
          </w:p>
          <w:p w:rsidR="00A60E63" w:rsidRPr="00D03E1F" w:rsidRDefault="00C75F5E">
            <w:pPr>
              <w:spacing w:after="0" w:line="240" w:lineRule="auto"/>
            </w:pPr>
            <w:r w:rsidRPr="00D03E1F">
              <w:rPr>
                <w:rFonts w:ascii="Times New Roman" w:eastAsia="Times New Roman" w:hAnsi="Times New Roman"/>
                <w:sz w:val="26"/>
              </w:rPr>
              <w:t>- Mục tiêu: Củng cố cách so sánh các số trong phạm vi 100 000 và liên hệ thực tế.</w:t>
            </w:r>
          </w:p>
          <w:p w:rsidR="00A60E63" w:rsidRPr="00D03E1F" w:rsidRDefault="00C75F5E">
            <w:pPr>
              <w:spacing w:after="0" w:line="240" w:lineRule="auto"/>
            </w:pPr>
            <w:r w:rsidRPr="00D03E1F">
              <w:rPr>
                <w:rFonts w:ascii="Times New Roman" w:eastAsia="Times New Roman" w:hAnsi="Times New Roman"/>
                <w:sz w:val="26"/>
              </w:rPr>
              <w:t>*Cách tiến hành:</w:t>
            </w:r>
          </w:p>
        </w:tc>
      </w:tr>
      <w:tr w:rsidR="00D03E1F" w:rsidRPr="00D03E1F" w:rsidTr="00CF0310">
        <w:trPr>
          <w:jc w:val="center"/>
        </w:trPr>
        <w:tc>
          <w:tcPr>
            <w:tcW w:w="5040" w:type="dxa"/>
            <w:tcBorders>
              <w:top w:val="single" w:sz="8" w:space="0" w:color="000000"/>
            </w:tcBorders>
            <w:shd w:val="clear" w:color="auto" w:fill="auto"/>
          </w:tcPr>
          <w:p w:rsidR="00A60E63" w:rsidRPr="00D03E1F" w:rsidRDefault="00C75F5E">
            <w:pPr>
              <w:spacing w:after="0" w:line="240" w:lineRule="auto"/>
            </w:pPr>
            <w:r w:rsidRPr="00D03E1F">
              <w:rPr>
                <w:rFonts w:ascii="Times New Roman" w:eastAsia="Times New Roman" w:hAnsi="Times New Roman"/>
                <w:sz w:val="26"/>
              </w:rPr>
              <w:t>- GV hỏi: Khi so sánh hai số có cùng số chữ số, em bắt đầu so sánh từ hàng nào?</w:t>
            </w:r>
          </w:p>
        </w:tc>
        <w:tc>
          <w:tcPr>
            <w:tcW w:w="5040" w:type="dxa"/>
            <w:tcBorders>
              <w:top w:val="single" w:sz="8" w:space="0" w:color="000000"/>
            </w:tcBorders>
            <w:shd w:val="clear" w:color="auto" w:fill="auto"/>
          </w:tcPr>
          <w:p w:rsidR="00A60E63" w:rsidRPr="00D03E1F" w:rsidRDefault="00C75F5E">
            <w:pPr>
              <w:spacing w:after="0" w:line="240" w:lineRule="auto"/>
            </w:pPr>
            <w:r w:rsidRPr="00D03E1F">
              <w:rPr>
                <w:rFonts w:ascii="Times New Roman" w:eastAsia="Times New Roman" w:hAnsi="Times New Roman"/>
                <w:sz w:val="26"/>
              </w:rPr>
              <w:t>- HS trả lời: Bắt đầu từ hàng cao nhất, tức hàng chục nghìn.</w:t>
            </w:r>
          </w:p>
        </w:tc>
      </w:tr>
      <w:tr w:rsidR="00D03E1F" w:rsidRPr="00D03E1F" w:rsidTr="00CF0310">
        <w:trPr>
          <w:jc w:val="center"/>
        </w:trPr>
        <w:tc>
          <w:tcPr>
            <w:tcW w:w="5040" w:type="dxa"/>
            <w:shd w:val="clear" w:color="auto" w:fill="auto"/>
          </w:tcPr>
          <w:p w:rsidR="00A60E63" w:rsidRPr="00D03E1F" w:rsidRDefault="00C75F5E">
            <w:pPr>
              <w:spacing w:after="0" w:line="240" w:lineRule="auto"/>
            </w:pPr>
            <w:r w:rsidRPr="00D03E1F">
              <w:rPr>
                <w:rFonts w:ascii="Times New Roman" w:eastAsia="Times New Roman" w:hAnsi="Times New Roman"/>
                <w:sz w:val="26"/>
              </w:rPr>
              <w:t>- GV hỏi: Nếu các chữ số ở một hàng bằng nhau thì em làm gì?</w:t>
            </w:r>
          </w:p>
        </w:tc>
        <w:tc>
          <w:tcPr>
            <w:tcW w:w="5040" w:type="dxa"/>
            <w:shd w:val="clear" w:color="auto" w:fill="auto"/>
          </w:tcPr>
          <w:p w:rsidR="00A60E63" w:rsidRPr="00D03E1F" w:rsidRDefault="00C75F5E">
            <w:pPr>
              <w:spacing w:after="0" w:line="240" w:lineRule="auto"/>
            </w:pPr>
            <w:r w:rsidRPr="00D03E1F">
              <w:rPr>
                <w:rFonts w:ascii="Times New Roman" w:eastAsia="Times New Roman" w:hAnsi="Times New Roman"/>
                <w:sz w:val="26"/>
              </w:rPr>
              <w:t>- HS trả lời: Em so sánh tiếp hàng kế bên phải.</w:t>
            </w:r>
          </w:p>
        </w:tc>
      </w:tr>
      <w:tr w:rsidR="00D03E1F" w:rsidRPr="00D03E1F" w:rsidTr="00CF0310">
        <w:trPr>
          <w:jc w:val="center"/>
        </w:trPr>
        <w:tc>
          <w:tcPr>
            <w:tcW w:w="5040" w:type="dxa"/>
            <w:shd w:val="clear" w:color="auto" w:fill="auto"/>
          </w:tcPr>
          <w:p w:rsidR="00A60E63" w:rsidRPr="00D03E1F" w:rsidRDefault="00C75F5E">
            <w:pPr>
              <w:spacing w:after="0" w:line="240" w:lineRule="auto"/>
            </w:pPr>
            <w:r w:rsidRPr="00D03E1F">
              <w:rPr>
                <w:rFonts w:ascii="Times New Roman" w:eastAsia="Times New Roman" w:hAnsi="Times New Roman"/>
                <w:sz w:val="26"/>
              </w:rPr>
              <w:t>- GV liên hệ: Khi so sánh số dân, số tiền, số lượng sách, em cần so sánh đúng từng hàng để kết luận chính xác.</w:t>
            </w:r>
          </w:p>
        </w:tc>
        <w:tc>
          <w:tcPr>
            <w:tcW w:w="5040" w:type="dxa"/>
            <w:shd w:val="clear" w:color="auto" w:fill="auto"/>
          </w:tcPr>
          <w:p w:rsidR="00A60E63" w:rsidRPr="00D03E1F" w:rsidRDefault="00C75F5E">
            <w:pPr>
              <w:spacing w:after="0" w:line="240" w:lineRule="auto"/>
            </w:pPr>
            <w:r w:rsidRPr="00D03E1F">
              <w:rPr>
                <w:rFonts w:ascii="Times New Roman" w:eastAsia="Times New Roman" w:hAnsi="Times New Roman"/>
                <w:sz w:val="26"/>
              </w:rPr>
              <w:t>- HS lắng nghe và nêu ví dụ thực tế.</w:t>
            </w:r>
          </w:p>
        </w:tc>
      </w:tr>
      <w:tr w:rsidR="00D03E1F" w:rsidRPr="00D03E1F" w:rsidTr="00CF0310">
        <w:trPr>
          <w:jc w:val="center"/>
        </w:trPr>
        <w:tc>
          <w:tcPr>
            <w:tcW w:w="5040" w:type="dxa"/>
            <w:shd w:val="clear" w:color="auto" w:fill="auto"/>
          </w:tcPr>
          <w:p w:rsidR="00A60E63" w:rsidRPr="00D03E1F" w:rsidRDefault="00C75F5E">
            <w:pPr>
              <w:spacing w:after="0" w:line="240" w:lineRule="auto"/>
            </w:pPr>
            <w:r w:rsidRPr="00D03E1F">
              <w:rPr>
                <w:rFonts w:ascii="Times New Roman" w:eastAsia="Times New Roman" w:hAnsi="Times New Roman"/>
                <w:sz w:val="26"/>
              </w:rPr>
              <w:t>- GV nhận xét tiết học, tuyên dương HS biết giải thích cách so sánh.</w:t>
            </w:r>
          </w:p>
        </w:tc>
        <w:tc>
          <w:tcPr>
            <w:tcW w:w="5040" w:type="dxa"/>
            <w:shd w:val="clear" w:color="auto" w:fill="auto"/>
          </w:tcPr>
          <w:p w:rsidR="00A60E63" w:rsidRPr="00D03E1F" w:rsidRDefault="00C75F5E">
            <w:pPr>
              <w:spacing w:after="0" w:line="240" w:lineRule="auto"/>
            </w:pPr>
            <w:r w:rsidRPr="00D03E1F">
              <w:rPr>
                <w:rFonts w:ascii="Times New Roman" w:eastAsia="Times New Roman" w:hAnsi="Times New Roman"/>
                <w:sz w:val="26"/>
              </w:rPr>
              <w:t>- HS lắng nghe, tự đánh giá mức độ hiểu bài.</w:t>
            </w:r>
          </w:p>
        </w:tc>
      </w:tr>
      <w:tr w:rsidR="00D03E1F" w:rsidRPr="00D03E1F" w:rsidTr="00CF0310">
        <w:trPr>
          <w:jc w:val="center"/>
        </w:trPr>
        <w:tc>
          <w:tcPr>
            <w:tcW w:w="5040" w:type="dxa"/>
            <w:shd w:val="clear" w:color="auto" w:fill="auto"/>
          </w:tcPr>
          <w:p w:rsidR="00A60E63" w:rsidRPr="00D03E1F" w:rsidRDefault="00C75F5E">
            <w:pPr>
              <w:spacing w:after="0" w:line="240" w:lineRule="auto"/>
            </w:pPr>
            <w:r w:rsidRPr="00D03E1F">
              <w:rPr>
                <w:rFonts w:ascii="Times New Roman" w:eastAsia="Times New Roman" w:hAnsi="Times New Roman"/>
                <w:sz w:val="26"/>
              </w:rPr>
              <w:t>- GV dặn dò HS luyện thêm 3 cặp số đến 100 000 và chuẩn bị Bài 60 tiết 2.</w:t>
            </w:r>
          </w:p>
        </w:tc>
        <w:tc>
          <w:tcPr>
            <w:tcW w:w="5040" w:type="dxa"/>
            <w:shd w:val="clear" w:color="auto" w:fill="auto"/>
          </w:tcPr>
          <w:p w:rsidR="00A60E63" w:rsidRPr="00D03E1F" w:rsidRDefault="00C75F5E">
            <w:pPr>
              <w:spacing w:after="0" w:line="240" w:lineRule="auto"/>
            </w:pPr>
            <w:r w:rsidRPr="00D03E1F">
              <w:rPr>
                <w:rFonts w:ascii="Times New Roman" w:eastAsia="Times New Roman" w:hAnsi="Times New Roman"/>
                <w:sz w:val="26"/>
              </w:rPr>
              <w:t>- HS ghi nhớ nhiệm vụ.</w:t>
            </w:r>
          </w:p>
        </w:tc>
      </w:tr>
    </w:tbl>
    <w:p w:rsidR="00A60E63" w:rsidRPr="00D03E1F" w:rsidRDefault="00C75F5E">
      <w:pPr>
        <w:spacing w:after="0" w:line="240" w:lineRule="auto"/>
      </w:pPr>
      <w:r w:rsidRPr="00D03E1F">
        <w:rPr>
          <w:rFonts w:ascii="Times New Roman" w:eastAsia="Times New Roman" w:hAnsi="Times New Roman"/>
          <w:b/>
          <w:sz w:val="26"/>
        </w:rPr>
        <w:t>IV. ĐIỀU CHỈNH SAU BÀI DẠY:</w:t>
      </w:r>
    </w:p>
    <w:p w:rsidR="00A60E63" w:rsidRPr="00D03E1F" w:rsidRDefault="00C75F5E">
      <w:pPr>
        <w:spacing w:after="0" w:line="240" w:lineRule="auto"/>
      </w:pPr>
      <w:r w:rsidRPr="00D03E1F">
        <w:rPr>
          <w:rFonts w:ascii="Times New Roman" w:eastAsia="Times New Roman" w:hAnsi="Times New Roman"/>
          <w:sz w:val="26"/>
        </w:rPr>
        <w:t>.......................................................................................................................................</w:t>
      </w:r>
    </w:p>
    <w:p w:rsidR="00A60E63" w:rsidRPr="00D03E1F" w:rsidRDefault="00A60E63">
      <w:pPr>
        <w:spacing w:after="0" w:line="240" w:lineRule="auto"/>
      </w:pPr>
      <w:bookmarkStart w:id="0" w:name="_GoBack"/>
      <w:bookmarkEnd w:id="0"/>
    </w:p>
    <w:sectPr w:rsidR="00A60E63" w:rsidRPr="00D03E1F" w:rsidSect="00034616">
      <w:pgSz w:w="12240" w:h="15840"/>
      <w:pgMar w:top="936" w:right="936" w:bottom="864" w:left="122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2"/>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747D38"/>
    <w:rsid w:val="00A60E63"/>
    <w:rsid w:val="00AA1D8D"/>
    <w:rsid w:val="00B47730"/>
    <w:rsid w:val="00C75F5E"/>
    <w:rsid w:val="00CB0664"/>
    <w:rsid w:val="00CF0310"/>
    <w:rsid w:val="00D03E1F"/>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BalloonText">
    <w:name w:val="Balloon Text"/>
    <w:basedOn w:val="Normal"/>
    <w:link w:val="BalloonTextChar"/>
    <w:uiPriority w:val="99"/>
    <w:semiHidden/>
    <w:unhideWhenUsed/>
    <w:rsid w:val="00D03E1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03E1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BalloonText">
    <w:name w:val="Balloon Text"/>
    <w:basedOn w:val="Normal"/>
    <w:link w:val="BalloonTextChar"/>
    <w:uiPriority w:val="99"/>
    <w:semiHidden/>
    <w:unhideWhenUsed/>
    <w:rsid w:val="00D03E1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03E1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58881E-583E-4858-9521-468BDA1097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173</TotalTime>
  <Pages>16</Pages>
  <Words>4780</Words>
  <Characters>27248</Characters>
  <Application>Microsoft Office Word</Application>
  <DocSecurity>0</DocSecurity>
  <Lines>227</Lines>
  <Paragraphs>63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31965</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BAOTRAN</dc:creator>
  <cp:keywords/>
  <dc:description>generated by python-docx</dc:description>
  <cp:lastModifiedBy>Administrator</cp:lastModifiedBy>
  <cp:revision>4</cp:revision>
  <dcterms:created xsi:type="dcterms:W3CDTF">2026-06-19T02:04:00Z</dcterms:created>
  <dcterms:modified xsi:type="dcterms:W3CDTF">2026-08-15T07:09:00Z</dcterms:modified>
  <cp:category/>
</cp:coreProperties>
</file>